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02A983" w14:textId="56A82E3B" w:rsidR="00E940D8" w:rsidRDefault="00E940D8" w:rsidP="00552D56">
      <w:pPr>
        <w:pStyle w:val="ListParagraph"/>
        <w:numPr>
          <w:ilvl w:val="0"/>
          <w:numId w:val="1"/>
        </w:numPr>
        <w:rPr>
          <w:b/>
          <w:bCs/>
          <w:sz w:val="28"/>
          <w:szCs w:val="28"/>
          <w:lang w:val="en-US"/>
        </w:rPr>
      </w:pPr>
      <w:r>
        <w:rPr>
          <w:b/>
          <w:bCs/>
          <w:sz w:val="28"/>
          <w:szCs w:val="28"/>
          <w:lang w:val="en-US"/>
        </w:rPr>
        <w:t xml:space="preserve">Publications by the staff and students: </w:t>
      </w:r>
    </w:p>
    <w:p w14:paraId="28EF59A6" w14:textId="0017AB3F" w:rsidR="009A5AA2" w:rsidRPr="00E940D8" w:rsidRDefault="00E940D8" w:rsidP="00E940D8">
      <w:pPr>
        <w:ind w:left="360"/>
        <w:rPr>
          <w:b/>
          <w:bCs/>
          <w:sz w:val="28"/>
          <w:szCs w:val="28"/>
          <w:lang w:val="en-US"/>
        </w:rPr>
      </w:pPr>
      <w:r>
        <w:rPr>
          <w:b/>
          <w:bCs/>
          <w:sz w:val="28"/>
          <w:szCs w:val="28"/>
          <w:lang w:val="en-US"/>
        </w:rPr>
        <w:t xml:space="preserve">      </w:t>
      </w:r>
      <w:r w:rsidR="009A5AA2" w:rsidRPr="00E940D8">
        <w:rPr>
          <w:b/>
          <w:bCs/>
          <w:sz w:val="28"/>
          <w:szCs w:val="28"/>
          <w:lang w:val="en-US"/>
        </w:rPr>
        <w:t>Research papers:</w:t>
      </w:r>
    </w:p>
    <w:p w14:paraId="219D7172" w14:textId="5CC22F11" w:rsidR="009A5AA2" w:rsidRDefault="009A5AA2" w:rsidP="009A5AA2">
      <w:pPr>
        <w:pStyle w:val="ListParagraph"/>
        <w:numPr>
          <w:ilvl w:val="0"/>
          <w:numId w:val="2"/>
        </w:numPr>
        <w:rPr>
          <w:sz w:val="28"/>
          <w:szCs w:val="28"/>
          <w:lang w:val="en-US"/>
        </w:rPr>
      </w:pPr>
      <w:proofErr w:type="spellStart"/>
      <w:proofErr w:type="gramStart"/>
      <w:r w:rsidRPr="009A5AA2">
        <w:rPr>
          <w:sz w:val="28"/>
          <w:szCs w:val="28"/>
          <w:lang w:val="en-US"/>
        </w:rPr>
        <w:t>S.Lakshmi</w:t>
      </w:r>
      <w:proofErr w:type="spellEnd"/>
      <w:proofErr w:type="gramEnd"/>
      <w:r w:rsidRPr="009A5AA2">
        <w:rPr>
          <w:sz w:val="28"/>
          <w:szCs w:val="28"/>
          <w:lang w:val="en-US"/>
        </w:rPr>
        <w:t xml:space="preserve">  presented and published a paper on industry 5.0 o: Human centric Digital Transformation for sustainable Nation Building in national Level </w:t>
      </w:r>
      <w:proofErr w:type="gramStart"/>
      <w:r w:rsidRPr="009A5AA2">
        <w:rPr>
          <w:sz w:val="28"/>
          <w:szCs w:val="28"/>
          <w:lang w:val="en-US"/>
        </w:rPr>
        <w:t>conference”VIGYAN</w:t>
      </w:r>
      <w:proofErr w:type="gramEnd"/>
      <w:r w:rsidRPr="009A5AA2">
        <w:rPr>
          <w:sz w:val="28"/>
          <w:szCs w:val="28"/>
          <w:lang w:val="en-US"/>
        </w:rPr>
        <w:t>-2K25 on 29</w:t>
      </w:r>
      <w:r w:rsidRPr="009A5AA2">
        <w:rPr>
          <w:sz w:val="28"/>
          <w:szCs w:val="28"/>
          <w:vertAlign w:val="superscript"/>
          <w:lang w:val="en-US"/>
        </w:rPr>
        <w:t>th</w:t>
      </w:r>
      <w:r w:rsidRPr="009A5AA2">
        <w:rPr>
          <w:sz w:val="28"/>
          <w:szCs w:val="28"/>
          <w:lang w:val="en-US"/>
        </w:rPr>
        <w:t xml:space="preserve"> </w:t>
      </w:r>
      <w:r w:rsidR="00EB555D">
        <w:rPr>
          <w:sz w:val="28"/>
          <w:szCs w:val="28"/>
          <w:lang w:val="en-US"/>
        </w:rPr>
        <w:t>A</w:t>
      </w:r>
      <w:r w:rsidRPr="009A5AA2">
        <w:rPr>
          <w:sz w:val="28"/>
          <w:szCs w:val="28"/>
          <w:lang w:val="en-US"/>
        </w:rPr>
        <w:t>ugust 2025.</w:t>
      </w:r>
    </w:p>
    <w:p w14:paraId="7678273C" w14:textId="77777777" w:rsidR="009A5AA2" w:rsidRDefault="009A5AA2" w:rsidP="009A5AA2">
      <w:pPr>
        <w:rPr>
          <w:sz w:val="28"/>
          <w:szCs w:val="28"/>
          <w:lang w:val="en-US"/>
        </w:rPr>
      </w:pPr>
    </w:p>
    <w:p w14:paraId="5CACB421" w14:textId="3DFC7737" w:rsidR="009A5AA2" w:rsidRDefault="001F1B48" w:rsidP="009A5AA2">
      <w:pPr>
        <w:rPr>
          <w:sz w:val="28"/>
          <w:szCs w:val="28"/>
          <w:lang w:val="en-US"/>
        </w:rPr>
      </w:pPr>
      <w:r w:rsidRPr="001F1B48">
        <w:rPr>
          <w:noProof/>
          <w:sz w:val="28"/>
          <w:szCs w:val="28"/>
          <w:lang w:val="en-US"/>
        </w:rPr>
        <w:drawing>
          <wp:inline distT="0" distB="0" distL="0" distR="0" wp14:anchorId="19764496" wp14:editId="358F3145">
            <wp:extent cx="5731510" cy="4036060"/>
            <wp:effectExtent l="0" t="0" r="2540" b="2540"/>
            <wp:docPr id="10796188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618823" name=""/>
                    <pic:cNvPicPr/>
                  </pic:nvPicPr>
                  <pic:blipFill>
                    <a:blip r:embed="rId8"/>
                    <a:stretch>
                      <a:fillRect/>
                    </a:stretch>
                  </pic:blipFill>
                  <pic:spPr>
                    <a:xfrm>
                      <a:off x="0" y="0"/>
                      <a:ext cx="5731510" cy="4036060"/>
                    </a:xfrm>
                    <a:prstGeom prst="rect">
                      <a:avLst/>
                    </a:prstGeom>
                  </pic:spPr>
                </pic:pic>
              </a:graphicData>
            </a:graphic>
          </wp:inline>
        </w:drawing>
      </w:r>
    </w:p>
    <w:p w14:paraId="55415B4A" w14:textId="77777777" w:rsidR="00940658" w:rsidRPr="00940658" w:rsidRDefault="00940658" w:rsidP="009A5AA2">
      <w:pPr>
        <w:rPr>
          <w:b/>
          <w:bCs/>
          <w:sz w:val="28"/>
          <w:szCs w:val="28"/>
          <w:lang w:val="en-US"/>
        </w:rPr>
      </w:pPr>
    </w:p>
    <w:p w14:paraId="15FCB1BE" w14:textId="1A8AAC0A" w:rsidR="00940658" w:rsidRDefault="006503B0" w:rsidP="00940658">
      <w:pPr>
        <w:rPr>
          <w:b/>
          <w:bCs/>
          <w:sz w:val="28"/>
          <w:szCs w:val="28"/>
          <w:lang w:val="en-US"/>
        </w:rPr>
      </w:pPr>
      <w:r>
        <w:rPr>
          <w:b/>
          <w:bCs/>
          <w:sz w:val="28"/>
          <w:szCs w:val="28"/>
          <w:lang w:val="en-US"/>
        </w:rPr>
        <w:t>2</w:t>
      </w:r>
      <w:r w:rsidR="00940658" w:rsidRPr="00940658">
        <w:rPr>
          <w:b/>
          <w:bCs/>
          <w:sz w:val="28"/>
          <w:szCs w:val="28"/>
          <w:lang w:val="en-US"/>
        </w:rPr>
        <w:t>.Special Activities of the Staff</w:t>
      </w:r>
      <w:r w:rsidR="00F26C1E">
        <w:rPr>
          <w:b/>
          <w:bCs/>
          <w:sz w:val="28"/>
          <w:szCs w:val="28"/>
          <w:lang w:val="en-US"/>
        </w:rPr>
        <w:t>:</w:t>
      </w:r>
    </w:p>
    <w:p w14:paraId="1A57876E" w14:textId="22BBAB1B" w:rsidR="00940658" w:rsidRDefault="008B5BE0" w:rsidP="00940658">
      <w:pPr>
        <w:rPr>
          <w:b/>
          <w:bCs/>
          <w:sz w:val="28"/>
          <w:szCs w:val="28"/>
          <w:lang w:val="en-US"/>
        </w:rPr>
      </w:pPr>
      <w:r>
        <w:rPr>
          <w:b/>
          <w:bCs/>
          <w:sz w:val="28"/>
          <w:szCs w:val="28"/>
          <w:lang w:val="en-US"/>
        </w:rPr>
        <w:t xml:space="preserve">     </w:t>
      </w:r>
      <w:r w:rsidR="00940658">
        <w:rPr>
          <w:b/>
          <w:bCs/>
          <w:sz w:val="28"/>
          <w:szCs w:val="28"/>
          <w:lang w:val="en-US"/>
        </w:rPr>
        <w:t>Faculty Exchange Program</w:t>
      </w:r>
    </w:p>
    <w:p w14:paraId="436409A7" w14:textId="77777777" w:rsidR="00FC3740" w:rsidRPr="00D17A9E" w:rsidRDefault="00FC3740" w:rsidP="008B5BE0">
      <w:pPr>
        <w:ind w:firstLine="720"/>
        <w:rPr>
          <w:rFonts w:ascii="Times New Roman" w:hAnsi="Times New Roman" w:cs="Times New Roman"/>
          <w:b/>
          <w:bCs/>
          <w:sz w:val="28"/>
          <w:szCs w:val="28"/>
        </w:rPr>
      </w:pPr>
      <w:r w:rsidRPr="00D17A9E">
        <w:rPr>
          <w:rFonts w:ascii="Times New Roman" w:hAnsi="Times New Roman" w:cs="Times New Roman"/>
          <w:b/>
          <w:bCs/>
          <w:sz w:val="28"/>
          <w:szCs w:val="28"/>
        </w:rPr>
        <w:t>Impact Analysis Report for Faculty Exchange Program – 2026</w:t>
      </w:r>
    </w:p>
    <w:p w14:paraId="6FD334F1" w14:textId="77777777" w:rsidR="00FC3740" w:rsidRPr="00D17A9E" w:rsidRDefault="00FC3740" w:rsidP="00FC3740">
      <w:pPr>
        <w:rPr>
          <w:rFonts w:ascii="Times New Roman" w:hAnsi="Times New Roman" w:cs="Times New Roman"/>
          <w:b/>
          <w:bCs/>
          <w:sz w:val="24"/>
          <w:szCs w:val="24"/>
        </w:rPr>
      </w:pPr>
      <w:r w:rsidRPr="00D17A9E">
        <w:rPr>
          <w:rFonts w:ascii="Times New Roman" w:hAnsi="Times New Roman" w:cs="Times New Roman"/>
          <w:b/>
          <w:bCs/>
          <w:sz w:val="24"/>
          <w:szCs w:val="24"/>
        </w:rPr>
        <w:t>1. Event Details</w:t>
      </w:r>
    </w:p>
    <w:p w14:paraId="14A2E343"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Title of the Event:</w:t>
      </w:r>
      <w:r w:rsidRPr="00D17A9E">
        <w:rPr>
          <w:rFonts w:ascii="Times New Roman" w:hAnsi="Times New Roman" w:cs="Times New Roman"/>
          <w:sz w:val="24"/>
          <w:szCs w:val="24"/>
        </w:rPr>
        <w:t xml:space="preserve"> Faculty Exchange Program on Emerging Technologies (Agentic AI, Serverless &amp; Edge Computing)</w:t>
      </w:r>
    </w:p>
    <w:p w14:paraId="5949ACB3" w14:textId="77777777" w:rsidR="008B5BE0" w:rsidRDefault="008B5BE0" w:rsidP="00FC3740">
      <w:pPr>
        <w:rPr>
          <w:rFonts w:ascii="Times New Roman" w:hAnsi="Times New Roman" w:cs="Times New Roman"/>
          <w:b/>
          <w:bCs/>
          <w:sz w:val="24"/>
          <w:szCs w:val="24"/>
        </w:rPr>
      </w:pPr>
    </w:p>
    <w:p w14:paraId="47F52F6C" w14:textId="14A000C1"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Dates:</w:t>
      </w:r>
    </w:p>
    <w:p w14:paraId="242910E9" w14:textId="77777777" w:rsidR="00FC3740" w:rsidRPr="00D17A9E" w:rsidRDefault="00FC3740">
      <w:pPr>
        <w:numPr>
          <w:ilvl w:val="0"/>
          <w:numId w:val="48"/>
        </w:numPr>
        <w:rPr>
          <w:rFonts w:ascii="Times New Roman" w:hAnsi="Times New Roman" w:cs="Times New Roman"/>
          <w:sz w:val="24"/>
          <w:szCs w:val="24"/>
        </w:rPr>
      </w:pPr>
      <w:r w:rsidRPr="00D17A9E">
        <w:rPr>
          <w:rFonts w:ascii="Times New Roman" w:hAnsi="Times New Roman" w:cs="Times New Roman"/>
          <w:sz w:val="24"/>
          <w:szCs w:val="24"/>
        </w:rPr>
        <w:lastRenderedPageBreak/>
        <w:t>5th March 2026 (For 1st Year Students – Agentic AI)</w:t>
      </w:r>
    </w:p>
    <w:p w14:paraId="567A89D8" w14:textId="77777777" w:rsidR="00FC3740" w:rsidRPr="00D17A9E" w:rsidRDefault="00FC3740">
      <w:pPr>
        <w:numPr>
          <w:ilvl w:val="0"/>
          <w:numId w:val="48"/>
        </w:numPr>
        <w:rPr>
          <w:rFonts w:ascii="Times New Roman" w:hAnsi="Times New Roman" w:cs="Times New Roman"/>
          <w:sz w:val="24"/>
          <w:szCs w:val="24"/>
        </w:rPr>
      </w:pPr>
      <w:r w:rsidRPr="00D17A9E">
        <w:rPr>
          <w:rFonts w:ascii="Times New Roman" w:hAnsi="Times New Roman" w:cs="Times New Roman"/>
          <w:sz w:val="24"/>
          <w:szCs w:val="24"/>
        </w:rPr>
        <w:t>9th March 2026 (For 2nd Year Students – Serverless &amp; Edge Computing)</w:t>
      </w:r>
    </w:p>
    <w:p w14:paraId="3606FD15"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Venue:</w:t>
      </w:r>
      <w:r w:rsidRPr="00D17A9E">
        <w:rPr>
          <w:rFonts w:ascii="Times New Roman" w:hAnsi="Times New Roman" w:cs="Times New Roman"/>
          <w:sz w:val="24"/>
          <w:szCs w:val="24"/>
        </w:rPr>
        <w:t xml:space="preserve"> Online Mode (Google Meet)</w:t>
      </w:r>
    </w:p>
    <w:p w14:paraId="4527F1C2"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Organizer/Coordinator:</w:t>
      </w:r>
      <w:r w:rsidRPr="00D17A9E">
        <w:rPr>
          <w:rFonts w:ascii="Times New Roman" w:hAnsi="Times New Roman" w:cs="Times New Roman"/>
          <w:sz w:val="24"/>
          <w:szCs w:val="24"/>
        </w:rPr>
        <w:t xml:space="preserve"> Department Faculty (Faculty Exchange Initiative)</w:t>
      </w:r>
    </w:p>
    <w:p w14:paraId="2872853B"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Speakers:</w:t>
      </w:r>
    </w:p>
    <w:p w14:paraId="4C6DF589" w14:textId="77777777" w:rsidR="00FC3740" w:rsidRPr="00D17A9E" w:rsidRDefault="00FC3740">
      <w:pPr>
        <w:numPr>
          <w:ilvl w:val="0"/>
          <w:numId w:val="49"/>
        </w:numPr>
        <w:rPr>
          <w:rFonts w:ascii="Times New Roman" w:hAnsi="Times New Roman" w:cs="Times New Roman"/>
          <w:sz w:val="24"/>
          <w:szCs w:val="24"/>
        </w:rPr>
      </w:pPr>
      <w:r w:rsidRPr="00D17A9E">
        <w:rPr>
          <w:rFonts w:ascii="Times New Roman" w:hAnsi="Times New Roman" w:cs="Times New Roman"/>
          <w:sz w:val="24"/>
          <w:szCs w:val="24"/>
        </w:rPr>
        <w:t xml:space="preserve">Faculty Members from </w:t>
      </w:r>
      <w:r>
        <w:rPr>
          <w:rFonts w:ascii="Times New Roman" w:hAnsi="Times New Roman" w:cs="Times New Roman"/>
          <w:sz w:val="24"/>
          <w:szCs w:val="24"/>
        </w:rPr>
        <w:t xml:space="preserve">CHRIST College (AUTONOMOUS) </w:t>
      </w:r>
      <w:proofErr w:type="spellStart"/>
      <w:r>
        <w:rPr>
          <w:rFonts w:ascii="Times New Roman" w:hAnsi="Times New Roman" w:cs="Times New Roman"/>
          <w:sz w:val="24"/>
          <w:szCs w:val="24"/>
        </w:rPr>
        <w:t>Irinjalakuda</w:t>
      </w:r>
      <w:proofErr w:type="spellEnd"/>
      <w:r>
        <w:rPr>
          <w:rFonts w:ascii="Times New Roman" w:hAnsi="Times New Roman" w:cs="Times New Roman"/>
          <w:sz w:val="24"/>
          <w:szCs w:val="24"/>
        </w:rPr>
        <w:t>, Kerala</w:t>
      </w:r>
      <w:r w:rsidRPr="00D17A9E">
        <w:rPr>
          <w:rFonts w:ascii="Times New Roman" w:hAnsi="Times New Roman" w:cs="Times New Roman"/>
          <w:sz w:val="24"/>
          <w:szCs w:val="24"/>
        </w:rPr>
        <w:t xml:space="preserve"> (Faculty Exchange Program)</w:t>
      </w:r>
    </w:p>
    <w:p w14:paraId="31715F17"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Target Audience:</w:t>
      </w:r>
    </w:p>
    <w:p w14:paraId="6559B26C" w14:textId="77777777" w:rsidR="00FC3740" w:rsidRPr="00D17A9E" w:rsidRDefault="00FC3740">
      <w:pPr>
        <w:numPr>
          <w:ilvl w:val="0"/>
          <w:numId w:val="50"/>
        </w:numPr>
        <w:rPr>
          <w:rFonts w:ascii="Times New Roman" w:hAnsi="Times New Roman" w:cs="Times New Roman"/>
          <w:sz w:val="24"/>
          <w:szCs w:val="24"/>
        </w:rPr>
      </w:pPr>
      <w:r w:rsidRPr="00D17A9E">
        <w:rPr>
          <w:rFonts w:ascii="Times New Roman" w:hAnsi="Times New Roman" w:cs="Times New Roman"/>
          <w:sz w:val="24"/>
          <w:szCs w:val="24"/>
        </w:rPr>
        <w:t>1st Year Students – Introduction to Agentic AI</w:t>
      </w:r>
    </w:p>
    <w:p w14:paraId="3D1EB47F" w14:textId="77777777" w:rsidR="00FC3740" w:rsidRPr="00D17A9E" w:rsidRDefault="00FC3740">
      <w:pPr>
        <w:numPr>
          <w:ilvl w:val="0"/>
          <w:numId w:val="50"/>
        </w:numPr>
        <w:rPr>
          <w:rFonts w:ascii="Times New Roman" w:hAnsi="Times New Roman" w:cs="Times New Roman"/>
          <w:sz w:val="24"/>
          <w:szCs w:val="24"/>
        </w:rPr>
      </w:pPr>
      <w:r w:rsidRPr="00D17A9E">
        <w:rPr>
          <w:rFonts w:ascii="Times New Roman" w:hAnsi="Times New Roman" w:cs="Times New Roman"/>
          <w:sz w:val="24"/>
          <w:szCs w:val="24"/>
        </w:rPr>
        <w:t>2nd Year Students – Serverless &amp; Edge Computing Concepts</w:t>
      </w:r>
    </w:p>
    <w:p w14:paraId="5DFF4F1E" w14:textId="77777777" w:rsidR="00FC3740" w:rsidRPr="00D17A9E" w:rsidRDefault="00FC3740" w:rsidP="00FC3740">
      <w:pPr>
        <w:rPr>
          <w:rFonts w:ascii="Times New Roman" w:hAnsi="Times New Roman" w:cs="Times New Roman"/>
          <w:b/>
          <w:bCs/>
          <w:sz w:val="24"/>
          <w:szCs w:val="24"/>
        </w:rPr>
      </w:pPr>
      <w:r w:rsidRPr="00D17A9E">
        <w:rPr>
          <w:rFonts w:ascii="Times New Roman" w:hAnsi="Times New Roman" w:cs="Times New Roman"/>
          <w:b/>
          <w:bCs/>
          <w:sz w:val="24"/>
          <w:szCs w:val="24"/>
        </w:rPr>
        <w:t>2. Objectives of the Event</w:t>
      </w:r>
    </w:p>
    <w:p w14:paraId="268B09B7" w14:textId="77777777" w:rsidR="00FC3740" w:rsidRPr="00D17A9E" w:rsidRDefault="00FC3740">
      <w:pPr>
        <w:numPr>
          <w:ilvl w:val="0"/>
          <w:numId w:val="51"/>
        </w:numPr>
        <w:rPr>
          <w:rFonts w:ascii="Times New Roman" w:hAnsi="Times New Roman" w:cs="Times New Roman"/>
          <w:sz w:val="24"/>
          <w:szCs w:val="24"/>
        </w:rPr>
      </w:pPr>
      <w:r w:rsidRPr="00D17A9E">
        <w:rPr>
          <w:rFonts w:ascii="Times New Roman" w:hAnsi="Times New Roman" w:cs="Times New Roman"/>
          <w:sz w:val="24"/>
          <w:szCs w:val="24"/>
        </w:rPr>
        <w:t>To introduce students to emerging technologies such as Agentic AI, Serverless Computing, and Edge Computing.</w:t>
      </w:r>
    </w:p>
    <w:p w14:paraId="3F0086D3" w14:textId="77777777" w:rsidR="00FC3740" w:rsidRPr="00D17A9E" w:rsidRDefault="00FC3740">
      <w:pPr>
        <w:numPr>
          <w:ilvl w:val="0"/>
          <w:numId w:val="51"/>
        </w:numPr>
        <w:rPr>
          <w:rFonts w:ascii="Times New Roman" w:hAnsi="Times New Roman" w:cs="Times New Roman"/>
          <w:sz w:val="24"/>
          <w:szCs w:val="24"/>
        </w:rPr>
      </w:pPr>
      <w:r w:rsidRPr="00D17A9E">
        <w:rPr>
          <w:rFonts w:ascii="Times New Roman" w:hAnsi="Times New Roman" w:cs="Times New Roman"/>
          <w:sz w:val="24"/>
          <w:szCs w:val="24"/>
        </w:rPr>
        <w:t>To enhance interdisciplinary learning through faculty exchange.</w:t>
      </w:r>
    </w:p>
    <w:p w14:paraId="12412239" w14:textId="77777777" w:rsidR="00FC3740" w:rsidRPr="00D17A9E" w:rsidRDefault="00FC3740">
      <w:pPr>
        <w:numPr>
          <w:ilvl w:val="0"/>
          <w:numId w:val="51"/>
        </w:numPr>
        <w:rPr>
          <w:rFonts w:ascii="Times New Roman" w:hAnsi="Times New Roman" w:cs="Times New Roman"/>
          <w:sz w:val="24"/>
          <w:szCs w:val="24"/>
        </w:rPr>
      </w:pPr>
      <w:r w:rsidRPr="00D17A9E">
        <w:rPr>
          <w:rFonts w:ascii="Times New Roman" w:hAnsi="Times New Roman" w:cs="Times New Roman"/>
          <w:sz w:val="24"/>
          <w:szCs w:val="24"/>
        </w:rPr>
        <w:t>To provide exposure to real-world applications and current industry trends.</w:t>
      </w:r>
    </w:p>
    <w:p w14:paraId="67CAA8D1" w14:textId="77777777" w:rsidR="00FC3740" w:rsidRPr="00D17A9E" w:rsidRDefault="00FC3740">
      <w:pPr>
        <w:numPr>
          <w:ilvl w:val="0"/>
          <w:numId w:val="51"/>
        </w:numPr>
        <w:rPr>
          <w:rFonts w:ascii="Times New Roman" w:hAnsi="Times New Roman" w:cs="Times New Roman"/>
          <w:sz w:val="24"/>
          <w:szCs w:val="24"/>
        </w:rPr>
      </w:pPr>
      <w:r w:rsidRPr="00D17A9E">
        <w:rPr>
          <w:rFonts w:ascii="Times New Roman" w:hAnsi="Times New Roman" w:cs="Times New Roman"/>
          <w:sz w:val="24"/>
          <w:szCs w:val="24"/>
        </w:rPr>
        <w:t>To encourage students to explore advanced technological domains early in their academic journey.</w:t>
      </w:r>
    </w:p>
    <w:p w14:paraId="64BB3809" w14:textId="77777777" w:rsidR="00FC3740" w:rsidRPr="00D17A9E" w:rsidRDefault="00FC3740" w:rsidP="00FC3740">
      <w:pPr>
        <w:rPr>
          <w:rFonts w:ascii="Times New Roman" w:hAnsi="Times New Roman" w:cs="Times New Roman"/>
          <w:b/>
          <w:bCs/>
          <w:sz w:val="24"/>
          <w:szCs w:val="24"/>
        </w:rPr>
      </w:pPr>
      <w:r w:rsidRPr="00D17A9E">
        <w:rPr>
          <w:rFonts w:ascii="Times New Roman" w:hAnsi="Times New Roman" w:cs="Times New Roman"/>
          <w:b/>
          <w:bCs/>
          <w:sz w:val="24"/>
          <w:szCs w:val="24"/>
        </w:rPr>
        <w:t>3. Participant Details</w:t>
      </w:r>
    </w:p>
    <w:p w14:paraId="7D619080"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Total Participants:</w:t>
      </w:r>
    </w:p>
    <w:p w14:paraId="22F17989" w14:textId="77777777" w:rsidR="00FC3740" w:rsidRPr="00D17A9E" w:rsidRDefault="00FC3740">
      <w:pPr>
        <w:numPr>
          <w:ilvl w:val="0"/>
          <w:numId w:val="52"/>
        </w:numPr>
        <w:rPr>
          <w:rFonts w:ascii="Times New Roman" w:hAnsi="Times New Roman" w:cs="Times New Roman"/>
          <w:sz w:val="24"/>
          <w:szCs w:val="24"/>
        </w:rPr>
      </w:pPr>
      <w:r w:rsidRPr="00D17A9E">
        <w:rPr>
          <w:rFonts w:ascii="Times New Roman" w:hAnsi="Times New Roman" w:cs="Times New Roman"/>
          <w:sz w:val="24"/>
          <w:szCs w:val="24"/>
        </w:rPr>
        <w:t xml:space="preserve">1st Year: </w:t>
      </w:r>
      <w:r>
        <w:rPr>
          <w:rFonts w:ascii="Times New Roman" w:hAnsi="Times New Roman" w:cs="Times New Roman"/>
          <w:sz w:val="24"/>
          <w:szCs w:val="24"/>
        </w:rPr>
        <w:t>50</w:t>
      </w:r>
      <w:r w:rsidRPr="00D17A9E">
        <w:rPr>
          <w:rFonts w:ascii="Times New Roman" w:hAnsi="Times New Roman" w:cs="Times New Roman"/>
          <w:sz w:val="24"/>
          <w:szCs w:val="24"/>
        </w:rPr>
        <w:t xml:space="preserve"> (Estimated)</w:t>
      </w:r>
    </w:p>
    <w:p w14:paraId="24D03A23" w14:textId="77777777" w:rsidR="00FC3740" w:rsidRPr="00D17A9E" w:rsidRDefault="00FC3740">
      <w:pPr>
        <w:numPr>
          <w:ilvl w:val="0"/>
          <w:numId w:val="52"/>
        </w:numPr>
        <w:rPr>
          <w:rFonts w:ascii="Times New Roman" w:hAnsi="Times New Roman" w:cs="Times New Roman"/>
          <w:sz w:val="24"/>
          <w:szCs w:val="24"/>
        </w:rPr>
      </w:pPr>
      <w:r w:rsidRPr="00D17A9E">
        <w:rPr>
          <w:rFonts w:ascii="Times New Roman" w:hAnsi="Times New Roman" w:cs="Times New Roman"/>
          <w:sz w:val="24"/>
          <w:szCs w:val="24"/>
        </w:rPr>
        <w:t xml:space="preserve">2nd Year: </w:t>
      </w:r>
      <w:r>
        <w:rPr>
          <w:rFonts w:ascii="Times New Roman" w:hAnsi="Times New Roman" w:cs="Times New Roman"/>
          <w:sz w:val="24"/>
          <w:szCs w:val="24"/>
        </w:rPr>
        <w:t>51</w:t>
      </w:r>
      <w:r w:rsidRPr="00D17A9E">
        <w:rPr>
          <w:rFonts w:ascii="Times New Roman" w:hAnsi="Times New Roman" w:cs="Times New Roman"/>
          <w:sz w:val="24"/>
          <w:szCs w:val="24"/>
        </w:rPr>
        <w:t xml:space="preserve"> (Estimated)</w:t>
      </w:r>
    </w:p>
    <w:p w14:paraId="6353217C"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Demographics:</w:t>
      </w:r>
      <w:r w:rsidRPr="00D17A9E">
        <w:rPr>
          <w:rFonts w:ascii="Times New Roman" w:hAnsi="Times New Roman" w:cs="Times New Roman"/>
          <w:sz w:val="24"/>
          <w:szCs w:val="24"/>
        </w:rPr>
        <w:t xml:space="preserve"> Undergraduate engineering students</w:t>
      </w:r>
    </w:p>
    <w:p w14:paraId="07388AE9"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Attendance Percentage:</w:t>
      </w:r>
      <w:r w:rsidRPr="00D17A9E">
        <w:rPr>
          <w:rFonts w:ascii="Times New Roman" w:hAnsi="Times New Roman" w:cs="Times New Roman"/>
          <w:sz w:val="24"/>
          <w:szCs w:val="24"/>
        </w:rPr>
        <w:t xml:space="preserve"> 92%</w:t>
      </w:r>
    </w:p>
    <w:p w14:paraId="1F35BF99" w14:textId="77777777" w:rsidR="00FC3740" w:rsidRPr="00D17A9E" w:rsidRDefault="00FC3740" w:rsidP="00FC3740">
      <w:pPr>
        <w:rPr>
          <w:rFonts w:ascii="Times New Roman" w:hAnsi="Times New Roman" w:cs="Times New Roman"/>
          <w:b/>
          <w:bCs/>
          <w:sz w:val="24"/>
          <w:szCs w:val="24"/>
        </w:rPr>
      </w:pPr>
      <w:r w:rsidRPr="00D17A9E">
        <w:rPr>
          <w:rFonts w:ascii="Times New Roman" w:hAnsi="Times New Roman" w:cs="Times New Roman"/>
          <w:b/>
          <w:bCs/>
          <w:sz w:val="24"/>
          <w:szCs w:val="24"/>
        </w:rPr>
        <w:t>4. Content Evaluation</w:t>
      </w:r>
    </w:p>
    <w:p w14:paraId="6C0417D6"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Relevance of the Topic:</w:t>
      </w:r>
      <w:r w:rsidRPr="00D17A9E">
        <w:rPr>
          <w:rFonts w:ascii="Times New Roman" w:hAnsi="Times New Roman" w:cs="Times New Roman"/>
          <w:sz w:val="24"/>
          <w:szCs w:val="24"/>
        </w:rPr>
        <w:br/>
        <w:t>Highly Relevant (aligned with current advancements in AI and cloud technologies)</w:t>
      </w:r>
    </w:p>
    <w:p w14:paraId="741362FA"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Depth of Knowledge Delivered:</w:t>
      </w:r>
      <w:r w:rsidRPr="00D17A9E">
        <w:rPr>
          <w:rFonts w:ascii="Times New Roman" w:hAnsi="Times New Roman" w:cs="Times New Roman"/>
          <w:sz w:val="24"/>
          <w:szCs w:val="24"/>
        </w:rPr>
        <w:br/>
        <w:t>Very Good (concepts explained with examples and practical insights)</w:t>
      </w:r>
    </w:p>
    <w:p w14:paraId="26C902F0"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Engagement of Participants:</w:t>
      </w:r>
      <w:r w:rsidRPr="00D17A9E">
        <w:rPr>
          <w:rFonts w:ascii="Times New Roman" w:hAnsi="Times New Roman" w:cs="Times New Roman"/>
          <w:sz w:val="24"/>
          <w:szCs w:val="24"/>
        </w:rPr>
        <w:br/>
        <w:t>Highly Engaged (interactive discussions, queries raised during sessions)</w:t>
      </w:r>
    </w:p>
    <w:p w14:paraId="3240B84D" w14:textId="77777777" w:rsidR="008B5BE0" w:rsidRDefault="008B5BE0" w:rsidP="00FC3740">
      <w:pPr>
        <w:rPr>
          <w:rFonts w:ascii="Times New Roman" w:hAnsi="Times New Roman" w:cs="Times New Roman"/>
          <w:b/>
          <w:bCs/>
          <w:sz w:val="24"/>
          <w:szCs w:val="24"/>
        </w:rPr>
      </w:pPr>
    </w:p>
    <w:p w14:paraId="08827D3E" w14:textId="7A733EE4" w:rsidR="00FC3740" w:rsidRPr="00D17A9E" w:rsidRDefault="00FC3740" w:rsidP="00FC3740">
      <w:pPr>
        <w:rPr>
          <w:rFonts w:ascii="Times New Roman" w:hAnsi="Times New Roman" w:cs="Times New Roman"/>
          <w:b/>
          <w:bCs/>
          <w:sz w:val="24"/>
          <w:szCs w:val="24"/>
        </w:rPr>
      </w:pPr>
      <w:r w:rsidRPr="00D17A9E">
        <w:rPr>
          <w:rFonts w:ascii="Times New Roman" w:hAnsi="Times New Roman" w:cs="Times New Roman"/>
          <w:b/>
          <w:bCs/>
          <w:sz w:val="24"/>
          <w:szCs w:val="24"/>
        </w:rPr>
        <w:t>5. Learning Outcomes</w:t>
      </w:r>
    </w:p>
    <w:p w14:paraId="110B7504"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lastRenderedPageBreak/>
        <w:t xml:space="preserve">Were the Learning Outcomes </w:t>
      </w:r>
      <w:proofErr w:type="gramStart"/>
      <w:r w:rsidRPr="00D17A9E">
        <w:rPr>
          <w:rFonts w:ascii="Times New Roman" w:hAnsi="Times New Roman" w:cs="Times New Roman"/>
          <w:b/>
          <w:bCs/>
          <w:sz w:val="24"/>
          <w:szCs w:val="24"/>
        </w:rPr>
        <w:t>Met?:</w:t>
      </w:r>
      <w:proofErr w:type="gramEnd"/>
      <w:r w:rsidRPr="00D17A9E">
        <w:rPr>
          <w:rFonts w:ascii="Times New Roman" w:hAnsi="Times New Roman" w:cs="Times New Roman"/>
          <w:sz w:val="24"/>
          <w:szCs w:val="24"/>
        </w:rPr>
        <w:t xml:space="preserve"> Yes</w:t>
      </w:r>
    </w:p>
    <w:p w14:paraId="7F94C47C"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Key Takeaways for Participants:</w:t>
      </w:r>
    </w:p>
    <w:p w14:paraId="0942C56E" w14:textId="77777777" w:rsidR="00FC3740" w:rsidRPr="00D17A9E" w:rsidRDefault="00FC3740">
      <w:pPr>
        <w:numPr>
          <w:ilvl w:val="0"/>
          <w:numId w:val="53"/>
        </w:numPr>
        <w:rPr>
          <w:rFonts w:ascii="Times New Roman" w:hAnsi="Times New Roman" w:cs="Times New Roman"/>
          <w:sz w:val="24"/>
          <w:szCs w:val="24"/>
        </w:rPr>
      </w:pPr>
      <w:r w:rsidRPr="00D17A9E">
        <w:rPr>
          <w:rFonts w:ascii="Times New Roman" w:hAnsi="Times New Roman" w:cs="Times New Roman"/>
          <w:sz w:val="24"/>
          <w:szCs w:val="24"/>
        </w:rPr>
        <w:t>Understanding the concept of Agentic AI and its autonomous decision-making capabilities</w:t>
      </w:r>
    </w:p>
    <w:p w14:paraId="619CD484" w14:textId="77777777" w:rsidR="00FC3740" w:rsidRPr="00D17A9E" w:rsidRDefault="00FC3740">
      <w:pPr>
        <w:numPr>
          <w:ilvl w:val="0"/>
          <w:numId w:val="53"/>
        </w:numPr>
        <w:rPr>
          <w:rFonts w:ascii="Times New Roman" w:hAnsi="Times New Roman" w:cs="Times New Roman"/>
          <w:sz w:val="24"/>
          <w:szCs w:val="24"/>
        </w:rPr>
      </w:pPr>
      <w:r w:rsidRPr="00D17A9E">
        <w:rPr>
          <w:rFonts w:ascii="Times New Roman" w:hAnsi="Times New Roman" w:cs="Times New Roman"/>
          <w:sz w:val="24"/>
          <w:szCs w:val="24"/>
        </w:rPr>
        <w:t>Fundamentals of Serverless Computing and its advantages in cloud architecture</w:t>
      </w:r>
    </w:p>
    <w:p w14:paraId="5891B7B3" w14:textId="77777777" w:rsidR="00FC3740" w:rsidRPr="00D17A9E" w:rsidRDefault="00FC3740">
      <w:pPr>
        <w:numPr>
          <w:ilvl w:val="0"/>
          <w:numId w:val="53"/>
        </w:numPr>
        <w:rPr>
          <w:rFonts w:ascii="Times New Roman" w:hAnsi="Times New Roman" w:cs="Times New Roman"/>
          <w:sz w:val="24"/>
          <w:szCs w:val="24"/>
        </w:rPr>
      </w:pPr>
      <w:r w:rsidRPr="00D17A9E">
        <w:rPr>
          <w:rFonts w:ascii="Times New Roman" w:hAnsi="Times New Roman" w:cs="Times New Roman"/>
          <w:sz w:val="24"/>
          <w:szCs w:val="24"/>
        </w:rPr>
        <w:t>Insights into Edge Computing and its role in real-time data processing</w:t>
      </w:r>
    </w:p>
    <w:p w14:paraId="69412F82" w14:textId="77777777" w:rsidR="00FC3740" w:rsidRPr="00D17A9E" w:rsidRDefault="00FC3740">
      <w:pPr>
        <w:numPr>
          <w:ilvl w:val="0"/>
          <w:numId w:val="53"/>
        </w:numPr>
        <w:rPr>
          <w:rFonts w:ascii="Times New Roman" w:hAnsi="Times New Roman" w:cs="Times New Roman"/>
          <w:sz w:val="24"/>
          <w:szCs w:val="24"/>
        </w:rPr>
      </w:pPr>
      <w:r w:rsidRPr="00D17A9E">
        <w:rPr>
          <w:rFonts w:ascii="Times New Roman" w:hAnsi="Times New Roman" w:cs="Times New Roman"/>
          <w:sz w:val="24"/>
          <w:szCs w:val="24"/>
        </w:rPr>
        <w:t>Awareness of industry applications and future scope of these technologies</w:t>
      </w:r>
    </w:p>
    <w:p w14:paraId="04C87422"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Skills/Knowledge Gained:</w:t>
      </w:r>
    </w:p>
    <w:p w14:paraId="191BF107" w14:textId="77777777" w:rsidR="00FC3740" w:rsidRPr="00D17A9E" w:rsidRDefault="00FC3740">
      <w:pPr>
        <w:numPr>
          <w:ilvl w:val="0"/>
          <w:numId w:val="54"/>
        </w:numPr>
        <w:rPr>
          <w:rFonts w:ascii="Times New Roman" w:hAnsi="Times New Roman" w:cs="Times New Roman"/>
          <w:sz w:val="24"/>
          <w:szCs w:val="24"/>
        </w:rPr>
      </w:pPr>
      <w:r w:rsidRPr="00D17A9E">
        <w:rPr>
          <w:rFonts w:ascii="Times New Roman" w:hAnsi="Times New Roman" w:cs="Times New Roman"/>
          <w:sz w:val="24"/>
          <w:szCs w:val="24"/>
        </w:rPr>
        <w:t>Conceptual clarity on emerging technologies</w:t>
      </w:r>
    </w:p>
    <w:p w14:paraId="5FFA679E" w14:textId="77777777" w:rsidR="00FC3740" w:rsidRPr="00D17A9E" w:rsidRDefault="00FC3740">
      <w:pPr>
        <w:numPr>
          <w:ilvl w:val="0"/>
          <w:numId w:val="54"/>
        </w:numPr>
        <w:rPr>
          <w:rFonts w:ascii="Times New Roman" w:hAnsi="Times New Roman" w:cs="Times New Roman"/>
          <w:sz w:val="24"/>
          <w:szCs w:val="24"/>
        </w:rPr>
      </w:pPr>
      <w:r w:rsidRPr="00D17A9E">
        <w:rPr>
          <w:rFonts w:ascii="Times New Roman" w:hAnsi="Times New Roman" w:cs="Times New Roman"/>
          <w:sz w:val="24"/>
          <w:szCs w:val="24"/>
        </w:rPr>
        <w:t>Exposure to modern computing paradigms</w:t>
      </w:r>
    </w:p>
    <w:p w14:paraId="2465FC94" w14:textId="77777777" w:rsidR="00FC3740" w:rsidRPr="00D17A9E" w:rsidRDefault="00FC3740">
      <w:pPr>
        <w:numPr>
          <w:ilvl w:val="0"/>
          <w:numId w:val="54"/>
        </w:numPr>
        <w:rPr>
          <w:rFonts w:ascii="Times New Roman" w:hAnsi="Times New Roman" w:cs="Times New Roman"/>
          <w:sz w:val="24"/>
          <w:szCs w:val="24"/>
        </w:rPr>
      </w:pPr>
      <w:r w:rsidRPr="00D17A9E">
        <w:rPr>
          <w:rFonts w:ascii="Times New Roman" w:hAnsi="Times New Roman" w:cs="Times New Roman"/>
          <w:sz w:val="24"/>
          <w:szCs w:val="24"/>
        </w:rPr>
        <w:t>Improved analytical thinking regarding AI and distributed systems</w:t>
      </w:r>
    </w:p>
    <w:p w14:paraId="77978DFB" w14:textId="77777777" w:rsidR="00FC3740" w:rsidRPr="00D17A9E" w:rsidRDefault="00FC3740" w:rsidP="00FC3740">
      <w:pPr>
        <w:rPr>
          <w:rFonts w:ascii="Times New Roman" w:hAnsi="Times New Roman" w:cs="Times New Roman"/>
          <w:b/>
          <w:bCs/>
          <w:sz w:val="24"/>
          <w:szCs w:val="24"/>
        </w:rPr>
      </w:pPr>
      <w:r w:rsidRPr="00D17A9E">
        <w:rPr>
          <w:rFonts w:ascii="Times New Roman" w:hAnsi="Times New Roman" w:cs="Times New Roman"/>
          <w:b/>
          <w:bCs/>
          <w:sz w:val="24"/>
          <w:szCs w:val="24"/>
        </w:rPr>
        <w:t>6. Feedback Analysis</w:t>
      </w:r>
    </w:p>
    <w:p w14:paraId="0C2EDCAF"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Method of Feedback Collection:</w:t>
      </w:r>
      <w:r w:rsidRPr="00D17A9E">
        <w:rPr>
          <w:rFonts w:ascii="Times New Roman" w:hAnsi="Times New Roman" w:cs="Times New Roman"/>
          <w:sz w:val="24"/>
          <w:szCs w:val="24"/>
        </w:rPr>
        <w:t xml:space="preserve"> Online feedback form (Google Form)</w:t>
      </w:r>
    </w:p>
    <w:p w14:paraId="7CD4DAD8"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Key Feedback from Participants:</w:t>
      </w:r>
    </w:p>
    <w:p w14:paraId="0CDC964B"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Positives:</w:t>
      </w:r>
    </w:p>
    <w:p w14:paraId="057E7E9C" w14:textId="77777777" w:rsidR="00FC3740" w:rsidRPr="00D17A9E" w:rsidRDefault="00FC3740">
      <w:pPr>
        <w:numPr>
          <w:ilvl w:val="0"/>
          <w:numId w:val="55"/>
        </w:numPr>
        <w:rPr>
          <w:rFonts w:ascii="Times New Roman" w:hAnsi="Times New Roman" w:cs="Times New Roman"/>
          <w:sz w:val="24"/>
          <w:szCs w:val="24"/>
        </w:rPr>
      </w:pPr>
      <w:r w:rsidRPr="00D17A9E">
        <w:rPr>
          <w:rFonts w:ascii="Times New Roman" w:hAnsi="Times New Roman" w:cs="Times New Roman"/>
          <w:sz w:val="24"/>
          <w:szCs w:val="24"/>
        </w:rPr>
        <w:t>Informative and easy-to-understand sessions</w:t>
      </w:r>
    </w:p>
    <w:p w14:paraId="60CBE576" w14:textId="77777777" w:rsidR="00FC3740" w:rsidRPr="00D17A9E" w:rsidRDefault="00FC3740">
      <w:pPr>
        <w:numPr>
          <w:ilvl w:val="0"/>
          <w:numId w:val="55"/>
        </w:numPr>
        <w:rPr>
          <w:rFonts w:ascii="Times New Roman" w:hAnsi="Times New Roman" w:cs="Times New Roman"/>
          <w:sz w:val="24"/>
          <w:szCs w:val="24"/>
        </w:rPr>
      </w:pPr>
      <w:r w:rsidRPr="00D17A9E">
        <w:rPr>
          <w:rFonts w:ascii="Times New Roman" w:hAnsi="Times New Roman" w:cs="Times New Roman"/>
          <w:sz w:val="24"/>
          <w:szCs w:val="24"/>
        </w:rPr>
        <w:t>Real-world examples enhanced understanding</w:t>
      </w:r>
    </w:p>
    <w:p w14:paraId="092EC1F4" w14:textId="77777777" w:rsidR="00FC3740" w:rsidRPr="00D17A9E" w:rsidRDefault="00FC3740">
      <w:pPr>
        <w:numPr>
          <w:ilvl w:val="0"/>
          <w:numId w:val="55"/>
        </w:numPr>
        <w:rPr>
          <w:rFonts w:ascii="Times New Roman" w:hAnsi="Times New Roman" w:cs="Times New Roman"/>
          <w:sz w:val="24"/>
          <w:szCs w:val="24"/>
        </w:rPr>
      </w:pPr>
      <w:r w:rsidRPr="00D17A9E">
        <w:rPr>
          <w:rFonts w:ascii="Times New Roman" w:hAnsi="Times New Roman" w:cs="Times New Roman"/>
          <w:sz w:val="24"/>
          <w:szCs w:val="24"/>
        </w:rPr>
        <w:t>Interactive teaching approach</w:t>
      </w:r>
    </w:p>
    <w:p w14:paraId="61D35833"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Areas of Improvement:</w:t>
      </w:r>
    </w:p>
    <w:p w14:paraId="03EB7CF7" w14:textId="77777777" w:rsidR="00FC3740" w:rsidRPr="00D17A9E" w:rsidRDefault="00FC3740">
      <w:pPr>
        <w:numPr>
          <w:ilvl w:val="0"/>
          <w:numId w:val="56"/>
        </w:numPr>
        <w:rPr>
          <w:rFonts w:ascii="Times New Roman" w:hAnsi="Times New Roman" w:cs="Times New Roman"/>
          <w:sz w:val="24"/>
          <w:szCs w:val="24"/>
        </w:rPr>
      </w:pPr>
      <w:r w:rsidRPr="00D17A9E">
        <w:rPr>
          <w:rFonts w:ascii="Times New Roman" w:hAnsi="Times New Roman" w:cs="Times New Roman"/>
          <w:sz w:val="24"/>
          <w:szCs w:val="24"/>
        </w:rPr>
        <w:t>Request for more hands-on demonstrations</w:t>
      </w:r>
    </w:p>
    <w:p w14:paraId="7C25BA70" w14:textId="77777777" w:rsidR="00FC3740" w:rsidRPr="00D17A9E" w:rsidRDefault="00FC3740">
      <w:pPr>
        <w:numPr>
          <w:ilvl w:val="0"/>
          <w:numId w:val="56"/>
        </w:numPr>
        <w:rPr>
          <w:rFonts w:ascii="Times New Roman" w:hAnsi="Times New Roman" w:cs="Times New Roman"/>
          <w:sz w:val="24"/>
          <w:szCs w:val="24"/>
        </w:rPr>
      </w:pPr>
      <w:r w:rsidRPr="00D17A9E">
        <w:rPr>
          <w:rFonts w:ascii="Times New Roman" w:hAnsi="Times New Roman" w:cs="Times New Roman"/>
          <w:sz w:val="24"/>
          <w:szCs w:val="24"/>
        </w:rPr>
        <w:t>Desire for longer session duration</w:t>
      </w:r>
    </w:p>
    <w:p w14:paraId="4E6E490E"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Rating on a scale of 1-5:</w:t>
      </w:r>
    </w:p>
    <w:p w14:paraId="77F58D5A" w14:textId="77777777" w:rsidR="00FC3740" w:rsidRPr="00D17A9E" w:rsidRDefault="00FC3740">
      <w:pPr>
        <w:numPr>
          <w:ilvl w:val="0"/>
          <w:numId w:val="57"/>
        </w:numPr>
        <w:rPr>
          <w:rFonts w:ascii="Times New Roman" w:hAnsi="Times New Roman" w:cs="Times New Roman"/>
          <w:sz w:val="24"/>
          <w:szCs w:val="24"/>
        </w:rPr>
      </w:pPr>
      <w:r w:rsidRPr="00D17A9E">
        <w:rPr>
          <w:rFonts w:ascii="Times New Roman" w:hAnsi="Times New Roman" w:cs="Times New Roman"/>
          <w:sz w:val="24"/>
          <w:szCs w:val="24"/>
        </w:rPr>
        <w:t>Content Quality: 4.6/5</w:t>
      </w:r>
    </w:p>
    <w:p w14:paraId="223CABC9" w14:textId="77777777" w:rsidR="00FC3740" w:rsidRPr="00D17A9E" w:rsidRDefault="00FC3740">
      <w:pPr>
        <w:numPr>
          <w:ilvl w:val="0"/>
          <w:numId w:val="57"/>
        </w:numPr>
        <w:rPr>
          <w:rFonts w:ascii="Times New Roman" w:hAnsi="Times New Roman" w:cs="Times New Roman"/>
          <w:sz w:val="24"/>
          <w:szCs w:val="24"/>
        </w:rPr>
      </w:pPr>
      <w:r w:rsidRPr="00D17A9E">
        <w:rPr>
          <w:rFonts w:ascii="Times New Roman" w:hAnsi="Times New Roman" w:cs="Times New Roman"/>
          <w:sz w:val="24"/>
          <w:szCs w:val="24"/>
        </w:rPr>
        <w:t>Speaker Effectiveness: 4.7/5</w:t>
      </w:r>
    </w:p>
    <w:p w14:paraId="0C96FBB0" w14:textId="77777777" w:rsidR="00FC3740" w:rsidRPr="00D17A9E" w:rsidRDefault="00FC3740">
      <w:pPr>
        <w:numPr>
          <w:ilvl w:val="0"/>
          <w:numId w:val="57"/>
        </w:numPr>
        <w:rPr>
          <w:rFonts w:ascii="Times New Roman" w:hAnsi="Times New Roman" w:cs="Times New Roman"/>
          <w:sz w:val="24"/>
          <w:szCs w:val="24"/>
        </w:rPr>
      </w:pPr>
      <w:r w:rsidRPr="00D17A9E">
        <w:rPr>
          <w:rFonts w:ascii="Times New Roman" w:hAnsi="Times New Roman" w:cs="Times New Roman"/>
          <w:sz w:val="24"/>
          <w:szCs w:val="24"/>
        </w:rPr>
        <w:t>Presentation Style: 4.5/5</w:t>
      </w:r>
    </w:p>
    <w:p w14:paraId="17425539" w14:textId="77777777" w:rsidR="00FC3740" w:rsidRPr="00D17A9E" w:rsidRDefault="00FC3740" w:rsidP="00FC3740">
      <w:pPr>
        <w:rPr>
          <w:rFonts w:ascii="Times New Roman" w:hAnsi="Times New Roman" w:cs="Times New Roman"/>
          <w:b/>
          <w:bCs/>
          <w:sz w:val="24"/>
          <w:szCs w:val="24"/>
        </w:rPr>
      </w:pPr>
      <w:r w:rsidRPr="00D17A9E">
        <w:rPr>
          <w:rFonts w:ascii="Times New Roman" w:hAnsi="Times New Roman" w:cs="Times New Roman"/>
          <w:b/>
          <w:bCs/>
          <w:sz w:val="24"/>
          <w:szCs w:val="24"/>
        </w:rPr>
        <w:t>7. Impact on Curriculum or Future Practices</w:t>
      </w:r>
    </w:p>
    <w:p w14:paraId="66CC2DB8"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Impact on Student Learning:</w:t>
      </w:r>
      <w:r w:rsidRPr="00D17A9E">
        <w:rPr>
          <w:rFonts w:ascii="Times New Roman" w:hAnsi="Times New Roman" w:cs="Times New Roman"/>
          <w:sz w:val="24"/>
          <w:szCs w:val="24"/>
        </w:rPr>
        <w:br/>
        <w:t>Students gained early exposure to cutting-edge technologies, improving their readiness for advanced subjects and industry demands.</w:t>
      </w:r>
    </w:p>
    <w:p w14:paraId="4202C6A8"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Integration into Teaching Practices:</w:t>
      </w:r>
      <w:r w:rsidRPr="00D17A9E">
        <w:rPr>
          <w:rFonts w:ascii="Times New Roman" w:hAnsi="Times New Roman" w:cs="Times New Roman"/>
          <w:sz w:val="24"/>
          <w:szCs w:val="24"/>
        </w:rPr>
        <w:br/>
        <w:t>Faculty members plan to incorporate introductory modules on AI agents, serverless architecture, and edge computing into coursework.</w:t>
      </w:r>
    </w:p>
    <w:p w14:paraId="7F8BFA90"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lastRenderedPageBreak/>
        <w:t>Suggestions for Future Events:</w:t>
      </w:r>
    </w:p>
    <w:p w14:paraId="381856DB" w14:textId="77777777" w:rsidR="00FC3740" w:rsidRPr="00D17A9E" w:rsidRDefault="00FC3740">
      <w:pPr>
        <w:numPr>
          <w:ilvl w:val="0"/>
          <w:numId w:val="58"/>
        </w:numPr>
        <w:rPr>
          <w:rFonts w:ascii="Times New Roman" w:hAnsi="Times New Roman" w:cs="Times New Roman"/>
          <w:sz w:val="24"/>
          <w:szCs w:val="24"/>
        </w:rPr>
      </w:pPr>
      <w:r w:rsidRPr="00D17A9E">
        <w:rPr>
          <w:rFonts w:ascii="Times New Roman" w:hAnsi="Times New Roman" w:cs="Times New Roman"/>
          <w:sz w:val="24"/>
          <w:szCs w:val="24"/>
        </w:rPr>
        <w:t xml:space="preserve">Conduct hands-on workshops and </w:t>
      </w:r>
      <w:proofErr w:type="gramStart"/>
      <w:r w:rsidRPr="00D17A9E">
        <w:rPr>
          <w:rFonts w:ascii="Times New Roman" w:hAnsi="Times New Roman" w:cs="Times New Roman"/>
          <w:sz w:val="24"/>
          <w:szCs w:val="24"/>
        </w:rPr>
        <w:t>mini-projects</w:t>
      </w:r>
      <w:proofErr w:type="gramEnd"/>
    </w:p>
    <w:p w14:paraId="18C8E2CF" w14:textId="77777777" w:rsidR="00FC3740" w:rsidRPr="00D17A9E" w:rsidRDefault="00FC3740">
      <w:pPr>
        <w:numPr>
          <w:ilvl w:val="0"/>
          <w:numId w:val="58"/>
        </w:numPr>
        <w:rPr>
          <w:rFonts w:ascii="Times New Roman" w:hAnsi="Times New Roman" w:cs="Times New Roman"/>
          <w:sz w:val="24"/>
          <w:szCs w:val="24"/>
        </w:rPr>
      </w:pPr>
      <w:r w:rsidRPr="00D17A9E">
        <w:rPr>
          <w:rFonts w:ascii="Times New Roman" w:hAnsi="Times New Roman" w:cs="Times New Roman"/>
          <w:sz w:val="24"/>
          <w:szCs w:val="24"/>
        </w:rPr>
        <w:t>Invite industry experts for deeper insights</w:t>
      </w:r>
    </w:p>
    <w:p w14:paraId="6DB1CB1B" w14:textId="77777777" w:rsidR="00FC3740" w:rsidRPr="00D17A9E" w:rsidRDefault="00FC3740">
      <w:pPr>
        <w:numPr>
          <w:ilvl w:val="0"/>
          <w:numId w:val="58"/>
        </w:numPr>
        <w:rPr>
          <w:rFonts w:ascii="Times New Roman" w:hAnsi="Times New Roman" w:cs="Times New Roman"/>
          <w:sz w:val="24"/>
          <w:szCs w:val="24"/>
        </w:rPr>
      </w:pPr>
      <w:r w:rsidRPr="00D17A9E">
        <w:rPr>
          <w:rFonts w:ascii="Times New Roman" w:hAnsi="Times New Roman" w:cs="Times New Roman"/>
          <w:sz w:val="24"/>
          <w:szCs w:val="24"/>
        </w:rPr>
        <w:t>Organize follow-up sessions for advanced learning</w:t>
      </w:r>
    </w:p>
    <w:p w14:paraId="58C9B595" w14:textId="77777777" w:rsidR="00FC3740" w:rsidRPr="00D17A9E" w:rsidRDefault="00FC3740" w:rsidP="00FC3740">
      <w:pPr>
        <w:rPr>
          <w:rFonts w:ascii="Times New Roman" w:hAnsi="Times New Roman" w:cs="Times New Roman"/>
          <w:b/>
          <w:bCs/>
          <w:sz w:val="24"/>
          <w:szCs w:val="24"/>
        </w:rPr>
      </w:pPr>
      <w:r w:rsidRPr="00D17A9E">
        <w:rPr>
          <w:rFonts w:ascii="Times New Roman" w:hAnsi="Times New Roman" w:cs="Times New Roman"/>
          <w:b/>
          <w:bCs/>
          <w:sz w:val="24"/>
          <w:szCs w:val="24"/>
        </w:rPr>
        <w:t>8. Quantitative Analysis</w:t>
      </w:r>
    </w:p>
    <w:p w14:paraId="4D47E8D3"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Performance Improvement:</w:t>
      </w:r>
      <w:r w:rsidRPr="00D17A9E">
        <w:rPr>
          <w:rFonts w:ascii="Times New Roman" w:hAnsi="Times New Roman" w:cs="Times New Roman"/>
          <w:sz w:val="24"/>
          <w:szCs w:val="24"/>
        </w:rPr>
        <w:br/>
        <w:t>Approximately 80% of participants reported improved understanding of the topics after the sessions.</w:t>
      </w:r>
    </w:p>
    <w:p w14:paraId="5ABBBC5E" w14:textId="77777777" w:rsidR="00FC3740" w:rsidRPr="00D17A9E" w:rsidRDefault="00FC3740" w:rsidP="00FC3740">
      <w:pPr>
        <w:rPr>
          <w:rFonts w:ascii="Times New Roman" w:hAnsi="Times New Roman" w:cs="Times New Roman"/>
          <w:b/>
          <w:bCs/>
          <w:sz w:val="24"/>
          <w:szCs w:val="24"/>
        </w:rPr>
      </w:pPr>
      <w:r w:rsidRPr="00D17A9E">
        <w:rPr>
          <w:rFonts w:ascii="Times New Roman" w:hAnsi="Times New Roman" w:cs="Times New Roman"/>
          <w:b/>
          <w:bCs/>
          <w:sz w:val="24"/>
          <w:szCs w:val="24"/>
        </w:rPr>
        <w:t>9. Recommendations</w:t>
      </w:r>
    </w:p>
    <w:p w14:paraId="6F365A8E"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Future Improvements:</w:t>
      </w:r>
    </w:p>
    <w:p w14:paraId="133CF5D2" w14:textId="77777777" w:rsidR="00FC3740" w:rsidRPr="00D17A9E" w:rsidRDefault="00FC3740">
      <w:pPr>
        <w:numPr>
          <w:ilvl w:val="0"/>
          <w:numId w:val="59"/>
        </w:numPr>
        <w:rPr>
          <w:rFonts w:ascii="Times New Roman" w:hAnsi="Times New Roman" w:cs="Times New Roman"/>
          <w:sz w:val="24"/>
          <w:szCs w:val="24"/>
        </w:rPr>
      </w:pPr>
      <w:r w:rsidRPr="00D17A9E">
        <w:rPr>
          <w:rFonts w:ascii="Times New Roman" w:hAnsi="Times New Roman" w:cs="Times New Roman"/>
          <w:sz w:val="24"/>
          <w:szCs w:val="24"/>
        </w:rPr>
        <w:t>Include practical demonstrations and coding sessions</w:t>
      </w:r>
    </w:p>
    <w:p w14:paraId="24AF3310" w14:textId="77777777" w:rsidR="00FC3740" w:rsidRPr="00D17A9E" w:rsidRDefault="00FC3740">
      <w:pPr>
        <w:numPr>
          <w:ilvl w:val="0"/>
          <w:numId w:val="59"/>
        </w:numPr>
        <w:rPr>
          <w:rFonts w:ascii="Times New Roman" w:hAnsi="Times New Roman" w:cs="Times New Roman"/>
          <w:sz w:val="24"/>
          <w:szCs w:val="24"/>
        </w:rPr>
      </w:pPr>
      <w:r w:rsidRPr="00D17A9E">
        <w:rPr>
          <w:rFonts w:ascii="Times New Roman" w:hAnsi="Times New Roman" w:cs="Times New Roman"/>
          <w:sz w:val="24"/>
          <w:szCs w:val="24"/>
        </w:rPr>
        <w:t>Provide pre-session and post-session materials</w:t>
      </w:r>
    </w:p>
    <w:p w14:paraId="7046A202"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Recommended Topics for Future Events:</w:t>
      </w:r>
    </w:p>
    <w:p w14:paraId="60C22594" w14:textId="77777777" w:rsidR="00FC3740" w:rsidRPr="00D17A9E" w:rsidRDefault="00FC3740">
      <w:pPr>
        <w:numPr>
          <w:ilvl w:val="0"/>
          <w:numId w:val="60"/>
        </w:numPr>
        <w:rPr>
          <w:rFonts w:ascii="Times New Roman" w:hAnsi="Times New Roman" w:cs="Times New Roman"/>
          <w:sz w:val="24"/>
          <w:szCs w:val="24"/>
        </w:rPr>
      </w:pPr>
      <w:r w:rsidRPr="00D17A9E">
        <w:rPr>
          <w:rFonts w:ascii="Times New Roman" w:hAnsi="Times New Roman" w:cs="Times New Roman"/>
          <w:sz w:val="24"/>
          <w:szCs w:val="24"/>
        </w:rPr>
        <w:t>Generative AI and LLMs</w:t>
      </w:r>
    </w:p>
    <w:p w14:paraId="13288C8A" w14:textId="77777777" w:rsidR="00FC3740" w:rsidRPr="00D17A9E" w:rsidRDefault="00FC3740">
      <w:pPr>
        <w:numPr>
          <w:ilvl w:val="0"/>
          <w:numId w:val="60"/>
        </w:numPr>
        <w:rPr>
          <w:rFonts w:ascii="Times New Roman" w:hAnsi="Times New Roman" w:cs="Times New Roman"/>
          <w:sz w:val="24"/>
          <w:szCs w:val="24"/>
        </w:rPr>
      </w:pPr>
      <w:r w:rsidRPr="00D17A9E">
        <w:rPr>
          <w:rFonts w:ascii="Times New Roman" w:hAnsi="Times New Roman" w:cs="Times New Roman"/>
          <w:sz w:val="24"/>
          <w:szCs w:val="24"/>
        </w:rPr>
        <w:t>Cloud-native application development</w:t>
      </w:r>
    </w:p>
    <w:p w14:paraId="15A44195" w14:textId="77777777" w:rsidR="00FC3740" w:rsidRPr="00D17A9E" w:rsidRDefault="00FC3740">
      <w:pPr>
        <w:numPr>
          <w:ilvl w:val="0"/>
          <w:numId w:val="60"/>
        </w:numPr>
        <w:rPr>
          <w:rFonts w:ascii="Times New Roman" w:hAnsi="Times New Roman" w:cs="Times New Roman"/>
          <w:sz w:val="24"/>
          <w:szCs w:val="24"/>
        </w:rPr>
      </w:pPr>
      <w:r w:rsidRPr="00D17A9E">
        <w:rPr>
          <w:rFonts w:ascii="Times New Roman" w:hAnsi="Times New Roman" w:cs="Times New Roman"/>
          <w:sz w:val="24"/>
          <w:szCs w:val="24"/>
        </w:rPr>
        <w:t>IoT with Edge Computing</w:t>
      </w:r>
    </w:p>
    <w:p w14:paraId="5974B47D" w14:textId="77777777" w:rsidR="00FC3740" w:rsidRPr="00D17A9E" w:rsidRDefault="00FC3740">
      <w:pPr>
        <w:numPr>
          <w:ilvl w:val="0"/>
          <w:numId w:val="60"/>
        </w:numPr>
        <w:rPr>
          <w:rFonts w:ascii="Times New Roman" w:hAnsi="Times New Roman" w:cs="Times New Roman"/>
          <w:sz w:val="24"/>
          <w:szCs w:val="24"/>
        </w:rPr>
      </w:pPr>
      <w:r w:rsidRPr="00D17A9E">
        <w:rPr>
          <w:rFonts w:ascii="Times New Roman" w:hAnsi="Times New Roman" w:cs="Times New Roman"/>
          <w:sz w:val="24"/>
          <w:szCs w:val="24"/>
        </w:rPr>
        <w:t>AI in real-world problem solving</w:t>
      </w:r>
    </w:p>
    <w:p w14:paraId="6D3D0490"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b/>
          <w:bCs/>
          <w:sz w:val="24"/>
          <w:szCs w:val="24"/>
        </w:rPr>
        <w:t>Potential for Recurrence of the Event:</w:t>
      </w:r>
      <w:r w:rsidRPr="00D17A9E">
        <w:rPr>
          <w:rFonts w:ascii="Times New Roman" w:hAnsi="Times New Roman" w:cs="Times New Roman"/>
          <w:sz w:val="24"/>
          <w:szCs w:val="24"/>
        </w:rPr>
        <w:br/>
        <w:t>Yes, faculty exchange programs should be conducted regularly to promote collaborative learning.</w:t>
      </w:r>
    </w:p>
    <w:p w14:paraId="58E4EA64" w14:textId="77777777" w:rsidR="00FC3740" w:rsidRPr="00D17A9E" w:rsidRDefault="00FC3740" w:rsidP="00FC3740">
      <w:pPr>
        <w:rPr>
          <w:rFonts w:ascii="Times New Roman" w:hAnsi="Times New Roman" w:cs="Times New Roman"/>
          <w:b/>
          <w:bCs/>
          <w:sz w:val="24"/>
          <w:szCs w:val="24"/>
        </w:rPr>
      </w:pPr>
      <w:r w:rsidRPr="00D17A9E">
        <w:rPr>
          <w:rFonts w:ascii="Times New Roman" w:hAnsi="Times New Roman" w:cs="Times New Roman"/>
          <w:b/>
          <w:bCs/>
          <w:sz w:val="24"/>
          <w:szCs w:val="24"/>
        </w:rPr>
        <w:t>10. Conclusion</w:t>
      </w:r>
    </w:p>
    <w:p w14:paraId="6100F5B0" w14:textId="77777777" w:rsidR="00FC3740" w:rsidRPr="00D17A9E" w:rsidRDefault="00FC3740" w:rsidP="00FC3740">
      <w:pPr>
        <w:rPr>
          <w:rFonts w:ascii="Times New Roman" w:hAnsi="Times New Roman" w:cs="Times New Roman"/>
          <w:sz w:val="24"/>
          <w:szCs w:val="24"/>
        </w:rPr>
      </w:pPr>
      <w:r w:rsidRPr="00D17A9E">
        <w:rPr>
          <w:rFonts w:ascii="Times New Roman" w:hAnsi="Times New Roman" w:cs="Times New Roman"/>
          <w:sz w:val="24"/>
          <w:szCs w:val="24"/>
        </w:rPr>
        <w:t>The Faculty Exchange Program conducted via Google Meet was successful in achieving its objectives. It provided valuable insights into emerging technologies like Agentic AI, Serverless Computing, and Edge Computing. The sessions enhanced student knowledge, encouraged active participation, and fostered academic collaboration between institutions.</w:t>
      </w:r>
    </w:p>
    <w:p w14:paraId="7CDE4856" w14:textId="77777777" w:rsidR="00FC3740" w:rsidRDefault="00FC3740" w:rsidP="00FC3740">
      <w:pPr>
        <w:rPr>
          <w:rFonts w:ascii="Times New Roman" w:hAnsi="Times New Roman" w:cs="Times New Roman"/>
          <w:sz w:val="24"/>
          <w:szCs w:val="24"/>
        </w:rPr>
      </w:pPr>
    </w:p>
    <w:p w14:paraId="7689FE8E" w14:textId="77777777" w:rsidR="00FC3740" w:rsidRDefault="00FC3740" w:rsidP="00FC3740">
      <w:pPr>
        <w:rPr>
          <w:rFonts w:ascii="Times New Roman" w:hAnsi="Times New Roman" w:cs="Times New Roman"/>
          <w:sz w:val="24"/>
          <w:szCs w:val="24"/>
        </w:rPr>
      </w:pPr>
    </w:p>
    <w:p w14:paraId="26F77C68" w14:textId="77777777" w:rsidR="00FC3740" w:rsidRPr="00D17A9E" w:rsidRDefault="00FC3740" w:rsidP="00FC3740">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F6C6E21" wp14:editId="6310FCBB">
            <wp:extent cx="5562600" cy="4298950"/>
            <wp:effectExtent l="0" t="0" r="0" b="6350"/>
            <wp:docPr id="5969379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937968" name="Picture 596937968"/>
                    <pic:cNvPicPr/>
                  </pic:nvPicPr>
                  <pic:blipFill>
                    <a:blip r:embed="rId9" cstate="print">
                      <a:extLst>
                        <a:ext uri="{28A0092B-C50C-407E-A947-70E740481C1C}">
                          <a14:useLocalDpi xmlns:a14="http://schemas.microsoft.com/office/drawing/2010/main" val="0"/>
                        </a:ext>
                      </a:extLst>
                    </a:blip>
                    <a:stretch>
                      <a:fillRect/>
                    </a:stretch>
                  </pic:blipFill>
                  <pic:spPr>
                    <a:xfrm>
                      <a:off x="0" y="0"/>
                      <a:ext cx="5562600" cy="4298950"/>
                    </a:xfrm>
                    <a:prstGeom prst="rect">
                      <a:avLst/>
                    </a:prstGeom>
                  </pic:spPr>
                </pic:pic>
              </a:graphicData>
            </a:graphic>
          </wp:inline>
        </w:drawing>
      </w:r>
      <w:r>
        <w:rPr>
          <w:rFonts w:ascii="Times New Roman" w:hAnsi="Times New Roman" w:cs="Times New Roman"/>
          <w:noProof/>
          <w:sz w:val="24"/>
          <w:szCs w:val="24"/>
        </w:rPr>
        <w:drawing>
          <wp:inline distT="0" distB="0" distL="0" distR="0" wp14:anchorId="46648B8B" wp14:editId="1A4A3907">
            <wp:extent cx="5661660" cy="4099560"/>
            <wp:effectExtent l="0" t="0" r="0" b="0"/>
            <wp:docPr id="2528268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26873" name="Picture 252826873"/>
                    <pic:cNvPicPr/>
                  </pic:nvPicPr>
                  <pic:blipFill>
                    <a:blip r:embed="rId10">
                      <a:extLst>
                        <a:ext uri="{28A0092B-C50C-407E-A947-70E740481C1C}">
                          <a14:useLocalDpi xmlns:a14="http://schemas.microsoft.com/office/drawing/2010/main" val="0"/>
                        </a:ext>
                      </a:extLst>
                    </a:blip>
                    <a:stretch>
                      <a:fillRect/>
                    </a:stretch>
                  </pic:blipFill>
                  <pic:spPr>
                    <a:xfrm>
                      <a:off x="0" y="0"/>
                      <a:ext cx="5665030" cy="4102000"/>
                    </a:xfrm>
                    <a:prstGeom prst="rect">
                      <a:avLst/>
                    </a:prstGeom>
                  </pic:spPr>
                </pic:pic>
              </a:graphicData>
            </a:graphic>
          </wp:inline>
        </w:drawing>
      </w:r>
    </w:p>
    <w:p w14:paraId="468DA10F" w14:textId="40A5AE83" w:rsidR="009D4373" w:rsidRPr="009D4373" w:rsidRDefault="009D4373" w:rsidP="009D4373">
      <w:pPr>
        <w:rPr>
          <w:b/>
          <w:bCs/>
          <w:sz w:val="28"/>
          <w:szCs w:val="28"/>
        </w:rPr>
      </w:pPr>
      <w:r w:rsidRPr="009D4373">
        <w:rPr>
          <w:b/>
          <w:bCs/>
          <w:noProof/>
          <w:sz w:val="28"/>
          <w:szCs w:val="28"/>
        </w:rPr>
        <w:lastRenderedPageBreak/>
        <w:drawing>
          <wp:inline distT="0" distB="0" distL="0" distR="0" wp14:anchorId="3B8DB60B" wp14:editId="7D8143BF">
            <wp:extent cx="5731510" cy="2579370"/>
            <wp:effectExtent l="0" t="0" r="2540" b="0"/>
            <wp:docPr id="7252651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2579370"/>
                    </a:xfrm>
                    <a:prstGeom prst="rect">
                      <a:avLst/>
                    </a:prstGeom>
                    <a:noFill/>
                    <a:ln>
                      <a:noFill/>
                    </a:ln>
                  </pic:spPr>
                </pic:pic>
              </a:graphicData>
            </a:graphic>
          </wp:inline>
        </w:drawing>
      </w:r>
    </w:p>
    <w:p w14:paraId="3733A720" w14:textId="52295D61" w:rsidR="009D4373" w:rsidRPr="009D4373" w:rsidRDefault="009D4373" w:rsidP="009D4373">
      <w:pPr>
        <w:rPr>
          <w:b/>
          <w:bCs/>
          <w:sz w:val="28"/>
          <w:szCs w:val="28"/>
        </w:rPr>
      </w:pPr>
      <w:r w:rsidRPr="009D4373">
        <w:rPr>
          <w:b/>
          <w:bCs/>
          <w:noProof/>
          <w:sz w:val="28"/>
          <w:szCs w:val="28"/>
        </w:rPr>
        <w:drawing>
          <wp:inline distT="0" distB="0" distL="0" distR="0" wp14:anchorId="72014EA9" wp14:editId="72C1525A">
            <wp:extent cx="5731510" cy="2579370"/>
            <wp:effectExtent l="0" t="0" r="2540" b="0"/>
            <wp:docPr id="4049962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2579370"/>
                    </a:xfrm>
                    <a:prstGeom prst="rect">
                      <a:avLst/>
                    </a:prstGeom>
                    <a:noFill/>
                    <a:ln>
                      <a:noFill/>
                    </a:ln>
                  </pic:spPr>
                </pic:pic>
              </a:graphicData>
            </a:graphic>
          </wp:inline>
        </w:drawing>
      </w:r>
    </w:p>
    <w:p w14:paraId="76F8D72E" w14:textId="77777777" w:rsidR="00FC3740" w:rsidRPr="00940658" w:rsidRDefault="00FC3740" w:rsidP="00940658">
      <w:pPr>
        <w:rPr>
          <w:b/>
          <w:bCs/>
          <w:sz w:val="28"/>
          <w:szCs w:val="28"/>
          <w:lang w:val="en-US"/>
        </w:rPr>
      </w:pPr>
    </w:p>
    <w:p w14:paraId="15626F7A" w14:textId="77777777" w:rsidR="00940658" w:rsidRPr="00940658" w:rsidRDefault="00940658" w:rsidP="00940658">
      <w:pPr>
        <w:pStyle w:val="ListParagraph"/>
        <w:ind w:left="1080"/>
        <w:rPr>
          <w:sz w:val="28"/>
          <w:szCs w:val="28"/>
          <w:lang w:val="en-US"/>
        </w:rPr>
      </w:pPr>
    </w:p>
    <w:p w14:paraId="1CDE043E" w14:textId="19A53472" w:rsidR="00552D56" w:rsidRDefault="006503B0" w:rsidP="00552D56">
      <w:pPr>
        <w:rPr>
          <w:b/>
          <w:bCs/>
          <w:sz w:val="28"/>
          <w:szCs w:val="28"/>
          <w:lang w:val="en-US"/>
        </w:rPr>
      </w:pPr>
      <w:r>
        <w:rPr>
          <w:b/>
          <w:bCs/>
          <w:sz w:val="28"/>
          <w:szCs w:val="28"/>
          <w:lang w:val="en-US"/>
        </w:rPr>
        <w:t>3</w:t>
      </w:r>
      <w:r w:rsidR="00940658">
        <w:rPr>
          <w:b/>
          <w:bCs/>
          <w:sz w:val="28"/>
          <w:szCs w:val="28"/>
          <w:lang w:val="en-US"/>
        </w:rPr>
        <w:t>.</w:t>
      </w:r>
      <w:r w:rsidR="008B5BE0">
        <w:rPr>
          <w:b/>
          <w:bCs/>
          <w:sz w:val="28"/>
          <w:szCs w:val="28"/>
          <w:lang w:val="en-US"/>
        </w:rPr>
        <w:t xml:space="preserve">Staff </w:t>
      </w:r>
      <w:r w:rsidR="00552D56">
        <w:rPr>
          <w:b/>
          <w:bCs/>
          <w:sz w:val="28"/>
          <w:szCs w:val="28"/>
          <w:lang w:val="en-US"/>
        </w:rPr>
        <w:t>A</w:t>
      </w:r>
      <w:r w:rsidR="00226B14">
        <w:rPr>
          <w:b/>
          <w:bCs/>
          <w:sz w:val="28"/>
          <w:szCs w:val="28"/>
          <w:lang w:val="en-US"/>
        </w:rPr>
        <w:t>TTENDED SEMINARS/FDPS/WEBINARS</w:t>
      </w:r>
      <w:r w:rsidR="00552D56">
        <w:rPr>
          <w:b/>
          <w:bCs/>
          <w:sz w:val="28"/>
          <w:szCs w:val="28"/>
          <w:lang w:val="en-US"/>
        </w:rPr>
        <w:t>:</w:t>
      </w:r>
    </w:p>
    <w:p w14:paraId="0EF8B21D" w14:textId="0C240ABC" w:rsidR="00552D56" w:rsidRPr="004265C1" w:rsidRDefault="00552D56" w:rsidP="004265C1">
      <w:pPr>
        <w:jc w:val="both"/>
        <w:rPr>
          <w:sz w:val="24"/>
          <w:szCs w:val="24"/>
          <w:lang w:val="en-US"/>
        </w:rPr>
      </w:pPr>
      <w:r>
        <w:rPr>
          <w:b/>
          <w:bCs/>
          <w:sz w:val="28"/>
          <w:szCs w:val="28"/>
          <w:lang w:val="en-US"/>
        </w:rPr>
        <w:t>1.</w:t>
      </w:r>
      <w:proofErr w:type="gramStart"/>
      <w:r w:rsidR="004265C1" w:rsidRPr="004265C1">
        <w:rPr>
          <w:sz w:val="24"/>
          <w:szCs w:val="24"/>
          <w:lang w:val="en-US"/>
        </w:rPr>
        <w:t>S.Lakshmi</w:t>
      </w:r>
      <w:proofErr w:type="gramEnd"/>
      <w:r w:rsidR="004265C1" w:rsidRPr="004265C1">
        <w:rPr>
          <w:sz w:val="24"/>
          <w:szCs w:val="24"/>
          <w:lang w:val="en-US"/>
        </w:rPr>
        <w:t xml:space="preserve"> participated in short term training program on Becoming a better teacher conducted by Malviya Mission Teacher </w:t>
      </w:r>
      <w:proofErr w:type="gramStart"/>
      <w:r w:rsidR="004265C1" w:rsidRPr="004265C1">
        <w:rPr>
          <w:sz w:val="24"/>
          <w:szCs w:val="24"/>
          <w:lang w:val="en-US"/>
        </w:rPr>
        <w:t>Training  center</w:t>
      </w:r>
      <w:proofErr w:type="gramEnd"/>
      <w:r w:rsidR="004265C1" w:rsidRPr="004265C1">
        <w:rPr>
          <w:sz w:val="24"/>
          <w:szCs w:val="24"/>
          <w:lang w:val="en-US"/>
        </w:rPr>
        <w:t xml:space="preserve"> of UGC organized by The Maharaja Sayajirao university of </w:t>
      </w:r>
      <w:proofErr w:type="spellStart"/>
      <w:proofErr w:type="gramStart"/>
      <w:r w:rsidR="004265C1" w:rsidRPr="004265C1">
        <w:rPr>
          <w:sz w:val="24"/>
          <w:szCs w:val="24"/>
          <w:lang w:val="en-US"/>
        </w:rPr>
        <w:t>baroda</w:t>
      </w:r>
      <w:proofErr w:type="spellEnd"/>
      <w:r w:rsidR="003A538D">
        <w:rPr>
          <w:sz w:val="24"/>
          <w:szCs w:val="24"/>
          <w:lang w:val="en-US"/>
        </w:rPr>
        <w:t xml:space="preserve">  from</w:t>
      </w:r>
      <w:proofErr w:type="gramEnd"/>
      <w:r w:rsidR="003A538D">
        <w:rPr>
          <w:sz w:val="24"/>
          <w:szCs w:val="24"/>
          <w:lang w:val="en-US"/>
        </w:rPr>
        <w:t xml:space="preserve">  18</w:t>
      </w:r>
      <w:r w:rsidR="003A538D" w:rsidRPr="003A538D">
        <w:rPr>
          <w:sz w:val="24"/>
          <w:szCs w:val="24"/>
          <w:vertAlign w:val="superscript"/>
          <w:lang w:val="en-US"/>
        </w:rPr>
        <w:t>th</w:t>
      </w:r>
      <w:r w:rsidR="003A538D">
        <w:rPr>
          <w:sz w:val="24"/>
          <w:szCs w:val="24"/>
          <w:lang w:val="en-US"/>
        </w:rPr>
        <w:t xml:space="preserve"> to 23</w:t>
      </w:r>
      <w:r w:rsidR="003A538D" w:rsidRPr="003A538D">
        <w:rPr>
          <w:sz w:val="24"/>
          <w:szCs w:val="24"/>
          <w:vertAlign w:val="superscript"/>
          <w:lang w:val="en-US"/>
        </w:rPr>
        <w:t>rd</w:t>
      </w:r>
      <w:r w:rsidR="003A538D">
        <w:rPr>
          <w:sz w:val="24"/>
          <w:szCs w:val="24"/>
          <w:lang w:val="en-US"/>
        </w:rPr>
        <w:t xml:space="preserve"> August,2025</w:t>
      </w:r>
      <w:r w:rsidR="004265C1" w:rsidRPr="004265C1">
        <w:rPr>
          <w:sz w:val="24"/>
          <w:szCs w:val="24"/>
          <w:lang w:val="en-US"/>
        </w:rPr>
        <w:t>.</w:t>
      </w:r>
    </w:p>
    <w:p w14:paraId="3AB7A093" w14:textId="77777777" w:rsidR="004265C1" w:rsidRPr="004265C1" w:rsidRDefault="004265C1" w:rsidP="004265C1">
      <w:pPr>
        <w:jc w:val="both"/>
        <w:rPr>
          <w:sz w:val="24"/>
          <w:szCs w:val="24"/>
          <w:lang w:val="en-US"/>
        </w:rPr>
      </w:pPr>
    </w:p>
    <w:p w14:paraId="2EB9A19A" w14:textId="6F50D5B0" w:rsidR="004265C1" w:rsidRDefault="004265C1" w:rsidP="00552D56">
      <w:pPr>
        <w:rPr>
          <w:b/>
          <w:bCs/>
          <w:sz w:val="28"/>
          <w:szCs w:val="28"/>
          <w:lang w:val="en-US"/>
        </w:rPr>
      </w:pPr>
      <w:r w:rsidRPr="004265C1">
        <w:rPr>
          <w:b/>
          <w:bCs/>
          <w:noProof/>
          <w:sz w:val="28"/>
          <w:szCs w:val="28"/>
          <w:lang w:val="en-US"/>
        </w:rPr>
        <w:lastRenderedPageBreak/>
        <w:drawing>
          <wp:inline distT="0" distB="0" distL="0" distR="0" wp14:anchorId="0B22AB30" wp14:editId="4D0E4E7C">
            <wp:extent cx="5731510" cy="4088130"/>
            <wp:effectExtent l="0" t="0" r="2540" b="7620"/>
            <wp:docPr id="3712903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290324" name=""/>
                    <pic:cNvPicPr/>
                  </pic:nvPicPr>
                  <pic:blipFill>
                    <a:blip r:embed="rId13"/>
                    <a:stretch>
                      <a:fillRect/>
                    </a:stretch>
                  </pic:blipFill>
                  <pic:spPr>
                    <a:xfrm>
                      <a:off x="0" y="0"/>
                      <a:ext cx="5731510" cy="4088130"/>
                    </a:xfrm>
                    <a:prstGeom prst="rect">
                      <a:avLst/>
                    </a:prstGeom>
                  </pic:spPr>
                </pic:pic>
              </a:graphicData>
            </a:graphic>
          </wp:inline>
        </w:drawing>
      </w:r>
    </w:p>
    <w:p w14:paraId="7158E41D" w14:textId="44DA7314" w:rsidR="004265C1" w:rsidRPr="004265C1" w:rsidRDefault="004265C1" w:rsidP="004265C1">
      <w:pPr>
        <w:jc w:val="both"/>
        <w:rPr>
          <w:sz w:val="24"/>
          <w:szCs w:val="24"/>
          <w:lang w:val="en-US"/>
        </w:rPr>
      </w:pPr>
      <w:r>
        <w:rPr>
          <w:b/>
          <w:bCs/>
          <w:sz w:val="28"/>
          <w:szCs w:val="28"/>
          <w:lang w:val="en-US"/>
        </w:rPr>
        <w:t>2.</w:t>
      </w:r>
      <w:r w:rsidRPr="004265C1">
        <w:rPr>
          <w:sz w:val="24"/>
          <w:szCs w:val="24"/>
          <w:lang w:val="en-US"/>
        </w:rPr>
        <w:t xml:space="preserve"> </w:t>
      </w:r>
      <w:proofErr w:type="spellStart"/>
      <w:proofErr w:type="gramStart"/>
      <w:r w:rsidRPr="004265C1">
        <w:rPr>
          <w:sz w:val="24"/>
          <w:szCs w:val="24"/>
          <w:lang w:val="en-US"/>
        </w:rPr>
        <w:t>S.Lakshmi</w:t>
      </w:r>
      <w:proofErr w:type="spellEnd"/>
      <w:proofErr w:type="gramEnd"/>
      <w:r w:rsidRPr="004265C1">
        <w:rPr>
          <w:sz w:val="24"/>
          <w:szCs w:val="24"/>
          <w:lang w:val="en-US"/>
        </w:rPr>
        <w:t xml:space="preserve"> participated in </w:t>
      </w:r>
      <w:r>
        <w:rPr>
          <w:sz w:val="24"/>
          <w:szCs w:val="24"/>
          <w:lang w:val="en-US"/>
        </w:rPr>
        <w:t xml:space="preserve">5-Day faculty development Program on GENERATIVE AI </w:t>
      </w:r>
      <w:proofErr w:type="spellStart"/>
      <w:r>
        <w:rPr>
          <w:sz w:val="24"/>
          <w:szCs w:val="24"/>
          <w:lang w:val="en-US"/>
        </w:rPr>
        <w:t>oraganized</w:t>
      </w:r>
      <w:proofErr w:type="spellEnd"/>
      <w:r>
        <w:rPr>
          <w:sz w:val="24"/>
          <w:szCs w:val="24"/>
          <w:lang w:val="en-US"/>
        </w:rPr>
        <w:t xml:space="preserve"> by Loyola Academy in collaboration with </w:t>
      </w:r>
      <w:proofErr w:type="spellStart"/>
      <w:r>
        <w:rPr>
          <w:sz w:val="24"/>
          <w:szCs w:val="24"/>
          <w:lang w:val="en-US"/>
        </w:rPr>
        <w:t>BrainoVision</w:t>
      </w:r>
      <w:proofErr w:type="spellEnd"/>
      <w:r>
        <w:rPr>
          <w:sz w:val="24"/>
          <w:szCs w:val="24"/>
          <w:lang w:val="en-US"/>
        </w:rPr>
        <w:t xml:space="preserve"> and </w:t>
      </w:r>
      <w:proofErr w:type="gramStart"/>
      <w:r>
        <w:rPr>
          <w:sz w:val="24"/>
          <w:szCs w:val="24"/>
          <w:lang w:val="en-US"/>
        </w:rPr>
        <w:t>AICTE  from</w:t>
      </w:r>
      <w:proofErr w:type="gramEnd"/>
      <w:r>
        <w:rPr>
          <w:sz w:val="24"/>
          <w:szCs w:val="24"/>
          <w:lang w:val="en-US"/>
        </w:rPr>
        <w:t xml:space="preserve"> 4</w:t>
      </w:r>
      <w:r w:rsidRPr="004265C1">
        <w:rPr>
          <w:sz w:val="24"/>
          <w:szCs w:val="24"/>
          <w:vertAlign w:val="superscript"/>
          <w:lang w:val="en-US"/>
        </w:rPr>
        <w:t>th</w:t>
      </w:r>
      <w:r>
        <w:rPr>
          <w:sz w:val="24"/>
          <w:szCs w:val="24"/>
          <w:lang w:val="en-US"/>
        </w:rPr>
        <w:t xml:space="preserve"> to 8</w:t>
      </w:r>
      <w:r w:rsidRPr="004265C1">
        <w:rPr>
          <w:sz w:val="24"/>
          <w:szCs w:val="24"/>
          <w:vertAlign w:val="superscript"/>
          <w:lang w:val="en-US"/>
        </w:rPr>
        <w:t>th</w:t>
      </w:r>
      <w:r>
        <w:rPr>
          <w:sz w:val="24"/>
          <w:szCs w:val="24"/>
          <w:lang w:val="en-US"/>
        </w:rPr>
        <w:t xml:space="preserve"> </w:t>
      </w:r>
      <w:proofErr w:type="gramStart"/>
      <w:r>
        <w:rPr>
          <w:sz w:val="24"/>
          <w:szCs w:val="24"/>
          <w:lang w:val="en-US"/>
        </w:rPr>
        <w:t>August.</w:t>
      </w:r>
      <w:r w:rsidRPr="004265C1">
        <w:rPr>
          <w:sz w:val="24"/>
          <w:szCs w:val="24"/>
          <w:lang w:val="en-US"/>
        </w:rPr>
        <w:t>.</w:t>
      </w:r>
      <w:proofErr w:type="gramEnd"/>
    </w:p>
    <w:p w14:paraId="2B3980C9" w14:textId="7A34246B" w:rsidR="004265C1" w:rsidRDefault="004265C1" w:rsidP="00552D56">
      <w:pPr>
        <w:rPr>
          <w:b/>
          <w:bCs/>
          <w:sz w:val="28"/>
          <w:szCs w:val="28"/>
          <w:lang w:val="en-US"/>
        </w:rPr>
      </w:pPr>
    </w:p>
    <w:p w14:paraId="1AC8A53F" w14:textId="77777777" w:rsidR="004265C1" w:rsidRDefault="004265C1" w:rsidP="00552D56">
      <w:pPr>
        <w:rPr>
          <w:b/>
          <w:bCs/>
          <w:sz w:val="28"/>
          <w:szCs w:val="28"/>
          <w:lang w:val="en-US"/>
        </w:rPr>
      </w:pPr>
    </w:p>
    <w:p w14:paraId="053B199D" w14:textId="4462D242" w:rsidR="00552D56" w:rsidRDefault="004265C1" w:rsidP="009A5AA2">
      <w:pPr>
        <w:rPr>
          <w:b/>
          <w:bCs/>
          <w:sz w:val="28"/>
          <w:szCs w:val="28"/>
          <w:lang w:val="en-US"/>
        </w:rPr>
      </w:pPr>
      <w:r w:rsidRPr="004265C1">
        <w:rPr>
          <w:b/>
          <w:bCs/>
          <w:noProof/>
          <w:sz w:val="28"/>
          <w:szCs w:val="28"/>
          <w:lang w:val="en-US"/>
        </w:rPr>
        <w:drawing>
          <wp:inline distT="0" distB="0" distL="0" distR="0" wp14:anchorId="16ECEC9C" wp14:editId="6A0AAA8F">
            <wp:extent cx="2914650" cy="2060857"/>
            <wp:effectExtent l="0" t="0" r="0" b="0"/>
            <wp:docPr id="4057856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785643" name=""/>
                    <pic:cNvPicPr/>
                  </pic:nvPicPr>
                  <pic:blipFill>
                    <a:blip r:embed="rId14"/>
                    <a:stretch>
                      <a:fillRect/>
                    </a:stretch>
                  </pic:blipFill>
                  <pic:spPr>
                    <a:xfrm>
                      <a:off x="0" y="0"/>
                      <a:ext cx="2923466" cy="2067091"/>
                    </a:xfrm>
                    <a:prstGeom prst="rect">
                      <a:avLst/>
                    </a:prstGeom>
                  </pic:spPr>
                </pic:pic>
              </a:graphicData>
            </a:graphic>
          </wp:inline>
        </w:drawing>
      </w:r>
    </w:p>
    <w:p w14:paraId="37D7D922" w14:textId="77777777" w:rsidR="001F1B48" w:rsidRDefault="001F1B48" w:rsidP="009A5AA2">
      <w:pPr>
        <w:rPr>
          <w:b/>
          <w:bCs/>
          <w:sz w:val="28"/>
          <w:szCs w:val="28"/>
          <w:lang w:val="en-US"/>
        </w:rPr>
      </w:pPr>
    </w:p>
    <w:p w14:paraId="48ED4AFE" w14:textId="1D3A6EC3" w:rsidR="001F1B48" w:rsidRPr="004265C1" w:rsidRDefault="001F1B48" w:rsidP="001F1B48">
      <w:pPr>
        <w:jc w:val="both"/>
        <w:rPr>
          <w:sz w:val="24"/>
          <w:szCs w:val="24"/>
          <w:lang w:val="en-US"/>
        </w:rPr>
      </w:pPr>
      <w:r>
        <w:rPr>
          <w:b/>
          <w:bCs/>
          <w:sz w:val="28"/>
          <w:szCs w:val="28"/>
          <w:lang w:val="en-US"/>
        </w:rPr>
        <w:t>3.</w:t>
      </w:r>
      <w:r w:rsidRPr="001F1B48">
        <w:rPr>
          <w:sz w:val="24"/>
          <w:szCs w:val="24"/>
          <w:lang w:val="en-US"/>
        </w:rPr>
        <w:t xml:space="preserve"> </w:t>
      </w:r>
      <w:proofErr w:type="spellStart"/>
      <w:proofErr w:type="gramStart"/>
      <w:r w:rsidRPr="004265C1">
        <w:rPr>
          <w:sz w:val="24"/>
          <w:szCs w:val="24"/>
          <w:lang w:val="en-US"/>
        </w:rPr>
        <w:t>S.Lakshmi</w:t>
      </w:r>
      <w:proofErr w:type="spellEnd"/>
      <w:proofErr w:type="gramEnd"/>
      <w:r w:rsidRPr="004265C1">
        <w:rPr>
          <w:sz w:val="24"/>
          <w:szCs w:val="24"/>
          <w:lang w:val="en-US"/>
        </w:rPr>
        <w:t xml:space="preserve"> participated in </w:t>
      </w:r>
      <w:r>
        <w:rPr>
          <w:sz w:val="24"/>
          <w:szCs w:val="24"/>
          <w:lang w:val="en-US"/>
        </w:rPr>
        <w:t xml:space="preserve">5-Day faculty development Program on Reimagining </w:t>
      </w:r>
      <w:proofErr w:type="spellStart"/>
      <w:r>
        <w:rPr>
          <w:sz w:val="24"/>
          <w:szCs w:val="24"/>
          <w:lang w:val="en-US"/>
        </w:rPr>
        <w:t>Education:</w:t>
      </w:r>
      <w:proofErr w:type="gramStart"/>
      <w:r>
        <w:rPr>
          <w:sz w:val="24"/>
          <w:szCs w:val="24"/>
          <w:lang w:val="en-US"/>
        </w:rPr>
        <w:t>AI,Pedagogical</w:t>
      </w:r>
      <w:proofErr w:type="spellEnd"/>
      <w:proofErr w:type="gramEnd"/>
      <w:r>
        <w:rPr>
          <w:sz w:val="24"/>
          <w:szCs w:val="24"/>
          <w:lang w:val="en-US"/>
        </w:rPr>
        <w:t xml:space="preserve"> </w:t>
      </w:r>
      <w:proofErr w:type="gramStart"/>
      <w:r>
        <w:rPr>
          <w:sz w:val="24"/>
          <w:szCs w:val="24"/>
          <w:lang w:val="en-US"/>
        </w:rPr>
        <w:t>shifts  and</w:t>
      </w:r>
      <w:proofErr w:type="gramEnd"/>
      <w:r>
        <w:rPr>
          <w:sz w:val="24"/>
          <w:szCs w:val="24"/>
          <w:lang w:val="en-US"/>
        </w:rPr>
        <w:t xml:space="preserve"> Research in the age of Data </w:t>
      </w:r>
      <w:proofErr w:type="spellStart"/>
      <w:r>
        <w:rPr>
          <w:sz w:val="24"/>
          <w:szCs w:val="24"/>
          <w:lang w:val="en-US"/>
        </w:rPr>
        <w:t>oraganized</w:t>
      </w:r>
      <w:proofErr w:type="spellEnd"/>
      <w:r>
        <w:rPr>
          <w:sz w:val="24"/>
          <w:szCs w:val="24"/>
          <w:lang w:val="en-US"/>
        </w:rPr>
        <w:t xml:space="preserve"> by Loyola Academy in collaboration with IQAC from 1</w:t>
      </w:r>
      <w:r w:rsidRPr="001F1B48">
        <w:rPr>
          <w:sz w:val="24"/>
          <w:szCs w:val="24"/>
          <w:vertAlign w:val="superscript"/>
          <w:lang w:val="en-US"/>
        </w:rPr>
        <w:t>st</w:t>
      </w:r>
      <w:r>
        <w:rPr>
          <w:sz w:val="24"/>
          <w:szCs w:val="24"/>
          <w:lang w:val="en-US"/>
        </w:rPr>
        <w:t xml:space="preserve"> to 5</w:t>
      </w:r>
      <w:r w:rsidRPr="001F1B48">
        <w:rPr>
          <w:sz w:val="24"/>
          <w:szCs w:val="24"/>
          <w:vertAlign w:val="superscript"/>
          <w:lang w:val="en-US"/>
        </w:rPr>
        <w:t>th</w:t>
      </w:r>
      <w:r>
        <w:rPr>
          <w:sz w:val="24"/>
          <w:szCs w:val="24"/>
          <w:lang w:val="en-US"/>
        </w:rPr>
        <w:t xml:space="preserve"> september,2025</w:t>
      </w:r>
    </w:p>
    <w:p w14:paraId="36168A42" w14:textId="5262C8AA" w:rsidR="001F1B48" w:rsidRDefault="001F1B48" w:rsidP="009A5AA2">
      <w:pPr>
        <w:rPr>
          <w:b/>
          <w:bCs/>
          <w:sz w:val="28"/>
          <w:szCs w:val="28"/>
          <w:lang w:val="en-US"/>
        </w:rPr>
      </w:pPr>
    </w:p>
    <w:p w14:paraId="15624F2F" w14:textId="77777777" w:rsidR="001F1B48" w:rsidRDefault="001F1B48" w:rsidP="009A5AA2">
      <w:pPr>
        <w:rPr>
          <w:b/>
          <w:bCs/>
          <w:sz w:val="28"/>
          <w:szCs w:val="28"/>
          <w:lang w:val="en-US"/>
        </w:rPr>
      </w:pPr>
    </w:p>
    <w:p w14:paraId="2EBA4342" w14:textId="77777777" w:rsidR="001F1B48" w:rsidRDefault="001F1B48" w:rsidP="009A5AA2">
      <w:pPr>
        <w:rPr>
          <w:b/>
          <w:bCs/>
          <w:sz w:val="28"/>
          <w:szCs w:val="28"/>
          <w:lang w:val="en-US"/>
        </w:rPr>
      </w:pPr>
    </w:p>
    <w:p w14:paraId="01F07616" w14:textId="38FA410D" w:rsidR="001F1B48" w:rsidRDefault="001F1B48" w:rsidP="009A5AA2">
      <w:pPr>
        <w:rPr>
          <w:b/>
          <w:bCs/>
          <w:sz w:val="28"/>
          <w:szCs w:val="28"/>
          <w:lang w:val="en-US"/>
        </w:rPr>
      </w:pPr>
      <w:r w:rsidRPr="001F1B48">
        <w:rPr>
          <w:b/>
          <w:bCs/>
          <w:noProof/>
          <w:sz w:val="28"/>
          <w:szCs w:val="28"/>
          <w:lang w:val="en-US"/>
        </w:rPr>
        <w:drawing>
          <wp:inline distT="0" distB="0" distL="0" distR="0" wp14:anchorId="739E5E05" wp14:editId="474EDE30">
            <wp:extent cx="3978910" cy="3099018"/>
            <wp:effectExtent l="0" t="0" r="2540" b="6350"/>
            <wp:docPr id="1700938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938579" name=""/>
                    <pic:cNvPicPr/>
                  </pic:nvPicPr>
                  <pic:blipFill>
                    <a:blip r:embed="rId15"/>
                    <a:stretch>
                      <a:fillRect/>
                    </a:stretch>
                  </pic:blipFill>
                  <pic:spPr>
                    <a:xfrm>
                      <a:off x="0" y="0"/>
                      <a:ext cx="3984974" cy="3103741"/>
                    </a:xfrm>
                    <a:prstGeom prst="rect">
                      <a:avLst/>
                    </a:prstGeom>
                  </pic:spPr>
                </pic:pic>
              </a:graphicData>
            </a:graphic>
          </wp:inline>
        </w:drawing>
      </w:r>
    </w:p>
    <w:p w14:paraId="1543ADFA" w14:textId="002A9565" w:rsidR="00EE6EF3" w:rsidRPr="008F63A5" w:rsidRDefault="00EE6EF3">
      <w:pPr>
        <w:pStyle w:val="ListParagraph"/>
        <w:numPr>
          <w:ilvl w:val="0"/>
          <w:numId w:val="32"/>
        </w:numPr>
        <w:rPr>
          <w:b/>
          <w:bCs/>
          <w:sz w:val="28"/>
          <w:szCs w:val="28"/>
          <w:lang w:val="en-US"/>
        </w:rPr>
      </w:pPr>
      <w:proofErr w:type="spellStart"/>
      <w:proofErr w:type="gramStart"/>
      <w:r w:rsidRPr="008F63A5">
        <w:rPr>
          <w:sz w:val="24"/>
          <w:szCs w:val="24"/>
          <w:lang w:val="en-US"/>
        </w:rPr>
        <w:t>S.Lakshmi</w:t>
      </w:r>
      <w:proofErr w:type="spellEnd"/>
      <w:proofErr w:type="gramEnd"/>
      <w:r w:rsidRPr="008F63A5">
        <w:rPr>
          <w:sz w:val="24"/>
          <w:szCs w:val="24"/>
          <w:lang w:val="en-US"/>
        </w:rPr>
        <w:t xml:space="preserve"> participated in 5-Day faculty development Program on Emerging Trends in Practical </w:t>
      </w:r>
      <w:proofErr w:type="gramStart"/>
      <w:r w:rsidRPr="008F63A5">
        <w:rPr>
          <w:sz w:val="24"/>
          <w:szCs w:val="24"/>
          <w:lang w:val="en-US"/>
        </w:rPr>
        <w:t>Approach  to</w:t>
      </w:r>
      <w:proofErr w:type="gramEnd"/>
      <w:r w:rsidRPr="008F63A5">
        <w:rPr>
          <w:sz w:val="24"/>
          <w:szCs w:val="24"/>
          <w:lang w:val="en-US"/>
        </w:rPr>
        <w:t xml:space="preserve"> Cyber </w:t>
      </w:r>
      <w:proofErr w:type="spellStart"/>
      <w:r w:rsidRPr="008F63A5">
        <w:rPr>
          <w:sz w:val="24"/>
          <w:szCs w:val="24"/>
          <w:lang w:val="en-US"/>
        </w:rPr>
        <w:t>oraganized</w:t>
      </w:r>
      <w:proofErr w:type="spellEnd"/>
      <w:r w:rsidRPr="008F63A5">
        <w:rPr>
          <w:sz w:val="24"/>
          <w:szCs w:val="24"/>
          <w:lang w:val="en-US"/>
        </w:rPr>
        <w:t xml:space="preserve"> by AICTE Training &amp; </w:t>
      </w:r>
      <w:proofErr w:type="gramStart"/>
      <w:r w:rsidRPr="008F63A5">
        <w:rPr>
          <w:sz w:val="24"/>
          <w:szCs w:val="24"/>
          <w:lang w:val="en-US"/>
        </w:rPr>
        <w:t>Learning(</w:t>
      </w:r>
      <w:proofErr w:type="gramEnd"/>
      <w:r w:rsidRPr="008F63A5">
        <w:rPr>
          <w:sz w:val="24"/>
          <w:szCs w:val="24"/>
          <w:lang w:val="en-US"/>
        </w:rPr>
        <w:t>ATAL) in collaboration with Vaagdevi Engineering College from 1</w:t>
      </w:r>
      <w:r w:rsidRPr="008F63A5">
        <w:rPr>
          <w:sz w:val="24"/>
          <w:szCs w:val="24"/>
          <w:vertAlign w:val="superscript"/>
          <w:lang w:val="en-US"/>
        </w:rPr>
        <w:t>st</w:t>
      </w:r>
      <w:r w:rsidRPr="008F63A5">
        <w:rPr>
          <w:sz w:val="24"/>
          <w:szCs w:val="24"/>
          <w:lang w:val="en-US"/>
        </w:rPr>
        <w:t xml:space="preserve"> to 6</w:t>
      </w:r>
      <w:r w:rsidRPr="008F63A5">
        <w:rPr>
          <w:sz w:val="24"/>
          <w:szCs w:val="24"/>
          <w:vertAlign w:val="superscript"/>
          <w:lang w:val="en-US"/>
        </w:rPr>
        <w:t>th</w:t>
      </w:r>
      <w:r w:rsidRPr="008F63A5">
        <w:rPr>
          <w:sz w:val="24"/>
          <w:szCs w:val="24"/>
          <w:lang w:val="en-US"/>
        </w:rPr>
        <w:t xml:space="preserve"> December,2025</w:t>
      </w:r>
    </w:p>
    <w:p w14:paraId="5234928D" w14:textId="416FF57B" w:rsidR="00EE6EF3" w:rsidRDefault="00EE6EF3" w:rsidP="009A5AA2">
      <w:pPr>
        <w:rPr>
          <w:b/>
          <w:bCs/>
          <w:sz w:val="28"/>
          <w:szCs w:val="28"/>
          <w:lang w:val="en-US"/>
        </w:rPr>
      </w:pPr>
      <w:r w:rsidRPr="00EE6EF3">
        <w:rPr>
          <w:b/>
          <w:bCs/>
          <w:noProof/>
          <w:sz w:val="28"/>
          <w:szCs w:val="28"/>
          <w:lang w:val="en-US"/>
        </w:rPr>
        <w:drawing>
          <wp:inline distT="0" distB="0" distL="0" distR="0" wp14:anchorId="7F2938A9" wp14:editId="1F4E83C5">
            <wp:extent cx="4453175" cy="2895600"/>
            <wp:effectExtent l="0" t="0" r="5080" b="0"/>
            <wp:docPr id="444159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159858" name=""/>
                    <pic:cNvPicPr/>
                  </pic:nvPicPr>
                  <pic:blipFill>
                    <a:blip r:embed="rId16"/>
                    <a:stretch>
                      <a:fillRect/>
                    </a:stretch>
                  </pic:blipFill>
                  <pic:spPr>
                    <a:xfrm>
                      <a:off x="0" y="0"/>
                      <a:ext cx="4457950" cy="2898705"/>
                    </a:xfrm>
                    <a:prstGeom prst="rect">
                      <a:avLst/>
                    </a:prstGeom>
                  </pic:spPr>
                </pic:pic>
              </a:graphicData>
            </a:graphic>
          </wp:inline>
        </w:drawing>
      </w:r>
    </w:p>
    <w:p w14:paraId="6682A55E" w14:textId="0A41D91D" w:rsidR="00CB7FAE" w:rsidRPr="00EE6EF3" w:rsidRDefault="008F63A5" w:rsidP="00CB7FAE">
      <w:pPr>
        <w:pStyle w:val="ListParagraph"/>
        <w:rPr>
          <w:b/>
          <w:bCs/>
          <w:sz w:val="28"/>
          <w:szCs w:val="28"/>
          <w:lang w:val="en-US"/>
        </w:rPr>
      </w:pPr>
      <w:r>
        <w:rPr>
          <w:b/>
          <w:bCs/>
          <w:sz w:val="28"/>
          <w:szCs w:val="28"/>
          <w:lang w:val="en-US"/>
        </w:rPr>
        <w:t>5</w:t>
      </w:r>
      <w:r w:rsidR="00CB7FAE">
        <w:rPr>
          <w:b/>
          <w:bCs/>
          <w:sz w:val="28"/>
          <w:szCs w:val="28"/>
          <w:lang w:val="en-US"/>
        </w:rPr>
        <w:t xml:space="preserve">. </w:t>
      </w:r>
      <w:proofErr w:type="spellStart"/>
      <w:proofErr w:type="gramStart"/>
      <w:r w:rsidR="00CB7FAE" w:rsidRPr="004265C1">
        <w:rPr>
          <w:sz w:val="24"/>
          <w:szCs w:val="24"/>
          <w:lang w:val="en-US"/>
        </w:rPr>
        <w:t>S.Lakshmi</w:t>
      </w:r>
      <w:proofErr w:type="spellEnd"/>
      <w:proofErr w:type="gramEnd"/>
      <w:r w:rsidR="00CB7FAE" w:rsidRPr="004265C1">
        <w:rPr>
          <w:sz w:val="24"/>
          <w:szCs w:val="24"/>
          <w:lang w:val="en-US"/>
        </w:rPr>
        <w:t xml:space="preserve"> participated in </w:t>
      </w:r>
      <w:r w:rsidR="00CB7FAE">
        <w:rPr>
          <w:sz w:val="24"/>
          <w:szCs w:val="24"/>
          <w:lang w:val="en-US"/>
        </w:rPr>
        <w:t xml:space="preserve">5-Day faculty development Program </w:t>
      </w:r>
      <w:proofErr w:type="spellStart"/>
      <w:r w:rsidR="00CB7FAE">
        <w:rPr>
          <w:sz w:val="24"/>
          <w:szCs w:val="24"/>
          <w:lang w:val="en-US"/>
        </w:rPr>
        <w:t>onQuantum</w:t>
      </w:r>
      <w:proofErr w:type="spellEnd"/>
      <w:r w:rsidR="00CB7FAE">
        <w:rPr>
          <w:sz w:val="24"/>
          <w:szCs w:val="24"/>
          <w:lang w:val="en-US"/>
        </w:rPr>
        <w:t xml:space="preserve"> </w:t>
      </w:r>
      <w:proofErr w:type="gramStart"/>
      <w:r w:rsidR="00CB7FAE">
        <w:rPr>
          <w:sz w:val="24"/>
          <w:szCs w:val="24"/>
          <w:lang w:val="en-US"/>
        </w:rPr>
        <w:t xml:space="preserve">Computing  </w:t>
      </w:r>
      <w:proofErr w:type="spellStart"/>
      <w:r w:rsidR="00CB7FAE">
        <w:rPr>
          <w:sz w:val="24"/>
          <w:szCs w:val="24"/>
          <w:lang w:val="en-US"/>
        </w:rPr>
        <w:t>oraganized</w:t>
      </w:r>
      <w:proofErr w:type="spellEnd"/>
      <w:proofErr w:type="gramEnd"/>
      <w:r w:rsidR="00CB7FAE">
        <w:rPr>
          <w:sz w:val="24"/>
          <w:szCs w:val="24"/>
          <w:lang w:val="en-US"/>
        </w:rPr>
        <w:t xml:space="preserve"> by Loyola Academy in collaboration with Vaagdevi Engineering College from 1</w:t>
      </w:r>
      <w:r w:rsidR="00CB7FAE" w:rsidRPr="001F1B48">
        <w:rPr>
          <w:sz w:val="24"/>
          <w:szCs w:val="24"/>
          <w:vertAlign w:val="superscript"/>
          <w:lang w:val="en-US"/>
        </w:rPr>
        <w:t>st</w:t>
      </w:r>
      <w:r w:rsidR="00CB7FAE">
        <w:rPr>
          <w:sz w:val="24"/>
          <w:szCs w:val="24"/>
          <w:lang w:val="en-US"/>
        </w:rPr>
        <w:t xml:space="preserve"> to 6</w:t>
      </w:r>
      <w:r w:rsidR="00CB7FAE" w:rsidRPr="001F1B48">
        <w:rPr>
          <w:sz w:val="24"/>
          <w:szCs w:val="24"/>
          <w:vertAlign w:val="superscript"/>
          <w:lang w:val="en-US"/>
        </w:rPr>
        <w:t>th</w:t>
      </w:r>
      <w:r w:rsidR="00CB7FAE">
        <w:rPr>
          <w:sz w:val="24"/>
          <w:szCs w:val="24"/>
          <w:lang w:val="en-US"/>
        </w:rPr>
        <w:t xml:space="preserve"> December,2025</w:t>
      </w:r>
    </w:p>
    <w:p w14:paraId="4D5E7C0C" w14:textId="3D0EF392" w:rsidR="00CB7FAE" w:rsidRDefault="00CB7FAE" w:rsidP="009A5AA2">
      <w:pPr>
        <w:rPr>
          <w:b/>
          <w:bCs/>
          <w:sz w:val="28"/>
          <w:szCs w:val="28"/>
          <w:lang w:val="en-US"/>
        </w:rPr>
      </w:pPr>
    </w:p>
    <w:p w14:paraId="34F9812E" w14:textId="77777777" w:rsidR="00CB7FAE" w:rsidRDefault="00CB7FAE" w:rsidP="009A5AA2">
      <w:pPr>
        <w:rPr>
          <w:b/>
          <w:bCs/>
          <w:sz w:val="28"/>
          <w:szCs w:val="28"/>
          <w:lang w:val="en-US"/>
        </w:rPr>
      </w:pPr>
    </w:p>
    <w:p w14:paraId="3F0EF445" w14:textId="52325AB2" w:rsidR="00335CF1" w:rsidRDefault="00CB7FAE" w:rsidP="00335CF1">
      <w:pPr>
        <w:rPr>
          <w:b/>
          <w:bCs/>
          <w:sz w:val="28"/>
          <w:szCs w:val="28"/>
          <w:lang w:val="en-US"/>
        </w:rPr>
      </w:pPr>
      <w:r w:rsidRPr="00CB7FAE">
        <w:rPr>
          <w:b/>
          <w:bCs/>
          <w:noProof/>
          <w:sz w:val="28"/>
          <w:szCs w:val="28"/>
          <w:lang w:val="en-US"/>
        </w:rPr>
        <w:drawing>
          <wp:inline distT="0" distB="0" distL="0" distR="0" wp14:anchorId="2AEE5B4C" wp14:editId="6E8E4F57">
            <wp:extent cx="3838575" cy="2532541"/>
            <wp:effectExtent l="0" t="0" r="0" b="1270"/>
            <wp:docPr id="12515255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25547" name=""/>
                    <pic:cNvPicPr/>
                  </pic:nvPicPr>
                  <pic:blipFill>
                    <a:blip r:embed="rId17"/>
                    <a:stretch>
                      <a:fillRect/>
                    </a:stretch>
                  </pic:blipFill>
                  <pic:spPr>
                    <a:xfrm>
                      <a:off x="0" y="0"/>
                      <a:ext cx="3843326" cy="2535675"/>
                    </a:xfrm>
                    <a:prstGeom prst="rect">
                      <a:avLst/>
                    </a:prstGeom>
                  </pic:spPr>
                </pic:pic>
              </a:graphicData>
            </a:graphic>
          </wp:inline>
        </w:drawing>
      </w:r>
    </w:p>
    <w:p w14:paraId="74DD72E6" w14:textId="77835E31" w:rsidR="00335CF1" w:rsidRPr="00EE6EF3" w:rsidRDefault="00335CF1" w:rsidP="00335CF1">
      <w:pPr>
        <w:pStyle w:val="ListParagraph"/>
        <w:rPr>
          <w:b/>
          <w:bCs/>
          <w:sz w:val="28"/>
          <w:szCs w:val="28"/>
          <w:lang w:val="en-US"/>
        </w:rPr>
      </w:pPr>
      <w:r>
        <w:rPr>
          <w:b/>
          <w:bCs/>
          <w:sz w:val="28"/>
          <w:szCs w:val="28"/>
          <w:lang w:val="en-US"/>
        </w:rPr>
        <w:t>6.</w:t>
      </w:r>
      <w:r w:rsidRPr="00335CF1">
        <w:rPr>
          <w:sz w:val="24"/>
          <w:szCs w:val="24"/>
          <w:lang w:val="en-US"/>
        </w:rPr>
        <w:t xml:space="preserve"> </w:t>
      </w:r>
      <w:proofErr w:type="spellStart"/>
      <w:proofErr w:type="gramStart"/>
      <w:r w:rsidRPr="004265C1">
        <w:rPr>
          <w:sz w:val="24"/>
          <w:szCs w:val="24"/>
          <w:lang w:val="en-US"/>
        </w:rPr>
        <w:t>S.Lakshmi</w:t>
      </w:r>
      <w:proofErr w:type="spellEnd"/>
      <w:proofErr w:type="gramEnd"/>
      <w:r w:rsidRPr="004265C1">
        <w:rPr>
          <w:sz w:val="24"/>
          <w:szCs w:val="24"/>
          <w:lang w:val="en-US"/>
        </w:rPr>
        <w:t xml:space="preserve"> </w:t>
      </w:r>
      <w:r>
        <w:rPr>
          <w:sz w:val="24"/>
          <w:szCs w:val="24"/>
          <w:lang w:val="en-US"/>
        </w:rPr>
        <w:t>completed certificate course in cybersecurity Essentials under the Cyber Suraksha Pulse Program in August 2025.</w:t>
      </w:r>
    </w:p>
    <w:p w14:paraId="31942776" w14:textId="6E8DE341" w:rsidR="00335CF1" w:rsidRDefault="00335CF1" w:rsidP="00335CF1">
      <w:pPr>
        <w:rPr>
          <w:b/>
          <w:bCs/>
          <w:sz w:val="28"/>
          <w:szCs w:val="28"/>
          <w:lang w:val="en-US"/>
        </w:rPr>
      </w:pPr>
    </w:p>
    <w:p w14:paraId="662F4816" w14:textId="77777777" w:rsidR="00335CF1" w:rsidRDefault="00335CF1" w:rsidP="00335CF1">
      <w:pPr>
        <w:rPr>
          <w:b/>
          <w:bCs/>
          <w:sz w:val="28"/>
          <w:szCs w:val="28"/>
          <w:lang w:val="en-US"/>
        </w:rPr>
      </w:pPr>
    </w:p>
    <w:p w14:paraId="34F74634" w14:textId="52BC39D9" w:rsidR="00335CF1" w:rsidRDefault="00335CF1" w:rsidP="00335CF1">
      <w:pPr>
        <w:rPr>
          <w:b/>
          <w:bCs/>
          <w:sz w:val="28"/>
          <w:szCs w:val="28"/>
          <w:lang w:val="en-US"/>
        </w:rPr>
      </w:pPr>
      <w:r w:rsidRPr="00335CF1">
        <w:rPr>
          <w:b/>
          <w:bCs/>
          <w:noProof/>
          <w:sz w:val="28"/>
          <w:szCs w:val="28"/>
          <w:lang w:val="en-US"/>
        </w:rPr>
        <w:drawing>
          <wp:inline distT="0" distB="0" distL="0" distR="0" wp14:anchorId="1A04249C" wp14:editId="2BFD21EE">
            <wp:extent cx="4197052" cy="2787650"/>
            <wp:effectExtent l="0" t="0" r="0" b="0"/>
            <wp:docPr id="717547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547327" name=""/>
                    <pic:cNvPicPr/>
                  </pic:nvPicPr>
                  <pic:blipFill>
                    <a:blip r:embed="rId18"/>
                    <a:stretch>
                      <a:fillRect/>
                    </a:stretch>
                  </pic:blipFill>
                  <pic:spPr>
                    <a:xfrm>
                      <a:off x="0" y="0"/>
                      <a:ext cx="4205882" cy="2793515"/>
                    </a:xfrm>
                    <a:prstGeom prst="rect">
                      <a:avLst/>
                    </a:prstGeom>
                  </pic:spPr>
                </pic:pic>
              </a:graphicData>
            </a:graphic>
          </wp:inline>
        </w:drawing>
      </w:r>
    </w:p>
    <w:p w14:paraId="5C7913C8" w14:textId="0549FB60" w:rsidR="00335CF1" w:rsidRPr="00335CF1" w:rsidRDefault="00335CF1" w:rsidP="00335CF1">
      <w:pPr>
        <w:rPr>
          <w:b/>
          <w:bCs/>
          <w:sz w:val="28"/>
          <w:szCs w:val="28"/>
          <w:lang w:val="en-US"/>
        </w:rPr>
      </w:pPr>
    </w:p>
    <w:p w14:paraId="20B57AFC" w14:textId="77777777" w:rsidR="00CB7FAE" w:rsidRDefault="00CB7FAE" w:rsidP="009A5AA2">
      <w:pPr>
        <w:rPr>
          <w:b/>
          <w:bCs/>
          <w:sz w:val="28"/>
          <w:szCs w:val="28"/>
          <w:lang w:val="en-US"/>
        </w:rPr>
      </w:pPr>
    </w:p>
    <w:p w14:paraId="34630B72" w14:textId="1C1F251C" w:rsidR="008F63A5" w:rsidRPr="004265C1" w:rsidRDefault="007C02F4" w:rsidP="008F63A5">
      <w:pPr>
        <w:jc w:val="both"/>
        <w:rPr>
          <w:sz w:val="24"/>
          <w:szCs w:val="24"/>
          <w:lang w:val="en-US"/>
        </w:rPr>
      </w:pPr>
      <w:r>
        <w:rPr>
          <w:b/>
          <w:bCs/>
          <w:sz w:val="28"/>
          <w:szCs w:val="28"/>
          <w:lang w:val="en-US"/>
        </w:rPr>
        <w:t>7</w:t>
      </w:r>
      <w:r w:rsidR="008F63A5">
        <w:rPr>
          <w:b/>
          <w:bCs/>
          <w:sz w:val="28"/>
          <w:szCs w:val="28"/>
          <w:lang w:val="en-US"/>
        </w:rPr>
        <w:t xml:space="preserve">. </w:t>
      </w:r>
      <w:proofErr w:type="spellStart"/>
      <w:proofErr w:type="gramStart"/>
      <w:r w:rsidR="008F63A5" w:rsidRPr="004265C1">
        <w:rPr>
          <w:sz w:val="24"/>
          <w:szCs w:val="24"/>
          <w:lang w:val="en-US"/>
        </w:rPr>
        <w:t>S.</w:t>
      </w:r>
      <w:r w:rsidR="008F63A5">
        <w:rPr>
          <w:sz w:val="24"/>
          <w:szCs w:val="24"/>
          <w:lang w:val="en-US"/>
        </w:rPr>
        <w:t>Kavitha</w:t>
      </w:r>
      <w:proofErr w:type="spellEnd"/>
      <w:proofErr w:type="gramEnd"/>
      <w:r w:rsidR="008F63A5" w:rsidRPr="004265C1">
        <w:rPr>
          <w:sz w:val="24"/>
          <w:szCs w:val="24"/>
          <w:lang w:val="en-US"/>
        </w:rPr>
        <w:t xml:space="preserve"> participated in </w:t>
      </w:r>
      <w:r w:rsidR="008F63A5">
        <w:rPr>
          <w:sz w:val="24"/>
          <w:szCs w:val="24"/>
          <w:lang w:val="en-US"/>
        </w:rPr>
        <w:t xml:space="preserve">5-Day faculty development Program on GENERATIVE AI </w:t>
      </w:r>
      <w:proofErr w:type="spellStart"/>
      <w:r w:rsidR="008F63A5">
        <w:rPr>
          <w:sz w:val="24"/>
          <w:szCs w:val="24"/>
          <w:lang w:val="en-US"/>
        </w:rPr>
        <w:t>oraganized</w:t>
      </w:r>
      <w:proofErr w:type="spellEnd"/>
      <w:r w:rsidR="008F63A5">
        <w:rPr>
          <w:sz w:val="24"/>
          <w:szCs w:val="24"/>
          <w:lang w:val="en-US"/>
        </w:rPr>
        <w:t xml:space="preserve"> by Loyola Academy in collaboration with </w:t>
      </w:r>
      <w:proofErr w:type="spellStart"/>
      <w:r w:rsidR="008F63A5">
        <w:rPr>
          <w:sz w:val="24"/>
          <w:szCs w:val="24"/>
          <w:lang w:val="en-US"/>
        </w:rPr>
        <w:t>BrainoVision</w:t>
      </w:r>
      <w:proofErr w:type="spellEnd"/>
      <w:r w:rsidR="008F63A5">
        <w:rPr>
          <w:sz w:val="24"/>
          <w:szCs w:val="24"/>
          <w:lang w:val="en-US"/>
        </w:rPr>
        <w:t xml:space="preserve"> and </w:t>
      </w:r>
      <w:proofErr w:type="gramStart"/>
      <w:r w:rsidR="008F63A5">
        <w:rPr>
          <w:sz w:val="24"/>
          <w:szCs w:val="24"/>
          <w:lang w:val="en-US"/>
        </w:rPr>
        <w:t>AICTE  from</w:t>
      </w:r>
      <w:proofErr w:type="gramEnd"/>
      <w:r w:rsidR="008F63A5">
        <w:rPr>
          <w:sz w:val="24"/>
          <w:szCs w:val="24"/>
          <w:lang w:val="en-US"/>
        </w:rPr>
        <w:t xml:space="preserve"> 4</w:t>
      </w:r>
      <w:r w:rsidR="008F63A5" w:rsidRPr="004265C1">
        <w:rPr>
          <w:sz w:val="24"/>
          <w:szCs w:val="24"/>
          <w:vertAlign w:val="superscript"/>
          <w:lang w:val="en-US"/>
        </w:rPr>
        <w:t>th</w:t>
      </w:r>
      <w:r w:rsidR="008F63A5">
        <w:rPr>
          <w:sz w:val="24"/>
          <w:szCs w:val="24"/>
          <w:lang w:val="en-US"/>
        </w:rPr>
        <w:t xml:space="preserve"> to 8</w:t>
      </w:r>
      <w:r w:rsidR="008F63A5" w:rsidRPr="004265C1">
        <w:rPr>
          <w:sz w:val="24"/>
          <w:szCs w:val="24"/>
          <w:vertAlign w:val="superscript"/>
          <w:lang w:val="en-US"/>
        </w:rPr>
        <w:t>th</w:t>
      </w:r>
      <w:r w:rsidR="008F63A5">
        <w:rPr>
          <w:sz w:val="24"/>
          <w:szCs w:val="24"/>
          <w:lang w:val="en-US"/>
        </w:rPr>
        <w:t xml:space="preserve"> </w:t>
      </w:r>
      <w:proofErr w:type="gramStart"/>
      <w:r w:rsidR="008F63A5">
        <w:rPr>
          <w:sz w:val="24"/>
          <w:szCs w:val="24"/>
          <w:lang w:val="en-US"/>
        </w:rPr>
        <w:t>August.</w:t>
      </w:r>
      <w:r w:rsidR="008F63A5" w:rsidRPr="004265C1">
        <w:rPr>
          <w:sz w:val="24"/>
          <w:szCs w:val="24"/>
          <w:lang w:val="en-US"/>
        </w:rPr>
        <w:t>.</w:t>
      </w:r>
      <w:proofErr w:type="gramEnd"/>
    </w:p>
    <w:p w14:paraId="56BAD5E6" w14:textId="77777777" w:rsidR="008F63A5" w:rsidRDefault="008F63A5" w:rsidP="008F63A5">
      <w:pPr>
        <w:rPr>
          <w:b/>
          <w:bCs/>
        </w:rPr>
      </w:pPr>
    </w:p>
    <w:p w14:paraId="58ACCF51" w14:textId="77777777" w:rsidR="008F63A5" w:rsidRDefault="008F63A5" w:rsidP="008F63A5">
      <w:pPr>
        <w:rPr>
          <w:b/>
          <w:bCs/>
        </w:rPr>
      </w:pPr>
      <w:r>
        <w:rPr>
          <w:b/>
          <w:bCs/>
          <w:noProof/>
        </w:rPr>
        <w:drawing>
          <wp:inline distT="0" distB="0" distL="0" distR="0" wp14:anchorId="4DA7D8F8" wp14:editId="3B3B8DEB">
            <wp:extent cx="3648074" cy="2206228"/>
            <wp:effectExtent l="0" t="0" r="0" b="0"/>
            <wp:docPr id="180909244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9"/>
                    <a:srcRect/>
                    <a:stretch>
                      <a:fillRect/>
                    </a:stretch>
                  </pic:blipFill>
                  <pic:spPr>
                    <a:xfrm>
                      <a:off x="0" y="0"/>
                      <a:ext cx="3648074" cy="2206228"/>
                    </a:xfrm>
                    <a:prstGeom prst="rect">
                      <a:avLst/>
                    </a:prstGeom>
                    <a:ln/>
                  </pic:spPr>
                </pic:pic>
              </a:graphicData>
            </a:graphic>
          </wp:inline>
        </w:drawing>
      </w:r>
    </w:p>
    <w:p w14:paraId="7B1CAABD" w14:textId="23254C49" w:rsidR="008F63A5" w:rsidRPr="004265C1" w:rsidRDefault="007C02F4" w:rsidP="008F63A5">
      <w:pPr>
        <w:jc w:val="both"/>
        <w:rPr>
          <w:sz w:val="24"/>
          <w:szCs w:val="24"/>
          <w:lang w:val="en-US"/>
        </w:rPr>
      </w:pPr>
      <w:r>
        <w:rPr>
          <w:b/>
          <w:bCs/>
          <w:sz w:val="28"/>
          <w:szCs w:val="28"/>
          <w:lang w:val="en-US"/>
        </w:rPr>
        <w:t>8</w:t>
      </w:r>
      <w:r w:rsidR="008F63A5">
        <w:rPr>
          <w:b/>
          <w:bCs/>
          <w:sz w:val="28"/>
          <w:szCs w:val="28"/>
          <w:lang w:val="en-US"/>
        </w:rPr>
        <w:t>.</w:t>
      </w:r>
      <w:r w:rsidR="008F63A5" w:rsidRPr="008F63A5">
        <w:rPr>
          <w:sz w:val="24"/>
          <w:szCs w:val="24"/>
          <w:lang w:val="en-US"/>
        </w:rPr>
        <w:t xml:space="preserve"> </w:t>
      </w:r>
      <w:proofErr w:type="spellStart"/>
      <w:proofErr w:type="gramStart"/>
      <w:r w:rsidR="008F63A5" w:rsidRPr="004265C1">
        <w:rPr>
          <w:sz w:val="24"/>
          <w:szCs w:val="24"/>
          <w:lang w:val="en-US"/>
        </w:rPr>
        <w:t>S.</w:t>
      </w:r>
      <w:r w:rsidR="008F63A5">
        <w:rPr>
          <w:sz w:val="24"/>
          <w:szCs w:val="24"/>
          <w:lang w:val="en-US"/>
        </w:rPr>
        <w:t>Kavitha</w:t>
      </w:r>
      <w:proofErr w:type="spellEnd"/>
      <w:proofErr w:type="gramEnd"/>
      <w:r w:rsidR="008F63A5">
        <w:rPr>
          <w:sz w:val="24"/>
          <w:szCs w:val="24"/>
          <w:lang w:val="en-US"/>
        </w:rPr>
        <w:t xml:space="preserve"> </w:t>
      </w:r>
      <w:r w:rsidR="008F63A5" w:rsidRPr="004265C1">
        <w:rPr>
          <w:sz w:val="24"/>
          <w:szCs w:val="24"/>
          <w:lang w:val="en-US"/>
        </w:rPr>
        <w:t xml:space="preserve">participated in short term training program on Becoming a better teacher conducted by Malviya Mission Teacher </w:t>
      </w:r>
      <w:proofErr w:type="gramStart"/>
      <w:r w:rsidR="008F63A5" w:rsidRPr="004265C1">
        <w:rPr>
          <w:sz w:val="24"/>
          <w:szCs w:val="24"/>
          <w:lang w:val="en-US"/>
        </w:rPr>
        <w:t>Training  center</w:t>
      </w:r>
      <w:proofErr w:type="gramEnd"/>
      <w:r w:rsidR="008F63A5" w:rsidRPr="004265C1">
        <w:rPr>
          <w:sz w:val="24"/>
          <w:szCs w:val="24"/>
          <w:lang w:val="en-US"/>
        </w:rPr>
        <w:t xml:space="preserve"> of UGC organized by The Maharaja Sayajirao university of </w:t>
      </w:r>
      <w:proofErr w:type="spellStart"/>
      <w:proofErr w:type="gramStart"/>
      <w:r w:rsidR="008F63A5" w:rsidRPr="004265C1">
        <w:rPr>
          <w:sz w:val="24"/>
          <w:szCs w:val="24"/>
          <w:lang w:val="en-US"/>
        </w:rPr>
        <w:t>baroda</w:t>
      </w:r>
      <w:proofErr w:type="spellEnd"/>
      <w:r w:rsidR="008F63A5">
        <w:rPr>
          <w:sz w:val="24"/>
          <w:szCs w:val="24"/>
          <w:lang w:val="en-US"/>
        </w:rPr>
        <w:t xml:space="preserve">  from</w:t>
      </w:r>
      <w:proofErr w:type="gramEnd"/>
      <w:r w:rsidR="008F63A5">
        <w:rPr>
          <w:sz w:val="24"/>
          <w:szCs w:val="24"/>
          <w:lang w:val="en-US"/>
        </w:rPr>
        <w:t xml:space="preserve">  18</w:t>
      </w:r>
      <w:r w:rsidR="008F63A5" w:rsidRPr="003A538D">
        <w:rPr>
          <w:sz w:val="24"/>
          <w:szCs w:val="24"/>
          <w:vertAlign w:val="superscript"/>
          <w:lang w:val="en-US"/>
        </w:rPr>
        <w:t>th</w:t>
      </w:r>
      <w:r w:rsidR="008F63A5">
        <w:rPr>
          <w:sz w:val="24"/>
          <w:szCs w:val="24"/>
          <w:lang w:val="en-US"/>
        </w:rPr>
        <w:t xml:space="preserve"> to 23</w:t>
      </w:r>
      <w:r w:rsidR="008F63A5" w:rsidRPr="003A538D">
        <w:rPr>
          <w:sz w:val="24"/>
          <w:szCs w:val="24"/>
          <w:vertAlign w:val="superscript"/>
          <w:lang w:val="en-US"/>
        </w:rPr>
        <w:t>rd</w:t>
      </w:r>
      <w:r w:rsidR="008F63A5">
        <w:rPr>
          <w:sz w:val="24"/>
          <w:szCs w:val="24"/>
          <w:lang w:val="en-US"/>
        </w:rPr>
        <w:t xml:space="preserve"> August,2025</w:t>
      </w:r>
      <w:r w:rsidR="008F63A5" w:rsidRPr="004265C1">
        <w:rPr>
          <w:sz w:val="24"/>
          <w:szCs w:val="24"/>
          <w:lang w:val="en-US"/>
        </w:rPr>
        <w:t>.</w:t>
      </w:r>
    </w:p>
    <w:p w14:paraId="2C1CC003" w14:textId="3C0EFC9A" w:rsidR="00CB7FAE" w:rsidRDefault="008F63A5" w:rsidP="009A5AA2">
      <w:pPr>
        <w:rPr>
          <w:b/>
          <w:bCs/>
          <w:sz w:val="28"/>
          <w:szCs w:val="28"/>
          <w:lang w:val="en-US"/>
        </w:rPr>
      </w:pPr>
      <w:r>
        <w:rPr>
          <w:noProof/>
        </w:rPr>
        <w:drawing>
          <wp:inline distT="0" distB="0" distL="0" distR="0" wp14:anchorId="25FD83D4" wp14:editId="09B7145E">
            <wp:extent cx="5333178" cy="2033514"/>
            <wp:effectExtent l="0" t="0" r="0" b="0"/>
            <wp:docPr id="180909244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0"/>
                    <a:srcRect/>
                    <a:stretch>
                      <a:fillRect/>
                    </a:stretch>
                  </pic:blipFill>
                  <pic:spPr>
                    <a:xfrm>
                      <a:off x="0" y="0"/>
                      <a:ext cx="5333178" cy="2033514"/>
                    </a:xfrm>
                    <a:prstGeom prst="rect">
                      <a:avLst/>
                    </a:prstGeom>
                    <a:ln/>
                  </pic:spPr>
                </pic:pic>
              </a:graphicData>
            </a:graphic>
          </wp:inline>
        </w:drawing>
      </w:r>
    </w:p>
    <w:p w14:paraId="44DD6407" w14:textId="4C59D48C" w:rsidR="008F63A5" w:rsidRPr="00147FA8" w:rsidRDefault="007C02F4" w:rsidP="008F63A5">
      <w:pPr>
        <w:rPr>
          <w:b/>
          <w:bCs/>
          <w:sz w:val="28"/>
          <w:szCs w:val="28"/>
          <w:lang w:val="en-US"/>
        </w:rPr>
      </w:pPr>
      <w:r>
        <w:rPr>
          <w:b/>
          <w:bCs/>
          <w:sz w:val="28"/>
          <w:szCs w:val="28"/>
          <w:lang w:val="en-US"/>
        </w:rPr>
        <w:t>9</w:t>
      </w:r>
      <w:r w:rsidR="008F63A5">
        <w:rPr>
          <w:b/>
          <w:bCs/>
          <w:sz w:val="28"/>
          <w:szCs w:val="28"/>
          <w:lang w:val="en-US"/>
        </w:rPr>
        <w:t xml:space="preserve">. </w:t>
      </w:r>
      <w:proofErr w:type="spellStart"/>
      <w:proofErr w:type="gramStart"/>
      <w:r w:rsidR="008F63A5" w:rsidRPr="00147FA8">
        <w:rPr>
          <w:sz w:val="24"/>
          <w:szCs w:val="24"/>
          <w:lang w:val="en-US"/>
        </w:rPr>
        <w:t>S.</w:t>
      </w:r>
      <w:r w:rsidR="008F63A5">
        <w:rPr>
          <w:sz w:val="24"/>
          <w:szCs w:val="24"/>
          <w:lang w:val="en-US"/>
        </w:rPr>
        <w:t>Kavitha</w:t>
      </w:r>
      <w:proofErr w:type="spellEnd"/>
      <w:proofErr w:type="gramEnd"/>
      <w:r w:rsidR="008F63A5" w:rsidRPr="00147FA8">
        <w:rPr>
          <w:sz w:val="24"/>
          <w:szCs w:val="24"/>
          <w:lang w:val="en-US"/>
        </w:rPr>
        <w:t xml:space="preserve"> participated in 5-Day faculty development Program on Emerging Trends in Practical </w:t>
      </w:r>
      <w:proofErr w:type="gramStart"/>
      <w:r w:rsidR="008F63A5" w:rsidRPr="00147FA8">
        <w:rPr>
          <w:sz w:val="24"/>
          <w:szCs w:val="24"/>
          <w:lang w:val="en-US"/>
        </w:rPr>
        <w:t>Approach  to</w:t>
      </w:r>
      <w:proofErr w:type="gramEnd"/>
      <w:r w:rsidR="008F63A5" w:rsidRPr="00147FA8">
        <w:rPr>
          <w:sz w:val="24"/>
          <w:szCs w:val="24"/>
          <w:lang w:val="en-US"/>
        </w:rPr>
        <w:t xml:space="preserve"> Cyber </w:t>
      </w:r>
      <w:proofErr w:type="spellStart"/>
      <w:r w:rsidR="008F63A5" w:rsidRPr="00147FA8">
        <w:rPr>
          <w:sz w:val="24"/>
          <w:szCs w:val="24"/>
          <w:lang w:val="en-US"/>
        </w:rPr>
        <w:t>oraganized</w:t>
      </w:r>
      <w:proofErr w:type="spellEnd"/>
      <w:r w:rsidR="008F63A5" w:rsidRPr="00147FA8">
        <w:rPr>
          <w:sz w:val="24"/>
          <w:szCs w:val="24"/>
          <w:lang w:val="en-US"/>
        </w:rPr>
        <w:t xml:space="preserve"> by AICTE Training &amp; </w:t>
      </w:r>
      <w:proofErr w:type="gramStart"/>
      <w:r w:rsidR="008F63A5" w:rsidRPr="00147FA8">
        <w:rPr>
          <w:sz w:val="24"/>
          <w:szCs w:val="24"/>
          <w:lang w:val="en-US"/>
        </w:rPr>
        <w:t>Learning(</w:t>
      </w:r>
      <w:proofErr w:type="gramEnd"/>
      <w:r w:rsidR="008F63A5" w:rsidRPr="00147FA8">
        <w:rPr>
          <w:sz w:val="24"/>
          <w:szCs w:val="24"/>
          <w:lang w:val="en-US"/>
        </w:rPr>
        <w:t>ATAL) in collaboration with Vaagdevi Engineering College from 1</w:t>
      </w:r>
      <w:r w:rsidR="008F63A5" w:rsidRPr="00147FA8">
        <w:rPr>
          <w:sz w:val="24"/>
          <w:szCs w:val="24"/>
          <w:vertAlign w:val="superscript"/>
          <w:lang w:val="en-US"/>
        </w:rPr>
        <w:t>st</w:t>
      </w:r>
      <w:r w:rsidR="008F63A5" w:rsidRPr="00147FA8">
        <w:rPr>
          <w:sz w:val="24"/>
          <w:szCs w:val="24"/>
          <w:lang w:val="en-US"/>
        </w:rPr>
        <w:t xml:space="preserve"> to 6</w:t>
      </w:r>
      <w:r w:rsidR="008F63A5" w:rsidRPr="00147FA8">
        <w:rPr>
          <w:sz w:val="24"/>
          <w:szCs w:val="24"/>
          <w:vertAlign w:val="superscript"/>
          <w:lang w:val="en-US"/>
        </w:rPr>
        <w:t>th</w:t>
      </w:r>
      <w:r w:rsidR="008F63A5" w:rsidRPr="00147FA8">
        <w:rPr>
          <w:sz w:val="24"/>
          <w:szCs w:val="24"/>
          <w:lang w:val="en-US"/>
        </w:rPr>
        <w:t xml:space="preserve"> December,2025</w:t>
      </w:r>
    </w:p>
    <w:p w14:paraId="7C532C38" w14:textId="77777777" w:rsidR="008F63A5" w:rsidRDefault="008F63A5" w:rsidP="008F63A5"/>
    <w:p w14:paraId="1DD44BB8" w14:textId="77777777" w:rsidR="008F63A5" w:rsidRDefault="008F63A5" w:rsidP="008F63A5">
      <w:r>
        <w:rPr>
          <w:noProof/>
        </w:rPr>
        <w:drawing>
          <wp:inline distT="0" distB="0" distL="0" distR="0" wp14:anchorId="10DB9911" wp14:editId="538BCFDB">
            <wp:extent cx="4448685" cy="2203149"/>
            <wp:effectExtent l="0" t="0" r="0" b="0"/>
            <wp:docPr id="180909244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1"/>
                    <a:srcRect/>
                    <a:stretch>
                      <a:fillRect/>
                    </a:stretch>
                  </pic:blipFill>
                  <pic:spPr>
                    <a:xfrm>
                      <a:off x="0" y="0"/>
                      <a:ext cx="4448685" cy="2203149"/>
                    </a:xfrm>
                    <a:prstGeom prst="rect">
                      <a:avLst/>
                    </a:prstGeom>
                    <a:ln/>
                  </pic:spPr>
                </pic:pic>
              </a:graphicData>
            </a:graphic>
          </wp:inline>
        </w:drawing>
      </w:r>
    </w:p>
    <w:p w14:paraId="2BC224D8" w14:textId="4CE837D3" w:rsidR="008C2897" w:rsidRDefault="007C02F4" w:rsidP="008C2897">
      <w:pPr>
        <w:rPr>
          <w:sz w:val="24"/>
          <w:szCs w:val="24"/>
          <w:lang w:val="en-US"/>
        </w:rPr>
      </w:pPr>
      <w:r>
        <w:rPr>
          <w:b/>
          <w:bCs/>
          <w:sz w:val="28"/>
          <w:szCs w:val="28"/>
          <w:lang w:val="en-US"/>
        </w:rPr>
        <w:lastRenderedPageBreak/>
        <w:t>10</w:t>
      </w:r>
      <w:r w:rsidR="008F63A5">
        <w:rPr>
          <w:b/>
          <w:bCs/>
          <w:sz w:val="28"/>
          <w:szCs w:val="28"/>
          <w:lang w:val="en-US"/>
        </w:rPr>
        <w:t xml:space="preserve">. </w:t>
      </w:r>
      <w:r w:rsidR="008C2897">
        <w:rPr>
          <w:sz w:val="24"/>
          <w:szCs w:val="24"/>
          <w:lang w:val="en-US"/>
        </w:rPr>
        <w:t xml:space="preserve">M. </w:t>
      </w:r>
      <w:proofErr w:type="gramStart"/>
      <w:r w:rsidR="008C2897">
        <w:rPr>
          <w:sz w:val="24"/>
          <w:szCs w:val="24"/>
          <w:lang w:val="en-US"/>
        </w:rPr>
        <w:t xml:space="preserve">Supriya </w:t>
      </w:r>
      <w:r w:rsidR="008C2897" w:rsidRPr="00147FA8">
        <w:rPr>
          <w:sz w:val="24"/>
          <w:szCs w:val="24"/>
          <w:lang w:val="en-US"/>
        </w:rPr>
        <w:t xml:space="preserve"> participated</w:t>
      </w:r>
      <w:proofErr w:type="gramEnd"/>
      <w:r w:rsidR="008C2897" w:rsidRPr="00147FA8">
        <w:rPr>
          <w:sz w:val="24"/>
          <w:szCs w:val="24"/>
          <w:lang w:val="en-US"/>
        </w:rPr>
        <w:t xml:space="preserve"> in 5-Day faculty development Program on Emerging Trends in Practical </w:t>
      </w:r>
      <w:proofErr w:type="gramStart"/>
      <w:r w:rsidR="008C2897" w:rsidRPr="00147FA8">
        <w:rPr>
          <w:sz w:val="24"/>
          <w:szCs w:val="24"/>
          <w:lang w:val="en-US"/>
        </w:rPr>
        <w:t>Approach  to</w:t>
      </w:r>
      <w:proofErr w:type="gramEnd"/>
      <w:r w:rsidR="008C2897" w:rsidRPr="00147FA8">
        <w:rPr>
          <w:sz w:val="24"/>
          <w:szCs w:val="24"/>
          <w:lang w:val="en-US"/>
        </w:rPr>
        <w:t xml:space="preserve"> Cyber </w:t>
      </w:r>
      <w:proofErr w:type="spellStart"/>
      <w:r w:rsidR="008C2897" w:rsidRPr="00147FA8">
        <w:rPr>
          <w:sz w:val="24"/>
          <w:szCs w:val="24"/>
          <w:lang w:val="en-US"/>
        </w:rPr>
        <w:t>oraganized</w:t>
      </w:r>
      <w:proofErr w:type="spellEnd"/>
      <w:r w:rsidR="008C2897" w:rsidRPr="00147FA8">
        <w:rPr>
          <w:sz w:val="24"/>
          <w:szCs w:val="24"/>
          <w:lang w:val="en-US"/>
        </w:rPr>
        <w:t xml:space="preserve"> by AICTE Training &amp; </w:t>
      </w:r>
      <w:proofErr w:type="gramStart"/>
      <w:r w:rsidR="008C2897" w:rsidRPr="00147FA8">
        <w:rPr>
          <w:sz w:val="24"/>
          <w:szCs w:val="24"/>
          <w:lang w:val="en-US"/>
        </w:rPr>
        <w:t>Learning(</w:t>
      </w:r>
      <w:proofErr w:type="gramEnd"/>
      <w:r w:rsidR="008C2897" w:rsidRPr="00147FA8">
        <w:rPr>
          <w:sz w:val="24"/>
          <w:szCs w:val="24"/>
          <w:lang w:val="en-US"/>
        </w:rPr>
        <w:t>ATAL) in collaboration with</w:t>
      </w:r>
      <w:r w:rsidR="008C2897" w:rsidRPr="008C2897">
        <w:rPr>
          <w:noProof/>
        </w:rPr>
        <w:t xml:space="preserve"> </w:t>
      </w:r>
      <w:r w:rsidR="008C2897" w:rsidRPr="00147FA8">
        <w:rPr>
          <w:sz w:val="24"/>
          <w:szCs w:val="24"/>
          <w:lang w:val="en-US"/>
        </w:rPr>
        <w:t>Vaagdevi Engineering College from 1</w:t>
      </w:r>
      <w:r w:rsidR="008C2897" w:rsidRPr="00147FA8">
        <w:rPr>
          <w:sz w:val="24"/>
          <w:szCs w:val="24"/>
          <w:vertAlign w:val="superscript"/>
          <w:lang w:val="en-US"/>
        </w:rPr>
        <w:t>st</w:t>
      </w:r>
      <w:r w:rsidR="008C2897" w:rsidRPr="00147FA8">
        <w:rPr>
          <w:sz w:val="24"/>
          <w:szCs w:val="24"/>
          <w:lang w:val="en-US"/>
        </w:rPr>
        <w:t xml:space="preserve"> to 6</w:t>
      </w:r>
      <w:r w:rsidR="008C2897" w:rsidRPr="00147FA8">
        <w:rPr>
          <w:sz w:val="24"/>
          <w:szCs w:val="24"/>
          <w:vertAlign w:val="superscript"/>
          <w:lang w:val="en-US"/>
        </w:rPr>
        <w:t>th</w:t>
      </w:r>
      <w:r w:rsidR="008C2897" w:rsidRPr="00147FA8">
        <w:rPr>
          <w:sz w:val="24"/>
          <w:szCs w:val="24"/>
          <w:lang w:val="en-US"/>
        </w:rPr>
        <w:t xml:space="preserve"> December,2025</w:t>
      </w:r>
    </w:p>
    <w:p w14:paraId="3010D7B5" w14:textId="520C3C46" w:rsidR="008C2897" w:rsidRDefault="008C2897" w:rsidP="008C2897">
      <w:pPr>
        <w:rPr>
          <w:noProof/>
        </w:rPr>
      </w:pPr>
    </w:p>
    <w:p w14:paraId="7AC9D173" w14:textId="77777777" w:rsidR="008C2897" w:rsidRDefault="008C2897" w:rsidP="008C2897">
      <w:pPr>
        <w:rPr>
          <w:noProof/>
        </w:rPr>
      </w:pPr>
    </w:p>
    <w:p w14:paraId="4916927B" w14:textId="77777777" w:rsidR="008C2897" w:rsidRDefault="008C2897" w:rsidP="008C2897">
      <w:pPr>
        <w:rPr>
          <w:noProof/>
        </w:rPr>
      </w:pPr>
    </w:p>
    <w:p w14:paraId="213059F5" w14:textId="51EDD2F0" w:rsidR="008C2897" w:rsidRDefault="008C2897" w:rsidP="008C2897">
      <w:pPr>
        <w:rPr>
          <w:sz w:val="24"/>
          <w:szCs w:val="24"/>
          <w:lang w:val="en-US"/>
        </w:rPr>
      </w:pPr>
      <w:r>
        <w:rPr>
          <w:noProof/>
        </w:rPr>
        <w:drawing>
          <wp:inline distT="0" distB="0" distL="0" distR="0" wp14:anchorId="356D6FEF" wp14:editId="760F0BAF">
            <wp:extent cx="4733925" cy="2101215"/>
            <wp:effectExtent l="0" t="0" r="9525" b="0"/>
            <wp:docPr id="1324789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789438" name=""/>
                    <pic:cNvPicPr/>
                  </pic:nvPicPr>
                  <pic:blipFill>
                    <a:blip r:embed="rId22"/>
                    <a:stretch>
                      <a:fillRect/>
                    </a:stretch>
                  </pic:blipFill>
                  <pic:spPr>
                    <a:xfrm>
                      <a:off x="0" y="0"/>
                      <a:ext cx="4741687" cy="2104660"/>
                    </a:xfrm>
                    <a:prstGeom prst="rect">
                      <a:avLst/>
                    </a:prstGeom>
                  </pic:spPr>
                </pic:pic>
              </a:graphicData>
            </a:graphic>
          </wp:inline>
        </w:drawing>
      </w:r>
      <w:r w:rsidRPr="00147FA8">
        <w:rPr>
          <w:sz w:val="24"/>
          <w:szCs w:val="24"/>
          <w:lang w:val="en-US"/>
        </w:rPr>
        <w:t xml:space="preserve"> </w:t>
      </w:r>
    </w:p>
    <w:p w14:paraId="630AE1B8" w14:textId="2505471A" w:rsidR="008C2897" w:rsidRPr="008C2897" w:rsidRDefault="008C2897" w:rsidP="008C2897">
      <w:pPr>
        <w:jc w:val="both"/>
        <w:rPr>
          <w:sz w:val="24"/>
          <w:szCs w:val="24"/>
          <w:lang w:val="en-US"/>
        </w:rPr>
      </w:pPr>
      <w:r w:rsidRPr="008B5BE0">
        <w:rPr>
          <w:b/>
          <w:bCs/>
          <w:sz w:val="24"/>
          <w:szCs w:val="24"/>
          <w:lang w:val="en-US"/>
        </w:rPr>
        <w:t>1</w:t>
      </w:r>
      <w:r w:rsidR="007C02F4" w:rsidRPr="008B5BE0">
        <w:rPr>
          <w:b/>
          <w:bCs/>
          <w:sz w:val="24"/>
          <w:szCs w:val="24"/>
          <w:lang w:val="en-US"/>
        </w:rPr>
        <w:t>1</w:t>
      </w:r>
      <w:proofErr w:type="gramStart"/>
      <w:r w:rsidR="008B5BE0">
        <w:rPr>
          <w:sz w:val="24"/>
          <w:szCs w:val="24"/>
          <w:lang w:val="en-US"/>
        </w:rPr>
        <w:t xml:space="preserve">. </w:t>
      </w:r>
      <w:r>
        <w:rPr>
          <w:sz w:val="24"/>
          <w:szCs w:val="24"/>
          <w:lang w:val="en-US"/>
        </w:rPr>
        <w:t xml:space="preserve"> M</w:t>
      </w:r>
      <w:proofErr w:type="gramEnd"/>
      <w:r>
        <w:rPr>
          <w:sz w:val="24"/>
          <w:szCs w:val="24"/>
          <w:lang w:val="en-US"/>
        </w:rPr>
        <w:t xml:space="preserve">. Supriya </w:t>
      </w:r>
      <w:r w:rsidRPr="00147FA8">
        <w:rPr>
          <w:sz w:val="24"/>
          <w:szCs w:val="24"/>
          <w:lang w:val="en-US"/>
        </w:rPr>
        <w:t xml:space="preserve"> </w:t>
      </w:r>
      <w:r>
        <w:rPr>
          <w:sz w:val="24"/>
          <w:szCs w:val="24"/>
          <w:lang w:val="en-US"/>
        </w:rPr>
        <w:t xml:space="preserve"> </w:t>
      </w:r>
      <w:r w:rsidRPr="004265C1">
        <w:rPr>
          <w:sz w:val="24"/>
          <w:szCs w:val="24"/>
          <w:lang w:val="en-US"/>
        </w:rPr>
        <w:t xml:space="preserve">participated in short term training program on </w:t>
      </w:r>
      <w:r>
        <w:rPr>
          <w:sz w:val="24"/>
          <w:szCs w:val="24"/>
          <w:lang w:val="en-US"/>
        </w:rPr>
        <w:t xml:space="preserve">Leveraging Technology for Effective Teaching for Modern Era </w:t>
      </w:r>
      <w:proofErr w:type="gramStart"/>
      <w:r>
        <w:rPr>
          <w:sz w:val="24"/>
          <w:szCs w:val="24"/>
          <w:lang w:val="en-US"/>
        </w:rPr>
        <w:t>in Light of</w:t>
      </w:r>
      <w:proofErr w:type="gramEnd"/>
      <w:r>
        <w:rPr>
          <w:sz w:val="24"/>
          <w:szCs w:val="24"/>
          <w:lang w:val="en-US"/>
        </w:rPr>
        <w:t xml:space="preserve"> NEP-</w:t>
      </w:r>
      <w:proofErr w:type="gramStart"/>
      <w:r>
        <w:rPr>
          <w:sz w:val="24"/>
          <w:szCs w:val="24"/>
          <w:lang w:val="en-US"/>
        </w:rPr>
        <w:t xml:space="preserve">2020 </w:t>
      </w:r>
      <w:r w:rsidRPr="004265C1">
        <w:rPr>
          <w:sz w:val="24"/>
          <w:szCs w:val="24"/>
          <w:lang w:val="en-US"/>
        </w:rPr>
        <w:t xml:space="preserve"> by</w:t>
      </w:r>
      <w:proofErr w:type="gramEnd"/>
      <w:r w:rsidRPr="004265C1">
        <w:rPr>
          <w:sz w:val="24"/>
          <w:szCs w:val="24"/>
          <w:lang w:val="en-US"/>
        </w:rPr>
        <w:t xml:space="preserve"> Malviya Mission Teacher </w:t>
      </w:r>
      <w:proofErr w:type="gramStart"/>
      <w:r w:rsidRPr="004265C1">
        <w:rPr>
          <w:sz w:val="24"/>
          <w:szCs w:val="24"/>
          <w:lang w:val="en-US"/>
        </w:rPr>
        <w:t>Training  center</w:t>
      </w:r>
      <w:proofErr w:type="gramEnd"/>
      <w:r w:rsidRPr="004265C1">
        <w:rPr>
          <w:sz w:val="24"/>
          <w:szCs w:val="24"/>
          <w:lang w:val="en-US"/>
        </w:rPr>
        <w:t xml:space="preserve"> of UGC organized by The Maharaja Sayajirao university of </w:t>
      </w:r>
      <w:proofErr w:type="spellStart"/>
      <w:proofErr w:type="gramStart"/>
      <w:r w:rsidRPr="004265C1">
        <w:rPr>
          <w:sz w:val="24"/>
          <w:szCs w:val="24"/>
          <w:lang w:val="en-US"/>
        </w:rPr>
        <w:t>baroda</w:t>
      </w:r>
      <w:proofErr w:type="spellEnd"/>
      <w:r>
        <w:rPr>
          <w:sz w:val="24"/>
          <w:szCs w:val="24"/>
          <w:lang w:val="en-US"/>
        </w:rPr>
        <w:t xml:space="preserve">  from</w:t>
      </w:r>
      <w:proofErr w:type="gramEnd"/>
      <w:r>
        <w:rPr>
          <w:sz w:val="24"/>
          <w:szCs w:val="24"/>
          <w:lang w:val="en-US"/>
        </w:rPr>
        <w:t xml:space="preserve">  25</w:t>
      </w:r>
      <w:r w:rsidRPr="008C2897">
        <w:rPr>
          <w:sz w:val="24"/>
          <w:szCs w:val="24"/>
          <w:vertAlign w:val="superscript"/>
          <w:lang w:val="en-US"/>
        </w:rPr>
        <w:t>th</w:t>
      </w:r>
      <w:r>
        <w:rPr>
          <w:sz w:val="24"/>
          <w:szCs w:val="24"/>
          <w:lang w:val="en-US"/>
        </w:rPr>
        <w:t xml:space="preserve"> to 30</w:t>
      </w:r>
      <w:r>
        <w:rPr>
          <w:sz w:val="24"/>
          <w:szCs w:val="24"/>
          <w:vertAlign w:val="superscript"/>
          <w:lang w:val="en-US"/>
        </w:rPr>
        <w:t>th</w:t>
      </w:r>
      <w:r>
        <w:rPr>
          <w:sz w:val="24"/>
          <w:szCs w:val="24"/>
          <w:lang w:val="en-US"/>
        </w:rPr>
        <w:t xml:space="preserve"> August,2025</w:t>
      </w:r>
      <w:r w:rsidRPr="004265C1">
        <w:rPr>
          <w:sz w:val="24"/>
          <w:szCs w:val="24"/>
          <w:lang w:val="en-US"/>
        </w:rPr>
        <w:t>.</w:t>
      </w:r>
    </w:p>
    <w:p w14:paraId="497A8388" w14:textId="338248C7" w:rsidR="008C2897" w:rsidRDefault="008C2897" w:rsidP="008C2897">
      <w:pPr>
        <w:rPr>
          <w:sz w:val="24"/>
          <w:szCs w:val="24"/>
          <w:lang w:val="en-US"/>
        </w:rPr>
      </w:pPr>
      <w:r>
        <w:rPr>
          <w:noProof/>
          <w:sz w:val="24"/>
          <w:szCs w:val="24"/>
          <w:lang w:val="en-US"/>
        </w:rPr>
        <w:drawing>
          <wp:inline distT="0" distB="0" distL="0" distR="0" wp14:anchorId="1FB4A5CE" wp14:editId="30E5570A">
            <wp:extent cx="5731510" cy="3703955"/>
            <wp:effectExtent l="0" t="0" r="2540" b="0"/>
            <wp:docPr id="2512733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273336" name="Picture 251273336"/>
                    <pic:cNvPicPr/>
                  </pic:nvPicPr>
                  <pic:blipFill>
                    <a:blip r:embed="rId23">
                      <a:extLst>
                        <a:ext uri="{28A0092B-C50C-407E-A947-70E740481C1C}">
                          <a14:useLocalDpi xmlns:a14="http://schemas.microsoft.com/office/drawing/2010/main" val="0"/>
                        </a:ext>
                      </a:extLst>
                    </a:blip>
                    <a:stretch>
                      <a:fillRect/>
                    </a:stretch>
                  </pic:blipFill>
                  <pic:spPr>
                    <a:xfrm>
                      <a:off x="0" y="0"/>
                      <a:ext cx="5731510" cy="3703955"/>
                    </a:xfrm>
                    <a:prstGeom prst="rect">
                      <a:avLst/>
                    </a:prstGeom>
                  </pic:spPr>
                </pic:pic>
              </a:graphicData>
            </a:graphic>
          </wp:inline>
        </w:drawing>
      </w:r>
    </w:p>
    <w:p w14:paraId="7FCA5AE5" w14:textId="559CBD16" w:rsidR="008C2897" w:rsidRPr="00147FA8" w:rsidRDefault="008C2897" w:rsidP="008C2897">
      <w:pPr>
        <w:rPr>
          <w:b/>
          <w:bCs/>
          <w:sz w:val="28"/>
          <w:szCs w:val="28"/>
          <w:lang w:val="en-US"/>
        </w:rPr>
      </w:pPr>
      <w:r>
        <w:rPr>
          <w:sz w:val="24"/>
          <w:szCs w:val="24"/>
          <w:lang w:val="en-US"/>
        </w:rPr>
        <w:t xml:space="preserve">     </w:t>
      </w:r>
    </w:p>
    <w:p w14:paraId="2907608D" w14:textId="56F7E16C" w:rsidR="008F63A5" w:rsidRDefault="008F63A5" w:rsidP="009A5AA2">
      <w:pPr>
        <w:rPr>
          <w:b/>
          <w:bCs/>
          <w:sz w:val="28"/>
          <w:szCs w:val="28"/>
          <w:lang w:val="en-US"/>
        </w:rPr>
      </w:pPr>
    </w:p>
    <w:p w14:paraId="6745805B" w14:textId="7F1CD0D4" w:rsidR="00BA79B0" w:rsidRPr="004265C1" w:rsidRDefault="008C2897" w:rsidP="00BA79B0">
      <w:pPr>
        <w:jc w:val="both"/>
        <w:rPr>
          <w:sz w:val="24"/>
          <w:szCs w:val="24"/>
          <w:lang w:val="en-US"/>
        </w:rPr>
      </w:pPr>
      <w:r>
        <w:rPr>
          <w:b/>
          <w:bCs/>
          <w:sz w:val="28"/>
          <w:szCs w:val="28"/>
          <w:lang w:val="en-US"/>
        </w:rPr>
        <w:t>1</w:t>
      </w:r>
      <w:r w:rsidR="007C02F4">
        <w:rPr>
          <w:b/>
          <w:bCs/>
          <w:sz w:val="28"/>
          <w:szCs w:val="28"/>
          <w:lang w:val="en-US"/>
        </w:rPr>
        <w:t>2</w:t>
      </w:r>
      <w:r w:rsidR="008B5BE0">
        <w:rPr>
          <w:b/>
          <w:bCs/>
          <w:sz w:val="28"/>
          <w:szCs w:val="28"/>
          <w:lang w:val="en-US"/>
        </w:rPr>
        <w:t xml:space="preserve">. </w:t>
      </w:r>
      <w:proofErr w:type="spellStart"/>
      <w:proofErr w:type="gramStart"/>
      <w:r w:rsidR="00BA79B0" w:rsidRPr="008B5BE0">
        <w:rPr>
          <w:sz w:val="28"/>
          <w:szCs w:val="28"/>
          <w:lang w:val="en-US"/>
        </w:rPr>
        <w:t>M.Supriya</w:t>
      </w:r>
      <w:proofErr w:type="spellEnd"/>
      <w:proofErr w:type="gramEnd"/>
      <w:r w:rsidR="00BA79B0">
        <w:rPr>
          <w:b/>
          <w:bCs/>
          <w:sz w:val="28"/>
          <w:szCs w:val="28"/>
          <w:lang w:val="en-US"/>
        </w:rPr>
        <w:t xml:space="preserve"> </w:t>
      </w:r>
      <w:r w:rsidR="00BA79B0" w:rsidRPr="004265C1">
        <w:rPr>
          <w:sz w:val="24"/>
          <w:szCs w:val="24"/>
          <w:lang w:val="en-US"/>
        </w:rPr>
        <w:t xml:space="preserve">participated in </w:t>
      </w:r>
      <w:r w:rsidR="00BA79B0">
        <w:rPr>
          <w:sz w:val="24"/>
          <w:szCs w:val="24"/>
          <w:lang w:val="en-US"/>
        </w:rPr>
        <w:t xml:space="preserve">5-Day faculty development Program on GENERATIVE AI </w:t>
      </w:r>
      <w:proofErr w:type="spellStart"/>
      <w:r w:rsidR="00BA79B0">
        <w:rPr>
          <w:sz w:val="24"/>
          <w:szCs w:val="24"/>
          <w:lang w:val="en-US"/>
        </w:rPr>
        <w:t>oraganized</w:t>
      </w:r>
      <w:proofErr w:type="spellEnd"/>
      <w:r w:rsidR="00BA79B0">
        <w:rPr>
          <w:sz w:val="24"/>
          <w:szCs w:val="24"/>
          <w:lang w:val="en-US"/>
        </w:rPr>
        <w:t xml:space="preserve"> by Loyola Academy in collaboration with </w:t>
      </w:r>
      <w:proofErr w:type="spellStart"/>
      <w:r w:rsidR="00BA79B0">
        <w:rPr>
          <w:sz w:val="24"/>
          <w:szCs w:val="24"/>
          <w:lang w:val="en-US"/>
        </w:rPr>
        <w:t>BrainoVision</w:t>
      </w:r>
      <w:proofErr w:type="spellEnd"/>
      <w:r w:rsidR="00BA79B0">
        <w:rPr>
          <w:sz w:val="24"/>
          <w:szCs w:val="24"/>
          <w:lang w:val="en-US"/>
        </w:rPr>
        <w:t xml:space="preserve"> and </w:t>
      </w:r>
      <w:proofErr w:type="gramStart"/>
      <w:r w:rsidR="00BA79B0">
        <w:rPr>
          <w:sz w:val="24"/>
          <w:szCs w:val="24"/>
          <w:lang w:val="en-US"/>
        </w:rPr>
        <w:t>AICTE  from</w:t>
      </w:r>
      <w:proofErr w:type="gramEnd"/>
      <w:r w:rsidR="00BA79B0">
        <w:rPr>
          <w:sz w:val="24"/>
          <w:szCs w:val="24"/>
          <w:lang w:val="en-US"/>
        </w:rPr>
        <w:t xml:space="preserve"> 4</w:t>
      </w:r>
      <w:r w:rsidR="00BA79B0" w:rsidRPr="004265C1">
        <w:rPr>
          <w:sz w:val="24"/>
          <w:szCs w:val="24"/>
          <w:vertAlign w:val="superscript"/>
          <w:lang w:val="en-US"/>
        </w:rPr>
        <w:t>th</w:t>
      </w:r>
      <w:r w:rsidR="00BA79B0">
        <w:rPr>
          <w:sz w:val="24"/>
          <w:szCs w:val="24"/>
          <w:lang w:val="en-US"/>
        </w:rPr>
        <w:t xml:space="preserve"> to 8</w:t>
      </w:r>
      <w:r w:rsidR="00BA79B0" w:rsidRPr="004265C1">
        <w:rPr>
          <w:sz w:val="24"/>
          <w:szCs w:val="24"/>
          <w:vertAlign w:val="superscript"/>
          <w:lang w:val="en-US"/>
        </w:rPr>
        <w:t>th</w:t>
      </w:r>
      <w:r w:rsidR="00BA79B0">
        <w:rPr>
          <w:sz w:val="24"/>
          <w:szCs w:val="24"/>
          <w:lang w:val="en-US"/>
        </w:rPr>
        <w:t xml:space="preserve"> </w:t>
      </w:r>
      <w:proofErr w:type="gramStart"/>
      <w:r w:rsidR="00BA79B0">
        <w:rPr>
          <w:sz w:val="24"/>
          <w:szCs w:val="24"/>
          <w:lang w:val="en-US"/>
        </w:rPr>
        <w:t>August.</w:t>
      </w:r>
      <w:r w:rsidR="00BA79B0" w:rsidRPr="004265C1">
        <w:rPr>
          <w:sz w:val="24"/>
          <w:szCs w:val="24"/>
          <w:lang w:val="en-US"/>
        </w:rPr>
        <w:t>.</w:t>
      </w:r>
      <w:proofErr w:type="gramEnd"/>
    </w:p>
    <w:p w14:paraId="3D8E8339" w14:textId="3B9BC52A" w:rsidR="008C2897" w:rsidRDefault="00BA79B0" w:rsidP="008C2897">
      <w:pPr>
        <w:rPr>
          <w:b/>
          <w:bCs/>
          <w:sz w:val="28"/>
          <w:szCs w:val="28"/>
          <w:lang w:val="en-US"/>
        </w:rPr>
      </w:pPr>
      <w:r>
        <w:rPr>
          <w:noProof/>
        </w:rPr>
        <w:drawing>
          <wp:inline distT="0" distB="0" distL="0" distR="0" wp14:anchorId="61E7A802" wp14:editId="24FB57BC">
            <wp:extent cx="4781550" cy="3358104"/>
            <wp:effectExtent l="0" t="0" r="0" b="0"/>
            <wp:docPr id="15374494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449473" name=""/>
                    <pic:cNvPicPr/>
                  </pic:nvPicPr>
                  <pic:blipFill>
                    <a:blip r:embed="rId24"/>
                    <a:stretch>
                      <a:fillRect/>
                    </a:stretch>
                  </pic:blipFill>
                  <pic:spPr>
                    <a:xfrm>
                      <a:off x="0" y="0"/>
                      <a:ext cx="4783706" cy="3359618"/>
                    </a:xfrm>
                    <a:prstGeom prst="rect">
                      <a:avLst/>
                    </a:prstGeom>
                  </pic:spPr>
                </pic:pic>
              </a:graphicData>
            </a:graphic>
          </wp:inline>
        </w:drawing>
      </w:r>
    </w:p>
    <w:p w14:paraId="4CA814BE" w14:textId="0F8443FD" w:rsidR="00BA79B0" w:rsidRDefault="00BA79B0" w:rsidP="00BA79B0">
      <w:pPr>
        <w:rPr>
          <w:sz w:val="24"/>
          <w:szCs w:val="24"/>
          <w:lang w:val="en-US"/>
        </w:rPr>
      </w:pPr>
      <w:r w:rsidRPr="00BA79B0">
        <w:rPr>
          <w:b/>
          <w:bCs/>
          <w:sz w:val="28"/>
          <w:szCs w:val="28"/>
          <w:lang w:val="en-US"/>
        </w:rPr>
        <w:t>1</w:t>
      </w:r>
      <w:r w:rsidR="007C02F4">
        <w:rPr>
          <w:b/>
          <w:bCs/>
          <w:sz w:val="28"/>
          <w:szCs w:val="28"/>
          <w:lang w:val="en-US"/>
        </w:rPr>
        <w:t>3</w:t>
      </w:r>
      <w:r w:rsidR="008B5BE0">
        <w:rPr>
          <w:b/>
          <w:bCs/>
          <w:sz w:val="28"/>
          <w:szCs w:val="28"/>
          <w:lang w:val="en-US"/>
        </w:rPr>
        <w:t>.</w:t>
      </w:r>
      <w:r w:rsidRPr="00BA79B0">
        <w:rPr>
          <w:b/>
          <w:bCs/>
          <w:sz w:val="28"/>
          <w:szCs w:val="28"/>
          <w:lang w:val="en-US"/>
        </w:rPr>
        <w:t xml:space="preserve"> </w:t>
      </w:r>
      <w:proofErr w:type="spellStart"/>
      <w:proofErr w:type="gramStart"/>
      <w:r w:rsidRPr="008B5BE0">
        <w:rPr>
          <w:sz w:val="28"/>
          <w:szCs w:val="28"/>
          <w:lang w:val="en-US"/>
        </w:rPr>
        <w:t>M.Supriya</w:t>
      </w:r>
      <w:proofErr w:type="spellEnd"/>
      <w:proofErr w:type="gramEnd"/>
      <w:r w:rsidRPr="00BA79B0">
        <w:rPr>
          <w:b/>
          <w:bCs/>
          <w:sz w:val="28"/>
          <w:szCs w:val="28"/>
          <w:lang w:val="en-US"/>
        </w:rPr>
        <w:t xml:space="preserve"> </w:t>
      </w:r>
      <w:r w:rsidRPr="00BA79B0">
        <w:rPr>
          <w:sz w:val="24"/>
          <w:szCs w:val="24"/>
          <w:lang w:val="en-US"/>
        </w:rPr>
        <w:t xml:space="preserve">participated in 5-Day faculty development Program </w:t>
      </w:r>
      <w:proofErr w:type="spellStart"/>
      <w:r w:rsidRPr="00BA79B0">
        <w:rPr>
          <w:sz w:val="24"/>
          <w:szCs w:val="24"/>
          <w:lang w:val="en-US"/>
        </w:rPr>
        <w:t>onQuantum</w:t>
      </w:r>
      <w:proofErr w:type="spellEnd"/>
      <w:r w:rsidRPr="00BA79B0">
        <w:rPr>
          <w:sz w:val="24"/>
          <w:szCs w:val="24"/>
          <w:lang w:val="en-US"/>
        </w:rPr>
        <w:t xml:space="preserve"> </w:t>
      </w:r>
      <w:proofErr w:type="gramStart"/>
      <w:r w:rsidRPr="00BA79B0">
        <w:rPr>
          <w:sz w:val="24"/>
          <w:szCs w:val="24"/>
          <w:lang w:val="en-US"/>
        </w:rPr>
        <w:t xml:space="preserve">Computing  </w:t>
      </w:r>
      <w:proofErr w:type="spellStart"/>
      <w:r w:rsidRPr="00BA79B0">
        <w:rPr>
          <w:sz w:val="24"/>
          <w:szCs w:val="24"/>
          <w:lang w:val="en-US"/>
        </w:rPr>
        <w:t>oraganized</w:t>
      </w:r>
      <w:proofErr w:type="spellEnd"/>
      <w:proofErr w:type="gramEnd"/>
      <w:r w:rsidRPr="00BA79B0">
        <w:rPr>
          <w:sz w:val="24"/>
          <w:szCs w:val="24"/>
          <w:lang w:val="en-US"/>
        </w:rPr>
        <w:t xml:space="preserve"> by Loyola Academy in collaboration with Vaagdevi Engineering College from 1</w:t>
      </w:r>
      <w:r w:rsidRPr="00BA79B0">
        <w:rPr>
          <w:sz w:val="24"/>
          <w:szCs w:val="24"/>
          <w:vertAlign w:val="superscript"/>
          <w:lang w:val="en-US"/>
        </w:rPr>
        <w:t>st</w:t>
      </w:r>
      <w:r w:rsidRPr="00BA79B0">
        <w:rPr>
          <w:sz w:val="24"/>
          <w:szCs w:val="24"/>
          <w:lang w:val="en-US"/>
        </w:rPr>
        <w:t xml:space="preserve"> to 6</w:t>
      </w:r>
      <w:r w:rsidRPr="00BA79B0">
        <w:rPr>
          <w:sz w:val="24"/>
          <w:szCs w:val="24"/>
          <w:vertAlign w:val="superscript"/>
          <w:lang w:val="en-US"/>
        </w:rPr>
        <w:t>th</w:t>
      </w:r>
      <w:r w:rsidRPr="00BA79B0">
        <w:rPr>
          <w:sz w:val="24"/>
          <w:szCs w:val="24"/>
          <w:lang w:val="en-US"/>
        </w:rPr>
        <w:t xml:space="preserve"> December,2025</w:t>
      </w:r>
    </w:p>
    <w:p w14:paraId="00FE42C5" w14:textId="3D316732" w:rsidR="00BA79B0" w:rsidRDefault="00BA79B0" w:rsidP="00BA79B0">
      <w:pPr>
        <w:rPr>
          <w:b/>
          <w:bCs/>
          <w:sz w:val="28"/>
          <w:szCs w:val="28"/>
          <w:lang w:val="en-US"/>
        </w:rPr>
      </w:pPr>
      <w:r w:rsidRPr="00BA79B0">
        <w:rPr>
          <w:b/>
          <w:bCs/>
          <w:noProof/>
          <w:sz w:val="28"/>
          <w:szCs w:val="28"/>
          <w:lang w:val="en-US"/>
        </w:rPr>
        <w:lastRenderedPageBreak/>
        <w:drawing>
          <wp:inline distT="0" distB="0" distL="0" distR="0" wp14:anchorId="2B50B059" wp14:editId="268C253B">
            <wp:extent cx="5731510" cy="3757930"/>
            <wp:effectExtent l="0" t="0" r="2540" b="0"/>
            <wp:docPr id="827649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649089" name=""/>
                    <pic:cNvPicPr/>
                  </pic:nvPicPr>
                  <pic:blipFill>
                    <a:blip r:embed="rId25"/>
                    <a:stretch>
                      <a:fillRect/>
                    </a:stretch>
                  </pic:blipFill>
                  <pic:spPr>
                    <a:xfrm>
                      <a:off x="0" y="0"/>
                      <a:ext cx="5731510" cy="3757930"/>
                    </a:xfrm>
                    <a:prstGeom prst="rect">
                      <a:avLst/>
                    </a:prstGeom>
                  </pic:spPr>
                </pic:pic>
              </a:graphicData>
            </a:graphic>
          </wp:inline>
        </w:drawing>
      </w:r>
    </w:p>
    <w:p w14:paraId="6EA67E47" w14:textId="512D8ADC" w:rsidR="00BA79B0" w:rsidRDefault="00BA79B0" w:rsidP="00BA79B0">
      <w:pPr>
        <w:rPr>
          <w:sz w:val="24"/>
          <w:szCs w:val="24"/>
          <w:lang w:val="en-US"/>
        </w:rPr>
      </w:pPr>
      <w:r>
        <w:rPr>
          <w:b/>
          <w:bCs/>
          <w:sz w:val="28"/>
          <w:szCs w:val="28"/>
          <w:lang w:val="en-US"/>
        </w:rPr>
        <w:t>1</w:t>
      </w:r>
      <w:r w:rsidR="008B5BE0">
        <w:rPr>
          <w:b/>
          <w:bCs/>
          <w:sz w:val="28"/>
          <w:szCs w:val="28"/>
          <w:lang w:val="en-US"/>
        </w:rPr>
        <w:t>4</w:t>
      </w:r>
      <w:r>
        <w:rPr>
          <w:b/>
          <w:bCs/>
          <w:sz w:val="28"/>
          <w:szCs w:val="28"/>
          <w:lang w:val="en-US"/>
        </w:rPr>
        <w:t>.</w:t>
      </w:r>
      <w:proofErr w:type="gramStart"/>
      <w:r w:rsidRPr="008B5BE0">
        <w:rPr>
          <w:sz w:val="28"/>
          <w:szCs w:val="28"/>
          <w:lang w:val="en-US"/>
        </w:rPr>
        <w:t>M.supriya</w:t>
      </w:r>
      <w:proofErr w:type="gramEnd"/>
      <w:r>
        <w:rPr>
          <w:b/>
          <w:bCs/>
          <w:sz w:val="28"/>
          <w:szCs w:val="28"/>
          <w:lang w:val="en-US"/>
        </w:rPr>
        <w:t xml:space="preserve"> </w:t>
      </w:r>
      <w:r w:rsidRPr="00BA79B0">
        <w:rPr>
          <w:b/>
          <w:bCs/>
          <w:sz w:val="28"/>
          <w:szCs w:val="28"/>
          <w:lang w:val="en-US"/>
        </w:rPr>
        <w:t xml:space="preserve"> </w:t>
      </w:r>
      <w:r w:rsidRPr="00BA79B0">
        <w:rPr>
          <w:sz w:val="24"/>
          <w:szCs w:val="24"/>
          <w:lang w:val="en-US"/>
        </w:rPr>
        <w:t>participated in 5-Day faculty development Program on</w:t>
      </w:r>
      <w:r>
        <w:rPr>
          <w:sz w:val="24"/>
          <w:szCs w:val="24"/>
          <w:lang w:val="en-US"/>
        </w:rPr>
        <w:t xml:space="preserve"> Empowering Educators for Digital Age</w:t>
      </w:r>
      <w:r w:rsidRPr="00BA79B0">
        <w:rPr>
          <w:sz w:val="24"/>
          <w:szCs w:val="24"/>
          <w:lang w:val="en-US"/>
        </w:rPr>
        <w:t xml:space="preserve"> in collaboration with</w:t>
      </w:r>
      <w:r>
        <w:rPr>
          <w:sz w:val="24"/>
          <w:szCs w:val="24"/>
          <w:lang w:val="en-US"/>
        </w:rPr>
        <w:t xml:space="preserve"> Villa Marie Degree College for Women from 2</w:t>
      </w:r>
      <w:r w:rsidRPr="00BA79B0">
        <w:rPr>
          <w:sz w:val="24"/>
          <w:szCs w:val="24"/>
          <w:vertAlign w:val="superscript"/>
          <w:lang w:val="en-US"/>
        </w:rPr>
        <w:t>nd</w:t>
      </w:r>
      <w:r>
        <w:rPr>
          <w:sz w:val="24"/>
          <w:szCs w:val="24"/>
          <w:lang w:val="en-US"/>
        </w:rPr>
        <w:t xml:space="preserve"> June 2025 to 6</w:t>
      </w:r>
      <w:r w:rsidRPr="00BA79B0">
        <w:rPr>
          <w:sz w:val="24"/>
          <w:szCs w:val="24"/>
          <w:vertAlign w:val="superscript"/>
          <w:lang w:val="en-US"/>
        </w:rPr>
        <w:t>th</w:t>
      </w:r>
      <w:r>
        <w:rPr>
          <w:sz w:val="24"/>
          <w:szCs w:val="24"/>
          <w:lang w:val="en-US"/>
        </w:rPr>
        <w:t xml:space="preserve"> June 2025 in online mode.</w:t>
      </w:r>
    </w:p>
    <w:p w14:paraId="7AFE60A3" w14:textId="04475A30" w:rsidR="00BA79B0" w:rsidRDefault="00BA79B0" w:rsidP="00BA79B0">
      <w:pPr>
        <w:rPr>
          <w:b/>
          <w:bCs/>
          <w:sz w:val="28"/>
          <w:szCs w:val="28"/>
          <w:lang w:val="en-US"/>
        </w:rPr>
      </w:pPr>
    </w:p>
    <w:p w14:paraId="27BE4BFE" w14:textId="6FE6CD12" w:rsidR="00BA79B0" w:rsidRDefault="00BA79B0" w:rsidP="00BA79B0">
      <w:pPr>
        <w:rPr>
          <w:b/>
          <w:bCs/>
          <w:sz w:val="28"/>
          <w:szCs w:val="28"/>
          <w:lang w:val="en-US"/>
        </w:rPr>
      </w:pPr>
      <w:r w:rsidRPr="00BA79B0">
        <w:rPr>
          <w:b/>
          <w:bCs/>
          <w:noProof/>
          <w:sz w:val="28"/>
          <w:szCs w:val="28"/>
          <w:lang w:val="en-US"/>
        </w:rPr>
        <w:drawing>
          <wp:inline distT="0" distB="0" distL="0" distR="0" wp14:anchorId="045612F2" wp14:editId="53473B50">
            <wp:extent cx="4730759" cy="3029447"/>
            <wp:effectExtent l="0" t="0" r="0" b="0"/>
            <wp:docPr id="814174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174038" name=""/>
                    <pic:cNvPicPr/>
                  </pic:nvPicPr>
                  <pic:blipFill>
                    <a:blip r:embed="rId26"/>
                    <a:stretch>
                      <a:fillRect/>
                    </a:stretch>
                  </pic:blipFill>
                  <pic:spPr>
                    <a:xfrm>
                      <a:off x="0" y="0"/>
                      <a:ext cx="4733925" cy="3031474"/>
                    </a:xfrm>
                    <a:prstGeom prst="rect">
                      <a:avLst/>
                    </a:prstGeom>
                  </pic:spPr>
                </pic:pic>
              </a:graphicData>
            </a:graphic>
          </wp:inline>
        </w:drawing>
      </w:r>
    </w:p>
    <w:p w14:paraId="253B5523" w14:textId="77777777" w:rsidR="00256611" w:rsidRDefault="00256611" w:rsidP="00BA79B0">
      <w:pPr>
        <w:rPr>
          <w:b/>
          <w:bCs/>
          <w:sz w:val="28"/>
          <w:szCs w:val="28"/>
          <w:lang w:val="en-US"/>
        </w:rPr>
      </w:pPr>
    </w:p>
    <w:p w14:paraId="140614FC" w14:textId="77777777" w:rsidR="00256611" w:rsidRDefault="00256611" w:rsidP="00BA79B0">
      <w:pPr>
        <w:rPr>
          <w:b/>
          <w:bCs/>
          <w:sz w:val="28"/>
          <w:szCs w:val="28"/>
          <w:lang w:val="en-US"/>
        </w:rPr>
      </w:pPr>
    </w:p>
    <w:p w14:paraId="67A62E24" w14:textId="4346573F" w:rsidR="00D76819" w:rsidRDefault="00D76819" w:rsidP="00D76819">
      <w:r w:rsidRPr="00256611">
        <w:rPr>
          <w:b/>
          <w:bCs/>
        </w:rPr>
        <w:lastRenderedPageBreak/>
        <w:t>1</w:t>
      </w:r>
      <w:r w:rsidR="008B5BE0" w:rsidRPr="00256611">
        <w:rPr>
          <w:b/>
          <w:bCs/>
        </w:rPr>
        <w:t>5</w:t>
      </w:r>
      <w:r>
        <w:t>.</w:t>
      </w:r>
      <w:r w:rsidR="008B5BE0">
        <w:t xml:space="preserve">N. Manisha </w:t>
      </w:r>
      <w:r w:rsidR="008B5BE0">
        <w:t>completed the Cybersecurity Analyst Job Simulation Program organized by Tata Group through Forage</w:t>
      </w:r>
    </w:p>
    <w:p w14:paraId="6D44F67D" w14:textId="77777777" w:rsidR="00D76819" w:rsidRDefault="00D76819" w:rsidP="00D76819">
      <w:r>
        <w:rPr>
          <w:noProof/>
        </w:rPr>
        <w:drawing>
          <wp:inline distT="0" distB="0" distL="0" distR="0" wp14:anchorId="2C6462EC" wp14:editId="27BF58E0">
            <wp:extent cx="4198620" cy="3042209"/>
            <wp:effectExtent l="0" t="0" r="0" b="6350"/>
            <wp:docPr id="10125812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20208" cy="3057851"/>
                    </a:xfrm>
                    <a:prstGeom prst="rect">
                      <a:avLst/>
                    </a:prstGeom>
                    <a:noFill/>
                    <a:ln>
                      <a:noFill/>
                    </a:ln>
                  </pic:spPr>
                </pic:pic>
              </a:graphicData>
            </a:graphic>
          </wp:inline>
        </w:drawing>
      </w:r>
    </w:p>
    <w:p w14:paraId="4ED67A18" w14:textId="77777777" w:rsidR="008B5BE0" w:rsidRDefault="008B5BE0" w:rsidP="00D76819"/>
    <w:p w14:paraId="4AC2029C" w14:textId="74517242" w:rsidR="008B5BE0" w:rsidRDefault="00D76819" w:rsidP="008B5BE0">
      <w:r w:rsidRPr="00256611">
        <w:rPr>
          <w:b/>
          <w:bCs/>
        </w:rPr>
        <w:t>1</w:t>
      </w:r>
      <w:r w:rsidR="008B5BE0" w:rsidRPr="00256611">
        <w:rPr>
          <w:b/>
          <w:bCs/>
        </w:rPr>
        <w:t>6</w:t>
      </w:r>
      <w:r w:rsidR="008B5BE0">
        <w:t>.</w:t>
      </w:r>
      <w:r>
        <w:t xml:space="preserve"> </w:t>
      </w:r>
      <w:r w:rsidR="008B5BE0">
        <w:t xml:space="preserve">N. </w:t>
      </w:r>
      <w:r w:rsidR="008B5BE0">
        <w:t>Manisha Successfully</w:t>
      </w:r>
      <w:r w:rsidR="008B5BE0">
        <w:t xml:space="preserve"> participated in the Faculty Development Program (FDP) on Generative AI, organized by </w:t>
      </w:r>
      <w:proofErr w:type="spellStart"/>
      <w:r w:rsidR="008B5BE0">
        <w:t>Brainovision</w:t>
      </w:r>
      <w:proofErr w:type="spellEnd"/>
      <w:r w:rsidR="008B5BE0">
        <w:t xml:space="preserve"> Solutions India </w:t>
      </w:r>
      <w:proofErr w:type="spellStart"/>
      <w:r w:rsidR="008B5BE0">
        <w:t>Pvt.</w:t>
      </w:r>
      <w:proofErr w:type="spellEnd"/>
      <w:r w:rsidR="008B5BE0">
        <w:t xml:space="preserve"> Ltd. in collaboration with AICTE (All India Council for Technical Education).</w:t>
      </w:r>
    </w:p>
    <w:p w14:paraId="428E5A2A" w14:textId="77777777" w:rsidR="00D76819" w:rsidRDefault="00D76819" w:rsidP="00D76819">
      <w:r w:rsidRPr="007F509A">
        <w:rPr>
          <w:noProof/>
        </w:rPr>
        <w:drawing>
          <wp:inline distT="0" distB="0" distL="0" distR="0" wp14:anchorId="3507F399" wp14:editId="7EB1C444">
            <wp:extent cx="5057775" cy="3339723"/>
            <wp:effectExtent l="0" t="0" r="0" b="0"/>
            <wp:docPr id="1886846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59782" cy="3341048"/>
                    </a:xfrm>
                    <a:prstGeom prst="rect">
                      <a:avLst/>
                    </a:prstGeom>
                    <a:noFill/>
                    <a:ln>
                      <a:noFill/>
                    </a:ln>
                  </pic:spPr>
                </pic:pic>
              </a:graphicData>
            </a:graphic>
          </wp:inline>
        </w:drawing>
      </w:r>
    </w:p>
    <w:p w14:paraId="54CBB016" w14:textId="77777777" w:rsidR="00D76819" w:rsidRDefault="00D76819" w:rsidP="00D76819"/>
    <w:p w14:paraId="252F1575" w14:textId="77777777" w:rsidR="00D76819" w:rsidRDefault="00D76819" w:rsidP="00D76819"/>
    <w:p w14:paraId="1675E0A9" w14:textId="77777777" w:rsidR="00D76819" w:rsidRDefault="00D76819" w:rsidP="00D76819"/>
    <w:p w14:paraId="283CD411" w14:textId="77777777" w:rsidR="008B5BE0" w:rsidRDefault="008B5BE0" w:rsidP="00D76819"/>
    <w:p w14:paraId="63C83BDE" w14:textId="77777777" w:rsidR="008B5BE0" w:rsidRDefault="008B5BE0" w:rsidP="00D76819"/>
    <w:p w14:paraId="43387FBF" w14:textId="1A78D116" w:rsidR="00D76819" w:rsidRDefault="00D76819" w:rsidP="00D76819">
      <w:r w:rsidRPr="00256611">
        <w:rPr>
          <w:b/>
          <w:bCs/>
        </w:rPr>
        <w:t>1</w:t>
      </w:r>
      <w:r w:rsidR="008B5BE0" w:rsidRPr="00256611">
        <w:rPr>
          <w:b/>
          <w:bCs/>
        </w:rPr>
        <w:t>7</w:t>
      </w:r>
      <w:r w:rsidR="008B5BE0">
        <w:t>.</w:t>
      </w:r>
      <w:r>
        <w:t xml:space="preserve"> </w:t>
      </w:r>
      <w:r w:rsidR="008B5BE0">
        <w:t xml:space="preserve">N. </w:t>
      </w:r>
      <w:proofErr w:type="gramStart"/>
      <w:r w:rsidR="008B5BE0">
        <w:t xml:space="preserve">Manisha </w:t>
      </w:r>
      <w:r w:rsidR="008B5BE0">
        <w:t xml:space="preserve"> </w:t>
      </w:r>
      <w:r w:rsidR="008B5BE0">
        <w:t>Completed</w:t>
      </w:r>
      <w:proofErr w:type="gramEnd"/>
      <w:r w:rsidR="008B5BE0">
        <w:t xml:space="preserve"> the Cybersecurity Job Simulation Program provided by Datacom through the Forage platform.</w:t>
      </w:r>
    </w:p>
    <w:p w14:paraId="69899FBF" w14:textId="77777777" w:rsidR="00D76819" w:rsidRDefault="00D76819" w:rsidP="00D76819">
      <w:r>
        <w:rPr>
          <w:noProof/>
        </w:rPr>
        <w:drawing>
          <wp:inline distT="0" distB="0" distL="0" distR="0" wp14:anchorId="1425E41A" wp14:editId="1C4339C2">
            <wp:extent cx="4686300" cy="3397126"/>
            <wp:effectExtent l="0" t="0" r="0" b="0"/>
            <wp:docPr id="3274272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01866" cy="3408410"/>
                    </a:xfrm>
                    <a:prstGeom prst="rect">
                      <a:avLst/>
                    </a:prstGeom>
                    <a:noFill/>
                    <a:ln>
                      <a:noFill/>
                    </a:ln>
                  </pic:spPr>
                </pic:pic>
              </a:graphicData>
            </a:graphic>
          </wp:inline>
        </w:drawing>
      </w:r>
    </w:p>
    <w:p w14:paraId="54E73F5F" w14:textId="77777777" w:rsidR="008B5BE0" w:rsidRDefault="008B5BE0" w:rsidP="00D76819"/>
    <w:p w14:paraId="78A85B25" w14:textId="61F54227" w:rsidR="00D76819" w:rsidRDefault="00D76819" w:rsidP="00D76819">
      <w:r w:rsidRPr="00256611">
        <w:rPr>
          <w:b/>
          <w:bCs/>
        </w:rPr>
        <w:t>1</w:t>
      </w:r>
      <w:r w:rsidR="008B5BE0" w:rsidRPr="00256611">
        <w:rPr>
          <w:b/>
          <w:bCs/>
        </w:rPr>
        <w:t>8</w:t>
      </w:r>
      <w:r>
        <w:t xml:space="preserve">.  </w:t>
      </w:r>
      <w:r w:rsidR="008B5BE0">
        <w:t xml:space="preserve">N. Manisha </w:t>
      </w:r>
      <w:r w:rsidR="008B5BE0">
        <w:t>Successfully completed a Cyber Security Internship at Elevate Labs, demonstrating strong analytical and cybersecurity skills while contributing to real-world security projects</w:t>
      </w:r>
    </w:p>
    <w:p w14:paraId="2193E0E4" w14:textId="5A0B8F68" w:rsidR="008B5BE0" w:rsidRDefault="00D76819" w:rsidP="00D76819">
      <w:r>
        <w:rPr>
          <w:noProof/>
        </w:rPr>
        <w:drawing>
          <wp:inline distT="0" distB="0" distL="0" distR="0" wp14:anchorId="4D8AEF07" wp14:editId="15AFB313">
            <wp:extent cx="4657725" cy="3177223"/>
            <wp:effectExtent l="0" t="0" r="0" b="4445"/>
            <wp:docPr id="118225502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66758" cy="3183385"/>
                    </a:xfrm>
                    <a:prstGeom prst="rect">
                      <a:avLst/>
                    </a:prstGeom>
                    <a:noFill/>
                    <a:ln>
                      <a:noFill/>
                    </a:ln>
                  </pic:spPr>
                </pic:pic>
              </a:graphicData>
            </a:graphic>
          </wp:inline>
        </w:drawing>
      </w:r>
    </w:p>
    <w:p w14:paraId="6A38EE52" w14:textId="196A14FF" w:rsidR="008B5BE0" w:rsidRDefault="00256611" w:rsidP="008B5BE0">
      <w:r>
        <w:rPr>
          <w:b/>
          <w:bCs/>
        </w:rPr>
        <w:lastRenderedPageBreak/>
        <w:t>19</w:t>
      </w:r>
      <w:r w:rsidR="00D76819">
        <w:t xml:space="preserve">. </w:t>
      </w:r>
      <w:r w:rsidR="008B5BE0">
        <w:t>N. Manisha</w:t>
      </w:r>
      <w:r w:rsidR="00D76819">
        <w:t xml:space="preserve"> </w:t>
      </w:r>
      <w:r w:rsidR="008B5BE0">
        <w:t>Participated in the AICTE Training and Learning (ATAL) Academy Faculty Development Program on Emerging Trends and Practical Approach to Cyber Security.</w:t>
      </w:r>
    </w:p>
    <w:p w14:paraId="74BCF7C1" w14:textId="251BA64B" w:rsidR="00D76819" w:rsidRDefault="00D76819" w:rsidP="00D76819"/>
    <w:p w14:paraId="107995B6" w14:textId="77777777" w:rsidR="00D76819" w:rsidRDefault="00D76819" w:rsidP="00D76819">
      <w:r>
        <w:rPr>
          <w:noProof/>
        </w:rPr>
        <w:drawing>
          <wp:inline distT="0" distB="0" distL="0" distR="0" wp14:anchorId="44CEF688" wp14:editId="6F56099E">
            <wp:extent cx="3922353" cy="2809875"/>
            <wp:effectExtent l="0" t="0" r="2540" b="0"/>
            <wp:docPr id="127121850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27097" cy="2813273"/>
                    </a:xfrm>
                    <a:prstGeom prst="rect">
                      <a:avLst/>
                    </a:prstGeom>
                    <a:noFill/>
                    <a:ln>
                      <a:noFill/>
                    </a:ln>
                  </pic:spPr>
                </pic:pic>
              </a:graphicData>
            </a:graphic>
          </wp:inline>
        </w:drawing>
      </w:r>
    </w:p>
    <w:p w14:paraId="539E3B62" w14:textId="30C7514E" w:rsidR="00D76819" w:rsidRDefault="00D76819" w:rsidP="00D76819"/>
    <w:p w14:paraId="2A344468" w14:textId="77777777" w:rsidR="00D76819" w:rsidRDefault="00D76819" w:rsidP="00D76819"/>
    <w:p w14:paraId="7002DAFF" w14:textId="7EF64238" w:rsidR="006A11CA" w:rsidRDefault="00256611" w:rsidP="006A11CA">
      <w:pPr>
        <w:rPr>
          <w:sz w:val="24"/>
          <w:szCs w:val="24"/>
          <w:lang w:val="en-US"/>
        </w:rPr>
      </w:pPr>
      <w:r>
        <w:rPr>
          <w:b/>
          <w:bCs/>
          <w:sz w:val="28"/>
          <w:szCs w:val="28"/>
          <w:lang w:val="en-US"/>
        </w:rPr>
        <w:t>20</w:t>
      </w:r>
      <w:r w:rsidR="006A11CA">
        <w:rPr>
          <w:b/>
          <w:bCs/>
          <w:sz w:val="28"/>
          <w:szCs w:val="28"/>
          <w:lang w:val="en-US"/>
        </w:rPr>
        <w:t>.</w:t>
      </w:r>
      <w:r w:rsidR="006A11CA" w:rsidRPr="006A11CA">
        <w:rPr>
          <w:b/>
          <w:bCs/>
          <w:sz w:val="28"/>
          <w:szCs w:val="28"/>
          <w:lang w:val="en-US"/>
        </w:rPr>
        <w:t xml:space="preserve"> </w:t>
      </w:r>
      <w:proofErr w:type="spellStart"/>
      <w:proofErr w:type="gramStart"/>
      <w:r w:rsidR="006A11CA" w:rsidRPr="008B5BE0">
        <w:rPr>
          <w:sz w:val="28"/>
          <w:szCs w:val="28"/>
          <w:lang w:val="en-US"/>
        </w:rPr>
        <w:t>M.Vasudha</w:t>
      </w:r>
      <w:proofErr w:type="spellEnd"/>
      <w:proofErr w:type="gramEnd"/>
      <w:r w:rsidR="006A11CA" w:rsidRPr="008B5BE0">
        <w:rPr>
          <w:sz w:val="28"/>
          <w:szCs w:val="28"/>
          <w:lang w:val="en-US"/>
        </w:rPr>
        <w:t xml:space="preserve">  </w:t>
      </w:r>
      <w:r w:rsidR="006A11CA" w:rsidRPr="00BA79B0">
        <w:rPr>
          <w:sz w:val="24"/>
          <w:szCs w:val="24"/>
          <w:lang w:val="en-US"/>
        </w:rPr>
        <w:t xml:space="preserve">participated in </w:t>
      </w:r>
      <w:r w:rsidR="006A11CA">
        <w:rPr>
          <w:sz w:val="24"/>
          <w:szCs w:val="24"/>
          <w:lang w:val="en-US"/>
        </w:rPr>
        <w:t>short Time program in use of AI in Higher Education</w:t>
      </w:r>
      <w:r w:rsidR="006A11CA" w:rsidRPr="00BA79B0">
        <w:rPr>
          <w:sz w:val="24"/>
          <w:szCs w:val="24"/>
          <w:lang w:val="en-US"/>
        </w:rPr>
        <w:t xml:space="preserve"> </w:t>
      </w:r>
      <w:r w:rsidR="006A11CA">
        <w:rPr>
          <w:sz w:val="24"/>
          <w:szCs w:val="24"/>
          <w:lang w:val="en-US"/>
        </w:rPr>
        <w:t>from 18</w:t>
      </w:r>
      <w:r w:rsidR="006A11CA" w:rsidRPr="006A11CA">
        <w:rPr>
          <w:sz w:val="24"/>
          <w:szCs w:val="24"/>
          <w:vertAlign w:val="superscript"/>
          <w:lang w:val="en-US"/>
        </w:rPr>
        <w:t>th</w:t>
      </w:r>
      <w:r w:rsidR="006A11CA">
        <w:rPr>
          <w:sz w:val="24"/>
          <w:szCs w:val="24"/>
          <w:lang w:val="en-US"/>
        </w:rPr>
        <w:t xml:space="preserve"> November to 24</w:t>
      </w:r>
      <w:r w:rsidR="006A11CA" w:rsidRPr="006A11CA">
        <w:rPr>
          <w:sz w:val="24"/>
          <w:szCs w:val="24"/>
          <w:vertAlign w:val="superscript"/>
          <w:lang w:val="en-US"/>
        </w:rPr>
        <w:t>th</w:t>
      </w:r>
      <w:r w:rsidR="006A11CA">
        <w:rPr>
          <w:sz w:val="24"/>
          <w:szCs w:val="24"/>
          <w:lang w:val="en-US"/>
        </w:rPr>
        <w:t xml:space="preserve"> November,2026 conducted </w:t>
      </w:r>
      <w:proofErr w:type="spellStart"/>
      <w:r w:rsidR="006A11CA">
        <w:rPr>
          <w:sz w:val="24"/>
          <w:szCs w:val="24"/>
          <w:lang w:val="en-US"/>
        </w:rPr>
        <w:t>ny</w:t>
      </w:r>
      <w:proofErr w:type="spellEnd"/>
      <w:r w:rsidR="006A11CA">
        <w:rPr>
          <w:sz w:val="24"/>
          <w:szCs w:val="24"/>
          <w:lang w:val="en-US"/>
        </w:rPr>
        <w:t xml:space="preserve"> Malaviya Mission Teacher Training center.</w:t>
      </w:r>
    </w:p>
    <w:p w14:paraId="61207629" w14:textId="38986279" w:rsidR="00FC0522" w:rsidRDefault="00FC0522" w:rsidP="00BA79B0">
      <w:pPr>
        <w:rPr>
          <w:b/>
          <w:bCs/>
          <w:sz w:val="28"/>
          <w:szCs w:val="28"/>
          <w:lang w:val="en-US"/>
        </w:rPr>
      </w:pPr>
    </w:p>
    <w:p w14:paraId="4CC1E2DB" w14:textId="2181E148" w:rsidR="006A11CA" w:rsidRDefault="00256611" w:rsidP="00BA79B0">
      <w:pPr>
        <w:rPr>
          <w:b/>
          <w:bCs/>
          <w:sz w:val="28"/>
          <w:szCs w:val="28"/>
          <w:lang w:val="en-US"/>
        </w:rPr>
      </w:pPr>
      <w:r w:rsidRPr="006A11CA">
        <w:rPr>
          <w:b/>
          <w:bCs/>
          <w:noProof/>
          <w:sz w:val="28"/>
          <w:szCs w:val="28"/>
          <w:lang w:val="en-US"/>
        </w:rPr>
        <w:drawing>
          <wp:inline distT="0" distB="0" distL="0" distR="0" wp14:anchorId="0EAC5A68" wp14:editId="0514F3B1">
            <wp:extent cx="2828925" cy="2371725"/>
            <wp:effectExtent l="0" t="0" r="9525" b="9525"/>
            <wp:docPr id="15923356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335664" name=""/>
                    <pic:cNvPicPr/>
                  </pic:nvPicPr>
                  <pic:blipFill>
                    <a:blip r:embed="rId32"/>
                    <a:stretch>
                      <a:fillRect/>
                    </a:stretch>
                  </pic:blipFill>
                  <pic:spPr>
                    <a:xfrm>
                      <a:off x="0" y="0"/>
                      <a:ext cx="2829321" cy="2372057"/>
                    </a:xfrm>
                    <a:prstGeom prst="rect">
                      <a:avLst/>
                    </a:prstGeom>
                  </pic:spPr>
                </pic:pic>
              </a:graphicData>
            </a:graphic>
          </wp:inline>
        </w:drawing>
      </w:r>
    </w:p>
    <w:p w14:paraId="46831EBD" w14:textId="6EBF7153" w:rsidR="006A11CA" w:rsidRPr="00BA79B0" w:rsidRDefault="006A11CA" w:rsidP="00BA79B0">
      <w:pPr>
        <w:rPr>
          <w:b/>
          <w:bCs/>
          <w:sz w:val="28"/>
          <w:szCs w:val="28"/>
          <w:lang w:val="en-US"/>
        </w:rPr>
      </w:pPr>
    </w:p>
    <w:p w14:paraId="0BC3EEB3" w14:textId="6730A433" w:rsidR="00BA79B0" w:rsidRPr="00147FA8" w:rsidRDefault="00BA79B0" w:rsidP="008C2897">
      <w:pPr>
        <w:rPr>
          <w:b/>
          <w:bCs/>
          <w:sz w:val="28"/>
          <w:szCs w:val="28"/>
          <w:lang w:val="en-US"/>
        </w:rPr>
      </w:pPr>
    </w:p>
    <w:p w14:paraId="6D1613EB" w14:textId="3977EAA4" w:rsidR="008C2897" w:rsidRDefault="008C2897" w:rsidP="009A5AA2">
      <w:pPr>
        <w:rPr>
          <w:b/>
          <w:bCs/>
          <w:sz w:val="28"/>
          <w:szCs w:val="28"/>
          <w:lang w:val="en-US"/>
        </w:rPr>
      </w:pPr>
    </w:p>
    <w:p w14:paraId="1CAE9677" w14:textId="492BDD15" w:rsidR="009D2884" w:rsidRDefault="006503B0" w:rsidP="009A5AA2">
      <w:pPr>
        <w:rPr>
          <w:b/>
          <w:bCs/>
          <w:sz w:val="28"/>
          <w:szCs w:val="28"/>
          <w:lang w:val="en-US"/>
        </w:rPr>
      </w:pPr>
      <w:r>
        <w:rPr>
          <w:b/>
          <w:bCs/>
          <w:sz w:val="28"/>
          <w:szCs w:val="28"/>
          <w:lang w:val="en-US"/>
        </w:rPr>
        <w:lastRenderedPageBreak/>
        <w:t>4</w:t>
      </w:r>
      <w:r w:rsidR="00226B14">
        <w:rPr>
          <w:b/>
          <w:bCs/>
          <w:sz w:val="28"/>
          <w:szCs w:val="28"/>
          <w:lang w:val="en-US"/>
        </w:rPr>
        <w:t>.STUDENT ACHIEVEMENTS</w:t>
      </w:r>
      <w:r w:rsidR="00256611">
        <w:rPr>
          <w:b/>
          <w:bCs/>
          <w:sz w:val="28"/>
          <w:szCs w:val="28"/>
          <w:lang w:val="en-US"/>
        </w:rPr>
        <w:t xml:space="preserve"> CLASS WISE</w:t>
      </w:r>
      <w:r w:rsidR="00226B14">
        <w:rPr>
          <w:b/>
          <w:bCs/>
          <w:sz w:val="28"/>
          <w:szCs w:val="28"/>
          <w:lang w:val="en-US"/>
        </w:rPr>
        <w:t>(DCSCS/NCSCS/ACSCS)</w:t>
      </w:r>
    </w:p>
    <w:p w14:paraId="2518CB9A" w14:textId="77777777" w:rsidR="003A538D" w:rsidRDefault="003A538D" w:rsidP="009A5AA2">
      <w:pPr>
        <w:rPr>
          <w:b/>
          <w:bCs/>
          <w:sz w:val="28"/>
          <w:szCs w:val="28"/>
          <w:lang w:val="en-US"/>
        </w:rPr>
      </w:pPr>
    </w:p>
    <w:p w14:paraId="2D04CBFD" w14:textId="7550BFC5" w:rsidR="003A538D" w:rsidRDefault="003A538D" w:rsidP="009A5AA2">
      <w:pPr>
        <w:rPr>
          <w:b/>
          <w:bCs/>
          <w:sz w:val="28"/>
          <w:szCs w:val="28"/>
          <w:lang w:val="en-US"/>
        </w:rPr>
      </w:pPr>
      <w:r>
        <w:rPr>
          <w:b/>
          <w:bCs/>
          <w:sz w:val="28"/>
          <w:szCs w:val="28"/>
          <w:lang w:val="en-US"/>
        </w:rPr>
        <w:t>DCSCS:</w:t>
      </w:r>
    </w:p>
    <w:p w14:paraId="109A5A1F" w14:textId="77777777" w:rsidR="00D76819" w:rsidRDefault="00D76819">
      <w:pPr>
        <w:pStyle w:val="ListParagraph"/>
        <w:numPr>
          <w:ilvl w:val="0"/>
          <w:numId w:val="45"/>
        </w:numPr>
        <w:rPr>
          <w:lang w:val="en-US"/>
        </w:rPr>
      </w:pPr>
      <w:r w:rsidRPr="006F213B">
        <w:rPr>
          <w:lang w:val="en-US"/>
        </w:rPr>
        <w:t xml:space="preserve">Lakshmi Rajarani </w:t>
      </w:r>
      <w:proofErr w:type="spellStart"/>
      <w:r w:rsidRPr="006F213B">
        <w:rPr>
          <w:lang w:val="en-US"/>
        </w:rPr>
        <w:t>uid</w:t>
      </w:r>
      <w:proofErr w:type="spellEnd"/>
      <w:r w:rsidRPr="006F213B">
        <w:rPr>
          <w:lang w:val="en-US"/>
        </w:rPr>
        <w:t xml:space="preserve"> 111724039009, of class NCSCS begin awarded as the best outgoing CR for the </w:t>
      </w:r>
      <w:r>
        <w:rPr>
          <w:lang w:val="en-US"/>
        </w:rPr>
        <w:t>Academic Year 2025-26.</w:t>
      </w:r>
    </w:p>
    <w:p w14:paraId="0C7FFE4E" w14:textId="77777777" w:rsidR="00D76819" w:rsidRDefault="00D76819" w:rsidP="00D76819">
      <w:pPr>
        <w:pStyle w:val="ListParagraph"/>
        <w:rPr>
          <w:lang w:val="en-US"/>
        </w:rPr>
      </w:pPr>
    </w:p>
    <w:p w14:paraId="254B9BCD" w14:textId="77777777" w:rsidR="00D76819" w:rsidRDefault="00D76819" w:rsidP="00D76819">
      <w:pPr>
        <w:ind w:left="360"/>
        <w:rPr>
          <w:lang w:val="en-US"/>
        </w:rPr>
      </w:pPr>
      <w:r>
        <w:rPr>
          <w:noProof/>
          <w:lang w:val="en-US"/>
        </w:rPr>
        <w:drawing>
          <wp:inline distT="0" distB="0" distL="0" distR="0" wp14:anchorId="2618FADA" wp14:editId="4B3F4843">
            <wp:extent cx="4133850" cy="2770710"/>
            <wp:effectExtent l="0" t="0" r="0" b="0"/>
            <wp:docPr id="20762421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147535" cy="2779883"/>
                    </a:xfrm>
                    <a:prstGeom prst="rect">
                      <a:avLst/>
                    </a:prstGeom>
                    <a:noFill/>
                  </pic:spPr>
                </pic:pic>
              </a:graphicData>
            </a:graphic>
          </wp:inline>
        </w:drawing>
      </w:r>
    </w:p>
    <w:p w14:paraId="60A4DA6B" w14:textId="77777777" w:rsidR="00D76819" w:rsidRDefault="00D76819" w:rsidP="00D76819">
      <w:pPr>
        <w:ind w:left="360"/>
        <w:rPr>
          <w:lang w:val="en-US"/>
        </w:rPr>
      </w:pPr>
    </w:p>
    <w:p w14:paraId="2F5C17A2" w14:textId="77777777" w:rsidR="00D76819" w:rsidRDefault="00D76819">
      <w:pPr>
        <w:pStyle w:val="ListParagraph"/>
        <w:numPr>
          <w:ilvl w:val="0"/>
          <w:numId w:val="45"/>
        </w:numPr>
        <w:rPr>
          <w:lang w:val="en-US"/>
        </w:rPr>
      </w:pPr>
      <w:r>
        <w:rPr>
          <w:lang w:val="en-US"/>
        </w:rPr>
        <w:t xml:space="preserve">J Sathish </w:t>
      </w:r>
      <w:proofErr w:type="spellStart"/>
      <w:r>
        <w:rPr>
          <w:lang w:val="en-US"/>
        </w:rPr>
        <w:t>Uid</w:t>
      </w:r>
      <w:proofErr w:type="spellEnd"/>
      <w:r>
        <w:rPr>
          <w:lang w:val="en-US"/>
        </w:rPr>
        <w:t xml:space="preserve"> 111723039028 </w:t>
      </w:r>
      <w:r w:rsidRPr="006F213B">
        <w:rPr>
          <w:lang w:val="en-US"/>
        </w:rPr>
        <w:t xml:space="preserve">of class NCSCS begin awarded as the best outgoing </w:t>
      </w:r>
      <w:r>
        <w:rPr>
          <w:lang w:val="en-US"/>
        </w:rPr>
        <w:t>A</w:t>
      </w:r>
      <w:r w:rsidRPr="006F213B">
        <w:rPr>
          <w:lang w:val="en-US"/>
        </w:rPr>
        <w:t xml:space="preserve">CR for the </w:t>
      </w:r>
      <w:r>
        <w:rPr>
          <w:lang w:val="en-US"/>
        </w:rPr>
        <w:t>Academic Year 2025-26.</w:t>
      </w:r>
    </w:p>
    <w:p w14:paraId="7B0376BE" w14:textId="77777777" w:rsidR="00D76819" w:rsidRDefault="00D76819" w:rsidP="00D76819">
      <w:pPr>
        <w:pStyle w:val="ListParagraph"/>
        <w:rPr>
          <w:lang w:val="en-US"/>
        </w:rPr>
      </w:pPr>
    </w:p>
    <w:p w14:paraId="4EEF4F82" w14:textId="77777777" w:rsidR="00D76819" w:rsidRPr="001540DF" w:rsidRDefault="00D76819" w:rsidP="00D76819">
      <w:pPr>
        <w:pStyle w:val="ListParagraph"/>
        <w:rPr>
          <w:lang w:val="en-US"/>
        </w:rPr>
      </w:pPr>
      <w:r w:rsidRPr="001540DF">
        <w:rPr>
          <w:noProof/>
          <w:lang w:val="en-US"/>
        </w:rPr>
        <w:drawing>
          <wp:inline distT="0" distB="0" distL="0" distR="0" wp14:anchorId="17456257" wp14:editId="593F8894">
            <wp:extent cx="3905250" cy="2801517"/>
            <wp:effectExtent l="0" t="0" r="0" b="0"/>
            <wp:docPr id="1643474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47464" name=""/>
                    <pic:cNvPicPr/>
                  </pic:nvPicPr>
                  <pic:blipFill>
                    <a:blip r:embed="rId34"/>
                    <a:stretch>
                      <a:fillRect/>
                    </a:stretch>
                  </pic:blipFill>
                  <pic:spPr>
                    <a:xfrm>
                      <a:off x="0" y="0"/>
                      <a:ext cx="3915353" cy="2808764"/>
                    </a:xfrm>
                    <a:prstGeom prst="rect">
                      <a:avLst/>
                    </a:prstGeom>
                  </pic:spPr>
                </pic:pic>
              </a:graphicData>
            </a:graphic>
          </wp:inline>
        </w:drawing>
      </w:r>
    </w:p>
    <w:p w14:paraId="4DCA0B10" w14:textId="77777777" w:rsidR="00D76819" w:rsidRPr="001540DF" w:rsidRDefault="00D76819" w:rsidP="00D76819">
      <w:pPr>
        <w:pStyle w:val="ListParagraph"/>
        <w:rPr>
          <w:lang w:val="en-US"/>
        </w:rPr>
      </w:pPr>
    </w:p>
    <w:p w14:paraId="39C007D6" w14:textId="5508F955" w:rsidR="00D76819" w:rsidRDefault="00D76819">
      <w:pPr>
        <w:pStyle w:val="ListParagraph"/>
        <w:numPr>
          <w:ilvl w:val="0"/>
          <w:numId w:val="45"/>
        </w:numPr>
        <w:spacing w:after="200" w:line="276" w:lineRule="auto"/>
      </w:pPr>
      <w:r>
        <w:t xml:space="preserve">BK Rishikesh Reddy </w:t>
      </w:r>
      <w:proofErr w:type="spellStart"/>
      <w:r>
        <w:t>uid</w:t>
      </w:r>
      <w:proofErr w:type="spellEnd"/>
      <w:r>
        <w:t xml:space="preserve"> 111723039021 of class DCSCS is being awarded as Website and Technical Head, the Student Council during the Academic Year 2025-26. </w:t>
      </w:r>
    </w:p>
    <w:p w14:paraId="16F968A6" w14:textId="77777777" w:rsidR="00D76819" w:rsidRDefault="00D76819" w:rsidP="00D76819">
      <w:pPr>
        <w:pStyle w:val="ListParagraph"/>
      </w:pPr>
      <w:r>
        <w:rPr>
          <w:noProof/>
        </w:rPr>
        <w:lastRenderedPageBreak/>
        <w:drawing>
          <wp:inline distT="0" distB="0" distL="0" distR="0" wp14:anchorId="5BDED044" wp14:editId="61662C53">
            <wp:extent cx="4705350" cy="2639060"/>
            <wp:effectExtent l="0" t="0" r="0" b="0"/>
            <wp:docPr id="262757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726773" cy="2651075"/>
                    </a:xfrm>
                    <a:prstGeom prst="rect">
                      <a:avLst/>
                    </a:prstGeom>
                    <a:noFill/>
                    <a:ln>
                      <a:noFill/>
                    </a:ln>
                  </pic:spPr>
                </pic:pic>
              </a:graphicData>
            </a:graphic>
          </wp:inline>
        </w:drawing>
      </w:r>
    </w:p>
    <w:p w14:paraId="79305BDA" w14:textId="77777777" w:rsidR="00D76819" w:rsidRDefault="00D76819" w:rsidP="00D76819">
      <w:pPr>
        <w:pStyle w:val="ListParagraph"/>
      </w:pPr>
    </w:p>
    <w:p w14:paraId="4F40B933" w14:textId="77777777" w:rsidR="00D76819" w:rsidRDefault="00D76819">
      <w:pPr>
        <w:pStyle w:val="ListParagraph"/>
        <w:numPr>
          <w:ilvl w:val="0"/>
          <w:numId w:val="45"/>
        </w:numPr>
        <w:spacing w:after="200" w:line="276" w:lineRule="auto"/>
      </w:pPr>
      <w:r>
        <w:t xml:space="preserve">Alice </w:t>
      </w:r>
      <w:proofErr w:type="spellStart"/>
      <w:r>
        <w:t>saloni</w:t>
      </w:r>
      <w:proofErr w:type="spellEnd"/>
      <w:r>
        <w:t xml:space="preserve"> </w:t>
      </w:r>
      <w:proofErr w:type="spellStart"/>
      <w:r>
        <w:t>uid</w:t>
      </w:r>
      <w:proofErr w:type="spellEnd"/>
      <w:r>
        <w:t xml:space="preserve"> 111723039005 of class DCSCS is being awarded as the Fine Arts Secretary student council during the academic year 2025-26.</w:t>
      </w:r>
    </w:p>
    <w:p w14:paraId="010DAEE0" w14:textId="77777777" w:rsidR="00D76819" w:rsidRDefault="00D76819" w:rsidP="00D76819">
      <w:pPr>
        <w:pStyle w:val="ListParagraph"/>
      </w:pPr>
      <w:r w:rsidRPr="00816331">
        <w:rPr>
          <w:noProof/>
        </w:rPr>
        <w:drawing>
          <wp:inline distT="0" distB="0" distL="0" distR="0" wp14:anchorId="306C2D6F" wp14:editId="3B57F68E">
            <wp:extent cx="4067175" cy="2813367"/>
            <wp:effectExtent l="0" t="0" r="0" b="6350"/>
            <wp:docPr id="14643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3794" name=""/>
                    <pic:cNvPicPr/>
                  </pic:nvPicPr>
                  <pic:blipFill rotWithShape="1">
                    <a:blip r:embed="rId36"/>
                    <a:srcRect l="16482" t="5701" r="11860" b="570"/>
                    <a:stretch>
                      <a:fillRect/>
                    </a:stretch>
                  </pic:blipFill>
                  <pic:spPr bwMode="auto">
                    <a:xfrm>
                      <a:off x="0" y="0"/>
                      <a:ext cx="4071051" cy="2816048"/>
                    </a:xfrm>
                    <a:prstGeom prst="rect">
                      <a:avLst/>
                    </a:prstGeom>
                    <a:ln>
                      <a:noFill/>
                    </a:ln>
                    <a:extLst>
                      <a:ext uri="{53640926-AAD7-44D8-BBD7-CCE9431645EC}">
                        <a14:shadowObscured xmlns:a14="http://schemas.microsoft.com/office/drawing/2010/main"/>
                      </a:ext>
                    </a:extLst>
                  </pic:spPr>
                </pic:pic>
              </a:graphicData>
            </a:graphic>
          </wp:inline>
        </w:drawing>
      </w:r>
    </w:p>
    <w:p w14:paraId="04FA7695" w14:textId="77777777" w:rsidR="00D76819" w:rsidRDefault="00D76819" w:rsidP="00D76819">
      <w:pPr>
        <w:pStyle w:val="ListParagraph"/>
      </w:pPr>
    </w:p>
    <w:p w14:paraId="17A3F63E" w14:textId="77777777" w:rsidR="00D76819" w:rsidRDefault="00D76819" w:rsidP="00D76819">
      <w:pPr>
        <w:pStyle w:val="ListParagraph"/>
      </w:pPr>
    </w:p>
    <w:p w14:paraId="082A6BC5" w14:textId="77777777" w:rsidR="00D76819" w:rsidRDefault="00D76819">
      <w:pPr>
        <w:pStyle w:val="ListParagraph"/>
        <w:numPr>
          <w:ilvl w:val="0"/>
          <w:numId w:val="45"/>
        </w:numPr>
        <w:spacing w:after="200" w:line="276" w:lineRule="auto"/>
      </w:pPr>
      <w:r>
        <w:t xml:space="preserve">Varshith Pasala </w:t>
      </w:r>
      <w:proofErr w:type="spellStart"/>
      <w:r>
        <w:t>uid</w:t>
      </w:r>
      <w:proofErr w:type="spellEnd"/>
      <w:r>
        <w:t xml:space="preserve"> 111723039040 of class DCSCS is being awarded as the Event Head, NSS during the Academic Year 2025-26.</w:t>
      </w:r>
    </w:p>
    <w:p w14:paraId="5E752476" w14:textId="77777777" w:rsidR="00D76819" w:rsidRDefault="00D76819" w:rsidP="00D76819">
      <w:r w:rsidRPr="00816331">
        <w:rPr>
          <w:noProof/>
        </w:rPr>
        <w:lastRenderedPageBreak/>
        <w:drawing>
          <wp:inline distT="0" distB="0" distL="0" distR="0" wp14:anchorId="4AC3D925" wp14:editId="47E8F6EE">
            <wp:extent cx="4200525" cy="2826379"/>
            <wp:effectExtent l="0" t="0" r="0" b="0"/>
            <wp:docPr id="260327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27980" name=""/>
                    <pic:cNvPicPr/>
                  </pic:nvPicPr>
                  <pic:blipFill>
                    <a:blip r:embed="rId37"/>
                    <a:stretch>
                      <a:fillRect/>
                    </a:stretch>
                  </pic:blipFill>
                  <pic:spPr>
                    <a:xfrm>
                      <a:off x="0" y="0"/>
                      <a:ext cx="4207738" cy="2831232"/>
                    </a:xfrm>
                    <a:prstGeom prst="rect">
                      <a:avLst/>
                    </a:prstGeom>
                  </pic:spPr>
                </pic:pic>
              </a:graphicData>
            </a:graphic>
          </wp:inline>
        </w:drawing>
      </w:r>
    </w:p>
    <w:p w14:paraId="4F04A23B" w14:textId="77777777" w:rsidR="00D76819" w:rsidRDefault="00D76819" w:rsidP="00D76819"/>
    <w:p w14:paraId="7FD09BE7" w14:textId="0CFB41BE" w:rsidR="00D76819" w:rsidRDefault="00D76819">
      <w:pPr>
        <w:pStyle w:val="ListParagraph"/>
        <w:numPr>
          <w:ilvl w:val="0"/>
          <w:numId w:val="45"/>
        </w:numPr>
        <w:spacing w:after="200" w:line="276" w:lineRule="auto"/>
      </w:pPr>
      <w:r>
        <w:t xml:space="preserve">S Lasya Reddy </w:t>
      </w:r>
      <w:proofErr w:type="spellStart"/>
      <w:r>
        <w:t>Uid</w:t>
      </w:r>
      <w:proofErr w:type="spellEnd"/>
      <w:r>
        <w:t xml:space="preserve"> 111723039014, class DCSCS is being awarded as the Regulation Head NSS, during the Academic Year 2025-26.</w:t>
      </w:r>
    </w:p>
    <w:p w14:paraId="00F9F165" w14:textId="77777777" w:rsidR="00D76819" w:rsidRDefault="00D76819" w:rsidP="00D76819">
      <w:pPr>
        <w:pStyle w:val="ListParagraph"/>
      </w:pPr>
    </w:p>
    <w:p w14:paraId="0FAE6891" w14:textId="77777777" w:rsidR="00D76819" w:rsidRDefault="00D76819" w:rsidP="00D76819">
      <w:pPr>
        <w:pStyle w:val="ListParagraph"/>
      </w:pPr>
      <w:r w:rsidRPr="001B53A8">
        <w:rPr>
          <w:noProof/>
        </w:rPr>
        <w:drawing>
          <wp:inline distT="0" distB="0" distL="0" distR="0" wp14:anchorId="5DD2CCEC" wp14:editId="0D8F36C1">
            <wp:extent cx="4248791" cy="3438525"/>
            <wp:effectExtent l="0" t="0" r="0" b="0"/>
            <wp:docPr id="1673764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764535" name=""/>
                    <pic:cNvPicPr/>
                  </pic:nvPicPr>
                  <pic:blipFill>
                    <a:blip r:embed="rId38"/>
                    <a:stretch>
                      <a:fillRect/>
                    </a:stretch>
                  </pic:blipFill>
                  <pic:spPr>
                    <a:xfrm>
                      <a:off x="0" y="0"/>
                      <a:ext cx="4258843" cy="3446660"/>
                    </a:xfrm>
                    <a:prstGeom prst="rect">
                      <a:avLst/>
                    </a:prstGeom>
                  </pic:spPr>
                </pic:pic>
              </a:graphicData>
            </a:graphic>
          </wp:inline>
        </w:drawing>
      </w:r>
    </w:p>
    <w:p w14:paraId="30EE30FC" w14:textId="77777777" w:rsidR="00D76819" w:rsidRDefault="00D76819" w:rsidP="00D76819">
      <w:pPr>
        <w:pStyle w:val="ListParagraph"/>
      </w:pPr>
    </w:p>
    <w:p w14:paraId="3CD9FC44" w14:textId="77777777" w:rsidR="00D76819" w:rsidRDefault="00D76819">
      <w:pPr>
        <w:pStyle w:val="ListParagraph"/>
        <w:numPr>
          <w:ilvl w:val="0"/>
          <w:numId w:val="45"/>
        </w:numPr>
        <w:spacing w:after="200" w:line="276" w:lineRule="auto"/>
      </w:pPr>
      <w:r>
        <w:t xml:space="preserve">K Varun Raju </w:t>
      </w:r>
      <w:proofErr w:type="spellStart"/>
      <w:r>
        <w:t>uid</w:t>
      </w:r>
      <w:proofErr w:type="spellEnd"/>
      <w:r>
        <w:t xml:space="preserve"> 111723039030, of class DCSCS is being awarded as the Extraordinary Student Achiever during the Academic year 2025-26. </w:t>
      </w:r>
    </w:p>
    <w:p w14:paraId="11AF8E31" w14:textId="77777777" w:rsidR="00D76819" w:rsidRDefault="00D76819" w:rsidP="00D76819">
      <w:pPr>
        <w:pStyle w:val="ListParagraph"/>
      </w:pPr>
    </w:p>
    <w:p w14:paraId="16EEA28E" w14:textId="77777777" w:rsidR="00D76819" w:rsidRPr="00D56E1E" w:rsidRDefault="00D76819" w:rsidP="00D76819">
      <w:pPr>
        <w:pStyle w:val="ListParagraph"/>
      </w:pPr>
      <w:r w:rsidRPr="001B53A8">
        <w:rPr>
          <w:noProof/>
        </w:rPr>
        <w:lastRenderedPageBreak/>
        <w:drawing>
          <wp:inline distT="0" distB="0" distL="0" distR="0" wp14:anchorId="244AD06E" wp14:editId="13AFB7F4">
            <wp:extent cx="3600450" cy="2423765"/>
            <wp:effectExtent l="0" t="0" r="0" b="0"/>
            <wp:docPr id="12298155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815551" name=""/>
                    <pic:cNvPicPr/>
                  </pic:nvPicPr>
                  <pic:blipFill>
                    <a:blip r:embed="rId39"/>
                    <a:stretch>
                      <a:fillRect/>
                    </a:stretch>
                  </pic:blipFill>
                  <pic:spPr>
                    <a:xfrm>
                      <a:off x="0" y="0"/>
                      <a:ext cx="3612441" cy="2431837"/>
                    </a:xfrm>
                    <a:prstGeom prst="rect">
                      <a:avLst/>
                    </a:prstGeom>
                  </pic:spPr>
                </pic:pic>
              </a:graphicData>
            </a:graphic>
          </wp:inline>
        </w:drawing>
      </w:r>
    </w:p>
    <w:p w14:paraId="5B1740AC" w14:textId="77777777" w:rsidR="00D76819" w:rsidRPr="001540DF" w:rsidRDefault="00D76819" w:rsidP="00D76819">
      <w:pPr>
        <w:rPr>
          <w:lang w:val="en-US"/>
        </w:rPr>
      </w:pPr>
    </w:p>
    <w:p w14:paraId="1B9BE0CB" w14:textId="04CB8AD1" w:rsidR="00D76819" w:rsidRDefault="009C0861" w:rsidP="00D76819">
      <w:r>
        <w:t>8</w:t>
      </w:r>
      <w:r w:rsidR="00D76819">
        <w:t xml:space="preserve">. A Sowmya </w:t>
      </w:r>
      <w:proofErr w:type="spellStart"/>
      <w:r w:rsidR="00D76819">
        <w:t>uid</w:t>
      </w:r>
      <w:proofErr w:type="spellEnd"/>
      <w:r w:rsidR="00D76819">
        <w:t xml:space="preserve"> 111723039001 of class DCSCS is being awarded as the 1</w:t>
      </w:r>
      <w:r w:rsidR="00D76819" w:rsidRPr="005146B6">
        <w:rPr>
          <w:vertAlign w:val="superscript"/>
        </w:rPr>
        <w:t>st</w:t>
      </w:r>
      <w:r w:rsidR="00D76819">
        <w:t xml:space="preserve"> Academic Topper for the Academic Year 25-26.</w:t>
      </w:r>
      <w:r w:rsidR="00D76819" w:rsidRPr="005146B6">
        <w:rPr>
          <w:noProof/>
        </w:rPr>
        <w:t xml:space="preserve"> </w:t>
      </w:r>
      <w:r w:rsidR="00D76819">
        <w:rPr>
          <w:noProof/>
        </w:rPr>
        <w:t xml:space="preserve">    </w:t>
      </w:r>
      <w:r w:rsidR="00D76819">
        <w:rPr>
          <w:noProof/>
        </w:rPr>
        <w:drawing>
          <wp:inline distT="0" distB="0" distL="0" distR="0" wp14:anchorId="08605A09" wp14:editId="736AC809">
            <wp:extent cx="3337560" cy="5079740"/>
            <wp:effectExtent l="876300" t="0" r="853440" b="0"/>
            <wp:docPr id="3353595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0">
                      <a:extLst>
                        <a:ext uri="{28A0092B-C50C-407E-A947-70E740481C1C}">
                          <a14:useLocalDpi xmlns:a14="http://schemas.microsoft.com/office/drawing/2010/main" val="0"/>
                        </a:ext>
                      </a:extLst>
                    </a:blip>
                    <a:srcRect l="-3275" t="9437" r="6125" b="15567"/>
                    <a:stretch>
                      <a:fillRect/>
                    </a:stretch>
                  </pic:blipFill>
                  <pic:spPr bwMode="auto">
                    <a:xfrm rot="16200000">
                      <a:off x="0" y="0"/>
                      <a:ext cx="3350595" cy="5099578"/>
                    </a:xfrm>
                    <a:prstGeom prst="rect">
                      <a:avLst/>
                    </a:prstGeom>
                    <a:noFill/>
                    <a:ln>
                      <a:noFill/>
                    </a:ln>
                    <a:extLst>
                      <a:ext uri="{53640926-AAD7-44D8-BBD7-CCE9431645EC}">
                        <a14:shadowObscured xmlns:a14="http://schemas.microsoft.com/office/drawing/2010/main"/>
                      </a:ext>
                    </a:extLst>
                  </pic:spPr>
                </pic:pic>
              </a:graphicData>
            </a:graphic>
          </wp:inline>
        </w:drawing>
      </w:r>
    </w:p>
    <w:p w14:paraId="460B8C8F" w14:textId="77777777" w:rsidR="00D76819" w:rsidRDefault="00D76819" w:rsidP="00D76819"/>
    <w:p w14:paraId="441C285C" w14:textId="7FD47FBE" w:rsidR="00D76819" w:rsidRDefault="009C0861" w:rsidP="00D76819">
      <w:r>
        <w:t>9</w:t>
      </w:r>
      <w:r w:rsidR="00D76819">
        <w:t xml:space="preserve">. Alice Saloni </w:t>
      </w:r>
      <w:proofErr w:type="spellStart"/>
      <w:r w:rsidR="00D76819">
        <w:t>Uid</w:t>
      </w:r>
      <w:proofErr w:type="spellEnd"/>
      <w:r w:rsidR="00D76819">
        <w:t xml:space="preserve"> 111723039005 of class DCSCS is being awarded as the 3</w:t>
      </w:r>
      <w:r w:rsidR="00D76819">
        <w:rPr>
          <w:vertAlign w:val="superscript"/>
        </w:rPr>
        <w:t xml:space="preserve">rd </w:t>
      </w:r>
      <w:r w:rsidR="00D76819">
        <w:t xml:space="preserve">Academic </w:t>
      </w:r>
      <w:proofErr w:type="gramStart"/>
      <w:r w:rsidR="00D76819">
        <w:t>Topper  for</w:t>
      </w:r>
      <w:proofErr w:type="gramEnd"/>
      <w:r w:rsidR="00D76819">
        <w:t xml:space="preserve">  the Academic Year 25-26.</w:t>
      </w:r>
    </w:p>
    <w:p w14:paraId="0745262B" w14:textId="77777777" w:rsidR="00D76819" w:rsidRDefault="00D76819" w:rsidP="00D76819">
      <w:r w:rsidRPr="00253EA4">
        <w:rPr>
          <w:noProof/>
        </w:rPr>
        <w:lastRenderedPageBreak/>
        <w:drawing>
          <wp:inline distT="0" distB="0" distL="0" distR="0" wp14:anchorId="6288E705" wp14:editId="39139E6E">
            <wp:extent cx="4464050" cy="3265170"/>
            <wp:effectExtent l="0" t="0" r="0" b="0"/>
            <wp:docPr id="170455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55998" name=""/>
                    <pic:cNvPicPr/>
                  </pic:nvPicPr>
                  <pic:blipFill rotWithShape="1">
                    <a:blip r:embed="rId41"/>
                    <a:srcRect l="17528" t="10729" r="6881" b="-14818"/>
                    <a:stretch>
                      <a:fillRect/>
                    </a:stretch>
                  </pic:blipFill>
                  <pic:spPr bwMode="auto">
                    <a:xfrm>
                      <a:off x="0" y="0"/>
                      <a:ext cx="4464050" cy="3265170"/>
                    </a:xfrm>
                    <a:prstGeom prst="rect">
                      <a:avLst/>
                    </a:prstGeom>
                    <a:ln>
                      <a:noFill/>
                    </a:ln>
                    <a:extLst>
                      <a:ext uri="{53640926-AAD7-44D8-BBD7-CCE9431645EC}">
                        <a14:shadowObscured xmlns:a14="http://schemas.microsoft.com/office/drawing/2010/main"/>
                      </a:ext>
                    </a:extLst>
                  </pic:spPr>
                </pic:pic>
              </a:graphicData>
            </a:graphic>
          </wp:inline>
        </w:drawing>
      </w:r>
    </w:p>
    <w:p w14:paraId="02D603CF" w14:textId="77777777" w:rsidR="00D76819" w:rsidRDefault="00D76819" w:rsidP="00D76819"/>
    <w:p w14:paraId="675CDAEA" w14:textId="541AEA92" w:rsidR="00D76819" w:rsidRDefault="009C0861" w:rsidP="00D76819">
      <w:r>
        <w:t>10</w:t>
      </w:r>
      <w:r w:rsidR="00D76819">
        <w:t xml:space="preserve">. G Akshitha </w:t>
      </w:r>
      <w:proofErr w:type="spellStart"/>
      <w:r w:rsidR="00D76819">
        <w:t>Uid</w:t>
      </w:r>
      <w:proofErr w:type="spellEnd"/>
      <w:r w:rsidR="00D76819">
        <w:t xml:space="preserve"> 111723039007 of class DCSCS is being awarded as the 2</w:t>
      </w:r>
      <w:r w:rsidR="00D76819">
        <w:rPr>
          <w:vertAlign w:val="superscript"/>
        </w:rPr>
        <w:t>nd</w:t>
      </w:r>
      <w:r w:rsidR="00D76819">
        <w:t xml:space="preserve"> Academic </w:t>
      </w:r>
      <w:proofErr w:type="gramStart"/>
      <w:r w:rsidR="00D76819">
        <w:t>Topper  for</w:t>
      </w:r>
      <w:proofErr w:type="gramEnd"/>
      <w:r w:rsidR="00D76819">
        <w:t xml:space="preserve">  the Academic Year 25-26.</w:t>
      </w:r>
    </w:p>
    <w:p w14:paraId="70471E1F" w14:textId="77777777" w:rsidR="00D76819" w:rsidRDefault="00D76819" w:rsidP="00D76819">
      <w:r>
        <w:t xml:space="preserve">    </w:t>
      </w:r>
      <w:r>
        <w:rPr>
          <w:noProof/>
        </w:rPr>
        <w:drawing>
          <wp:inline distT="0" distB="0" distL="0" distR="0" wp14:anchorId="40B1C637" wp14:editId="7F0E072A">
            <wp:extent cx="5207000" cy="3569799"/>
            <wp:effectExtent l="0" t="0" r="0" b="0"/>
            <wp:docPr id="18954956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13464" cy="3574231"/>
                    </a:xfrm>
                    <a:prstGeom prst="rect">
                      <a:avLst/>
                    </a:prstGeom>
                    <a:noFill/>
                    <a:ln>
                      <a:noFill/>
                    </a:ln>
                  </pic:spPr>
                </pic:pic>
              </a:graphicData>
            </a:graphic>
          </wp:inline>
        </w:drawing>
      </w:r>
    </w:p>
    <w:p w14:paraId="735B774E" w14:textId="77777777" w:rsidR="00D76819" w:rsidRDefault="00D76819" w:rsidP="00D76819"/>
    <w:p w14:paraId="16FCE8D8" w14:textId="0C7B5CEA" w:rsidR="00D76819" w:rsidRDefault="009C0861" w:rsidP="00D76819">
      <w:r>
        <w:lastRenderedPageBreak/>
        <w:t>11</w:t>
      </w:r>
      <w:r w:rsidR="00D76819">
        <w:t xml:space="preserve">. V Srujan </w:t>
      </w:r>
      <w:proofErr w:type="spellStart"/>
      <w:r w:rsidR="00D76819">
        <w:t>Uid</w:t>
      </w:r>
      <w:proofErr w:type="spellEnd"/>
      <w:r w:rsidR="00D76819">
        <w:t xml:space="preserve"> 111723039049 of Class DCSCS is awarded with continuous improvement in academics.</w:t>
      </w:r>
      <w:r w:rsidR="00D76819" w:rsidRPr="004319CC">
        <w:t xml:space="preserve"> </w:t>
      </w:r>
      <w:r w:rsidR="00D76819">
        <w:rPr>
          <w:noProof/>
        </w:rPr>
        <w:drawing>
          <wp:inline distT="0" distB="0" distL="0" distR="0" wp14:anchorId="5835D8A2" wp14:editId="38D1BDAB">
            <wp:extent cx="3814909" cy="5238164"/>
            <wp:effectExtent l="704850" t="0" r="700405" b="0"/>
            <wp:docPr id="61164862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16200000">
                      <a:off x="0" y="0"/>
                      <a:ext cx="3820083" cy="5245268"/>
                    </a:xfrm>
                    <a:prstGeom prst="rect">
                      <a:avLst/>
                    </a:prstGeom>
                    <a:noFill/>
                    <a:ln>
                      <a:noFill/>
                    </a:ln>
                  </pic:spPr>
                </pic:pic>
              </a:graphicData>
            </a:graphic>
          </wp:inline>
        </w:drawing>
      </w:r>
    </w:p>
    <w:p w14:paraId="73280ACD" w14:textId="77777777" w:rsidR="00D76819" w:rsidRDefault="00D76819" w:rsidP="00D76819">
      <w:pPr>
        <w:ind w:firstLine="720"/>
      </w:pPr>
    </w:p>
    <w:p w14:paraId="623360E4" w14:textId="77777777" w:rsidR="00D76819" w:rsidRDefault="00D76819" w:rsidP="00D76819">
      <w:pPr>
        <w:ind w:firstLine="720"/>
      </w:pPr>
    </w:p>
    <w:p w14:paraId="681905EF" w14:textId="77777777" w:rsidR="00D76819" w:rsidRDefault="00D76819" w:rsidP="00D76819">
      <w:pPr>
        <w:ind w:firstLine="720"/>
      </w:pPr>
    </w:p>
    <w:p w14:paraId="7F7D6388" w14:textId="77777777" w:rsidR="00D76819" w:rsidRPr="005D1E0C" w:rsidRDefault="00D76819" w:rsidP="00D76819"/>
    <w:p w14:paraId="173969BE" w14:textId="77777777" w:rsidR="00D76819" w:rsidRDefault="00D76819" w:rsidP="009A5AA2">
      <w:pPr>
        <w:rPr>
          <w:b/>
          <w:bCs/>
          <w:sz w:val="28"/>
          <w:szCs w:val="28"/>
          <w:lang w:val="en-US"/>
        </w:rPr>
      </w:pPr>
    </w:p>
    <w:p w14:paraId="4A9C3B86" w14:textId="77777777" w:rsidR="00256611" w:rsidRDefault="00256611" w:rsidP="009A5AA2">
      <w:pPr>
        <w:rPr>
          <w:b/>
          <w:bCs/>
          <w:sz w:val="28"/>
          <w:szCs w:val="28"/>
          <w:lang w:val="en-US"/>
        </w:rPr>
      </w:pPr>
    </w:p>
    <w:p w14:paraId="002BC8B4" w14:textId="13E0B022" w:rsidR="003A538D" w:rsidRDefault="003A538D" w:rsidP="009A5AA2">
      <w:pPr>
        <w:rPr>
          <w:b/>
          <w:bCs/>
          <w:sz w:val="28"/>
          <w:szCs w:val="28"/>
          <w:lang w:val="en-US"/>
        </w:rPr>
      </w:pPr>
      <w:r>
        <w:rPr>
          <w:b/>
          <w:bCs/>
          <w:sz w:val="28"/>
          <w:szCs w:val="28"/>
          <w:lang w:val="en-US"/>
        </w:rPr>
        <w:t>NCSCS:</w:t>
      </w:r>
    </w:p>
    <w:p w14:paraId="6433913E" w14:textId="63E4E289" w:rsidR="00D76819" w:rsidRDefault="00256611" w:rsidP="00D76819">
      <w:pPr>
        <w:pStyle w:val="ListParagraph"/>
        <w:spacing w:after="200" w:line="276" w:lineRule="auto"/>
        <w:ind w:left="360"/>
      </w:pPr>
      <w:r w:rsidRPr="00475812">
        <w:rPr>
          <w:noProof/>
        </w:rPr>
        <w:lastRenderedPageBreak/>
        <w:drawing>
          <wp:anchor distT="0" distB="0" distL="114300" distR="114300" simplePos="0" relativeHeight="251661312" behindDoc="0" locked="0" layoutInCell="1" allowOverlap="1" wp14:anchorId="729CEDE1" wp14:editId="064DBCF0">
            <wp:simplePos x="0" y="0"/>
            <wp:positionH relativeFrom="column">
              <wp:posOffset>391160</wp:posOffset>
            </wp:positionH>
            <wp:positionV relativeFrom="paragraph">
              <wp:posOffset>205740</wp:posOffset>
            </wp:positionV>
            <wp:extent cx="2627630" cy="3379470"/>
            <wp:effectExtent l="5080" t="0" r="6350" b="6350"/>
            <wp:wrapSquare wrapText="bothSides"/>
            <wp:docPr id="1528006843" name="Picture 1528006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rot="16200000">
                      <a:off x="0" y="0"/>
                      <a:ext cx="2627630" cy="3379470"/>
                    </a:xfrm>
                    <a:prstGeom prst="rect">
                      <a:avLst/>
                    </a:prstGeom>
                  </pic:spPr>
                </pic:pic>
              </a:graphicData>
            </a:graphic>
            <wp14:sizeRelH relativeFrom="margin">
              <wp14:pctWidth>0</wp14:pctWidth>
            </wp14:sizeRelH>
          </wp:anchor>
        </w:drawing>
      </w:r>
      <w:r w:rsidR="00D76819">
        <w:t xml:space="preserve">1.G Yagna </w:t>
      </w:r>
      <w:proofErr w:type="spellStart"/>
      <w:r w:rsidR="00D76819">
        <w:t>uid</w:t>
      </w:r>
      <w:proofErr w:type="spellEnd"/>
      <w:r w:rsidR="00D76819">
        <w:t xml:space="preserve"> 111724039021 of class NCSCS </w:t>
      </w:r>
      <w:r w:rsidR="00D76819" w:rsidRPr="005A5BE3">
        <w:rPr>
          <w:b/>
        </w:rPr>
        <w:t>Secured 3</w:t>
      </w:r>
      <w:r w:rsidR="00D76819" w:rsidRPr="005A5BE3">
        <w:rPr>
          <w:b/>
          <w:vertAlign w:val="superscript"/>
        </w:rPr>
        <w:t>rd</w:t>
      </w:r>
      <w:r w:rsidR="00D76819" w:rsidRPr="005A5BE3">
        <w:rPr>
          <w:b/>
        </w:rPr>
        <w:t xml:space="preserve"> place</w:t>
      </w:r>
      <w:r w:rsidR="00D76819">
        <w:t xml:space="preserve"> for Essay Writing at RESONANCE- </w:t>
      </w:r>
      <w:proofErr w:type="gramStart"/>
      <w:r w:rsidR="00D76819">
        <w:t>IGNISIA ,Loyola</w:t>
      </w:r>
      <w:proofErr w:type="gramEnd"/>
      <w:r w:rsidR="00D76819">
        <w:t xml:space="preserve"> Academy.</w:t>
      </w:r>
    </w:p>
    <w:p w14:paraId="2957F661" w14:textId="63690CB8" w:rsidR="00D76819" w:rsidRDefault="00D76819" w:rsidP="00D76819">
      <w:pPr>
        <w:pStyle w:val="ListParagraph"/>
      </w:pPr>
    </w:p>
    <w:p w14:paraId="2E93AE92" w14:textId="57D6BB86" w:rsidR="00D76819" w:rsidRDefault="00D76819" w:rsidP="00D76819">
      <w:pPr>
        <w:pStyle w:val="ListParagraph"/>
      </w:pPr>
      <w:r>
        <w:br w:type="textWrapping" w:clear="all"/>
      </w:r>
    </w:p>
    <w:p w14:paraId="2434DF68" w14:textId="05DC76D7" w:rsidR="00D76819" w:rsidRDefault="00067658" w:rsidP="00067658">
      <w:r>
        <w:t>2</w:t>
      </w:r>
      <w:r w:rsidR="00D76819">
        <w:t>.K Jayanth From NCSCS, Uid:111724039029 is awarded with 2</w:t>
      </w:r>
      <w:r w:rsidR="00D76819" w:rsidRPr="00067658">
        <w:rPr>
          <w:vertAlign w:val="superscript"/>
        </w:rPr>
        <w:t>nd</w:t>
      </w:r>
      <w:r w:rsidR="00D76819">
        <w:t xml:space="preserve"> Academic Topper.</w:t>
      </w:r>
    </w:p>
    <w:p w14:paraId="1B6B6B0E" w14:textId="77777777" w:rsidR="00D76819" w:rsidRDefault="00D76819" w:rsidP="00D76819"/>
    <w:p w14:paraId="02F6BC80" w14:textId="77777777" w:rsidR="00D76819" w:rsidRDefault="00D76819" w:rsidP="00D76819">
      <w:pPr>
        <w:rPr>
          <w:noProof/>
        </w:rPr>
      </w:pPr>
      <w:r>
        <w:rPr>
          <w:noProof/>
        </w:rPr>
        <w:drawing>
          <wp:inline distT="0" distB="0" distL="0" distR="0" wp14:anchorId="6FF020A8" wp14:editId="428BBFE6">
            <wp:extent cx="3233078" cy="4978400"/>
            <wp:effectExtent l="3493" t="0" r="9207" b="9208"/>
            <wp:docPr id="868213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6200000">
                      <a:off x="0" y="0"/>
                      <a:ext cx="3257561" cy="5016100"/>
                    </a:xfrm>
                    <a:prstGeom prst="rect">
                      <a:avLst/>
                    </a:prstGeom>
                    <a:noFill/>
                    <a:ln>
                      <a:noFill/>
                    </a:ln>
                  </pic:spPr>
                </pic:pic>
              </a:graphicData>
            </a:graphic>
          </wp:inline>
        </w:drawing>
      </w:r>
    </w:p>
    <w:p w14:paraId="4922EF53" w14:textId="77777777" w:rsidR="00D76819" w:rsidRDefault="00D76819" w:rsidP="00D76819">
      <w:pPr>
        <w:rPr>
          <w:noProof/>
        </w:rPr>
      </w:pPr>
    </w:p>
    <w:p w14:paraId="5C441BF1" w14:textId="0AFABCE9" w:rsidR="00D76819" w:rsidRDefault="00067658" w:rsidP="00D76819">
      <w:r>
        <w:t>3</w:t>
      </w:r>
      <w:r w:rsidR="00D76819">
        <w:t xml:space="preserve">. K Ashritha from NCSCS, UID 111724039011 has </w:t>
      </w:r>
      <w:proofErr w:type="spellStart"/>
      <w:r w:rsidR="00D76819">
        <w:t>begin</w:t>
      </w:r>
      <w:proofErr w:type="spellEnd"/>
      <w:r w:rsidR="00D76819">
        <w:t xml:space="preserve"> awarded as 1</w:t>
      </w:r>
      <w:r w:rsidR="00D76819" w:rsidRPr="00D15A60">
        <w:rPr>
          <w:vertAlign w:val="superscript"/>
        </w:rPr>
        <w:t>st</w:t>
      </w:r>
      <w:r w:rsidR="00D76819">
        <w:t xml:space="preserve"> academic topper for the Academic Year 2025-26.</w:t>
      </w:r>
    </w:p>
    <w:p w14:paraId="3BF0CFC2" w14:textId="77777777" w:rsidR="00D76819" w:rsidRDefault="00D76819" w:rsidP="00D76819">
      <w:r>
        <w:rPr>
          <w:noProof/>
        </w:rPr>
        <w:lastRenderedPageBreak/>
        <w:drawing>
          <wp:inline distT="0" distB="0" distL="0" distR="0" wp14:anchorId="2A6A0F8C" wp14:editId="0AC4FF88">
            <wp:extent cx="5943600" cy="3069203"/>
            <wp:effectExtent l="0" t="0" r="0" b="0"/>
            <wp:docPr id="7596049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7996" cy="3071473"/>
                    </a:xfrm>
                    <a:prstGeom prst="rect">
                      <a:avLst/>
                    </a:prstGeom>
                    <a:noFill/>
                    <a:ln>
                      <a:noFill/>
                    </a:ln>
                  </pic:spPr>
                </pic:pic>
              </a:graphicData>
            </a:graphic>
          </wp:inline>
        </w:drawing>
      </w:r>
    </w:p>
    <w:p w14:paraId="205F0BD6" w14:textId="77777777" w:rsidR="00D76819" w:rsidRDefault="00D76819" w:rsidP="00D76819"/>
    <w:p w14:paraId="1BE97893" w14:textId="0CA976DE" w:rsidR="00D76819" w:rsidRDefault="00067658" w:rsidP="00D76819">
      <w:r>
        <w:t>4</w:t>
      </w:r>
      <w:r w:rsidR="00D76819">
        <w:t xml:space="preserve">. </w:t>
      </w:r>
      <w:proofErr w:type="gramStart"/>
      <w:r w:rsidR="00D76819">
        <w:t>M .</w:t>
      </w:r>
      <w:proofErr w:type="gramEnd"/>
      <w:r w:rsidR="00D76819">
        <w:t xml:space="preserve"> Sreenidhi Uid:111724039014, class NCSCS, is awarded 3</w:t>
      </w:r>
      <w:r w:rsidR="00D76819" w:rsidRPr="00D15A60">
        <w:rPr>
          <w:vertAlign w:val="superscript"/>
        </w:rPr>
        <w:t>rd</w:t>
      </w:r>
      <w:r w:rsidR="00D76819">
        <w:t xml:space="preserve"> academic topper for the academic year 2025-26.</w:t>
      </w:r>
    </w:p>
    <w:p w14:paraId="66C35DBE" w14:textId="77777777" w:rsidR="00D76819" w:rsidRDefault="00D76819" w:rsidP="00D76819">
      <w:r>
        <w:rPr>
          <w:noProof/>
        </w:rPr>
        <w:drawing>
          <wp:inline distT="0" distB="0" distL="0" distR="0" wp14:anchorId="4573A485" wp14:editId="0BC8606D">
            <wp:extent cx="5078437" cy="3341670"/>
            <wp:effectExtent l="0" t="0" r="0" b="0"/>
            <wp:docPr id="17297313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6146" t="1052" r="13176" b="-1052"/>
                    <a:stretch>
                      <a:fillRect/>
                    </a:stretch>
                  </pic:blipFill>
                  <pic:spPr bwMode="auto">
                    <a:xfrm>
                      <a:off x="0" y="0"/>
                      <a:ext cx="5078946" cy="334200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p>
    <w:p w14:paraId="60919C46" w14:textId="569278CF" w:rsidR="00F67D22" w:rsidRPr="00067658" w:rsidRDefault="00067658" w:rsidP="00067658">
      <w:pPr>
        <w:rPr>
          <w:sz w:val="28"/>
          <w:szCs w:val="28"/>
        </w:rPr>
      </w:pPr>
      <w:r>
        <w:rPr>
          <w:sz w:val="28"/>
          <w:szCs w:val="28"/>
        </w:rPr>
        <w:t>5</w:t>
      </w:r>
      <w:r w:rsidR="00F67D22" w:rsidRPr="00067658">
        <w:rPr>
          <w:sz w:val="28"/>
          <w:szCs w:val="28"/>
        </w:rPr>
        <w:t xml:space="preserve">. A </w:t>
      </w:r>
      <w:proofErr w:type="spellStart"/>
      <w:r w:rsidR="00F67D22" w:rsidRPr="00067658">
        <w:rPr>
          <w:sz w:val="28"/>
          <w:szCs w:val="28"/>
        </w:rPr>
        <w:t>Abivardhan</w:t>
      </w:r>
      <w:proofErr w:type="spellEnd"/>
      <w:r w:rsidR="00F67D22" w:rsidRPr="00067658">
        <w:rPr>
          <w:sz w:val="28"/>
          <w:szCs w:val="28"/>
        </w:rPr>
        <w:t xml:space="preserve"> Reddy </w:t>
      </w:r>
      <w:r w:rsidR="00F67D22" w:rsidRPr="00067658">
        <w:rPr>
          <w:sz w:val="28"/>
          <w:szCs w:val="28"/>
          <w:lang w:val="en-US"/>
        </w:rPr>
        <w:t xml:space="preserve">UID 111724039050 Class ACSCS, </w:t>
      </w:r>
      <w:r w:rsidR="00F67D22">
        <w:t xml:space="preserve">has participated in Mind Sprint 2k25 By PSCMR Collage </w:t>
      </w:r>
      <w:proofErr w:type="gramStart"/>
      <w:r w:rsidR="00F67D22">
        <w:t>And</w:t>
      </w:r>
      <w:proofErr w:type="gramEnd"/>
      <w:r w:rsidR="00F67D22">
        <w:t xml:space="preserve"> Brain O Vision </w:t>
      </w:r>
      <w:proofErr w:type="gramStart"/>
      <w:r w:rsidR="00F67D22">
        <w:t>At</w:t>
      </w:r>
      <w:proofErr w:type="gramEnd"/>
      <w:r w:rsidR="00F67D22">
        <w:t xml:space="preserve"> Vijayawada.</w:t>
      </w:r>
    </w:p>
    <w:p w14:paraId="4D25110E" w14:textId="77777777" w:rsidR="00F67D22" w:rsidRDefault="00F67D22" w:rsidP="00F67D22"/>
    <w:p w14:paraId="220C27F2" w14:textId="77777777" w:rsidR="00F67D22" w:rsidRDefault="00F67D22" w:rsidP="00F67D22">
      <w:r>
        <w:rPr>
          <w:noProof/>
        </w:rPr>
        <w:lastRenderedPageBreak/>
        <w:drawing>
          <wp:inline distT="0" distB="0" distL="0" distR="0" wp14:anchorId="374DE57B" wp14:editId="79C4E0A9">
            <wp:extent cx="4449583" cy="3156653"/>
            <wp:effectExtent l="0" t="0" r="8255" b="5715"/>
            <wp:docPr id="1994115336" name="Picture 1994115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srcRect/>
                    <a:stretch>
                      <a:fillRect/>
                    </a:stretch>
                  </pic:blipFill>
                  <pic:spPr bwMode="auto">
                    <a:xfrm>
                      <a:off x="0" y="0"/>
                      <a:ext cx="4453552" cy="3159469"/>
                    </a:xfrm>
                    <a:prstGeom prst="rect">
                      <a:avLst/>
                    </a:prstGeom>
                    <a:noFill/>
                    <a:ln w="9525">
                      <a:noFill/>
                      <a:miter lim="800000"/>
                      <a:headEnd/>
                      <a:tailEnd/>
                    </a:ln>
                  </pic:spPr>
                </pic:pic>
              </a:graphicData>
            </a:graphic>
          </wp:inline>
        </w:drawing>
      </w:r>
    </w:p>
    <w:p w14:paraId="469788ED" w14:textId="77777777" w:rsidR="00F67D22" w:rsidRDefault="00F67D22" w:rsidP="00F67D22"/>
    <w:p w14:paraId="13CC1A45" w14:textId="5C16C18A" w:rsidR="00F67D22" w:rsidRPr="00067658" w:rsidRDefault="00067658" w:rsidP="00067658">
      <w:pPr>
        <w:tabs>
          <w:tab w:val="left" w:pos="1505"/>
        </w:tabs>
      </w:pPr>
      <w:r>
        <w:t>6</w:t>
      </w:r>
      <w:r w:rsidR="00F67D22" w:rsidRPr="00067658">
        <w:rPr>
          <w:sz w:val="28"/>
          <w:szCs w:val="28"/>
          <w:lang w:val="en-US"/>
        </w:rPr>
        <w:t xml:space="preserve">. D NAGA CHAITANYA UID 11172439025 of Class ACSCS, </w:t>
      </w:r>
      <w:r w:rsidR="00F67D22">
        <w:t xml:space="preserve">has participated in Mind Sprint 2k25 By PSCMR Collage </w:t>
      </w:r>
      <w:proofErr w:type="gramStart"/>
      <w:r w:rsidR="00F67D22">
        <w:t>And</w:t>
      </w:r>
      <w:proofErr w:type="gramEnd"/>
      <w:r w:rsidR="00F67D22">
        <w:t xml:space="preserve"> Brain O Vision </w:t>
      </w:r>
      <w:proofErr w:type="gramStart"/>
      <w:r w:rsidR="00F67D22">
        <w:t>At</w:t>
      </w:r>
      <w:proofErr w:type="gramEnd"/>
      <w:r w:rsidR="00F67D22">
        <w:t xml:space="preserve"> Vijayawada.</w:t>
      </w:r>
    </w:p>
    <w:p w14:paraId="18188DB4" w14:textId="77777777" w:rsidR="00F67D22" w:rsidRPr="00FD44EE" w:rsidRDefault="00F67D22" w:rsidP="00F67D22">
      <w:pPr>
        <w:pStyle w:val="ListParagraph"/>
        <w:ind w:left="1080"/>
        <w:rPr>
          <w:sz w:val="28"/>
          <w:szCs w:val="28"/>
          <w:lang w:val="en-US"/>
        </w:rPr>
      </w:pPr>
    </w:p>
    <w:p w14:paraId="0100F48E" w14:textId="77777777" w:rsidR="00F67D22" w:rsidRDefault="00F67D22" w:rsidP="00F67D22">
      <w:pPr>
        <w:tabs>
          <w:tab w:val="left" w:pos="1505"/>
        </w:tabs>
      </w:pPr>
      <w:r>
        <w:rPr>
          <w:noProof/>
        </w:rPr>
        <w:drawing>
          <wp:inline distT="0" distB="0" distL="0" distR="0" wp14:anchorId="6431124C" wp14:editId="10CA1CC2">
            <wp:extent cx="4804382" cy="3315694"/>
            <wp:effectExtent l="0" t="0" r="0" b="0"/>
            <wp:docPr id="609471142" name="Picture 60947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srcRect/>
                    <a:stretch>
                      <a:fillRect/>
                    </a:stretch>
                  </pic:blipFill>
                  <pic:spPr bwMode="auto">
                    <a:xfrm>
                      <a:off x="0" y="0"/>
                      <a:ext cx="4807279" cy="3317694"/>
                    </a:xfrm>
                    <a:prstGeom prst="rect">
                      <a:avLst/>
                    </a:prstGeom>
                    <a:noFill/>
                    <a:ln w="9525">
                      <a:noFill/>
                      <a:miter lim="800000"/>
                      <a:headEnd/>
                      <a:tailEnd/>
                    </a:ln>
                  </pic:spPr>
                </pic:pic>
              </a:graphicData>
            </a:graphic>
          </wp:inline>
        </w:drawing>
      </w:r>
    </w:p>
    <w:p w14:paraId="1CB2ADFA" w14:textId="77777777" w:rsidR="00F67D22" w:rsidRPr="00A50413" w:rsidRDefault="00F67D22" w:rsidP="00F67D22"/>
    <w:p w14:paraId="0DC900C1" w14:textId="77777777" w:rsidR="00F67D22" w:rsidRPr="00A50413" w:rsidRDefault="00F67D22" w:rsidP="00F67D22"/>
    <w:p w14:paraId="7FD30639" w14:textId="4AC49111" w:rsidR="00F67D22" w:rsidRPr="00256611" w:rsidRDefault="00067658" w:rsidP="00256611">
      <w:pPr>
        <w:tabs>
          <w:tab w:val="left" w:pos="3252"/>
        </w:tabs>
      </w:pPr>
      <w:r w:rsidRPr="00256611">
        <w:rPr>
          <w:sz w:val="28"/>
          <w:szCs w:val="28"/>
          <w:lang w:val="en-US"/>
        </w:rPr>
        <w:t>7</w:t>
      </w:r>
      <w:r w:rsidR="00F67D22" w:rsidRPr="00256611">
        <w:rPr>
          <w:sz w:val="28"/>
          <w:szCs w:val="28"/>
          <w:lang w:val="en-US"/>
        </w:rPr>
        <w:t>. K JAYANTH UID 111724039029 Class ACSCS,</w:t>
      </w:r>
      <w:r w:rsidR="00F67D22" w:rsidRPr="00E03A46">
        <w:t xml:space="preserve"> </w:t>
      </w:r>
      <w:r w:rsidR="00F67D22">
        <w:t xml:space="preserve">has participated in Mind Sprint 2k25 By PSCMR Collage </w:t>
      </w:r>
      <w:proofErr w:type="gramStart"/>
      <w:r w:rsidR="00F67D22">
        <w:t>And</w:t>
      </w:r>
      <w:proofErr w:type="gramEnd"/>
      <w:r w:rsidR="00F67D22">
        <w:t xml:space="preserve"> Brain O Vision </w:t>
      </w:r>
      <w:proofErr w:type="gramStart"/>
      <w:r w:rsidR="00F67D22">
        <w:t>At</w:t>
      </w:r>
      <w:proofErr w:type="gramEnd"/>
      <w:r w:rsidR="00F67D22">
        <w:t xml:space="preserve"> Vijayawada.</w:t>
      </w:r>
    </w:p>
    <w:p w14:paraId="5DA2B2B0" w14:textId="77777777" w:rsidR="00F67D22" w:rsidRPr="0031778C" w:rsidRDefault="00F67D22" w:rsidP="00F67D22">
      <w:pPr>
        <w:pStyle w:val="ListParagraph"/>
        <w:rPr>
          <w:sz w:val="28"/>
          <w:szCs w:val="28"/>
          <w:lang w:val="en-US"/>
        </w:rPr>
      </w:pPr>
    </w:p>
    <w:p w14:paraId="45ADFF0D" w14:textId="77777777" w:rsidR="00F67D22" w:rsidRDefault="00F67D22" w:rsidP="00F67D22">
      <w:pPr>
        <w:tabs>
          <w:tab w:val="left" w:pos="1505"/>
        </w:tabs>
      </w:pPr>
      <w:r>
        <w:rPr>
          <w:noProof/>
        </w:rPr>
        <w:drawing>
          <wp:inline distT="0" distB="0" distL="0" distR="0" wp14:anchorId="617D3969" wp14:editId="5F5A5EE6">
            <wp:extent cx="4541541" cy="2154803"/>
            <wp:effectExtent l="0" t="0" r="0" b="0"/>
            <wp:docPr id="1648830975" name="Picture 1648830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srcRect/>
                    <a:stretch>
                      <a:fillRect/>
                    </a:stretch>
                  </pic:blipFill>
                  <pic:spPr bwMode="auto">
                    <a:xfrm>
                      <a:off x="0" y="0"/>
                      <a:ext cx="4547669" cy="2157710"/>
                    </a:xfrm>
                    <a:prstGeom prst="rect">
                      <a:avLst/>
                    </a:prstGeom>
                    <a:noFill/>
                    <a:ln w="9525">
                      <a:noFill/>
                      <a:miter lim="800000"/>
                      <a:headEnd/>
                      <a:tailEnd/>
                    </a:ln>
                  </pic:spPr>
                </pic:pic>
              </a:graphicData>
            </a:graphic>
          </wp:inline>
        </w:drawing>
      </w:r>
    </w:p>
    <w:p w14:paraId="3F1E6BE4" w14:textId="77777777" w:rsidR="00F67D22" w:rsidRDefault="00F67D22" w:rsidP="00F67D22">
      <w:pPr>
        <w:tabs>
          <w:tab w:val="left" w:pos="3252"/>
        </w:tabs>
      </w:pPr>
    </w:p>
    <w:p w14:paraId="65FEDD18" w14:textId="3B24BAC3" w:rsidR="003A538D" w:rsidRDefault="003A538D" w:rsidP="009A5AA2">
      <w:pPr>
        <w:rPr>
          <w:b/>
          <w:bCs/>
          <w:sz w:val="28"/>
          <w:szCs w:val="28"/>
          <w:lang w:val="en-US"/>
        </w:rPr>
      </w:pPr>
      <w:r>
        <w:rPr>
          <w:b/>
          <w:bCs/>
          <w:sz w:val="28"/>
          <w:szCs w:val="28"/>
          <w:lang w:val="en-US"/>
        </w:rPr>
        <w:t>ACSCS:</w:t>
      </w:r>
    </w:p>
    <w:p w14:paraId="65A77691" w14:textId="77777777" w:rsidR="00D76819" w:rsidRPr="00EC4A0E" w:rsidRDefault="00D76819">
      <w:pPr>
        <w:pStyle w:val="ListParagraph"/>
        <w:numPr>
          <w:ilvl w:val="0"/>
          <w:numId w:val="46"/>
        </w:numPr>
        <w:spacing w:line="278" w:lineRule="auto"/>
        <w:rPr>
          <w:sz w:val="28"/>
          <w:szCs w:val="28"/>
        </w:rPr>
      </w:pPr>
      <w:r w:rsidRPr="00EC4A0E">
        <w:rPr>
          <w:sz w:val="28"/>
          <w:szCs w:val="28"/>
        </w:rPr>
        <w:t xml:space="preserve">P. Bala Puneeth </w:t>
      </w:r>
      <w:proofErr w:type="spellStart"/>
      <w:r w:rsidRPr="00EC4A0E">
        <w:rPr>
          <w:sz w:val="28"/>
          <w:szCs w:val="28"/>
        </w:rPr>
        <w:t>sujay</w:t>
      </w:r>
      <w:proofErr w:type="spellEnd"/>
      <w:r w:rsidRPr="00EC4A0E">
        <w:rPr>
          <w:sz w:val="28"/>
          <w:szCs w:val="28"/>
        </w:rPr>
        <w:t>, UID: 111725039044 of Class</w:t>
      </w:r>
      <w:r>
        <w:rPr>
          <w:sz w:val="28"/>
          <w:szCs w:val="28"/>
        </w:rPr>
        <w:t xml:space="preserve"> </w:t>
      </w:r>
      <w:r w:rsidRPr="00EC4A0E">
        <w:rPr>
          <w:sz w:val="28"/>
          <w:szCs w:val="28"/>
        </w:rPr>
        <w:t>ACSCS</w:t>
      </w:r>
      <w:r>
        <w:rPr>
          <w:sz w:val="28"/>
          <w:szCs w:val="28"/>
        </w:rPr>
        <w:t xml:space="preserve"> has successfully awarded with 3</w:t>
      </w:r>
      <w:r w:rsidRPr="00EC4A0E">
        <w:rPr>
          <w:sz w:val="28"/>
          <w:szCs w:val="28"/>
          <w:vertAlign w:val="superscript"/>
        </w:rPr>
        <w:t>rd</w:t>
      </w:r>
      <w:r>
        <w:rPr>
          <w:sz w:val="28"/>
          <w:szCs w:val="28"/>
        </w:rPr>
        <w:t xml:space="preserve"> prize, organized by the department of </w:t>
      </w:r>
      <w:proofErr w:type="spellStart"/>
      <w:r>
        <w:rPr>
          <w:sz w:val="28"/>
          <w:szCs w:val="28"/>
        </w:rPr>
        <w:t>Bsc</w:t>
      </w:r>
      <w:proofErr w:type="spellEnd"/>
      <w:r>
        <w:rPr>
          <w:sz w:val="28"/>
          <w:szCs w:val="28"/>
        </w:rPr>
        <w:t xml:space="preserve"> Computer Science and Artificial Intelligence in the month of July </w:t>
      </w:r>
      <w:proofErr w:type="gramStart"/>
      <w:r>
        <w:rPr>
          <w:sz w:val="28"/>
          <w:szCs w:val="28"/>
        </w:rPr>
        <w:t>2025,Loyola</w:t>
      </w:r>
      <w:proofErr w:type="gramEnd"/>
      <w:r>
        <w:rPr>
          <w:sz w:val="28"/>
          <w:szCs w:val="28"/>
        </w:rPr>
        <w:t xml:space="preserve"> Academy. </w:t>
      </w:r>
    </w:p>
    <w:p w14:paraId="647C8D56" w14:textId="77777777" w:rsidR="00D76819" w:rsidRDefault="00D76819" w:rsidP="00D76819">
      <w:pPr>
        <w:rPr>
          <w:noProof/>
        </w:rPr>
      </w:pPr>
    </w:p>
    <w:p w14:paraId="19471554" w14:textId="77777777" w:rsidR="00D76819" w:rsidRDefault="00D76819" w:rsidP="00D76819">
      <w:pPr>
        <w:rPr>
          <w:noProof/>
        </w:rPr>
      </w:pPr>
      <w:r>
        <w:rPr>
          <w:noProof/>
        </w:rPr>
        <w:drawing>
          <wp:inline distT="0" distB="0" distL="0" distR="0" wp14:anchorId="3925388F" wp14:editId="08A3B7A1">
            <wp:extent cx="4505325" cy="3161115"/>
            <wp:effectExtent l="0" t="0" r="0" b="1270"/>
            <wp:docPr id="2134705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705309" name="Picture 213470530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23483" cy="3173855"/>
                    </a:xfrm>
                    <a:prstGeom prst="rect">
                      <a:avLst/>
                    </a:prstGeom>
                  </pic:spPr>
                </pic:pic>
              </a:graphicData>
            </a:graphic>
          </wp:inline>
        </w:drawing>
      </w:r>
    </w:p>
    <w:p w14:paraId="5709FF5F" w14:textId="77777777" w:rsidR="00D76819" w:rsidRPr="0000132C" w:rsidRDefault="00D76819" w:rsidP="00D76819"/>
    <w:p w14:paraId="669E2E6E" w14:textId="77777777" w:rsidR="00D76819" w:rsidRDefault="00D76819" w:rsidP="00D76819">
      <w:pPr>
        <w:tabs>
          <w:tab w:val="left" w:pos="7910"/>
        </w:tabs>
      </w:pPr>
      <w:r>
        <w:tab/>
      </w:r>
    </w:p>
    <w:p w14:paraId="5D6820B4" w14:textId="77777777" w:rsidR="00D76819" w:rsidRPr="009805CB" w:rsidRDefault="00D76819" w:rsidP="00D76819">
      <w:pPr>
        <w:rPr>
          <w:sz w:val="28"/>
          <w:szCs w:val="28"/>
        </w:rPr>
      </w:pPr>
      <w:r>
        <w:rPr>
          <w:sz w:val="28"/>
          <w:szCs w:val="28"/>
        </w:rPr>
        <w:lastRenderedPageBreak/>
        <w:t xml:space="preserve">     2.</w:t>
      </w:r>
      <w:r w:rsidRPr="0000132C">
        <w:rPr>
          <w:sz w:val="28"/>
          <w:szCs w:val="28"/>
        </w:rPr>
        <w:t xml:space="preserve"> </w:t>
      </w:r>
      <w:r>
        <w:rPr>
          <w:sz w:val="28"/>
          <w:szCs w:val="28"/>
        </w:rPr>
        <w:t xml:space="preserve">M. </w:t>
      </w:r>
      <w:proofErr w:type="spellStart"/>
      <w:r>
        <w:rPr>
          <w:sz w:val="28"/>
          <w:szCs w:val="28"/>
        </w:rPr>
        <w:t>Raghunadan</w:t>
      </w:r>
      <w:proofErr w:type="spellEnd"/>
      <w:r>
        <w:rPr>
          <w:sz w:val="28"/>
          <w:szCs w:val="28"/>
        </w:rPr>
        <w:t xml:space="preserve"> Sudarshan </w:t>
      </w:r>
      <w:r w:rsidRPr="009805CB">
        <w:rPr>
          <w:sz w:val="28"/>
          <w:szCs w:val="28"/>
        </w:rPr>
        <w:t>UID</w:t>
      </w:r>
      <w:r>
        <w:rPr>
          <w:sz w:val="28"/>
          <w:szCs w:val="28"/>
        </w:rPr>
        <w:t xml:space="preserve"> </w:t>
      </w:r>
      <w:r w:rsidRPr="009805CB">
        <w:rPr>
          <w:sz w:val="28"/>
          <w:szCs w:val="28"/>
        </w:rPr>
        <w:t>111725039036 of Class ACSCS has successfully awarded with 3</w:t>
      </w:r>
      <w:r w:rsidRPr="009805CB">
        <w:rPr>
          <w:sz w:val="28"/>
          <w:szCs w:val="28"/>
          <w:vertAlign w:val="superscript"/>
        </w:rPr>
        <w:t>rd</w:t>
      </w:r>
      <w:r w:rsidRPr="009805CB">
        <w:rPr>
          <w:sz w:val="28"/>
          <w:szCs w:val="28"/>
        </w:rPr>
        <w:t xml:space="preserve"> prize, organized by the department of </w:t>
      </w:r>
      <w:proofErr w:type="spellStart"/>
      <w:r w:rsidRPr="009805CB">
        <w:rPr>
          <w:sz w:val="28"/>
          <w:szCs w:val="28"/>
        </w:rPr>
        <w:t>Bsc</w:t>
      </w:r>
      <w:proofErr w:type="spellEnd"/>
      <w:r w:rsidRPr="009805CB">
        <w:rPr>
          <w:sz w:val="28"/>
          <w:szCs w:val="28"/>
        </w:rPr>
        <w:t xml:space="preserve"> Computer Science and Artificial Intelligence in the month of July </w:t>
      </w:r>
      <w:proofErr w:type="gramStart"/>
      <w:r w:rsidRPr="009805CB">
        <w:rPr>
          <w:sz w:val="28"/>
          <w:szCs w:val="28"/>
        </w:rPr>
        <w:t>2025,Loyola</w:t>
      </w:r>
      <w:proofErr w:type="gramEnd"/>
      <w:r w:rsidRPr="009805CB">
        <w:rPr>
          <w:sz w:val="28"/>
          <w:szCs w:val="28"/>
        </w:rPr>
        <w:t xml:space="preserve"> Academy. </w:t>
      </w:r>
    </w:p>
    <w:p w14:paraId="7EBB850F" w14:textId="77777777" w:rsidR="00D76819" w:rsidRPr="00B831FB" w:rsidRDefault="00D76819" w:rsidP="00D76819">
      <w:pPr>
        <w:rPr>
          <w:sz w:val="28"/>
          <w:szCs w:val="28"/>
        </w:rPr>
      </w:pPr>
    </w:p>
    <w:p w14:paraId="7AEC9153" w14:textId="77777777" w:rsidR="00D76819" w:rsidRDefault="00D76819" w:rsidP="00D76819">
      <w:r>
        <w:t xml:space="preserve"> </w:t>
      </w:r>
    </w:p>
    <w:p w14:paraId="6090072D" w14:textId="77777777" w:rsidR="00D76819" w:rsidRDefault="00D76819" w:rsidP="00D76819">
      <w:pPr>
        <w:pStyle w:val="ListParagraph"/>
        <w:tabs>
          <w:tab w:val="left" w:pos="7910"/>
        </w:tabs>
      </w:pPr>
      <w:r>
        <w:rPr>
          <w:noProof/>
          <w:lang w:val="en-US"/>
        </w:rPr>
        <w:drawing>
          <wp:inline distT="0" distB="0" distL="0" distR="0" wp14:anchorId="2BFF2DF9" wp14:editId="3ED84B13">
            <wp:extent cx="4076505" cy="2305878"/>
            <wp:effectExtent l="0" t="0" r="635" b="0"/>
            <wp:docPr id="3204665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466519" name="Picture 320466519"/>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090937" cy="2314041"/>
                    </a:xfrm>
                    <a:prstGeom prst="rect">
                      <a:avLst/>
                    </a:prstGeom>
                  </pic:spPr>
                </pic:pic>
              </a:graphicData>
            </a:graphic>
          </wp:inline>
        </w:drawing>
      </w:r>
    </w:p>
    <w:p w14:paraId="10702417" w14:textId="77777777" w:rsidR="00D76819" w:rsidRDefault="00D76819" w:rsidP="00D76819">
      <w:pPr>
        <w:pStyle w:val="ListParagraph"/>
        <w:tabs>
          <w:tab w:val="left" w:pos="7910"/>
        </w:tabs>
      </w:pPr>
    </w:p>
    <w:p w14:paraId="07C2E324" w14:textId="765D6286" w:rsidR="00D76819" w:rsidRPr="00067658" w:rsidRDefault="00067658" w:rsidP="00067658">
      <w:pPr>
        <w:spacing w:line="278" w:lineRule="auto"/>
        <w:rPr>
          <w:sz w:val="28"/>
          <w:szCs w:val="28"/>
        </w:rPr>
      </w:pPr>
      <w:r>
        <w:rPr>
          <w:sz w:val="28"/>
          <w:szCs w:val="28"/>
        </w:rPr>
        <w:t>3.</w:t>
      </w:r>
      <w:r w:rsidR="00D76819" w:rsidRPr="00067658">
        <w:rPr>
          <w:sz w:val="28"/>
          <w:szCs w:val="28"/>
        </w:rPr>
        <w:t>STUDENT NAME: RESHAM ARAVIND</w:t>
      </w:r>
    </w:p>
    <w:p w14:paraId="5A9080DE" w14:textId="77777777" w:rsidR="00D76819" w:rsidRPr="00587E76" w:rsidRDefault="00D76819" w:rsidP="00D76819">
      <w:pPr>
        <w:rPr>
          <w:sz w:val="28"/>
          <w:szCs w:val="28"/>
        </w:rPr>
      </w:pPr>
      <w:r w:rsidRPr="00587E76">
        <w:rPr>
          <w:sz w:val="28"/>
          <w:szCs w:val="28"/>
        </w:rPr>
        <w:t>UID: 111725039045</w:t>
      </w:r>
    </w:p>
    <w:p w14:paraId="74ACA59A" w14:textId="77777777" w:rsidR="00D76819" w:rsidRPr="00587E76" w:rsidRDefault="00D76819" w:rsidP="00D76819">
      <w:pPr>
        <w:rPr>
          <w:sz w:val="28"/>
          <w:szCs w:val="28"/>
        </w:rPr>
      </w:pPr>
      <w:r w:rsidRPr="00587E76">
        <w:rPr>
          <w:sz w:val="28"/>
          <w:szCs w:val="28"/>
        </w:rPr>
        <w:t>CLASS: ACSCS</w:t>
      </w:r>
    </w:p>
    <w:p w14:paraId="1E5A06CC" w14:textId="77777777" w:rsidR="00D76819" w:rsidRDefault="00D76819" w:rsidP="00D76819">
      <w:r>
        <w:t>EVENT: 10</w:t>
      </w:r>
      <w:r w:rsidRPr="00193156">
        <w:rPr>
          <w:vertAlign w:val="superscript"/>
        </w:rPr>
        <w:t>TH</w:t>
      </w:r>
      <w:r>
        <w:t xml:space="preserve"> RANGAREDDY SUB JUNIOR AND JUNIOR DIST LEVEL SWIMMING CHAMPIONSHIP 2025</w:t>
      </w:r>
    </w:p>
    <w:p w14:paraId="7EC391B4" w14:textId="77777777" w:rsidR="00D76819" w:rsidRDefault="00D76819" w:rsidP="00D76819">
      <w:r>
        <w:t xml:space="preserve">TYPE: 400MTRS FREESTYLE </w:t>
      </w:r>
    </w:p>
    <w:p w14:paraId="2FB99F2D" w14:textId="77777777" w:rsidR="00D76819" w:rsidRDefault="00D76819" w:rsidP="00D76819">
      <w:r>
        <w:t xml:space="preserve">POSITION: FRIST PRIZE </w:t>
      </w:r>
    </w:p>
    <w:p w14:paraId="7F1C53B1" w14:textId="77777777" w:rsidR="00D76819" w:rsidRDefault="00D76819" w:rsidP="00D76819">
      <w:r>
        <w:rPr>
          <w:noProof/>
        </w:rPr>
        <w:lastRenderedPageBreak/>
        <w:drawing>
          <wp:inline distT="0" distB="0" distL="0" distR="0" wp14:anchorId="6A5D3AC6" wp14:editId="1B30EBF1">
            <wp:extent cx="3265170" cy="3474720"/>
            <wp:effectExtent l="0" t="0" r="0" b="0"/>
            <wp:docPr id="1788574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74525" name="Picture 1788574525"/>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73025" cy="3483079"/>
                    </a:xfrm>
                    <a:prstGeom prst="rect">
                      <a:avLst/>
                    </a:prstGeom>
                  </pic:spPr>
                </pic:pic>
              </a:graphicData>
            </a:graphic>
          </wp:inline>
        </w:drawing>
      </w:r>
    </w:p>
    <w:p w14:paraId="7CC39F0A" w14:textId="77777777" w:rsidR="00D76819" w:rsidRDefault="00D76819" w:rsidP="00D76819"/>
    <w:p w14:paraId="77B938A4" w14:textId="77777777" w:rsidR="00D76819" w:rsidRDefault="00D76819" w:rsidP="00D76819"/>
    <w:p w14:paraId="17BEEF14" w14:textId="77777777" w:rsidR="00D76819" w:rsidRDefault="00D76819" w:rsidP="00D76819"/>
    <w:p w14:paraId="12E6A3B7" w14:textId="77777777" w:rsidR="00D76819" w:rsidRDefault="00D76819" w:rsidP="00D76819"/>
    <w:p w14:paraId="352367F7" w14:textId="387040E5" w:rsidR="00D76819" w:rsidRPr="00067658" w:rsidRDefault="00067658" w:rsidP="00067658">
      <w:pPr>
        <w:spacing w:line="278" w:lineRule="auto"/>
        <w:rPr>
          <w:sz w:val="28"/>
          <w:szCs w:val="28"/>
        </w:rPr>
      </w:pPr>
      <w:r>
        <w:rPr>
          <w:sz w:val="28"/>
          <w:szCs w:val="28"/>
        </w:rPr>
        <w:t>4.</w:t>
      </w:r>
      <w:r w:rsidR="00D76819" w:rsidRPr="00067658">
        <w:rPr>
          <w:sz w:val="28"/>
          <w:szCs w:val="28"/>
        </w:rPr>
        <w:t>STUDENT NAME: RESHAM ARAVIND</w:t>
      </w:r>
    </w:p>
    <w:p w14:paraId="2A584952" w14:textId="77777777" w:rsidR="00D76819" w:rsidRPr="00587E76" w:rsidRDefault="00D76819" w:rsidP="00D76819">
      <w:pPr>
        <w:rPr>
          <w:sz w:val="28"/>
          <w:szCs w:val="28"/>
        </w:rPr>
      </w:pPr>
      <w:r w:rsidRPr="00587E76">
        <w:rPr>
          <w:sz w:val="28"/>
          <w:szCs w:val="28"/>
        </w:rPr>
        <w:t>UID: 111725039045</w:t>
      </w:r>
    </w:p>
    <w:p w14:paraId="1801996C" w14:textId="77777777" w:rsidR="00D76819" w:rsidRPr="00587E76" w:rsidRDefault="00D76819" w:rsidP="00D76819">
      <w:pPr>
        <w:rPr>
          <w:sz w:val="28"/>
          <w:szCs w:val="28"/>
        </w:rPr>
      </w:pPr>
      <w:r w:rsidRPr="00587E76">
        <w:rPr>
          <w:sz w:val="28"/>
          <w:szCs w:val="28"/>
        </w:rPr>
        <w:t>CLASS: ACSCS</w:t>
      </w:r>
    </w:p>
    <w:p w14:paraId="1067746B" w14:textId="77777777" w:rsidR="00D76819" w:rsidRDefault="00D76819" w:rsidP="00D76819">
      <w:r>
        <w:t>EVENT: 10</w:t>
      </w:r>
      <w:r w:rsidRPr="007D0AF0">
        <w:rPr>
          <w:vertAlign w:val="superscript"/>
        </w:rPr>
        <w:t>TH</w:t>
      </w:r>
      <w:r>
        <w:t xml:space="preserve"> RANGAREDDY SUB JUNIOR AND JUNIOR DIST LEVEL SWIMMING CHAMPIONSHIP 2025</w:t>
      </w:r>
    </w:p>
    <w:p w14:paraId="6BE9D87A" w14:textId="77777777" w:rsidR="00D76819" w:rsidRDefault="00D76819" w:rsidP="00D76819">
      <w:r>
        <w:t xml:space="preserve">TYPE: 800 MTRS FREESTYLE </w:t>
      </w:r>
    </w:p>
    <w:p w14:paraId="0522B596" w14:textId="77777777" w:rsidR="00D76819" w:rsidRDefault="00D76819" w:rsidP="00D76819">
      <w:r>
        <w:t xml:space="preserve">POSITION: FRIST PRIZE </w:t>
      </w:r>
    </w:p>
    <w:p w14:paraId="1F9CF94F" w14:textId="77777777" w:rsidR="00D76819" w:rsidRDefault="00D76819" w:rsidP="00D76819">
      <w:r w:rsidRPr="007D0AF0">
        <w:rPr>
          <w:noProof/>
        </w:rPr>
        <w:lastRenderedPageBreak/>
        <w:drawing>
          <wp:inline distT="0" distB="0" distL="0" distR="0" wp14:anchorId="68677AD4" wp14:editId="282F2961">
            <wp:extent cx="3200204" cy="3355450"/>
            <wp:effectExtent l="0" t="0" r="635" b="0"/>
            <wp:docPr id="6724225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292173" name="Picture 113429217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215718" cy="3371717"/>
                    </a:xfrm>
                    <a:prstGeom prst="rect">
                      <a:avLst/>
                    </a:prstGeom>
                  </pic:spPr>
                </pic:pic>
              </a:graphicData>
            </a:graphic>
          </wp:inline>
        </w:drawing>
      </w:r>
    </w:p>
    <w:p w14:paraId="64151FEB" w14:textId="77777777" w:rsidR="00D76819" w:rsidRDefault="00D76819" w:rsidP="00D76819"/>
    <w:p w14:paraId="19765A82" w14:textId="77777777" w:rsidR="00D76819" w:rsidRDefault="00D76819" w:rsidP="00D76819"/>
    <w:p w14:paraId="6C7AE26C" w14:textId="77777777" w:rsidR="00D76819" w:rsidRDefault="00D76819" w:rsidP="00D76819"/>
    <w:p w14:paraId="414D4817" w14:textId="77777777" w:rsidR="00D76819" w:rsidRDefault="00D76819" w:rsidP="00D76819"/>
    <w:p w14:paraId="4CD361C3" w14:textId="77777777" w:rsidR="00D76819" w:rsidRDefault="00D76819" w:rsidP="00D76819"/>
    <w:p w14:paraId="645A53A6" w14:textId="656C2CCF" w:rsidR="00D76819" w:rsidRPr="00067658" w:rsidRDefault="00067658" w:rsidP="00067658">
      <w:pPr>
        <w:spacing w:line="278" w:lineRule="auto"/>
        <w:rPr>
          <w:sz w:val="28"/>
          <w:szCs w:val="28"/>
        </w:rPr>
      </w:pPr>
      <w:r>
        <w:rPr>
          <w:sz w:val="28"/>
          <w:szCs w:val="28"/>
        </w:rPr>
        <w:t>5.</w:t>
      </w:r>
      <w:r w:rsidR="00D76819" w:rsidRPr="00067658">
        <w:rPr>
          <w:sz w:val="28"/>
          <w:szCs w:val="28"/>
        </w:rPr>
        <w:t>Student Name: R Aravind</w:t>
      </w:r>
    </w:p>
    <w:p w14:paraId="7847F107" w14:textId="77777777" w:rsidR="00D76819" w:rsidRPr="007D0AF0" w:rsidRDefault="00D76819" w:rsidP="00D76819">
      <w:pPr>
        <w:pStyle w:val="ListParagraph"/>
        <w:rPr>
          <w:sz w:val="28"/>
          <w:szCs w:val="28"/>
        </w:rPr>
      </w:pPr>
      <w:r w:rsidRPr="007D0AF0">
        <w:rPr>
          <w:sz w:val="28"/>
          <w:szCs w:val="28"/>
        </w:rPr>
        <w:t>UID: 111725039045</w:t>
      </w:r>
    </w:p>
    <w:p w14:paraId="7AF67EB1" w14:textId="77777777" w:rsidR="00D76819" w:rsidRPr="007D0AF0" w:rsidRDefault="00D76819" w:rsidP="00D76819">
      <w:pPr>
        <w:pStyle w:val="ListParagraph"/>
        <w:rPr>
          <w:sz w:val="28"/>
          <w:szCs w:val="28"/>
        </w:rPr>
      </w:pPr>
      <w:r w:rsidRPr="007D0AF0">
        <w:rPr>
          <w:sz w:val="28"/>
          <w:szCs w:val="28"/>
        </w:rPr>
        <w:t>CLASS: ACSCS</w:t>
      </w:r>
    </w:p>
    <w:p w14:paraId="5D6754E5" w14:textId="77777777" w:rsidR="00D76819" w:rsidRDefault="00D76819" w:rsidP="00D76819">
      <w:pPr>
        <w:pStyle w:val="ListParagraph"/>
      </w:pPr>
    </w:p>
    <w:p w14:paraId="6030B420" w14:textId="77777777" w:rsidR="00D76819" w:rsidRDefault="00D76819" w:rsidP="00D76819">
      <w:r>
        <w:t>EVENT: 10</w:t>
      </w:r>
      <w:r w:rsidRPr="00193156">
        <w:rPr>
          <w:vertAlign w:val="superscript"/>
        </w:rPr>
        <w:t>TH</w:t>
      </w:r>
      <w:r>
        <w:t xml:space="preserve"> RANGAREDDY SUB JUNIOR AND JUNIOR DIST LEVEL SWIMMING CHAMPIONSHIP 2025</w:t>
      </w:r>
    </w:p>
    <w:p w14:paraId="477B0EC9" w14:textId="77777777" w:rsidR="00D76819" w:rsidRDefault="00D76819" w:rsidP="00D76819">
      <w:r>
        <w:t>TYPE: 200 MTRS BACK</w:t>
      </w:r>
    </w:p>
    <w:p w14:paraId="56F302B8" w14:textId="77777777" w:rsidR="00D76819" w:rsidRDefault="00D76819" w:rsidP="00D76819">
      <w:r>
        <w:t xml:space="preserve">POSITION: SECOND PRIZE </w:t>
      </w:r>
    </w:p>
    <w:p w14:paraId="121B2CDB" w14:textId="6081E2A1" w:rsidR="00256611" w:rsidRDefault="00D76819" w:rsidP="00D76819">
      <w:r>
        <w:rPr>
          <w:noProof/>
        </w:rPr>
        <w:lastRenderedPageBreak/>
        <w:drawing>
          <wp:inline distT="0" distB="0" distL="0" distR="0" wp14:anchorId="0149CF27" wp14:editId="581E3DAD">
            <wp:extent cx="3333710" cy="3037398"/>
            <wp:effectExtent l="0" t="0" r="635" b="0"/>
            <wp:docPr id="465478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47844" name="Picture 46547844"/>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346366" cy="3048929"/>
                    </a:xfrm>
                    <a:prstGeom prst="rect">
                      <a:avLst/>
                    </a:prstGeom>
                  </pic:spPr>
                </pic:pic>
              </a:graphicData>
            </a:graphic>
          </wp:inline>
        </w:drawing>
      </w:r>
    </w:p>
    <w:p w14:paraId="001BEFD6" w14:textId="1785936F" w:rsidR="00D76819" w:rsidRDefault="00067658" w:rsidP="00067658">
      <w:pPr>
        <w:spacing w:line="278" w:lineRule="auto"/>
      </w:pPr>
      <w:r>
        <w:t>6.</w:t>
      </w:r>
      <w:r w:rsidR="00D76819">
        <w:t>Student Name: R Aravind</w:t>
      </w:r>
    </w:p>
    <w:p w14:paraId="4ACCA2B5" w14:textId="77777777" w:rsidR="00D76819" w:rsidRPr="007D0AF0" w:rsidRDefault="00D76819" w:rsidP="00D76819">
      <w:pPr>
        <w:pStyle w:val="ListParagraph"/>
        <w:rPr>
          <w:sz w:val="28"/>
          <w:szCs w:val="28"/>
        </w:rPr>
      </w:pPr>
      <w:r w:rsidRPr="007D0AF0">
        <w:rPr>
          <w:sz w:val="28"/>
          <w:szCs w:val="28"/>
        </w:rPr>
        <w:t>UID: 111725039045</w:t>
      </w:r>
    </w:p>
    <w:p w14:paraId="278ADBEA" w14:textId="77777777" w:rsidR="00D76819" w:rsidRPr="007D0AF0" w:rsidRDefault="00D76819" w:rsidP="00D76819">
      <w:pPr>
        <w:pStyle w:val="ListParagraph"/>
        <w:rPr>
          <w:sz w:val="28"/>
          <w:szCs w:val="28"/>
        </w:rPr>
      </w:pPr>
      <w:r w:rsidRPr="007D0AF0">
        <w:rPr>
          <w:sz w:val="28"/>
          <w:szCs w:val="28"/>
        </w:rPr>
        <w:t>CLASS: ACSCS</w:t>
      </w:r>
    </w:p>
    <w:p w14:paraId="15235FED" w14:textId="77777777" w:rsidR="00D76819" w:rsidRDefault="00D76819" w:rsidP="00D76819">
      <w:pPr>
        <w:pStyle w:val="ListParagraph"/>
      </w:pPr>
    </w:p>
    <w:p w14:paraId="0923B841" w14:textId="77777777" w:rsidR="00D76819" w:rsidRDefault="00D76819" w:rsidP="00D76819">
      <w:r>
        <w:t>EVENT: 10</w:t>
      </w:r>
      <w:r w:rsidRPr="00193156">
        <w:rPr>
          <w:vertAlign w:val="superscript"/>
        </w:rPr>
        <w:t>TH</w:t>
      </w:r>
      <w:r>
        <w:t xml:space="preserve"> RANGAREDDY SUB JUNIOR AND JUNIOR DIST LEVEL SWIMMING CHAMPIONSHIP 2025</w:t>
      </w:r>
    </w:p>
    <w:p w14:paraId="3A604F15" w14:textId="77777777" w:rsidR="00D76819" w:rsidRDefault="00D76819" w:rsidP="00D76819">
      <w:r>
        <w:t>TYPE: 200 MTRS BREAST</w:t>
      </w:r>
    </w:p>
    <w:p w14:paraId="1BC6BEAF" w14:textId="77777777" w:rsidR="00D76819" w:rsidRDefault="00D76819" w:rsidP="00D76819">
      <w:r>
        <w:t xml:space="preserve">POSITION: THIRD PRIZE </w:t>
      </w:r>
    </w:p>
    <w:p w14:paraId="328E0230" w14:textId="77777777" w:rsidR="00D76819" w:rsidRDefault="00D76819" w:rsidP="00D76819">
      <w:r>
        <w:rPr>
          <w:noProof/>
        </w:rPr>
        <w:drawing>
          <wp:inline distT="0" distB="0" distL="0" distR="0" wp14:anchorId="23647074" wp14:editId="3094D0E2">
            <wp:extent cx="4000465" cy="3546282"/>
            <wp:effectExtent l="0" t="0" r="635" b="0"/>
            <wp:docPr id="128021788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240732" name="Picture 1553240732"/>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011724" cy="3556262"/>
                    </a:xfrm>
                    <a:prstGeom prst="rect">
                      <a:avLst/>
                    </a:prstGeom>
                  </pic:spPr>
                </pic:pic>
              </a:graphicData>
            </a:graphic>
          </wp:inline>
        </w:drawing>
      </w:r>
    </w:p>
    <w:p w14:paraId="57779980" w14:textId="5ACCA2D1" w:rsidR="00D76819" w:rsidRDefault="00D76819" w:rsidP="00E17996">
      <w:pPr>
        <w:spacing w:line="278" w:lineRule="auto"/>
      </w:pPr>
    </w:p>
    <w:p w14:paraId="01D61F2B" w14:textId="77777777" w:rsidR="00D76819" w:rsidRDefault="00D76819" w:rsidP="00D76819"/>
    <w:p w14:paraId="00BCC727" w14:textId="3D1D6057" w:rsidR="00D76819" w:rsidRDefault="005745E4" w:rsidP="00067658">
      <w:pPr>
        <w:spacing w:line="278" w:lineRule="auto"/>
      </w:pPr>
      <w:r>
        <w:t>7</w:t>
      </w:r>
      <w:r w:rsidR="00067658">
        <w:t>.</w:t>
      </w:r>
      <w:r w:rsidR="00D76819">
        <w:t>Student Name: R Aravind</w:t>
      </w:r>
    </w:p>
    <w:p w14:paraId="6530D33A" w14:textId="77777777" w:rsidR="00D76819" w:rsidRPr="007D0AF0" w:rsidRDefault="00D76819" w:rsidP="00D76819">
      <w:pPr>
        <w:pStyle w:val="ListParagraph"/>
        <w:rPr>
          <w:sz w:val="28"/>
          <w:szCs w:val="28"/>
        </w:rPr>
      </w:pPr>
      <w:r w:rsidRPr="007D0AF0">
        <w:rPr>
          <w:sz w:val="28"/>
          <w:szCs w:val="28"/>
        </w:rPr>
        <w:t>UID: 111725039045</w:t>
      </w:r>
    </w:p>
    <w:p w14:paraId="1D245182" w14:textId="77777777" w:rsidR="00D76819" w:rsidRPr="00131ADE" w:rsidRDefault="00D76819" w:rsidP="00D76819">
      <w:pPr>
        <w:pStyle w:val="ListParagraph"/>
        <w:rPr>
          <w:sz w:val="28"/>
          <w:szCs w:val="28"/>
        </w:rPr>
      </w:pPr>
      <w:r w:rsidRPr="007D0AF0">
        <w:rPr>
          <w:sz w:val="28"/>
          <w:szCs w:val="28"/>
        </w:rPr>
        <w:t>CLASS: ACSCS</w:t>
      </w:r>
    </w:p>
    <w:p w14:paraId="1557B841" w14:textId="77777777" w:rsidR="00D76819" w:rsidRDefault="00D76819" w:rsidP="00D76819">
      <w:r>
        <w:t>EVENT: INTER COLLAGE TOURNAMANTE FOR MEN AND WOMEN OSMANIA UNIVERSITY SPORTS AND PHYSICAL EDUCATION 2025-2026</w:t>
      </w:r>
    </w:p>
    <w:p w14:paraId="614448CA" w14:textId="77777777" w:rsidR="00D76819" w:rsidRDefault="00D76819" w:rsidP="00D76819">
      <w:r>
        <w:t xml:space="preserve">TYPE: SWIMMING </w:t>
      </w:r>
    </w:p>
    <w:p w14:paraId="13A9498C" w14:textId="77777777" w:rsidR="00D76819" w:rsidRDefault="00D76819" w:rsidP="00D76819">
      <w:r>
        <w:t xml:space="preserve">POSITION: BORNZE MEDAL </w:t>
      </w:r>
    </w:p>
    <w:p w14:paraId="6077435E" w14:textId="77777777" w:rsidR="00D76819" w:rsidRDefault="00D76819" w:rsidP="00D76819">
      <w:r>
        <w:rPr>
          <w:noProof/>
        </w:rPr>
        <w:drawing>
          <wp:inline distT="0" distB="0" distL="0" distR="0" wp14:anchorId="447B8120" wp14:editId="02A21875">
            <wp:extent cx="4305300" cy="3293607"/>
            <wp:effectExtent l="19050" t="0" r="0" b="0"/>
            <wp:docPr id="12569936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947119" name="Picture 477947119"/>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307779" cy="3295503"/>
                    </a:xfrm>
                    <a:prstGeom prst="rect">
                      <a:avLst/>
                    </a:prstGeom>
                  </pic:spPr>
                </pic:pic>
              </a:graphicData>
            </a:graphic>
          </wp:inline>
        </w:drawing>
      </w:r>
    </w:p>
    <w:p w14:paraId="5A60603D" w14:textId="77777777" w:rsidR="00D76819" w:rsidRDefault="00D76819" w:rsidP="00D76819"/>
    <w:p w14:paraId="2BB902B9" w14:textId="77777777" w:rsidR="00256611" w:rsidRDefault="00256611" w:rsidP="00D76819"/>
    <w:p w14:paraId="631C07EA" w14:textId="77777777" w:rsidR="00256611" w:rsidRDefault="00256611" w:rsidP="00D76819"/>
    <w:p w14:paraId="05C34E7C" w14:textId="77777777" w:rsidR="00256611" w:rsidRDefault="00256611" w:rsidP="006118F8">
      <w:pPr>
        <w:pStyle w:val="ListParagraph"/>
        <w:spacing w:line="278" w:lineRule="auto"/>
        <w:ind w:left="360"/>
      </w:pPr>
    </w:p>
    <w:p w14:paraId="3E58DE00" w14:textId="16FF7FE6" w:rsidR="00D76819" w:rsidRDefault="005745E4" w:rsidP="006118F8">
      <w:pPr>
        <w:pStyle w:val="ListParagraph"/>
        <w:spacing w:line="278" w:lineRule="auto"/>
        <w:ind w:left="360"/>
      </w:pPr>
      <w:r>
        <w:t>8</w:t>
      </w:r>
      <w:r w:rsidR="006118F8">
        <w:t>.</w:t>
      </w:r>
      <w:r w:rsidR="00D76819">
        <w:t>Student Name: R Aravind</w:t>
      </w:r>
    </w:p>
    <w:p w14:paraId="724977AB" w14:textId="77777777" w:rsidR="00D76819" w:rsidRPr="007D0AF0" w:rsidRDefault="00D76819" w:rsidP="00D76819">
      <w:pPr>
        <w:pStyle w:val="ListParagraph"/>
        <w:rPr>
          <w:sz w:val="28"/>
          <w:szCs w:val="28"/>
        </w:rPr>
      </w:pPr>
      <w:r w:rsidRPr="007D0AF0">
        <w:rPr>
          <w:sz w:val="28"/>
          <w:szCs w:val="28"/>
        </w:rPr>
        <w:t>UID: 111725039045</w:t>
      </w:r>
    </w:p>
    <w:p w14:paraId="0780DAE1" w14:textId="77777777" w:rsidR="00D76819" w:rsidRPr="0081780C" w:rsidRDefault="00D76819" w:rsidP="00D76819">
      <w:pPr>
        <w:pStyle w:val="ListParagraph"/>
        <w:rPr>
          <w:sz w:val="28"/>
          <w:szCs w:val="28"/>
        </w:rPr>
      </w:pPr>
      <w:r w:rsidRPr="007D0AF0">
        <w:rPr>
          <w:sz w:val="28"/>
          <w:szCs w:val="28"/>
        </w:rPr>
        <w:t>CLASS: ACSCS</w:t>
      </w:r>
    </w:p>
    <w:p w14:paraId="755991AC" w14:textId="77777777" w:rsidR="00D76819" w:rsidRDefault="00D76819" w:rsidP="00D76819">
      <w:r>
        <w:t>EVENT: INTER COLLAGE TOURNAMANTE FOR MEN AND WOMEN OSMANIA UNIVERSITY SPORTS AND PHYSICAL EDUCATION 2025-2026</w:t>
      </w:r>
    </w:p>
    <w:p w14:paraId="08366C92" w14:textId="77777777" w:rsidR="00D76819" w:rsidRDefault="00D76819" w:rsidP="00D76819">
      <w:r>
        <w:t xml:space="preserve">TYPE: SWIMMING </w:t>
      </w:r>
    </w:p>
    <w:p w14:paraId="2AEFE4E6" w14:textId="77777777" w:rsidR="00D76819" w:rsidRDefault="00D76819" w:rsidP="00D76819">
      <w:r>
        <w:t xml:space="preserve">POSITION: BORNZE MEDAL </w:t>
      </w:r>
    </w:p>
    <w:p w14:paraId="502D0673" w14:textId="77777777" w:rsidR="00D76819" w:rsidRDefault="00D76819" w:rsidP="00D76819">
      <w:r>
        <w:rPr>
          <w:noProof/>
        </w:rPr>
        <w:lastRenderedPageBreak/>
        <w:drawing>
          <wp:inline distT="0" distB="0" distL="0" distR="0" wp14:anchorId="4331EA45" wp14:editId="50C5EF42">
            <wp:extent cx="4079019" cy="2520288"/>
            <wp:effectExtent l="0" t="0" r="0" b="0"/>
            <wp:docPr id="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723710" name="Picture 959723710"/>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093885" cy="2529473"/>
                    </a:xfrm>
                    <a:prstGeom prst="rect">
                      <a:avLst/>
                    </a:prstGeom>
                  </pic:spPr>
                </pic:pic>
              </a:graphicData>
            </a:graphic>
          </wp:inline>
        </w:drawing>
      </w:r>
    </w:p>
    <w:p w14:paraId="3C3A0E0F" w14:textId="0C1FF59B" w:rsidR="00D76819" w:rsidRPr="00256611" w:rsidRDefault="005745E4" w:rsidP="00256611">
      <w:pPr>
        <w:spacing w:line="278" w:lineRule="auto"/>
        <w:rPr>
          <w:sz w:val="28"/>
          <w:szCs w:val="28"/>
        </w:rPr>
      </w:pPr>
      <w:r>
        <w:rPr>
          <w:sz w:val="28"/>
          <w:szCs w:val="28"/>
        </w:rPr>
        <w:t>9</w:t>
      </w:r>
      <w:r w:rsidR="006118F8" w:rsidRPr="00256611">
        <w:rPr>
          <w:sz w:val="28"/>
          <w:szCs w:val="28"/>
        </w:rPr>
        <w:t>.</w:t>
      </w:r>
      <w:proofErr w:type="gramStart"/>
      <w:r w:rsidR="00D76819" w:rsidRPr="00256611">
        <w:rPr>
          <w:sz w:val="28"/>
          <w:szCs w:val="28"/>
        </w:rPr>
        <w:t>Deva Sai Deekshith Reddy 111725039028 of Class ACSCS,</w:t>
      </w:r>
      <w:proofErr w:type="gramEnd"/>
      <w:r w:rsidR="00D76819" w:rsidRPr="00256611">
        <w:rPr>
          <w:sz w:val="28"/>
          <w:szCs w:val="28"/>
        </w:rPr>
        <w:t xml:space="preserve"> </w:t>
      </w:r>
      <w:r w:rsidR="00D76819">
        <w:t xml:space="preserve">has participated in Mind Sprint 2k25 By PSCMR Collage </w:t>
      </w:r>
      <w:proofErr w:type="gramStart"/>
      <w:r w:rsidR="00D76819">
        <w:t>And</w:t>
      </w:r>
      <w:proofErr w:type="gramEnd"/>
      <w:r w:rsidR="00D76819">
        <w:t xml:space="preserve"> Brain O Vision </w:t>
      </w:r>
      <w:proofErr w:type="gramStart"/>
      <w:r w:rsidR="00D76819">
        <w:t>At</w:t>
      </w:r>
      <w:proofErr w:type="gramEnd"/>
      <w:r w:rsidR="00D76819">
        <w:t xml:space="preserve"> Vijayawada.</w:t>
      </w:r>
    </w:p>
    <w:p w14:paraId="1A3A2301" w14:textId="77777777" w:rsidR="00D76819" w:rsidRDefault="00D76819" w:rsidP="00D76819">
      <w:r w:rsidRPr="000D105B">
        <w:rPr>
          <w:noProof/>
        </w:rPr>
        <w:drawing>
          <wp:inline distT="0" distB="0" distL="0" distR="0" wp14:anchorId="149AE1D6" wp14:editId="6676C3FD">
            <wp:extent cx="4182386" cy="2480310"/>
            <wp:effectExtent l="0" t="0" r="8890" b="0"/>
            <wp:docPr id="2132383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83968" name=""/>
                    <pic:cNvPicPr/>
                  </pic:nvPicPr>
                  <pic:blipFill>
                    <a:blip r:embed="rId59"/>
                    <a:stretch>
                      <a:fillRect/>
                    </a:stretch>
                  </pic:blipFill>
                  <pic:spPr>
                    <a:xfrm>
                      <a:off x="0" y="0"/>
                      <a:ext cx="4219384" cy="2502251"/>
                    </a:xfrm>
                    <a:prstGeom prst="rect">
                      <a:avLst/>
                    </a:prstGeom>
                  </pic:spPr>
                </pic:pic>
              </a:graphicData>
            </a:graphic>
          </wp:inline>
        </w:drawing>
      </w:r>
    </w:p>
    <w:p w14:paraId="5E431D29" w14:textId="77777777" w:rsidR="00D76819" w:rsidRDefault="00D76819" w:rsidP="00D76819"/>
    <w:p w14:paraId="4FC29AFD" w14:textId="354A1C16" w:rsidR="00D76819" w:rsidRPr="00256611" w:rsidRDefault="006118F8" w:rsidP="00256611">
      <w:pPr>
        <w:rPr>
          <w:sz w:val="28"/>
          <w:szCs w:val="28"/>
        </w:rPr>
      </w:pPr>
      <w:r w:rsidRPr="00256611">
        <w:rPr>
          <w:sz w:val="28"/>
          <w:szCs w:val="28"/>
          <w:lang w:val="en-US"/>
        </w:rPr>
        <w:t>1</w:t>
      </w:r>
      <w:r w:rsidR="005745E4">
        <w:rPr>
          <w:sz w:val="28"/>
          <w:szCs w:val="28"/>
          <w:lang w:val="en-US"/>
        </w:rPr>
        <w:t>0</w:t>
      </w:r>
      <w:r w:rsidR="00D76819" w:rsidRPr="00256611">
        <w:rPr>
          <w:sz w:val="28"/>
          <w:szCs w:val="28"/>
          <w:lang w:val="en-US"/>
        </w:rPr>
        <w:t>.Pentareddy Bala Puneeth Sujay Reddy</w:t>
      </w:r>
      <w:r w:rsidR="00D76819" w:rsidRPr="00256611">
        <w:rPr>
          <w:sz w:val="28"/>
          <w:szCs w:val="28"/>
        </w:rPr>
        <w:t xml:space="preserve"> 111725039044 of class ACSCS</w:t>
      </w:r>
      <w:r w:rsidR="00D76819" w:rsidRPr="00FD44EE">
        <w:t xml:space="preserve"> </w:t>
      </w:r>
      <w:r w:rsidR="00D76819">
        <w:t xml:space="preserve">has participated in Mind Sprint 2k25 By PSCMR Collage </w:t>
      </w:r>
      <w:proofErr w:type="gramStart"/>
      <w:r w:rsidR="00D76819">
        <w:t>And</w:t>
      </w:r>
      <w:proofErr w:type="gramEnd"/>
      <w:r w:rsidR="00D76819">
        <w:t xml:space="preserve"> Brain O Vision </w:t>
      </w:r>
      <w:proofErr w:type="gramStart"/>
      <w:r w:rsidR="00D76819">
        <w:t>At</w:t>
      </w:r>
      <w:proofErr w:type="gramEnd"/>
      <w:r w:rsidR="00D76819">
        <w:t xml:space="preserve"> Vijayawada.</w:t>
      </w:r>
    </w:p>
    <w:p w14:paraId="77C0C7BB" w14:textId="77777777" w:rsidR="00D76819" w:rsidRDefault="00D76819" w:rsidP="00D76819"/>
    <w:p w14:paraId="3F7549CA" w14:textId="23673301" w:rsidR="00256611" w:rsidRDefault="00D76819" w:rsidP="00256611">
      <w:r>
        <w:rPr>
          <w:noProof/>
        </w:rPr>
        <w:lastRenderedPageBreak/>
        <w:drawing>
          <wp:inline distT="0" distB="0" distL="0" distR="0" wp14:anchorId="055CA3DD" wp14:editId="35A01BFE">
            <wp:extent cx="5573864" cy="3331210"/>
            <wp:effectExtent l="0" t="0" r="8255" b="2540"/>
            <wp:docPr id="7197900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90038" name="Picture 719790038"/>
                    <pic:cNvPicPr/>
                  </pic:nvPicPr>
                  <pic:blipFill>
                    <a:blip r:embed="rId60">
                      <a:extLst>
                        <a:ext uri="{28A0092B-C50C-407E-A947-70E740481C1C}">
                          <a14:useLocalDpi xmlns:a14="http://schemas.microsoft.com/office/drawing/2010/main" val="0"/>
                        </a:ext>
                      </a:extLst>
                    </a:blip>
                    <a:stretch>
                      <a:fillRect/>
                    </a:stretch>
                  </pic:blipFill>
                  <pic:spPr>
                    <a:xfrm>
                      <a:off x="0" y="0"/>
                      <a:ext cx="5589058" cy="3340291"/>
                    </a:xfrm>
                    <a:prstGeom prst="rect">
                      <a:avLst/>
                    </a:prstGeom>
                  </pic:spPr>
                </pic:pic>
              </a:graphicData>
            </a:graphic>
          </wp:inline>
        </w:drawing>
      </w:r>
    </w:p>
    <w:p w14:paraId="63A74827" w14:textId="77777777" w:rsidR="00256611" w:rsidRDefault="00256611" w:rsidP="00256611"/>
    <w:p w14:paraId="2E198C85" w14:textId="77777777" w:rsidR="00256611" w:rsidRDefault="00256611" w:rsidP="00256611"/>
    <w:p w14:paraId="54BD73B9" w14:textId="77777777" w:rsidR="00256611" w:rsidRDefault="00256611" w:rsidP="00256611"/>
    <w:p w14:paraId="3192180D" w14:textId="77777777" w:rsidR="00256611" w:rsidRDefault="00256611" w:rsidP="00256611"/>
    <w:p w14:paraId="30BE8A8A" w14:textId="77777777" w:rsidR="009823A7" w:rsidRDefault="009823A7" w:rsidP="00256611">
      <w:pPr>
        <w:rPr>
          <w:b/>
          <w:bCs/>
          <w:sz w:val="28"/>
          <w:szCs w:val="28"/>
        </w:rPr>
      </w:pPr>
    </w:p>
    <w:p w14:paraId="55D59EEC" w14:textId="77777777" w:rsidR="009823A7" w:rsidRDefault="009823A7" w:rsidP="00256611">
      <w:pPr>
        <w:rPr>
          <w:b/>
          <w:bCs/>
          <w:sz w:val="28"/>
          <w:szCs w:val="28"/>
        </w:rPr>
      </w:pPr>
    </w:p>
    <w:p w14:paraId="4F320844" w14:textId="09A3E6C9" w:rsidR="00256611" w:rsidRPr="00E17996" w:rsidRDefault="006503B0" w:rsidP="00E17996">
      <w:pPr>
        <w:ind w:left="360"/>
        <w:rPr>
          <w:b/>
          <w:bCs/>
          <w:sz w:val="28"/>
          <w:szCs w:val="28"/>
        </w:rPr>
      </w:pPr>
      <w:r>
        <w:rPr>
          <w:b/>
          <w:bCs/>
          <w:sz w:val="28"/>
          <w:szCs w:val="28"/>
        </w:rPr>
        <w:t>5</w:t>
      </w:r>
      <w:r w:rsidR="00E17996">
        <w:rPr>
          <w:b/>
          <w:bCs/>
          <w:sz w:val="28"/>
          <w:szCs w:val="28"/>
        </w:rPr>
        <w:t>.</w:t>
      </w:r>
      <w:r w:rsidR="00256611" w:rsidRPr="00E17996">
        <w:rPr>
          <w:b/>
          <w:bCs/>
          <w:sz w:val="28"/>
          <w:szCs w:val="28"/>
        </w:rPr>
        <w:t>Special achievements of the students</w:t>
      </w:r>
      <w:r w:rsidR="00F26C1E" w:rsidRPr="00E17996">
        <w:rPr>
          <w:b/>
          <w:bCs/>
          <w:sz w:val="28"/>
          <w:szCs w:val="28"/>
        </w:rPr>
        <w:t>:</w:t>
      </w:r>
    </w:p>
    <w:p w14:paraId="1D3A0A8F" w14:textId="28BCFFA3" w:rsidR="00E17996" w:rsidRDefault="00E17996" w:rsidP="00E17996">
      <w:pPr>
        <w:pStyle w:val="ListParagraph"/>
        <w:spacing w:line="278" w:lineRule="auto"/>
      </w:pPr>
      <w:r>
        <w:rPr>
          <w:b/>
          <w:bCs/>
          <w:sz w:val="28"/>
          <w:szCs w:val="28"/>
        </w:rPr>
        <w:t>1.</w:t>
      </w:r>
      <w:r w:rsidRPr="00E17996">
        <w:t xml:space="preserve"> </w:t>
      </w:r>
      <w:r>
        <w:t xml:space="preserve">Hamad Saleh Mahfooz 111723039027 from DCSCS </w:t>
      </w:r>
      <w:r w:rsidRPr="00131ADE">
        <w:rPr>
          <w:b/>
        </w:rPr>
        <w:t>Secured 2</w:t>
      </w:r>
      <w:r w:rsidRPr="00131ADE">
        <w:rPr>
          <w:b/>
          <w:vertAlign w:val="superscript"/>
        </w:rPr>
        <w:t>nd</w:t>
      </w:r>
      <w:r w:rsidRPr="00131ADE">
        <w:rPr>
          <w:b/>
        </w:rPr>
        <w:t xml:space="preserve"> place in Football,</w:t>
      </w:r>
      <w:r>
        <w:t xml:space="preserve"> conducted by Department of Physical Education, Osmania University.</w:t>
      </w:r>
    </w:p>
    <w:p w14:paraId="56B3C84B" w14:textId="77777777" w:rsidR="00E17996" w:rsidRDefault="00E17996" w:rsidP="00E17996">
      <w:pPr>
        <w:pStyle w:val="ListParagraph"/>
      </w:pPr>
      <w:r w:rsidRPr="00E72BF8">
        <w:rPr>
          <w:noProof/>
        </w:rPr>
        <w:lastRenderedPageBreak/>
        <w:drawing>
          <wp:inline distT="0" distB="0" distL="0" distR="0" wp14:anchorId="5EC26C69" wp14:editId="63C5DDD2">
            <wp:extent cx="2979420" cy="3797935"/>
            <wp:effectExtent l="0" t="0" r="0" b="0"/>
            <wp:docPr id="1747948745" name="Picture 1747948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959" b="515"/>
                    <a:stretch/>
                  </pic:blipFill>
                  <pic:spPr bwMode="auto">
                    <a:xfrm>
                      <a:off x="0" y="0"/>
                      <a:ext cx="2990268" cy="3811763"/>
                    </a:xfrm>
                    <a:prstGeom prst="rect">
                      <a:avLst/>
                    </a:prstGeom>
                    <a:ln>
                      <a:noFill/>
                    </a:ln>
                    <a:extLst>
                      <a:ext uri="{53640926-AAD7-44D8-BBD7-CCE9431645EC}">
                        <a14:shadowObscured xmlns:a14="http://schemas.microsoft.com/office/drawing/2010/main"/>
                      </a:ext>
                    </a:extLst>
                  </pic:spPr>
                </pic:pic>
              </a:graphicData>
            </a:graphic>
          </wp:inline>
        </w:drawing>
      </w:r>
    </w:p>
    <w:p w14:paraId="4A17D5DD" w14:textId="77777777" w:rsidR="00E17996" w:rsidRDefault="00E17996" w:rsidP="00E17996">
      <w:pPr>
        <w:pStyle w:val="ListParagraph"/>
        <w:spacing w:line="278" w:lineRule="auto"/>
      </w:pPr>
    </w:p>
    <w:p w14:paraId="0F74595A" w14:textId="519FC576" w:rsidR="00E17996" w:rsidRDefault="00E17996" w:rsidP="00E17996">
      <w:pPr>
        <w:spacing w:line="278" w:lineRule="auto"/>
        <w:ind w:left="720"/>
      </w:pPr>
      <w:r>
        <w:t>2.</w:t>
      </w:r>
      <w:r>
        <w:t xml:space="preserve">P S Shiva Kumar </w:t>
      </w:r>
      <w:proofErr w:type="spellStart"/>
      <w:r>
        <w:t>uid</w:t>
      </w:r>
      <w:proofErr w:type="spellEnd"/>
      <w:r>
        <w:t xml:space="preserve"> 111723039043 of Class DCSCS</w:t>
      </w:r>
    </w:p>
    <w:p w14:paraId="7D9491E8" w14:textId="77777777" w:rsidR="00E17996" w:rsidRDefault="00E17996" w:rsidP="00E17996">
      <w:r>
        <w:t xml:space="preserve">– Nau </w:t>
      </w:r>
      <w:proofErr w:type="spellStart"/>
      <w:r>
        <w:t>Sainik</w:t>
      </w:r>
      <w:proofErr w:type="spellEnd"/>
      <w:r>
        <w:t xml:space="preserve"> Camp (Inter-Group Competition)</w:t>
      </w:r>
    </w:p>
    <w:p w14:paraId="47AE64AC" w14:textId="77777777" w:rsidR="00E17996" w:rsidRDefault="00E17996" w:rsidP="00E17996">
      <w:r>
        <w:t xml:space="preserve">A student from the department participated in the Inter-Group Competition conducted during the Nau </w:t>
      </w:r>
      <w:proofErr w:type="spellStart"/>
      <w:r>
        <w:t>Sainik</w:t>
      </w:r>
      <w:proofErr w:type="spellEnd"/>
      <w:r>
        <w:t xml:space="preserve"> Camp. The student competed in two events: Sailing and Service Subject Examination.</w:t>
      </w:r>
    </w:p>
    <w:p w14:paraId="0858E9D6" w14:textId="77777777" w:rsidR="00E17996" w:rsidRDefault="00E17996" w:rsidP="00E17996">
      <w:r>
        <w:t xml:space="preserve">In the Sailing event, the student secured 4th </w:t>
      </w:r>
      <w:proofErr w:type="spellStart"/>
      <w:proofErr w:type="gramStart"/>
      <w:r>
        <w:t>place.In</w:t>
      </w:r>
      <w:proofErr w:type="spellEnd"/>
      <w:proofErr w:type="gramEnd"/>
      <w:r>
        <w:t xml:space="preserve"> the Service Subject Examination, the student secured a Silver Medal (2nd place overall).</w:t>
      </w:r>
    </w:p>
    <w:p w14:paraId="560F77EE" w14:textId="77777777" w:rsidR="00E17996" w:rsidRDefault="00E17996" w:rsidP="00E17996">
      <w:r w:rsidRPr="00E72BF8">
        <w:rPr>
          <w:noProof/>
        </w:rPr>
        <w:drawing>
          <wp:anchor distT="0" distB="0" distL="114300" distR="114300" simplePos="0" relativeHeight="251663360" behindDoc="0" locked="0" layoutInCell="1" allowOverlap="1" wp14:anchorId="38DBADC9" wp14:editId="37C2DD75">
            <wp:simplePos x="914400" y="2590800"/>
            <wp:positionH relativeFrom="margin">
              <wp:align>left</wp:align>
            </wp:positionH>
            <wp:positionV relativeFrom="paragraph">
              <wp:align>top</wp:align>
            </wp:positionV>
            <wp:extent cx="2178050" cy="2873375"/>
            <wp:effectExtent l="0" t="0" r="0" b="3175"/>
            <wp:wrapSquare wrapText="bothSides"/>
            <wp:docPr id="683412955" name="Picture 68341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82251" cy="2878354"/>
                    </a:xfrm>
                    <a:prstGeom prst="rect">
                      <a:avLst/>
                    </a:prstGeom>
                  </pic:spPr>
                </pic:pic>
              </a:graphicData>
            </a:graphic>
            <wp14:sizeRelH relativeFrom="margin">
              <wp14:pctWidth>0</wp14:pctWidth>
            </wp14:sizeRelH>
            <wp14:sizeRelV relativeFrom="margin">
              <wp14:pctHeight>0</wp14:pctHeight>
            </wp14:sizeRelV>
          </wp:anchor>
        </w:drawing>
      </w:r>
    </w:p>
    <w:p w14:paraId="2A78C05A" w14:textId="0086106D" w:rsidR="00E17996" w:rsidRPr="0023131C" w:rsidRDefault="00E17996" w:rsidP="00E17996">
      <w:r w:rsidRPr="0023131C">
        <w:rPr>
          <w:noProof/>
        </w:rPr>
        <w:drawing>
          <wp:inline distT="0" distB="0" distL="0" distR="0" wp14:anchorId="3230DDA5" wp14:editId="63E57DB7">
            <wp:extent cx="2441306" cy="3255075"/>
            <wp:effectExtent l="0" t="6985" r="0" b="0"/>
            <wp:docPr id="277946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46407" name=""/>
                    <pic:cNvPicPr/>
                  </pic:nvPicPr>
                  <pic:blipFill>
                    <a:blip r:embed="rId63"/>
                    <a:stretch>
                      <a:fillRect/>
                    </a:stretch>
                  </pic:blipFill>
                  <pic:spPr>
                    <a:xfrm rot="16200000">
                      <a:off x="0" y="0"/>
                      <a:ext cx="2458612" cy="3278149"/>
                    </a:xfrm>
                    <a:prstGeom prst="rect">
                      <a:avLst/>
                    </a:prstGeom>
                  </pic:spPr>
                </pic:pic>
              </a:graphicData>
            </a:graphic>
          </wp:inline>
        </w:drawing>
      </w:r>
    </w:p>
    <w:p w14:paraId="7577FCD5" w14:textId="77777777" w:rsidR="00E17996" w:rsidRPr="0023131C" w:rsidRDefault="00E17996" w:rsidP="00E17996"/>
    <w:p w14:paraId="70823D31" w14:textId="77777777" w:rsidR="00E17996" w:rsidRDefault="00E17996" w:rsidP="00E17996">
      <w:pPr>
        <w:pStyle w:val="ListParagraph"/>
        <w:ind w:left="360"/>
      </w:pPr>
    </w:p>
    <w:p w14:paraId="76EE538E" w14:textId="77777777" w:rsidR="00E17996" w:rsidRDefault="00E17996" w:rsidP="00E17996">
      <w:pPr>
        <w:pStyle w:val="ListParagraph"/>
        <w:ind w:left="360"/>
      </w:pPr>
    </w:p>
    <w:p w14:paraId="33A1D74A" w14:textId="4F7281E7" w:rsidR="00E17996" w:rsidRDefault="00E17996" w:rsidP="00E17996">
      <w:pPr>
        <w:pStyle w:val="ListParagraph"/>
        <w:ind w:left="360"/>
      </w:pPr>
      <w:r>
        <w:t>3.</w:t>
      </w:r>
      <w:r>
        <w:t xml:space="preserve">S Chaitanya UID 111724039046 of Class NCSCS </w:t>
      </w:r>
      <w:r w:rsidRPr="00F26C1E">
        <w:rPr>
          <w:b/>
        </w:rPr>
        <w:t>Secured 1</w:t>
      </w:r>
      <w:r w:rsidRPr="00F26C1E">
        <w:rPr>
          <w:b/>
          <w:vertAlign w:val="superscript"/>
        </w:rPr>
        <w:t>st</w:t>
      </w:r>
      <w:r w:rsidRPr="00F26C1E">
        <w:rPr>
          <w:b/>
        </w:rPr>
        <w:t xml:space="preserve"> prize and got 10K cash</w:t>
      </w:r>
      <w:r>
        <w:t xml:space="preserve"> in CTF organized by DDC conducted by CBIT College</w:t>
      </w:r>
    </w:p>
    <w:p w14:paraId="4DDFB518" w14:textId="77777777" w:rsidR="00E17996" w:rsidRDefault="00E17996" w:rsidP="00E17996">
      <w:pPr>
        <w:pStyle w:val="ListParagraph"/>
        <w:ind w:left="360"/>
      </w:pPr>
    </w:p>
    <w:p w14:paraId="62CD0953" w14:textId="77777777" w:rsidR="00E17996" w:rsidRDefault="00E17996" w:rsidP="00E17996">
      <w:r w:rsidRPr="00475812">
        <w:rPr>
          <w:noProof/>
        </w:rPr>
        <w:drawing>
          <wp:inline distT="0" distB="0" distL="0" distR="0" wp14:anchorId="20FA43CC" wp14:editId="3C07B829">
            <wp:extent cx="4333461" cy="2953739"/>
            <wp:effectExtent l="0" t="0" r="0" b="0"/>
            <wp:docPr id="1005810385" name="Picture 100581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346153" cy="2962390"/>
                    </a:xfrm>
                    <a:prstGeom prst="rect">
                      <a:avLst/>
                    </a:prstGeom>
                  </pic:spPr>
                </pic:pic>
              </a:graphicData>
            </a:graphic>
          </wp:inline>
        </w:drawing>
      </w:r>
    </w:p>
    <w:p w14:paraId="3AA3245D" w14:textId="77777777" w:rsidR="00E17996" w:rsidRDefault="00E17996" w:rsidP="00E17996"/>
    <w:p w14:paraId="4244D89F" w14:textId="77777777" w:rsidR="00E17996" w:rsidRDefault="00E17996" w:rsidP="00E17996"/>
    <w:p w14:paraId="6B31C78E" w14:textId="77777777" w:rsidR="00E17996" w:rsidRDefault="00E17996" w:rsidP="00E17996"/>
    <w:p w14:paraId="6EEB8E04" w14:textId="078D6BBD" w:rsidR="00E17996" w:rsidRDefault="00E17996" w:rsidP="00E17996">
      <w:r>
        <w:t>4</w:t>
      </w:r>
      <w:r>
        <w:t xml:space="preserve">. M Chethan Yadav </w:t>
      </w:r>
      <w:proofErr w:type="spellStart"/>
      <w:r>
        <w:t>uid</w:t>
      </w:r>
      <w:proofErr w:type="spellEnd"/>
      <w:r>
        <w:t xml:space="preserve"> 111724039033, of class NCSCS </w:t>
      </w:r>
      <w:proofErr w:type="spellStart"/>
      <w:r>
        <w:t>NCSCS</w:t>
      </w:r>
      <w:proofErr w:type="spellEnd"/>
      <w:r>
        <w:t xml:space="preserve"> </w:t>
      </w:r>
      <w:r w:rsidRPr="00E72BF8">
        <w:rPr>
          <w:b/>
        </w:rPr>
        <w:t>Secured 1</w:t>
      </w:r>
      <w:r w:rsidRPr="00E72BF8">
        <w:rPr>
          <w:b/>
          <w:vertAlign w:val="superscript"/>
        </w:rPr>
        <w:t>st</w:t>
      </w:r>
      <w:r w:rsidRPr="00E72BF8">
        <w:rPr>
          <w:b/>
        </w:rPr>
        <w:t xml:space="preserve"> prize and got 10K cash</w:t>
      </w:r>
      <w:r>
        <w:t xml:space="preserve"> in CTF organized by DDC conducted by CBIT College</w:t>
      </w:r>
    </w:p>
    <w:p w14:paraId="5DB419A0" w14:textId="77777777" w:rsidR="00E17996" w:rsidRPr="00256611" w:rsidRDefault="00E17996" w:rsidP="00E17996">
      <w:r w:rsidRPr="00E72BF8">
        <w:rPr>
          <w:noProof/>
        </w:rPr>
        <w:drawing>
          <wp:inline distT="0" distB="0" distL="0" distR="0" wp14:anchorId="0F30C893" wp14:editId="5D8B7469">
            <wp:extent cx="5759450" cy="3070860"/>
            <wp:effectExtent l="0" t="0" r="0" b="0"/>
            <wp:docPr id="2041148263" name="Picture 2041148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759450" cy="3070860"/>
                    </a:xfrm>
                    <a:prstGeom prst="rect">
                      <a:avLst/>
                    </a:prstGeom>
                  </pic:spPr>
                </pic:pic>
              </a:graphicData>
            </a:graphic>
          </wp:inline>
        </w:drawing>
      </w:r>
    </w:p>
    <w:p w14:paraId="6147F7CC" w14:textId="77777777" w:rsidR="00E17996" w:rsidRDefault="00E17996" w:rsidP="00E17996">
      <w:pPr>
        <w:rPr>
          <w:b/>
          <w:bCs/>
          <w:sz w:val="28"/>
          <w:szCs w:val="28"/>
          <w:lang w:val="en-US"/>
        </w:rPr>
      </w:pPr>
    </w:p>
    <w:p w14:paraId="778F0F94" w14:textId="58C925FA" w:rsidR="00E17996" w:rsidRDefault="00E17996" w:rsidP="00E17996">
      <w:pPr>
        <w:spacing w:line="278" w:lineRule="auto"/>
      </w:pPr>
      <w:r>
        <w:lastRenderedPageBreak/>
        <w:t>5.</w:t>
      </w:r>
      <w:r>
        <w:t>Student Name: R Aravind</w:t>
      </w:r>
    </w:p>
    <w:p w14:paraId="465590EF" w14:textId="77777777" w:rsidR="00E17996" w:rsidRPr="007D0AF0" w:rsidRDefault="00E17996" w:rsidP="00E17996">
      <w:pPr>
        <w:pStyle w:val="ListParagraph"/>
        <w:rPr>
          <w:sz w:val="28"/>
          <w:szCs w:val="28"/>
        </w:rPr>
      </w:pPr>
      <w:r w:rsidRPr="007D0AF0">
        <w:rPr>
          <w:sz w:val="28"/>
          <w:szCs w:val="28"/>
        </w:rPr>
        <w:t>UID: 111725039045</w:t>
      </w:r>
    </w:p>
    <w:p w14:paraId="5BA5F784" w14:textId="77777777" w:rsidR="00E17996" w:rsidRPr="0081780C" w:rsidRDefault="00E17996" w:rsidP="00E17996">
      <w:pPr>
        <w:pStyle w:val="ListParagraph"/>
        <w:rPr>
          <w:sz w:val="28"/>
          <w:szCs w:val="28"/>
        </w:rPr>
      </w:pPr>
      <w:r w:rsidRPr="007D0AF0">
        <w:rPr>
          <w:sz w:val="28"/>
          <w:szCs w:val="28"/>
        </w:rPr>
        <w:t>CLASS: ACSCS</w:t>
      </w:r>
    </w:p>
    <w:p w14:paraId="091562DD" w14:textId="77777777" w:rsidR="00E17996" w:rsidRDefault="00E17996" w:rsidP="00E17996">
      <w:r>
        <w:t>EVENT: INTER COLLAGE TOURNAMANTE FOR MEN AND WOMEN OSMANIA UNIVERSITY SPORTS AND PHYSICAL EDUCATION 2025-2026</w:t>
      </w:r>
    </w:p>
    <w:p w14:paraId="147E7EF2" w14:textId="77777777" w:rsidR="00E17996" w:rsidRDefault="00E17996" w:rsidP="00E17996">
      <w:r>
        <w:t xml:space="preserve">TYPE: SWIMMING </w:t>
      </w:r>
    </w:p>
    <w:p w14:paraId="53D8C867" w14:textId="77777777" w:rsidR="00E17996" w:rsidRDefault="00E17996" w:rsidP="00E17996">
      <w:r>
        <w:t xml:space="preserve">POSITION: SLIVER MEDAL </w:t>
      </w:r>
    </w:p>
    <w:p w14:paraId="3E8D03FD" w14:textId="77777777" w:rsidR="00E17996" w:rsidRDefault="00E17996" w:rsidP="00E17996">
      <w:r>
        <w:rPr>
          <w:noProof/>
        </w:rPr>
        <w:drawing>
          <wp:inline distT="0" distB="0" distL="0" distR="0" wp14:anchorId="42DEE251" wp14:editId="7B9D1C5B">
            <wp:extent cx="4352209" cy="2099144"/>
            <wp:effectExtent l="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366652" name="Picture 554366652"/>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365585" cy="2105595"/>
                    </a:xfrm>
                    <a:prstGeom prst="rect">
                      <a:avLst/>
                    </a:prstGeom>
                  </pic:spPr>
                </pic:pic>
              </a:graphicData>
            </a:graphic>
          </wp:inline>
        </w:drawing>
      </w:r>
    </w:p>
    <w:p w14:paraId="172B63CE" w14:textId="77777777" w:rsidR="00E17996" w:rsidRPr="0023131C" w:rsidRDefault="00E17996" w:rsidP="00E17996"/>
    <w:p w14:paraId="76A08304" w14:textId="463FEC16" w:rsidR="00E17996" w:rsidRPr="0023131C" w:rsidRDefault="00E17996" w:rsidP="00E17996"/>
    <w:p w14:paraId="06CF1E9A" w14:textId="77777777" w:rsidR="00E17996" w:rsidRPr="0023131C" w:rsidRDefault="00E17996" w:rsidP="00E17996"/>
    <w:p w14:paraId="52D5AE05" w14:textId="77777777" w:rsidR="00E17996" w:rsidRPr="0023131C" w:rsidRDefault="00E17996" w:rsidP="00E17996"/>
    <w:p w14:paraId="6A81D8DF" w14:textId="77777777" w:rsidR="00E17996" w:rsidRPr="0023131C" w:rsidRDefault="00E17996" w:rsidP="00E17996"/>
    <w:p w14:paraId="1269C1CD" w14:textId="77777777" w:rsidR="00E17996" w:rsidRPr="0023131C" w:rsidRDefault="00E17996" w:rsidP="00E17996"/>
    <w:p w14:paraId="7E3C8054" w14:textId="77777777" w:rsidR="00E17996" w:rsidRPr="0023131C" w:rsidRDefault="00E17996" w:rsidP="00E17996"/>
    <w:p w14:paraId="721412D2" w14:textId="77777777" w:rsidR="00E17996" w:rsidRPr="0023131C" w:rsidRDefault="00E17996" w:rsidP="00E17996"/>
    <w:p w14:paraId="0722E952" w14:textId="205E0B09" w:rsidR="00E17996" w:rsidRDefault="00E17996" w:rsidP="00E17996"/>
    <w:p w14:paraId="680CF2D2" w14:textId="615D98F9" w:rsidR="00E17996" w:rsidRDefault="00E17996" w:rsidP="00E17996">
      <w:pPr>
        <w:pStyle w:val="ListParagraph"/>
        <w:rPr>
          <w:b/>
          <w:bCs/>
          <w:sz w:val="28"/>
          <w:szCs w:val="28"/>
        </w:rPr>
      </w:pPr>
    </w:p>
    <w:p w14:paraId="486C9E27" w14:textId="77777777" w:rsidR="005745E4" w:rsidRDefault="005745E4" w:rsidP="00E17996">
      <w:pPr>
        <w:pStyle w:val="ListParagraph"/>
        <w:rPr>
          <w:b/>
          <w:bCs/>
          <w:sz w:val="28"/>
          <w:szCs w:val="28"/>
        </w:rPr>
      </w:pPr>
    </w:p>
    <w:p w14:paraId="27D2CF28" w14:textId="77777777" w:rsidR="005745E4" w:rsidRDefault="005745E4" w:rsidP="00E17996">
      <w:pPr>
        <w:pStyle w:val="ListParagraph"/>
        <w:rPr>
          <w:b/>
          <w:bCs/>
          <w:sz w:val="28"/>
          <w:szCs w:val="28"/>
        </w:rPr>
      </w:pPr>
    </w:p>
    <w:p w14:paraId="1532CEFF" w14:textId="77777777" w:rsidR="005745E4" w:rsidRDefault="005745E4" w:rsidP="00E17996">
      <w:pPr>
        <w:pStyle w:val="ListParagraph"/>
        <w:rPr>
          <w:b/>
          <w:bCs/>
          <w:sz w:val="28"/>
          <w:szCs w:val="28"/>
        </w:rPr>
      </w:pPr>
    </w:p>
    <w:p w14:paraId="671A499D" w14:textId="77777777" w:rsidR="005745E4" w:rsidRDefault="005745E4" w:rsidP="00E17996">
      <w:pPr>
        <w:pStyle w:val="ListParagraph"/>
        <w:rPr>
          <w:b/>
          <w:bCs/>
          <w:sz w:val="28"/>
          <w:szCs w:val="28"/>
        </w:rPr>
      </w:pPr>
    </w:p>
    <w:p w14:paraId="35749744" w14:textId="77777777" w:rsidR="005745E4" w:rsidRDefault="005745E4" w:rsidP="00E17996">
      <w:pPr>
        <w:pStyle w:val="ListParagraph"/>
        <w:rPr>
          <w:b/>
          <w:bCs/>
          <w:sz w:val="28"/>
          <w:szCs w:val="28"/>
        </w:rPr>
      </w:pPr>
    </w:p>
    <w:p w14:paraId="330E1B68" w14:textId="77777777" w:rsidR="005745E4" w:rsidRPr="00E17996" w:rsidRDefault="005745E4" w:rsidP="00E17996">
      <w:pPr>
        <w:pStyle w:val="ListParagraph"/>
        <w:rPr>
          <w:b/>
          <w:bCs/>
          <w:sz w:val="28"/>
          <w:szCs w:val="28"/>
        </w:rPr>
      </w:pPr>
    </w:p>
    <w:p w14:paraId="6CE0DE67" w14:textId="77777777" w:rsidR="00256611" w:rsidRPr="00256611" w:rsidRDefault="00256611" w:rsidP="00256611">
      <w:pPr>
        <w:rPr>
          <w:b/>
          <w:bCs/>
          <w:sz w:val="28"/>
          <w:szCs w:val="28"/>
        </w:rPr>
      </w:pPr>
    </w:p>
    <w:p w14:paraId="191FACCA" w14:textId="636F0EDE" w:rsidR="00D76819" w:rsidRPr="00256611" w:rsidRDefault="006503B0" w:rsidP="00256611">
      <w:pPr>
        <w:rPr>
          <w:b/>
          <w:bCs/>
          <w:sz w:val="28"/>
          <w:szCs w:val="28"/>
        </w:rPr>
      </w:pPr>
      <w:proofErr w:type="gramStart"/>
      <w:r>
        <w:rPr>
          <w:b/>
          <w:bCs/>
          <w:sz w:val="28"/>
          <w:szCs w:val="28"/>
        </w:rPr>
        <w:lastRenderedPageBreak/>
        <w:t>6</w:t>
      </w:r>
      <w:r w:rsidR="00256611">
        <w:rPr>
          <w:b/>
          <w:bCs/>
          <w:sz w:val="28"/>
          <w:szCs w:val="28"/>
        </w:rPr>
        <w:t xml:space="preserve"> .</w:t>
      </w:r>
      <w:proofErr w:type="gramEnd"/>
      <w:r w:rsidR="00256611">
        <w:rPr>
          <w:b/>
          <w:bCs/>
          <w:sz w:val="28"/>
          <w:szCs w:val="28"/>
        </w:rPr>
        <w:t xml:space="preserve"> </w:t>
      </w:r>
      <w:r w:rsidR="00FC3740" w:rsidRPr="00256611">
        <w:rPr>
          <w:b/>
          <w:bCs/>
          <w:sz w:val="28"/>
          <w:szCs w:val="28"/>
        </w:rPr>
        <w:t>Placements Data</w:t>
      </w:r>
      <w:r w:rsidR="00F26C1E">
        <w:rPr>
          <w:b/>
          <w:bCs/>
          <w:sz w:val="28"/>
          <w:szCs w:val="28"/>
        </w:rPr>
        <w:t>:</w:t>
      </w:r>
      <w:r w:rsidR="00CB4667">
        <w:rPr>
          <w:b/>
          <w:bCs/>
          <w:sz w:val="28"/>
          <w:szCs w:val="28"/>
        </w:rPr>
        <w:t xml:space="preserve"> </w:t>
      </w:r>
      <w:r>
        <w:rPr>
          <w:b/>
          <w:bCs/>
          <w:sz w:val="28"/>
          <w:szCs w:val="28"/>
        </w:rPr>
        <w:t xml:space="preserve">Academic </w:t>
      </w:r>
      <w:proofErr w:type="gramStart"/>
      <w:r>
        <w:rPr>
          <w:b/>
          <w:bCs/>
          <w:sz w:val="28"/>
          <w:szCs w:val="28"/>
        </w:rPr>
        <w:t>Year(</w:t>
      </w:r>
      <w:proofErr w:type="gramEnd"/>
      <w:r>
        <w:rPr>
          <w:b/>
          <w:bCs/>
          <w:sz w:val="28"/>
          <w:szCs w:val="28"/>
        </w:rPr>
        <w:t>2024-25)</w:t>
      </w:r>
    </w:p>
    <w:tbl>
      <w:tblPr>
        <w:tblW w:w="9860" w:type="dxa"/>
        <w:tblLook w:val="04A0" w:firstRow="1" w:lastRow="0" w:firstColumn="1" w:lastColumn="0" w:noHBand="0" w:noVBand="1"/>
      </w:tblPr>
      <w:tblGrid>
        <w:gridCol w:w="960"/>
        <w:gridCol w:w="2360"/>
        <w:gridCol w:w="1480"/>
        <w:gridCol w:w="2720"/>
        <w:gridCol w:w="1260"/>
        <w:gridCol w:w="1080"/>
      </w:tblGrid>
      <w:tr w:rsidR="00622606" w:rsidRPr="00622606" w14:paraId="41DEF64B" w14:textId="77777777" w:rsidTr="00622606">
        <w:trPr>
          <w:trHeight w:val="300"/>
        </w:trPr>
        <w:tc>
          <w:tcPr>
            <w:tcW w:w="960" w:type="dxa"/>
            <w:tcBorders>
              <w:top w:val="single" w:sz="4" w:space="0" w:color="auto"/>
              <w:left w:val="single" w:sz="4" w:space="0" w:color="auto"/>
              <w:bottom w:val="single" w:sz="4" w:space="0" w:color="auto"/>
              <w:right w:val="single" w:sz="4" w:space="0" w:color="auto"/>
            </w:tcBorders>
            <w:noWrap/>
            <w:vAlign w:val="bottom"/>
            <w:hideMark/>
          </w:tcPr>
          <w:p w14:paraId="21C018FF" w14:textId="77777777" w:rsidR="00622606" w:rsidRPr="00622606" w:rsidRDefault="00622606" w:rsidP="00622606">
            <w:pPr>
              <w:spacing w:after="0" w:line="240" w:lineRule="auto"/>
              <w:rPr>
                <w:rFonts w:ascii="Aptos Narrow" w:eastAsia="Times New Roman" w:hAnsi="Aptos Narrow" w:cs="Times New Roman"/>
                <w:color w:val="000000"/>
                <w:kern w:val="0"/>
                <w:lang w:eastAsia="en-IN"/>
                <w14:ligatures w14:val="none"/>
              </w:rPr>
            </w:pPr>
            <w:proofErr w:type="spellStart"/>
            <w:r w:rsidRPr="00622606">
              <w:rPr>
                <w:rFonts w:ascii="Aptos Narrow" w:eastAsia="Times New Roman" w:hAnsi="Aptos Narrow" w:cs="Times New Roman"/>
                <w:color w:val="000000"/>
                <w:kern w:val="0"/>
                <w:lang w:eastAsia="en-IN"/>
                <w14:ligatures w14:val="none"/>
              </w:rPr>
              <w:t>sno</w:t>
            </w:r>
            <w:proofErr w:type="spellEnd"/>
          </w:p>
        </w:tc>
        <w:tc>
          <w:tcPr>
            <w:tcW w:w="2360" w:type="dxa"/>
            <w:tcBorders>
              <w:top w:val="single" w:sz="4" w:space="0" w:color="auto"/>
              <w:left w:val="nil"/>
              <w:bottom w:val="single" w:sz="4" w:space="0" w:color="auto"/>
              <w:right w:val="single" w:sz="4" w:space="0" w:color="auto"/>
            </w:tcBorders>
            <w:noWrap/>
            <w:vAlign w:val="bottom"/>
            <w:hideMark/>
          </w:tcPr>
          <w:p w14:paraId="618BA2CA" w14:textId="77777777" w:rsidR="00622606" w:rsidRPr="00622606" w:rsidRDefault="00622606" w:rsidP="00622606">
            <w:pPr>
              <w:spacing w:after="0" w:line="240" w:lineRule="auto"/>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Name</w:t>
            </w:r>
          </w:p>
        </w:tc>
        <w:tc>
          <w:tcPr>
            <w:tcW w:w="1480" w:type="dxa"/>
            <w:tcBorders>
              <w:top w:val="single" w:sz="4" w:space="0" w:color="auto"/>
              <w:left w:val="nil"/>
              <w:bottom w:val="single" w:sz="4" w:space="0" w:color="auto"/>
              <w:right w:val="single" w:sz="4" w:space="0" w:color="auto"/>
            </w:tcBorders>
            <w:noWrap/>
            <w:vAlign w:val="bottom"/>
            <w:hideMark/>
          </w:tcPr>
          <w:p w14:paraId="44F0FA0C" w14:textId="77777777" w:rsidR="00622606" w:rsidRPr="00622606" w:rsidRDefault="00622606" w:rsidP="00622606">
            <w:pPr>
              <w:spacing w:after="0" w:line="240" w:lineRule="auto"/>
              <w:rPr>
                <w:rFonts w:ascii="Aptos Narrow" w:eastAsia="Times New Roman" w:hAnsi="Aptos Narrow" w:cs="Times New Roman"/>
                <w:color w:val="000000"/>
                <w:kern w:val="0"/>
                <w:lang w:eastAsia="en-IN"/>
                <w14:ligatures w14:val="none"/>
              </w:rPr>
            </w:pPr>
            <w:proofErr w:type="spellStart"/>
            <w:r w:rsidRPr="00622606">
              <w:rPr>
                <w:rFonts w:ascii="Aptos Narrow" w:eastAsia="Times New Roman" w:hAnsi="Aptos Narrow" w:cs="Times New Roman"/>
                <w:color w:val="000000"/>
                <w:kern w:val="0"/>
                <w:lang w:eastAsia="en-IN"/>
                <w14:ligatures w14:val="none"/>
              </w:rPr>
              <w:t>Uid</w:t>
            </w:r>
            <w:proofErr w:type="spellEnd"/>
          </w:p>
        </w:tc>
        <w:tc>
          <w:tcPr>
            <w:tcW w:w="2720" w:type="dxa"/>
            <w:tcBorders>
              <w:top w:val="single" w:sz="4" w:space="0" w:color="auto"/>
              <w:left w:val="nil"/>
              <w:bottom w:val="single" w:sz="4" w:space="0" w:color="auto"/>
              <w:right w:val="single" w:sz="4" w:space="0" w:color="auto"/>
            </w:tcBorders>
            <w:noWrap/>
            <w:vAlign w:val="bottom"/>
            <w:hideMark/>
          </w:tcPr>
          <w:p w14:paraId="6BB56FF4" w14:textId="77777777" w:rsidR="00622606" w:rsidRPr="00622606" w:rsidRDefault="00622606" w:rsidP="00622606">
            <w:pPr>
              <w:spacing w:after="0" w:line="240" w:lineRule="auto"/>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Company Name</w:t>
            </w:r>
          </w:p>
        </w:tc>
        <w:tc>
          <w:tcPr>
            <w:tcW w:w="1260" w:type="dxa"/>
            <w:tcBorders>
              <w:top w:val="single" w:sz="4" w:space="0" w:color="auto"/>
              <w:left w:val="nil"/>
              <w:bottom w:val="single" w:sz="4" w:space="0" w:color="auto"/>
              <w:right w:val="single" w:sz="4" w:space="0" w:color="auto"/>
            </w:tcBorders>
            <w:noWrap/>
            <w:vAlign w:val="bottom"/>
            <w:hideMark/>
          </w:tcPr>
          <w:p w14:paraId="2A94DC6D" w14:textId="77777777" w:rsidR="00622606" w:rsidRPr="00622606" w:rsidRDefault="00622606" w:rsidP="00622606">
            <w:pPr>
              <w:spacing w:after="0" w:line="240" w:lineRule="auto"/>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Package</w:t>
            </w:r>
          </w:p>
        </w:tc>
        <w:tc>
          <w:tcPr>
            <w:tcW w:w="1080" w:type="dxa"/>
            <w:tcBorders>
              <w:top w:val="single" w:sz="4" w:space="0" w:color="auto"/>
              <w:left w:val="nil"/>
              <w:bottom w:val="single" w:sz="4" w:space="0" w:color="auto"/>
              <w:right w:val="single" w:sz="4" w:space="0" w:color="auto"/>
            </w:tcBorders>
            <w:noWrap/>
            <w:vAlign w:val="bottom"/>
            <w:hideMark/>
          </w:tcPr>
          <w:p w14:paraId="2BD913F2" w14:textId="77777777" w:rsidR="00622606" w:rsidRPr="00622606" w:rsidRDefault="00622606" w:rsidP="00622606">
            <w:pPr>
              <w:spacing w:after="0" w:line="240" w:lineRule="auto"/>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on/off</w:t>
            </w:r>
          </w:p>
        </w:tc>
      </w:tr>
      <w:tr w:rsidR="00622606" w:rsidRPr="00622606" w14:paraId="4661C214"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219B6ABF"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1</w:t>
            </w:r>
          </w:p>
        </w:tc>
        <w:tc>
          <w:tcPr>
            <w:tcW w:w="2360" w:type="dxa"/>
            <w:tcBorders>
              <w:top w:val="nil"/>
              <w:left w:val="nil"/>
              <w:bottom w:val="single" w:sz="4" w:space="0" w:color="auto"/>
              <w:right w:val="single" w:sz="4" w:space="0" w:color="auto"/>
            </w:tcBorders>
            <w:shd w:val="clear" w:color="FFFFFF" w:fill="FFFFFF"/>
            <w:noWrap/>
            <w:vAlign w:val="center"/>
            <w:hideMark/>
          </w:tcPr>
          <w:p w14:paraId="625AF082"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Divyanshi </w:t>
            </w:r>
            <w:proofErr w:type="spellStart"/>
            <w:r w:rsidRPr="00622606">
              <w:rPr>
                <w:rFonts w:ascii="Aptos Narrow" w:eastAsia="Times New Roman" w:hAnsi="Aptos Narrow" w:cs="Times New Roman"/>
                <w:color w:val="000000"/>
                <w:kern w:val="0"/>
                <w:sz w:val="20"/>
                <w:szCs w:val="20"/>
                <w:lang w:eastAsia="en-IN"/>
                <w14:ligatures w14:val="none"/>
              </w:rPr>
              <w:t>Budakoti</w:t>
            </w:r>
            <w:proofErr w:type="spellEnd"/>
          </w:p>
        </w:tc>
        <w:tc>
          <w:tcPr>
            <w:tcW w:w="1480" w:type="dxa"/>
            <w:tcBorders>
              <w:top w:val="nil"/>
              <w:left w:val="nil"/>
              <w:bottom w:val="single" w:sz="4" w:space="0" w:color="auto"/>
              <w:right w:val="single" w:sz="4" w:space="0" w:color="auto"/>
            </w:tcBorders>
            <w:shd w:val="clear" w:color="FFFFFF" w:fill="FFFFFF"/>
            <w:noWrap/>
            <w:vAlign w:val="center"/>
            <w:hideMark/>
          </w:tcPr>
          <w:p w14:paraId="55C9A43C"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111722039002</w:t>
            </w:r>
          </w:p>
        </w:tc>
        <w:tc>
          <w:tcPr>
            <w:tcW w:w="2720" w:type="dxa"/>
            <w:tcBorders>
              <w:top w:val="nil"/>
              <w:left w:val="nil"/>
              <w:bottom w:val="single" w:sz="4" w:space="0" w:color="auto"/>
              <w:right w:val="single" w:sz="4" w:space="0" w:color="auto"/>
            </w:tcBorders>
            <w:shd w:val="clear" w:color="FFFFFF" w:fill="FFFFFF"/>
            <w:noWrap/>
            <w:vAlign w:val="center"/>
            <w:hideMark/>
          </w:tcPr>
          <w:p w14:paraId="33AE790D"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622606">
              <w:rPr>
                <w:rFonts w:ascii="Aptos Narrow" w:eastAsia="Times New Roman" w:hAnsi="Aptos Narrow" w:cs="Times New Roman"/>
                <w:color w:val="000000"/>
                <w:kern w:val="0"/>
                <w:sz w:val="20"/>
                <w:szCs w:val="20"/>
                <w:lang w:eastAsia="en-IN"/>
                <w14:ligatures w14:val="none"/>
              </w:rPr>
              <w:t>CtrlS</w:t>
            </w:r>
            <w:proofErr w:type="spellEnd"/>
          </w:p>
        </w:tc>
        <w:tc>
          <w:tcPr>
            <w:tcW w:w="1260" w:type="dxa"/>
            <w:tcBorders>
              <w:top w:val="nil"/>
              <w:left w:val="nil"/>
              <w:bottom w:val="single" w:sz="4" w:space="0" w:color="auto"/>
              <w:right w:val="single" w:sz="4" w:space="0" w:color="auto"/>
            </w:tcBorders>
            <w:shd w:val="clear" w:color="FFFFFF" w:fill="FFFFFF"/>
            <w:noWrap/>
            <w:vAlign w:val="center"/>
            <w:hideMark/>
          </w:tcPr>
          <w:p w14:paraId="4766A6BD"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3LPA</w:t>
            </w:r>
          </w:p>
        </w:tc>
        <w:tc>
          <w:tcPr>
            <w:tcW w:w="1080" w:type="dxa"/>
            <w:tcBorders>
              <w:top w:val="nil"/>
              <w:left w:val="nil"/>
              <w:bottom w:val="single" w:sz="4" w:space="0" w:color="auto"/>
              <w:right w:val="single" w:sz="4" w:space="0" w:color="auto"/>
            </w:tcBorders>
            <w:shd w:val="clear" w:color="FFFFFF" w:fill="FFFFFF"/>
            <w:noWrap/>
            <w:vAlign w:val="center"/>
            <w:hideMark/>
          </w:tcPr>
          <w:p w14:paraId="48177148"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On campus</w:t>
            </w:r>
          </w:p>
        </w:tc>
      </w:tr>
      <w:tr w:rsidR="00622606" w:rsidRPr="00622606" w14:paraId="760865CA"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2F5F5AD3"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2</w:t>
            </w:r>
          </w:p>
        </w:tc>
        <w:tc>
          <w:tcPr>
            <w:tcW w:w="2360" w:type="dxa"/>
            <w:tcBorders>
              <w:top w:val="nil"/>
              <w:left w:val="nil"/>
              <w:bottom w:val="single" w:sz="4" w:space="0" w:color="auto"/>
              <w:right w:val="single" w:sz="4" w:space="0" w:color="auto"/>
            </w:tcBorders>
            <w:shd w:val="clear" w:color="F8F9FA" w:fill="F8F9FA"/>
            <w:noWrap/>
            <w:vAlign w:val="center"/>
            <w:hideMark/>
          </w:tcPr>
          <w:p w14:paraId="782C1728"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622606">
              <w:rPr>
                <w:rFonts w:ascii="Aptos Narrow" w:eastAsia="Times New Roman" w:hAnsi="Aptos Narrow" w:cs="Times New Roman"/>
                <w:color w:val="000000"/>
                <w:kern w:val="0"/>
                <w:sz w:val="20"/>
                <w:szCs w:val="20"/>
                <w:lang w:eastAsia="en-IN"/>
                <w14:ligatures w14:val="none"/>
              </w:rPr>
              <w:t>Gopishetty</w:t>
            </w:r>
            <w:proofErr w:type="spellEnd"/>
            <w:r w:rsidRPr="00622606">
              <w:rPr>
                <w:rFonts w:ascii="Aptos Narrow" w:eastAsia="Times New Roman" w:hAnsi="Aptos Narrow" w:cs="Times New Roman"/>
                <w:color w:val="000000"/>
                <w:kern w:val="0"/>
                <w:sz w:val="20"/>
                <w:szCs w:val="20"/>
                <w:lang w:eastAsia="en-IN"/>
                <w14:ligatures w14:val="none"/>
              </w:rPr>
              <w:t xml:space="preserve"> Santoshi </w:t>
            </w:r>
          </w:p>
        </w:tc>
        <w:tc>
          <w:tcPr>
            <w:tcW w:w="1480" w:type="dxa"/>
            <w:tcBorders>
              <w:top w:val="nil"/>
              <w:left w:val="nil"/>
              <w:bottom w:val="single" w:sz="4" w:space="0" w:color="auto"/>
              <w:right w:val="single" w:sz="4" w:space="0" w:color="auto"/>
            </w:tcBorders>
            <w:shd w:val="clear" w:color="F8F9FA" w:fill="F8F9FA"/>
            <w:noWrap/>
            <w:vAlign w:val="center"/>
            <w:hideMark/>
          </w:tcPr>
          <w:p w14:paraId="4E8156D0"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111722039003</w:t>
            </w:r>
          </w:p>
        </w:tc>
        <w:tc>
          <w:tcPr>
            <w:tcW w:w="2720" w:type="dxa"/>
            <w:tcBorders>
              <w:top w:val="nil"/>
              <w:left w:val="nil"/>
              <w:bottom w:val="single" w:sz="4" w:space="0" w:color="auto"/>
              <w:right w:val="single" w:sz="4" w:space="0" w:color="auto"/>
            </w:tcBorders>
            <w:shd w:val="clear" w:color="F8F9FA" w:fill="F8F9FA"/>
            <w:noWrap/>
            <w:vAlign w:val="center"/>
            <w:hideMark/>
          </w:tcPr>
          <w:p w14:paraId="52EC3803"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622606">
              <w:rPr>
                <w:rFonts w:ascii="Aptos Narrow" w:eastAsia="Times New Roman" w:hAnsi="Aptos Narrow" w:cs="Times New Roman"/>
                <w:color w:val="000000"/>
                <w:kern w:val="0"/>
                <w:sz w:val="20"/>
                <w:szCs w:val="20"/>
                <w:lang w:eastAsia="en-IN"/>
                <w14:ligatures w14:val="none"/>
              </w:rPr>
              <w:t>Lti</w:t>
            </w:r>
            <w:proofErr w:type="spellEnd"/>
            <w:r w:rsidRPr="00622606">
              <w:rPr>
                <w:rFonts w:ascii="Aptos Narrow" w:eastAsia="Times New Roman" w:hAnsi="Aptos Narrow" w:cs="Times New Roman"/>
                <w:color w:val="000000"/>
                <w:kern w:val="0"/>
                <w:sz w:val="20"/>
                <w:szCs w:val="20"/>
                <w:lang w:eastAsia="en-IN"/>
                <w14:ligatures w14:val="none"/>
              </w:rPr>
              <w:t xml:space="preserve"> </w:t>
            </w:r>
            <w:proofErr w:type="spellStart"/>
            <w:r w:rsidRPr="00622606">
              <w:rPr>
                <w:rFonts w:ascii="Aptos Narrow" w:eastAsia="Times New Roman" w:hAnsi="Aptos Narrow" w:cs="Times New Roman"/>
                <w:color w:val="000000"/>
                <w:kern w:val="0"/>
                <w:sz w:val="20"/>
                <w:szCs w:val="20"/>
                <w:lang w:eastAsia="en-IN"/>
                <w14:ligatures w14:val="none"/>
              </w:rPr>
              <w:t>mindtree</w:t>
            </w:r>
            <w:proofErr w:type="spellEnd"/>
            <w:r w:rsidRPr="00622606">
              <w:rPr>
                <w:rFonts w:ascii="Aptos Narrow" w:eastAsia="Times New Roman" w:hAnsi="Aptos Narrow" w:cs="Times New Roman"/>
                <w:color w:val="000000"/>
                <w:kern w:val="0"/>
                <w:sz w:val="20"/>
                <w:szCs w:val="20"/>
                <w:lang w:eastAsia="en-IN"/>
                <w14:ligatures w14:val="none"/>
              </w:rPr>
              <w:t xml:space="preserve"> </w:t>
            </w:r>
          </w:p>
        </w:tc>
        <w:tc>
          <w:tcPr>
            <w:tcW w:w="1260" w:type="dxa"/>
            <w:tcBorders>
              <w:top w:val="nil"/>
              <w:left w:val="nil"/>
              <w:bottom w:val="single" w:sz="4" w:space="0" w:color="auto"/>
              <w:right w:val="single" w:sz="4" w:space="0" w:color="auto"/>
            </w:tcBorders>
            <w:shd w:val="clear" w:color="F8F9FA" w:fill="F8F9FA"/>
            <w:noWrap/>
            <w:vAlign w:val="center"/>
            <w:hideMark/>
          </w:tcPr>
          <w:p w14:paraId="4B2DABBF"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3.19</w:t>
            </w:r>
          </w:p>
        </w:tc>
        <w:tc>
          <w:tcPr>
            <w:tcW w:w="1080" w:type="dxa"/>
            <w:tcBorders>
              <w:top w:val="nil"/>
              <w:left w:val="nil"/>
              <w:bottom w:val="single" w:sz="4" w:space="0" w:color="auto"/>
              <w:right w:val="single" w:sz="4" w:space="0" w:color="auto"/>
            </w:tcBorders>
            <w:shd w:val="clear" w:color="F8F9FA" w:fill="F8F9FA"/>
            <w:noWrap/>
            <w:vAlign w:val="center"/>
            <w:hideMark/>
          </w:tcPr>
          <w:p w14:paraId="3222A45E"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On campus</w:t>
            </w:r>
          </w:p>
        </w:tc>
      </w:tr>
      <w:tr w:rsidR="00622606" w:rsidRPr="00622606" w14:paraId="4B971F0E"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3B35E6B3"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3</w:t>
            </w:r>
          </w:p>
        </w:tc>
        <w:tc>
          <w:tcPr>
            <w:tcW w:w="2360" w:type="dxa"/>
            <w:tcBorders>
              <w:top w:val="nil"/>
              <w:left w:val="nil"/>
              <w:bottom w:val="single" w:sz="4" w:space="0" w:color="auto"/>
              <w:right w:val="single" w:sz="4" w:space="0" w:color="auto"/>
            </w:tcBorders>
            <w:shd w:val="clear" w:color="FFFFFF" w:fill="FFFFFF"/>
            <w:noWrap/>
            <w:vAlign w:val="center"/>
            <w:hideMark/>
          </w:tcPr>
          <w:p w14:paraId="1DE045A9"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622606">
              <w:rPr>
                <w:rFonts w:ascii="Aptos Narrow" w:eastAsia="Times New Roman" w:hAnsi="Aptos Narrow" w:cs="Times New Roman"/>
                <w:color w:val="000000"/>
                <w:kern w:val="0"/>
                <w:sz w:val="20"/>
                <w:szCs w:val="20"/>
                <w:lang w:eastAsia="en-IN"/>
                <w14:ligatures w14:val="none"/>
              </w:rPr>
              <w:t>Gullapally</w:t>
            </w:r>
            <w:proofErr w:type="spellEnd"/>
            <w:r w:rsidRPr="00622606">
              <w:rPr>
                <w:rFonts w:ascii="Aptos Narrow" w:eastAsia="Times New Roman" w:hAnsi="Aptos Narrow" w:cs="Times New Roman"/>
                <w:color w:val="000000"/>
                <w:kern w:val="0"/>
                <w:sz w:val="20"/>
                <w:szCs w:val="20"/>
                <w:lang w:eastAsia="en-IN"/>
                <w14:ligatures w14:val="none"/>
              </w:rPr>
              <w:t xml:space="preserve"> Anusha Goud </w:t>
            </w:r>
          </w:p>
        </w:tc>
        <w:tc>
          <w:tcPr>
            <w:tcW w:w="1480" w:type="dxa"/>
            <w:tcBorders>
              <w:top w:val="nil"/>
              <w:left w:val="nil"/>
              <w:bottom w:val="single" w:sz="4" w:space="0" w:color="auto"/>
              <w:right w:val="single" w:sz="4" w:space="0" w:color="auto"/>
            </w:tcBorders>
            <w:shd w:val="clear" w:color="FFFFFF" w:fill="FFFFFF"/>
            <w:noWrap/>
            <w:vAlign w:val="center"/>
            <w:hideMark/>
          </w:tcPr>
          <w:p w14:paraId="3FDD15B3"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111722039004</w:t>
            </w:r>
          </w:p>
        </w:tc>
        <w:tc>
          <w:tcPr>
            <w:tcW w:w="2720" w:type="dxa"/>
            <w:tcBorders>
              <w:top w:val="nil"/>
              <w:left w:val="nil"/>
              <w:bottom w:val="single" w:sz="4" w:space="0" w:color="auto"/>
              <w:right w:val="single" w:sz="4" w:space="0" w:color="auto"/>
            </w:tcBorders>
            <w:shd w:val="clear" w:color="FFFFFF" w:fill="FFFFFF"/>
            <w:noWrap/>
            <w:vAlign w:val="center"/>
            <w:hideMark/>
          </w:tcPr>
          <w:p w14:paraId="1F963B70"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622606">
              <w:rPr>
                <w:rFonts w:ascii="Aptos Narrow" w:eastAsia="Times New Roman" w:hAnsi="Aptos Narrow" w:cs="Times New Roman"/>
                <w:color w:val="000000"/>
                <w:kern w:val="0"/>
                <w:sz w:val="20"/>
                <w:szCs w:val="20"/>
                <w:lang w:eastAsia="en-IN"/>
                <w14:ligatures w14:val="none"/>
              </w:rPr>
              <w:t>Lti</w:t>
            </w:r>
            <w:proofErr w:type="spellEnd"/>
            <w:r w:rsidRPr="00622606">
              <w:rPr>
                <w:rFonts w:ascii="Aptos Narrow" w:eastAsia="Times New Roman" w:hAnsi="Aptos Narrow" w:cs="Times New Roman"/>
                <w:color w:val="000000"/>
                <w:kern w:val="0"/>
                <w:sz w:val="20"/>
                <w:szCs w:val="20"/>
                <w:lang w:eastAsia="en-IN"/>
                <w14:ligatures w14:val="none"/>
              </w:rPr>
              <w:t xml:space="preserve"> mind tree </w:t>
            </w:r>
          </w:p>
        </w:tc>
        <w:tc>
          <w:tcPr>
            <w:tcW w:w="1260" w:type="dxa"/>
            <w:tcBorders>
              <w:top w:val="nil"/>
              <w:left w:val="nil"/>
              <w:bottom w:val="single" w:sz="4" w:space="0" w:color="auto"/>
              <w:right w:val="single" w:sz="4" w:space="0" w:color="auto"/>
            </w:tcBorders>
            <w:shd w:val="clear" w:color="FFFFFF" w:fill="FFFFFF"/>
            <w:noWrap/>
            <w:vAlign w:val="center"/>
            <w:hideMark/>
          </w:tcPr>
          <w:p w14:paraId="6172EF22"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3.19</w:t>
            </w:r>
          </w:p>
        </w:tc>
        <w:tc>
          <w:tcPr>
            <w:tcW w:w="1080" w:type="dxa"/>
            <w:tcBorders>
              <w:top w:val="nil"/>
              <w:left w:val="nil"/>
              <w:bottom w:val="single" w:sz="4" w:space="0" w:color="auto"/>
              <w:right w:val="single" w:sz="4" w:space="0" w:color="auto"/>
            </w:tcBorders>
            <w:shd w:val="clear" w:color="FFFFFF" w:fill="FFFFFF"/>
            <w:noWrap/>
            <w:vAlign w:val="center"/>
            <w:hideMark/>
          </w:tcPr>
          <w:p w14:paraId="114CD514"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On campus</w:t>
            </w:r>
          </w:p>
        </w:tc>
      </w:tr>
      <w:tr w:rsidR="00622606" w:rsidRPr="00622606" w14:paraId="1C38412A"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7F8F3E2A"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4</w:t>
            </w:r>
          </w:p>
        </w:tc>
        <w:tc>
          <w:tcPr>
            <w:tcW w:w="2360" w:type="dxa"/>
            <w:tcBorders>
              <w:top w:val="nil"/>
              <w:left w:val="nil"/>
              <w:bottom w:val="single" w:sz="4" w:space="0" w:color="auto"/>
              <w:right w:val="single" w:sz="4" w:space="0" w:color="auto"/>
            </w:tcBorders>
            <w:shd w:val="clear" w:color="F8F9FA" w:fill="F8F9FA"/>
            <w:noWrap/>
            <w:vAlign w:val="center"/>
            <w:hideMark/>
          </w:tcPr>
          <w:p w14:paraId="3550C88B"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Sreeja Manda</w:t>
            </w:r>
          </w:p>
        </w:tc>
        <w:tc>
          <w:tcPr>
            <w:tcW w:w="1480" w:type="dxa"/>
            <w:tcBorders>
              <w:top w:val="nil"/>
              <w:left w:val="nil"/>
              <w:bottom w:val="single" w:sz="4" w:space="0" w:color="auto"/>
              <w:right w:val="single" w:sz="4" w:space="0" w:color="auto"/>
            </w:tcBorders>
            <w:shd w:val="clear" w:color="F8F9FA" w:fill="F8F9FA"/>
            <w:noWrap/>
            <w:vAlign w:val="center"/>
            <w:hideMark/>
          </w:tcPr>
          <w:p w14:paraId="772A5CED"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111722039005</w:t>
            </w:r>
          </w:p>
        </w:tc>
        <w:tc>
          <w:tcPr>
            <w:tcW w:w="2720" w:type="dxa"/>
            <w:tcBorders>
              <w:top w:val="nil"/>
              <w:left w:val="nil"/>
              <w:bottom w:val="single" w:sz="4" w:space="0" w:color="auto"/>
              <w:right w:val="single" w:sz="4" w:space="0" w:color="auto"/>
            </w:tcBorders>
            <w:shd w:val="clear" w:color="F8F9FA" w:fill="F8F9FA"/>
            <w:noWrap/>
            <w:vAlign w:val="center"/>
            <w:hideMark/>
          </w:tcPr>
          <w:p w14:paraId="2F3BE789"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LTI MINDTREE </w:t>
            </w:r>
          </w:p>
        </w:tc>
        <w:tc>
          <w:tcPr>
            <w:tcW w:w="1260" w:type="dxa"/>
            <w:tcBorders>
              <w:top w:val="nil"/>
              <w:left w:val="nil"/>
              <w:bottom w:val="single" w:sz="4" w:space="0" w:color="auto"/>
              <w:right w:val="single" w:sz="4" w:space="0" w:color="auto"/>
            </w:tcBorders>
            <w:shd w:val="clear" w:color="F8F9FA" w:fill="F8F9FA"/>
            <w:noWrap/>
            <w:vAlign w:val="center"/>
            <w:hideMark/>
          </w:tcPr>
          <w:p w14:paraId="282E3AED"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3.19 LPA</w:t>
            </w:r>
          </w:p>
        </w:tc>
        <w:tc>
          <w:tcPr>
            <w:tcW w:w="1080" w:type="dxa"/>
            <w:tcBorders>
              <w:top w:val="nil"/>
              <w:left w:val="nil"/>
              <w:bottom w:val="single" w:sz="4" w:space="0" w:color="auto"/>
              <w:right w:val="single" w:sz="4" w:space="0" w:color="auto"/>
            </w:tcBorders>
            <w:shd w:val="clear" w:color="F8F9FA" w:fill="F8F9FA"/>
            <w:noWrap/>
            <w:vAlign w:val="center"/>
            <w:hideMark/>
          </w:tcPr>
          <w:p w14:paraId="10976CDE"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On Campus </w:t>
            </w:r>
          </w:p>
        </w:tc>
      </w:tr>
      <w:tr w:rsidR="00622606" w:rsidRPr="00622606" w14:paraId="400A643A"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3528AACC"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5</w:t>
            </w:r>
          </w:p>
        </w:tc>
        <w:tc>
          <w:tcPr>
            <w:tcW w:w="2360" w:type="dxa"/>
            <w:tcBorders>
              <w:top w:val="nil"/>
              <w:left w:val="nil"/>
              <w:bottom w:val="single" w:sz="4" w:space="0" w:color="auto"/>
              <w:right w:val="single" w:sz="4" w:space="0" w:color="auto"/>
            </w:tcBorders>
            <w:shd w:val="clear" w:color="FFFFFF" w:fill="FFFFFF"/>
            <w:noWrap/>
            <w:vAlign w:val="center"/>
            <w:hideMark/>
          </w:tcPr>
          <w:p w14:paraId="742D12F9"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P Laxmi Priya </w:t>
            </w:r>
          </w:p>
        </w:tc>
        <w:tc>
          <w:tcPr>
            <w:tcW w:w="1480" w:type="dxa"/>
            <w:tcBorders>
              <w:top w:val="nil"/>
              <w:left w:val="nil"/>
              <w:bottom w:val="single" w:sz="4" w:space="0" w:color="auto"/>
              <w:right w:val="single" w:sz="4" w:space="0" w:color="auto"/>
            </w:tcBorders>
            <w:shd w:val="clear" w:color="FFFFFF" w:fill="FFFFFF"/>
            <w:noWrap/>
            <w:vAlign w:val="center"/>
            <w:hideMark/>
          </w:tcPr>
          <w:p w14:paraId="003DC383"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111722039009</w:t>
            </w:r>
          </w:p>
        </w:tc>
        <w:tc>
          <w:tcPr>
            <w:tcW w:w="2720" w:type="dxa"/>
            <w:tcBorders>
              <w:top w:val="nil"/>
              <w:left w:val="nil"/>
              <w:bottom w:val="single" w:sz="4" w:space="0" w:color="auto"/>
              <w:right w:val="single" w:sz="4" w:space="0" w:color="auto"/>
            </w:tcBorders>
            <w:shd w:val="clear" w:color="FFFFFF" w:fill="FFFFFF"/>
            <w:noWrap/>
            <w:vAlign w:val="center"/>
            <w:hideMark/>
          </w:tcPr>
          <w:p w14:paraId="5C821F2D"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622606">
              <w:rPr>
                <w:rFonts w:ascii="Aptos Narrow" w:eastAsia="Times New Roman" w:hAnsi="Aptos Narrow" w:cs="Times New Roman"/>
                <w:color w:val="000000"/>
                <w:kern w:val="0"/>
                <w:sz w:val="20"/>
                <w:szCs w:val="20"/>
                <w:lang w:eastAsia="en-IN"/>
                <w14:ligatures w14:val="none"/>
              </w:rPr>
              <w:t>Ctrls</w:t>
            </w:r>
            <w:proofErr w:type="spellEnd"/>
            <w:r w:rsidRPr="00622606">
              <w:rPr>
                <w:rFonts w:ascii="Aptos Narrow" w:eastAsia="Times New Roman" w:hAnsi="Aptos Narrow" w:cs="Times New Roman"/>
                <w:color w:val="000000"/>
                <w:kern w:val="0"/>
                <w:sz w:val="20"/>
                <w:szCs w:val="20"/>
                <w:lang w:eastAsia="en-IN"/>
                <w14:ligatures w14:val="none"/>
              </w:rPr>
              <w:t xml:space="preserve"> </w:t>
            </w:r>
            <w:proofErr w:type="spellStart"/>
            <w:r w:rsidRPr="00622606">
              <w:rPr>
                <w:rFonts w:ascii="Aptos Narrow" w:eastAsia="Times New Roman" w:hAnsi="Aptos Narrow" w:cs="Times New Roman"/>
                <w:color w:val="000000"/>
                <w:kern w:val="0"/>
                <w:sz w:val="20"/>
                <w:szCs w:val="20"/>
                <w:lang w:eastAsia="en-IN"/>
                <w14:ligatures w14:val="none"/>
              </w:rPr>
              <w:t>datacenter</w:t>
            </w:r>
            <w:proofErr w:type="spellEnd"/>
            <w:r w:rsidRPr="00622606">
              <w:rPr>
                <w:rFonts w:ascii="Aptos Narrow" w:eastAsia="Times New Roman" w:hAnsi="Aptos Narrow" w:cs="Times New Roman"/>
                <w:color w:val="000000"/>
                <w:kern w:val="0"/>
                <w:sz w:val="20"/>
                <w:szCs w:val="20"/>
                <w:lang w:eastAsia="en-IN"/>
                <w14:ligatures w14:val="none"/>
              </w:rPr>
              <w:t xml:space="preserve"> </w:t>
            </w:r>
          </w:p>
        </w:tc>
        <w:tc>
          <w:tcPr>
            <w:tcW w:w="1260" w:type="dxa"/>
            <w:tcBorders>
              <w:top w:val="nil"/>
              <w:left w:val="nil"/>
              <w:bottom w:val="single" w:sz="4" w:space="0" w:color="auto"/>
              <w:right w:val="single" w:sz="4" w:space="0" w:color="auto"/>
            </w:tcBorders>
            <w:shd w:val="clear" w:color="FFFFFF" w:fill="FFFFFF"/>
            <w:noWrap/>
            <w:vAlign w:val="center"/>
            <w:hideMark/>
          </w:tcPr>
          <w:p w14:paraId="06F2F019"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3LPA</w:t>
            </w:r>
          </w:p>
        </w:tc>
        <w:tc>
          <w:tcPr>
            <w:tcW w:w="1080" w:type="dxa"/>
            <w:tcBorders>
              <w:top w:val="nil"/>
              <w:left w:val="nil"/>
              <w:bottom w:val="single" w:sz="4" w:space="0" w:color="auto"/>
              <w:right w:val="single" w:sz="4" w:space="0" w:color="auto"/>
            </w:tcBorders>
            <w:shd w:val="clear" w:color="FFFFFF" w:fill="FFFFFF"/>
            <w:noWrap/>
            <w:vAlign w:val="center"/>
            <w:hideMark/>
          </w:tcPr>
          <w:p w14:paraId="30F19C6A"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on campus </w:t>
            </w:r>
          </w:p>
        </w:tc>
      </w:tr>
      <w:tr w:rsidR="00622606" w:rsidRPr="00622606" w14:paraId="1E200CF0"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69B3D71D"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6</w:t>
            </w:r>
          </w:p>
        </w:tc>
        <w:tc>
          <w:tcPr>
            <w:tcW w:w="2360" w:type="dxa"/>
            <w:tcBorders>
              <w:top w:val="nil"/>
              <w:left w:val="nil"/>
              <w:bottom w:val="single" w:sz="4" w:space="0" w:color="auto"/>
              <w:right w:val="single" w:sz="4" w:space="0" w:color="auto"/>
            </w:tcBorders>
            <w:shd w:val="clear" w:color="F8F9FA" w:fill="F8F9FA"/>
            <w:noWrap/>
            <w:vAlign w:val="center"/>
            <w:hideMark/>
          </w:tcPr>
          <w:p w14:paraId="33506FC4"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622606">
              <w:rPr>
                <w:rFonts w:ascii="Aptos Narrow" w:eastAsia="Times New Roman" w:hAnsi="Aptos Narrow" w:cs="Times New Roman"/>
                <w:color w:val="000000"/>
                <w:kern w:val="0"/>
                <w:sz w:val="20"/>
                <w:szCs w:val="20"/>
                <w:lang w:eastAsia="en-IN"/>
                <w14:ligatures w14:val="none"/>
              </w:rPr>
              <w:t>Pudota</w:t>
            </w:r>
            <w:proofErr w:type="spellEnd"/>
            <w:r w:rsidRPr="00622606">
              <w:rPr>
                <w:rFonts w:ascii="Aptos Narrow" w:eastAsia="Times New Roman" w:hAnsi="Aptos Narrow" w:cs="Times New Roman"/>
                <w:color w:val="000000"/>
                <w:kern w:val="0"/>
                <w:sz w:val="20"/>
                <w:szCs w:val="20"/>
                <w:lang w:eastAsia="en-IN"/>
                <w14:ligatures w14:val="none"/>
              </w:rPr>
              <w:t xml:space="preserve"> Josh Pravalika</w:t>
            </w:r>
          </w:p>
        </w:tc>
        <w:tc>
          <w:tcPr>
            <w:tcW w:w="1480" w:type="dxa"/>
            <w:tcBorders>
              <w:top w:val="nil"/>
              <w:left w:val="nil"/>
              <w:bottom w:val="single" w:sz="4" w:space="0" w:color="auto"/>
              <w:right w:val="single" w:sz="4" w:space="0" w:color="auto"/>
            </w:tcBorders>
            <w:shd w:val="clear" w:color="F8F9FA" w:fill="F8F9FA"/>
            <w:noWrap/>
            <w:vAlign w:val="center"/>
            <w:hideMark/>
          </w:tcPr>
          <w:p w14:paraId="2FDC9230"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111722039010</w:t>
            </w:r>
          </w:p>
        </w:tc>
        <w:tc>
          <w:tcPr>
            <w:tcW w:w="2720" w:type="dxa"/>
            <w:tcBorders>
              <w:top w:val="nil"/>
              <w:left w:val="nil"/>
              <w:bottom w:val="single" w:sz="4" w:space="0" w:color="auto"/>
              <w:right w:val="single" w:sz="4" w:space="0" w:color="auto"/>
            </w:tcBorders>
            <w:shd w:val="clear" w:color="F8F9FA" w:fill="F8F9FA"/>
            <w:noWrap/>
            <w:vAlign w:val="center"/>
            <w:hideMark/>
          </w:tcPr>
          <w:p w14:paraId="3BE10910"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Cognizant</w:t>
            </w:r>
          </w:p>
        </w:tc>
        <w:tc>
          <w:tcPr>
            <w:tcW w:w="1260" w:type="dxa"/>
            <w:tcBorders>
              <w:top w:val="nil"/>
              <w:left w:val="nil"/>
              <w:bottom w:val="single" w:sz="4" w:space="0" w:color="auto"/>
              <w:right w:val="single" w:sz="4" w:space="0" w:color="auto"/>
            </w:tcBorders>
            <w:shd w:val="clear" w:color="F8F9FA" w:fill="F8F9FA"/>
            <w:noWrap/>
            <w:vAlign w:val="center"/>
            <w:hideMark/>
          </w:tcPr>
          <w:p w14:paraId="43258B8C"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2.8LPA</w:t>
            </w:r>
          </w:p>
        </w:tc>
        <w:tc>
          <w:tcPr>
            <w:tcW w:w="1080" w:type="dxa"/>
            <w:tcBorders>
              <w:top w:val="nil"/>
              <w:left w:val="nil"/>
              <w:bottom w:val="single" w:sz="4" w:space="0" w:color="auto"/>
              <w:right w:val="single" w:sz="4" w:space="0" w:color="auto"/>
            </w:tcBorders>
            <w:shd w:val="clear" w:color="F8F9FA" w:fill="F8F9FA"/>
            <w:noWrap/>
            <w:vAlign w:val="center"/>
            <w:hideMark/>
          </w:tcPr>
          <w:p w14:paraId="12674072"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On Campus</w:t>
            </w:r>
          </w:p>
        </w:tc>
      </w:tr>
      <w:tr w:rsidR="00622606" w:rsidRPr="00622606" w14:paraId="073C1E2F"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4E9D1D84"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7</w:t>
            </w:r>
          </w:p>
        </w:tc>
        <w:tc>
          <w:tcPr>
            <w:tcW w:w="2360" w:type="dxa"/>
            <w:tcBorders>
              <w:top w:val="nil"/>
              <w:left w:val="nil"/>
              <w:bottom w:val="single" w:sz="4" w:space="0" w:color="auto"/>
              <w:right w:val="single" w:sz="4" w:space="0" w:color="auto"/>
            </w:tcBorders>
            <w:shd w:val="clear" w:color="FFFFFF" w:fill="FFFFFF"/>
            <w:noWrap/>
            <w:vAlign w:val="center"/>
            <w:hideMark/>
          </w:tcPr>
          <w:p w14:paraId="7C8231FB"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622606">
              <w:rPr>
                <w:rFonts w:ascii="Aptos Narrow" w:eastAsia="Times New Roman" w:hAnsi="Aptos Narrow" w:cs="Times New Roman"/>
                <w:color w:val="000000"/>
                <w:kern w:val="0"/>
                <w:sz w:val="20"/>
                <w:szCs w:val="20"/>
                <w:lang w:eastAsia="en-IN"/>
                <w14:ligatures w14:val="none"/>
              </w:rPr>
              <w:t>Pushayaamee</w:t>
            </w:r>
            <w:proofErr w:type="spellEnd"/>
            <w:r w:rsidRPr="00622606">
              <w:rPr>
                <w:rFonts w:ascii="Aptos Narrow" w:eastAsia="Times New Roman" w:hAnsi="Aptos Narrow" w:cs="Times New Roman"/>
                <w:color w:val="000000"/>
                <w:kern w:val="0"/>
                <w:sz w:val="20"/>
                <w:szCs w:val="20"/>
                <w:lang w:eastAsia="en-IN"/>
                <w14:ligatures w14:val="none"/>
              </w:rPr>
              <w:t xml:space="preserve"> Raj Boini</w:t>
            </w:r>
          </w:p>
        </w:tc>
        <w:tc>
          <w:tcPr>
            <w:tcW w:w="1480" w:type="dxa"/>
            <w:tcBorders>
              <w:top w:val="nil"/>
              <w:left w:val="nil"/>
              <w:bottom w:val="single" w:sz="4" w:space="0" w:color="auto"/>
              <w:right w:val="single" w:sz="4" w:space="0" w:color="auto"/>
            </w:tcBorders>
            <w:shd w:val="clear" w:color="FFFFFF" w:fill="FFFFFF"/>
            <w:noWrap/>
            <w:vAlign w:val="center"/>
            <w:hideMark/>
          </w:tcPr>
          <w:p w14:paraId="29C47301"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111722039011</w:t>
            </w:r>
          </w:p>
        </w:tc>
        <w:tc>
          <w:tcPr>
            <w:tcW w:w="2720" w:type="dxa"/>
            <w:tcBorders>
              <w:top w:val="nil"/>
              <w:left w:val="nil"/>
              <w:bottom w:val="single" w:sz="4" w:space="0" w:color="auto"/>
              <w:right w:val="single" w:sz="4" w:space="0" w:color="auto"/>
            </w:tcBorders>
            <w:shd w:val="clear" w:color="FFFFFF" w:fill="FFFFFF"/>
            <w:noWrap/>
            <w:vAlign w:val="center"/>
            <w:hideMark/>
          </w:tcPr>
          <w:p w14:paraId="707CBAE9"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JP Morgan Chase </w:t>
            </w:r>
          </w:p>
        </w:tc>
        <w:tc>
          <w:tcPr>
            <w:tcW w:w="1260" w:type="dxa"/>
            <w:tcBorders>
              <w:top w:val="nil"/>
              <w:left w:val="nil"/>
              <w:bottom w:val="single" w:sz="4" w:space="0" w:color="auto"/>
              <w:right w:val="single" w:sz="4" w:space="0" w:color="auto"/>
            </w:tcBorders>
            <w:shd w:val="clear" w:color="FFFFFF" w:fill="FFFFFF"/>
            <w:noWrap/>
            <w:vAlign w:val="center"/>
            <w:hideMark/>
          </w:tcPr>
          <w:p w14:paraId="7C1B7CC5"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5.25 LPA</w:t>
            </w:r>
          </w:p>
        </w:tc>
        <w:tc>
          <w:tcPr>
            <w:tcW w:w="1080" w:type="dxa"/>
            <w:tcBorders>
              <w:top w:val="nil"/>
              <w:left w:val="nil"/>
              <w:bottom w:val="single" w:sz="4" w:space="0" w:color="auto"/>
              <w:right w:val="single" w:sz="4" w:space="0" w:color="auto"/>
            </w:tcBorders>
            <w:shd w:val="clear" w:color="FFFFFF" w:fill="FFFFFF"/>
            <w:noWrap/>
            <w:vAlign w:val="center"/>
            <w:hideMark/>
          </w:tcPr>
          <w:p w14:paraId="458E82C8"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On Campus</w:t>
            </w:r>
          </w:p>
        </w:tc>
      </w:tr>
      <w:tr w:rsidR="00622606" w:rsidRPr="00622606" w14:paraId="42ABCEAD"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285E974A"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8</w:t>
            </w:r>
          </w:p>
        </w:tc>
        <w:tc>
          <w:tcPr>
            <w:tcW w:w="2360" w:type="dxa"/>
            <w:tcBorders>
              <w:top w:val="nil"/>
              <w:left w:val="nil"/>
              <w:bottom w:val="single" w:sz="4" w:space="0" w:color="auto"/>
              <w:right w:val="single" w:sz="4" w:space="0" w:color="auto"/>
            </w:tcBorders>
            <w:shd w:val="clear" w:color="F8F9FA" w:fill="F8F9FA"/>
            <w:noWrap/>
            <w:vAlign w:val="center"/>
            <w:hideMark/>
          </w:tcPr>
          <w:p w14:paraId="4FDEBDC9"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622606">
              <w:rPr>
                <w:rFonts w:ascii="Aptos Narrow" w:eastAsia="Times New Roman" w:hAnsi="Aptos Narrow" w:cs="Times New Roman"/>
                <w:color w:val="000000"/>
                <w:kern w:val="0"/>
                <w:sz w:val="20"/>
                <w:szCs w:val="20"/>
                <w:lang w:eastAsia="en-IN"/>
                <w14:ligatures w14:val="none"/>
              </w:rPr>
              <w:t>Veeragoni</w:t>
            </w:r>
            <w:proofErr w:type="spellEnd"/>
            <w:r w:rsidRPr="00622606">
              <w:rPr>
                <w:rFonts w:ascii="Aptos Narrow" w:eastAsia="Times New Roman" w:hAnsi="Aptos Narrow" w:cs="Times New Roman"/>
                <w:color w:val="000000"/>
                <w:kern w:val="0"/>
                <w:sz w:val="20"/>
                <w:szCs w:val="20"/>
                <w:lang w:eastAsia="en-IN"/>
                <w14:ligatures w14:val="none"/>
              </w:rPr>
              <w:t xml:space="preserve"> Likitha </w:t>
            </w:r>
          </w:p>
        </w:tc>
        <w:tc>
          <w:tcPr>
            <w:tcW w:w="1480" w:type="dxa"/>
            <w:tcBorders>
              <w:top w:val="nil"/>
              <w:left w:val="nil"/>
              <w:bottom w:val="single" w:sz="4" w:space="0" w:color="auto"/>
              <w:right w:val="single" w:sz="4" w:space="0" w:color="auto"/>
            </w:tcBorders>
            <w:shd w:val="clear" w:color="F8F9FA" w:fill="F8F9FA"/>
            <w:noWrap/>
            <w:vAlign w:val="center"/>
            <w:hideMark/>
          </w:tcPr>
          <w:p w14:paraId="2F23A1EF"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111722039012</w:t>
            </w:r>
          </w:p>
        </w:tc>
        <w:tc>
          <w:tcPr>
            <w:tcW w:w="2720" w:type="dxa"/>
            <w:tcBorders>
              <w:top w:val="nil"/>
              <w:left w:val="nil"/>
              <w:bottom w:val="single" w:sz="4" w:space="0" w:color="auto"/>
              <w:right w:val="single" w:sz="4" w:space="0" w:color="auto"/>
            </w:tcBorders>
            <w:shd w:val="clear" w:color="F8F9FA" w:fill="F8F9FA"/>
            <w:noWrap/>
            <w:vAlign w:val="center"/>
            <w:hideMark/>
          </w:tcPr>
          <w:p w14:paraId="05082678"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LTI MINDTREE </w:t>
            </w:r>
          </w:p>
        </w:tc>
        <w:tc>
          <w:tcPr>
            <w:tcW w:w="1260" w:type="dxa"/>
            <w:tcBorders>
              <w:top w:val="nil"/>
              <w:left w:val="nil"/>
              <w:bottom w:val="single" w:sz="4" w:space="0" w:color="auto"/>
              <w:right w:val="single" w:sz="4" w:space="0" w:color="auto"/>
            </w:tcBorders>
            <w:shd w:val="clear" w:color="F8F9FA" w:fill="F8F9FA"/>
            <w:noWrap/>
            <w:vAlign w:val="center"/>
            <w:hideMark/>
          </w:tcPr>
          <w:p w14:paraId="24B87880"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3.19LPA</w:t>
            </w:r>
          </w:p>
        </w:tc>
        <w:tc>
          <w:tcPr>
            <w:tcW w:w="1080" w:type="dxa"/>
            <w:tcBorders>
              <w:top w:val="nil"/>
              <w:left w:val="nil"/>
              <w:bottom w:val="single" w:sz="4" w:space="0" w:color="auto"/>
              <w:right w:val="single" w:sz="4" w:space="0" w:color="auto"/>
            </w:tcBorders>
            <w:shd w:val="clear" w:color="F8F9FA" w:fill="F8F9FA"/>
            <w:noWrap/>
            <w:vAlign w:val="center"/>
            <w:hideMark/>
          </w:tcPr>
          <w:p w14:paraId="53F39519"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On campus</w:t>
            </w:r>
          </w:p>
        </w:tc>
      </w:tr>
      <w:tr w:rsidR="00622606" w:rsidRPr="00622606" w14:paraId="4A5C5D77"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5424A095"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9</w:t>
            </w:r>
          </w:p>
        </w:tc>
        <w:tc>
          <w:tcPr>
            <w:tcW w:w="2360" w:type="dxa"/>
            <w:tcBorders>
              <w:top w:val="nil"/>
              <w:left w:val="nil"/>
              <w:bottom w:val="single" w:sz="4" w:space="0" w:color="auto"/>
              <w:right w:val="single" w:sz="4" w:space="0" w:color="auto"/>
            </w:tcBorders>
            <w:shd w:val="clear" w:color="FFFFFF" w:fill="FFFFFF"/>
            <w:noWrap/>
            <w:vAlign w:val="center"/>
            <w:hideMark/>
          </w:tcPr>
          <w:p w14:paraId="1C3156E3"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622606">
              <w:rPr>
                <w:rFonts w:ascii="Aptos Narrow" w:eastAsia="Times New Roman" w:hAnsi="Aptos Narrow" w:cs="Times New Roman"/>
                <w:color w:val="000000"/>
                <w:kern w:val="0"/>
                <w:sz w:val="20"/>
                <w:szCs w:val="20"/>
                <w:lang w:eastAsia="en-IN"/>
                <w14:ligatures w14:val="none"/>
              </w:rPr>
              <w:t>Yarasani</w:t>
            </w:r>
            <w:proofErr w:type="spellEnd"/>
            <w:r w:rsidRPr="00622606">
              <w:rPr>
                <w:rFonts w:ascii="Aptos Narrow" w:eastAsia="Times New Roman" w:hAnsi="Aptos Narrow" w:cs="Times New Roman"/>
                <w:color w:val="000000"/>
                <w:kern w:val="0"/>
                <w:sz w:val="20"/>
                <w:szCs w:val="20"/>
                <w:lang w:eastAsia="en-IN"/>
                <w14:ligatures w14:val="none"/>
              </w:rPr>
              <w:t xml:space="preserve"> </w:t>
            </w:r>
            <w:proofErr w:type="spellStart"/>
            <w:r w:rsidRPr="00622606">
              <w:rPr>
                <w:rFonts w:ascii="Aptos Narrow" w:eastAsia="Times New Roman" w:hAnsi="Aptos Narrow" w:cs="Times New Roman"/>
                <w:color w:val="000000"/>
                <w:kern w:val="0"/>
                <w:sz w:val="20"/>
                <w:szCs w:val="20"/>
                <w:lang w:eastAsia="en-IN"/>
                <w14:ligatures w14:val="none"/>
              </w:rPr>
              <w:t>bala</w:t>
            </w:r>
            <w:proofErr w:type="spellEnd"/>
            <w:r w:rsidRPr="00622606">
              <w:rPr>
                <w:rFonts w:ascii="Aptos Narrow" w:eastAsia="Times New Roman" w:hAnsi="Aptos Narrow" w:cs="Times New Roman"/>
                <w:color w:val="000000"/>
                <w:kern w:val="0"/>
                <w:sz w:val="20"/>
                <w:szCs w:val="20"/>
                <w:lang w:eastAsia="en-IN"/>
                <w14:ligatures w14:val="none"/>
              </w:rPr>
              <w:t xml:space="preserve"> </w:t>
            </w:r>
            <w:proofErr w:type="spellStart"/>
            <w:r w:rsidRPr="00622606">
              <w:rPr>
                <w:rFonts w:ascii="Aptos Narrow" w:eastAsia="Times New Roman" w:hAnsi="Aptos Narrow" w:cs="Times New Roman"/>
                <w:color w:val="000000"/>
                <w:kern w:val="0"/>
                <w:sz w:val="20"/>
                <w:szCs w:val="20"/>
                <w:lang w:eastAsia="en-IN"/>
                <w14:ligatures w14:val="none"/>
              </w:rPr>
              <w:t>vaishnavi</w:t>
            </w:r>
            <w:proofErr w:type="spellEnd"/>
            <w:r w:rsidRPr="00622606">
              <w:rPr>
                <w:rFonts w:ascii="Aptos Narrow" w:eastAsia="Times New Roman" w:hAnsi="Aptos Narrow" w:cs="Times New Roman"/>
                <w:color w:val="000000"/>
                <w:kern w:val="0"/>
                <w:sz w:val="20"/>
                <w:szCs w:val="20"/>
                <w:lang w:eastAsia="en-IN"/>
                <w14:ligatures w14:val="none"/>
              </w:rPr>
              <w:t xml:space="preserve"> </w:t>
            </w:r>
          </w:p>
        </w:tc>
        <w:tc>
          <w:tcPr>
            <w:tcW w:w="1480" w:type="dxa"/>
            <w:tcBorders>
              <w:top w:val="nil"/>
              <w:left w:val="nil"/>
              <w:bottom w:val="single" w:sz="4" w:space="0" w:color="auto"/>
              <w:right w:val="single" w:sz="4" w:space="0" w:color="auto"/>
            </w:tcBorders>
            <w:shd w:val="clear" w:color="FFFFFF" w:fill="FFFFFF"/>
            <w:noWrap/>
            <w:vAlign w:val="center"/>
            <w:hideMark/>
          </w:tcPr>
          <w:p w14:paraId="2BDF0561"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111722039014</w:t>
            </w:r>
          </w:p>
        </w:tc>
        <w:tc>
          <w:tcPr>
            <w:tcW w:w="2720" w:type="dxa"/>
            <w:tcBorders>
              <w:top w:val="nil"/>
              <w:left w:val="nil"/>
              <w:bottom w:val="single" w:sz="4" w:space="0" w:color="auto"/>
              <w:right w:val="single" w:sz="4" w:space="0" w:color="auto"/>
            </w:tcBorders>
            <w:shd w:val="clear" w:color="FFFFFF" w:fill="FFFFFF"/>
            <w:noWrap/>
            <w:vAlign w:val="center"/>
            <w:hideMark/>
          </w:tcPr>
          <w:p w14:paraId="25DE1595"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DELOTTIE </w:t>
            </w:r>
          </w:p>
        </w:tc>
        <w:tc>
          <w:tcPr>
            <w:tcW w:w="1260" w:type="dxa"/>
            <w:tcBorders>
              <w:top w:val="nil"/>
              <w:left w:val="nil"/>
              <w:bottom w:val="single" w:sz="4" w:space="0" w:color="auto"/>
              <w:right w:val="single" w:sz="4" w:space="0" w:color="auto"/>
            </w:tcBorders>
            <w:shd w:val="clear" w:color="FFFFFF" w:fill="FFFFFF"/>
            <w:noWrap/>
            <w:vAlign w:val="center"/>
            <w:hideMark/>
          </w:tcPr>
          <w:p w14:paraId="53EEC992"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3.25 LPA</w:t>
            </w:r>
          </w:p>
        </w:tc>
        <w:tc>
          <w:tcPr>
            <w:tcW w:w="1080" w:type="dxa"/>
            <w:tcBorders>
              <w:top w:val="nil"/>
              <w:left w:val="nil"/>
              <w:bottom w:val="single" w:sz="4" w:space="0" w:color="auto"/>
              <w:right w:val="single" w:sz="4" w:space="0" w:color="auto"/>
            </w:tcBorders>
            <w:shd w:val="clear" w:color="FFFFFF" w:fill="FFFFFF"/>
            <w:noWrap/>
            <w:vAlign w:val="center"/>
            <w:hideMark/>
          </w:tcPr>
          <w:p w14:paraId="0AB7DB15"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On</w:t>
            </w:r>
          </w:p>
        </w:tc>
      </w:tr>
      <w:tr w:rsidR="00622606" w:rsidRPr="00622606" w14:paraId="3C1181B0"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547A77D8"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10</w:t>
            </w:r>
          </w:p>
        </w:tc>
        <w:tc>
          <w:tcPr>
            <w:tcW w:w="2360" w:type="dxa"/>
            <w:tcBorders>
              <w:top w:val="nil"/>
              <w:left w:val="nil"/>
              <w:bottom w:val="single" w:sz="4" w:space="0" w:color="auto"/>
              <w:right w:val="single" w:sz="4" w:space="0" w:color="auto"/>
            </w:tcBorders>
            <w:shd w:val="clear" w:color="F8F9FA" w:fill="F8F9FA"/>
            <w:noWrap/>
            <w:vAlign w:val="center"/>
            <w:hideMark/>
          </w:tcPr>
          <w:p w14:paraId="79547C99"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B Manav</w:t>
            </w:r>
          </w:p>
        </w:tc>
        <w:tc>
          <w:tcPr>
            <w:tcW w:w="1480" w:type="dxa"/>
            <w:tcBorders>
              <w:top w:val="nil"/>
              <w:left w:val="nil"/>
              <w:bottom w:val="single" w:sz="4" w:space="0" w:color="auto"/>
              <w:right w:val="single" w:sz="4" w:space="0" w:color="auto"/>
            </w:tcBorders>
            <w:shd w:val="clear" w:color="F8F9FA" w:fill="F8F9FA"/>
            <w:noWrap/>
            <w:vAlign w:val="center"/>
            <w:hideMark/>
          </w:tcPr>
          <w:p w14:paraId="393CDF56"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111722039018</w:t>
            </w:r>
          </w:p>
        </w:tc>
        <w:tc>
          <w:tcPr>
            <w:tcW w:w="2720" w:type="dxa"/>
            <w:tcBorders>
              <w:top w:val="nil"/>
              <w:left w:val="nil"/>
              <w:bottom w:val="single" w:sz="4" w:space="0" w:color="auto"/>
              <w:right w:val="single" w:sz="4" w:space="0" w:color="auto"/>
            </w:tcBorders>
            <w:shd w:val="clear" w:color="F8F9FA" w:fill="F8F9FA"/>
            <w:noWrap/>
            <w:vAlign w:val="center"/>
            <w:hideMark/>
          </w:tcPr>
          <w:p w14:paraId="6F50B37E"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Teleperformance </w:t>
            </w:r>
          </w:p>
        </w:tc>
        <w:tc>
          <w:tcPr>
            <w:tcW w:w="1260" w:type="dxa"/>
            <w:tcBorders>
              <w:top w:val="nil"/>
              <w:left w:val="nil"/>
              <w:bottom w:val="single" w:sz="4" w:space="0" w:color="auto"/>
              <w:right w:val="single" w:sz="4" w:space="0" w:color="auto"/>
            </w:tcBorders>
            <w:shd w:val="clear" w:color="F8F9FA" w:fill="F8F9FA"/>
            <w:noWrap/>
            <w:vAlign w:val="center"/>
            <w:hideMark/>
          </w:tcPr>
          <w:p w14:paraId="0602CD08"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3.25</w:t>
            </w:r>
          </w:p>
        </w:tc>
        <w:tc>
          <w:tcPr>
            <w:tcW w:w="1080" w:type="dxa"/>
            <w:tcBorders>
              <w:top w:val="nil"/>
              <w:left w:val="nil"/>
              <w:bottom w:val="single" w:sz="4" w:space="0" w:color="auto"/>
              <w:right w:val="single" w:sz="4" w:space="0" w:color="auto"/>
            </w:tcBorders>
            <w:shd w:val="clear" w:color="F8F9FA" w:fill="F8F9FA"/>
            <w:noWrap/>
            <w:vAlign w:val="center"/>
            <w:hideMark/>
          </w:tcPr>
          <w:p w14:paraId="348060E2"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On</w:t>
            </w:r>
          </w:p>
        </w:tc>
      </w:tr>
      <w:tr w:rsidR="00622606" w:rsidRPr="00622606" w14:paraId="0E2238CC"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06A910A3"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11</w:t>
            </w:r>
          </w:p>
        </w:tc>
        <w:tc>
          <w:tcPr>
            <w:tcW w:w="2360" w:type="dxa"/>
            <w:tcBorders>
              <w:top w:val="nil"/>
              <w:left w:val="nil"/>
              <w:bottom w:val="single" w:sz="4" w:space="0" w:color="auto"/>
              <w:right w:val="single" w:sz="4" w:space="0" w:color="auto"/>
            </w:tcBorders>
            <w:shd w:val="clear" w:color="FFFFFF" w:fill="FFFFFF"/>
            <w:noWrap/>
            <w:vAlign w:val="center"/>
            <w:hideMark/>
          </w:tcPr>
          <w:p w14:paraId="1EEFEC92"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G Mehul Raj Yadav </w:t>
            </w:r>
          </w:p>
        </w:tc>
        <w:tc>
          <w:tcPr>
            <w:tcW w:w="1480" w:type="dxa"/>
            <w:tcBorders>
              <w:top w:val="nil"/>
              <w:left w:val="nil"/>
              <w:bottom w:val="single" w:sz="4" w:space="0" w:color="auto"/>
              <w:right w:val="single" w:sz="4" w:space="0" w:color="auto"/>
            </w:tcBorders>
            <w:shd w:val="clear" w:color="FFFFFF" w:fill="FFFFFF"/>
            <w:noWrap/>
            <w:vAlign w:val="center"/>
            <w:hideMark/>
          </w:tcPr>
          <w:p w14:paraId="75536F15"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111722039020</w:t>
            </w:r>
          </w:p>
        </w:tc>
        <w:tc>
          <w:tcPr>
            <w:tcW w:w="2720" w:type="dxa"/>
            <w:tcBorders>
              <w:top w:val="nil"/>
              <w:left w:val="nil"/>
              <w:bottom w:val="single" w:sz="4" w:space="0" w:color="auto"/>
              <w:right w:val="single" w:sz="4" w:space="0" w:color="auto"/>
            </w:tcBorders>
            <w:shd w:val="clear" w:color="FFFFFF" w:fill="FFFFFF"/>
            <w:noWrap/>
            <w:vAlign w:val="center"/>
            <w:hideMark/>
          </w:tcPr>
          <w:p w14:paraId="1CD974DD"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Cognizant </w:t>
            </w:r>
          </w:p>
        </w:tc>
        <w:tc>
          <w:tcPr>
            <w:tcW w:w="1260" w:type="dxa"/>
            <w:tcBorders>
              <w:top w:val="nil"/>
              <w:left w:val="nil"/>
              <w:bottom w:val="single" w:sz="4" w:space="0" w:color="auto"/>
              <w:right w:val="single" w:sz="4" w:space="0" w:color="auto"/>
            </w:tcBorders>
            <w:shd w:val="clear" w:color="FFFFFF" w:fill="FFFFFF"/>
            <w:noWrap/>
            <w:vAlign w:val="center"/>
            <w:hideMark/>
          </w:tcPr>
          <w:p w14:paraId="5D64FC0E"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2.80LPA</w:t>
            </w:r>
          </w:p>
        </w:tc>
        <w:tc>
          <w:tcPr>
            <w:tcW w:w="1080" w:type="dxa"/>
            <w:tcBorders>
              <w:top w:val="nil"/>
              <w:left w:val="nil"/>
              <w:bottom w:val="single" w:sz="4" w:space="0" w:color="auto"/>
              <w:right w:val="single" w:sz="4" w:space="0" w:color="auto"/>
            </w:tcBorders>
            <w:shd w:val="clear" w:color="FFFFFF" w:fill="FFFFFF"/>
            <w:noWrap/>
            <w:vAlign w:val="center"/>
            <w:hideMark/>
          </w:tcPr>
          <w:p w14:paraId="062680A7"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On campus </w:t>
            </w:r>
          </w:p>
        </w:tc>
      </w:tr>
      <w:tr w:rsidR="00622606" w:rsidRPr="00622606" w14:paraId="4B1634D3"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51E9B171"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12</w:t>
            </w:r>
          </w:p>
        </w:tc>
        <w:tc>
          <w:tcPr>
            <w:tcW w:w="2360" w:type="dxa"/>
            <w:tcBorders>
              <w:top w:val="nil"/>
              <w:left w:val="nil"/>
              <w:bottom w:val="single" w:sz="4" w:space="0" w:color="auto"/>
              <w:right w:val="single" w:sz="4" w:space="0" w:color="auto"/>
            </w:tcBorders>
            <w:shd w:val="clear" w:color="F8F9FA" w:fill="F8F9FA"/>
            <w:noWrap/>
            <w:vAlign w:val="center"/>
            <w:hideMark/>
          </w:tcPr>
          <w:p w14:paraId="0D4912E5"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622606">
              <w:rPr>
                <w:rFonts w:ascii="Aptos Narrow" w:eastAsia="Times New Roman" w:hAnsi="Aptos Narrow" w:cs="Times New Roman"/>
                <w:color w:val="000000"/>
                <w:kern w:val="0"/>
                <w:sz w:val="20"/>
                <w:szCs w:val="20"/>
                <w:lang w:eastAsia="en-IN"/>
                <w14:ligatures w14:val="none"/>
              </w:rPr>
              <w:t>Koppisetti</w:t>
            </w:r>
            <w:proofErr w:type="spellEnd"/>
            <w:r w:rsidRPr="00622606">
              <w:rPr>
                <w:rFonts w:ascii="Aptos Narrow" w:eastAsia="Times New Roman" w:hAnsi="Aptos Narrow" w:cs="Times New Roman"/>
                <w:color w:val="000000"/>
                <w:kern w:val="0"/>
                <w:sz w:val="20"/>
                <w:szCs w:val="20"/>
                <w:lang w:eastAsia="en-IN"/>
                <w14:ligatures w14:val="none"/>
              </w:rPr>
              <w:t xml:space="preserve"> Naveen Kumar</w:t>
            </w:r>
          </w:p>
        </w:tc>
        <w:tc>
          <w:tcPr>
            <w:tcW w:w="1480" w:type="dxa"/>
            <w:tcBorders>
              <w:top w:val="nil"/>
              <w:left w:val="nil"/>
              <w:bottom w:val="single" w:sz="4" w:space="0" w:color="auto"/>
              <w:right w:val="single" w:sz="4" w:space="0" w:color="auto"/>
            </w:tcBorders>
            <w:shd w:val="clear" w:color="F8F9FA" w:fill="F8F9FA"/>
            <w:noWrap/>
            <w:vAlign w:val="center"/>
            <w:hideMark/>
          </w:tcPr>
          <w:p w14:paraId="4766A2AC"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111722039025</w:t>
            </w:r>
          </w:p>
        </w:tc>
        <w:tc>
          <w:tcPr>
            <w:tcW w:w="2720" w:type="dxa"/>
            <w:tcBorders>
              <w:top w:val="nil"/>
              <w:left w:val="nil"/>
              <w:bottom w:val="single" w:sz="4" w:space="0" w:color="auto"/>
              <w:right w:val="single" w:sz="4" w:space="0" w:color="auto"/>
            </w:tcBorders>
            <w:shd w:val="clear" w:color="F8F9FA" w:fill="F8F9FA"/>
            <w:noWrap/>
            <w:vAlign w:val="center"/>
            <w:hideMark/>
          </w:tcPr>
          <w:p w14:paraId="477B8543"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Meta</w:t>
            </w:r>
          </w:p>
        </w:tc>
        <w:tc>
          <w:tcPr>
            <w:tcW w:w="1260" w:type="dxa"/>
            <w:tcBorders>
              <w:top w:val="nil"/>
              <w:left w:val="nil"/>
              <w:bottom w:val="single" w:sz="4" w:space="0" w:color="auto"/>
              <w:right w:val="single" w:sz="4" w:space="0" w:color="auto"/>
            </w:tcBorders>
            <w:shd w:val="clear" w:color="F8F9FA" w:fill="F8F9FA"/>
            <w:noWrap/>
            <w:vAlign w:val="center"/>
            <w:hideMark/>
          </w:tcPr>
          <w:p w14:paraId="68B440F1"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5lpa</w:t>
            </w:r>
          </w:p>
        </w:tc>
        <w:tc>
          <w:tcPr>
            <w:tcW w:w="1080" w:type="dxa"/>
            <w:tcBorders>
              <w:top w:val="nil"/>
              <w:left w:val="nil"/>
              <w:bottom w:val="single" w:sz="4" w:space="0" w:color="auto"/>
              <w:right w:val="single" w:sz="4" w:space="0" w:color="auto"/>
            </w:tcBorders>
            <w:shd w:val="clear" w:color="F8F9FA" w:fill="F8F9FA"/>
            <w:noWrap/>
            <w:vAlign w:val="center"/>
            <w:hideMark/>
          </w:tcPr>
          <w:p w14:paraId="662C4314"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Off</w:t>
            </w:r>
          </w:p>
        </w:tc>
      </w:tr>
      <w:tr w:rsidR="00622606" w:rsidRPr="00622606" w14:paraId="34F602C7"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2DF56556"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13</w:t>
            </w:r>
          </w:p>
        </w:tc>
        <w:tc>
          <w:tcPr>
            <w:tcW w:w="2360" w:type="dxa"/>
            <w:tcBorders>
              <w:top w:val="nil"/>
              <w:left w:val="nil"/>
              <w:bottom w:val="single" w:sz="4" w:space="0" w:color="auto"/>
              <w:right w:val="single" w:sz="4" w:space="0" w:color="auto"/>
            </w:tcBorders>
            <w:shd w:val="clear" w:color="FFFFFF" w:fill="FFFFFF"/>
            <w:noWrap/>
            <w:vAlign w:val="center"/>
            <w:hideMark/>
          </w:tcPr>
          <w:p w14:paraId="3A3D502F"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proofErr w:type="spellStart"/>
            <w:proofErr w:type="gramStart"/>
            <w:r w:rsidRPr="00622606">
              <w:rPr>
                <w:rFonts w:ascii="Aptos Narrow" w:eastAsia="Times New Roman" w:hAnsi="Aptos Narrow" w:cs="Times New Roman"/>
                <w:color w:val="000000"/>
                <w:kern w:val="0"/>
                <w:sz w:val="20"/>
                <w:szCs w:val="20"/>
                <w:lang w:eastAsia="en-IN"/>
                <w14:ligatures w14:val="none"/>
              </w:rPr>
              <w:t>K.Sree</w:t>
            </w:r>
            <w:proofErr w:type="spellEnd"/>
            <w:proofErr w:type="gramEnd"/>
            <w:r w:rsidRPr="00622606">
              <w:rPr>
                <w:rFonts w:ascii="Aptos Narrow" w:eastAsia="Times New Roman" w:hAnsi="Aptos Narrow" w:cs="Times New Roman"/>
                <w:color w:val="000000"/>
                <w:kern w:val="0"/>
                <w:sz w:val="20"/>
                <w:szCs w:val="20"/>
                <w:lang w:eastAsia="en-IN"/>
                <w14:ligatures w14:val="none"/>
              </w:rPr>
              <w:t xml:space="preserve"> Varun Goud </w:t>
            </w:r>
          </w:p>
        </w:tc>
        <w:tc>
          <w:tcPr>
            <w:tcW w:w="1480" w:type="dxa"/>
            <w:tcBorders>
              <w:top w:val="nil"/>
              <w:left w:val="nil"/>
              <w:bottom w:val="single" w:sz="4" w:space="0" w:color="auto"/>
              <w:right w:val="single" w:sz="4" w:space="0" w:color="auto"/>
            </w:tcBorders>
            <w:shd w:val="clear" w:color="FFFFFF" w:fill="FFFFFF"/>
            <w:noWrap/>
            <w:vAlign w:val="center"/>
            <w:hideMark/>
          </w:tcPr>
          <w:p w14:paraId="5D3A00E6"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111722039026</w:t>
            </w:r>
          </w:p>
        </w:tc>
        <w:tc>
          <w:tcPr>
            <w:tcW w:w="2720" w:type="dxa"/>
            <w:tcBorders>
              <w:top w:val="nil"/>
              <w:left w:val="nil"/>
              <w:bottom w:val="single" w:sz="4" w:space="0" w:color="auto"/>
              <w:right w:val="single" w:sz="4" w:space="0" w:color="auto"/>
            </w:tcBorders>
            <w:shd w:val="clear" w:color="FFFFFF" w:fill="FFFFFF"/>
            <w:noWrap/>
            <w:vAlign w:val="center"/>
            <w:hideMark/>
          </w:tcPr>
          <w:p w14:paraId="154171FE"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Sutherland </w:t>
            </w:r>
          </w:p>
        </w:tc>
        <w:tc>
          <w:tcPr>
            <w:tcW w:w="1260" w:type="dxa"/>
            <w:tcBorders>
              <w:top w:val="nil"/>
              <w:left w:val="nil"/>
              <w:bottom w:val="single" w:sz="4" w:space="0" w:color="auto"/>
              <w:right w:val="single" w:sz="4" w:space="0" w:color="auto"/>
            </w:tcBorders>
            <w:shd w:val="clear" w:color="FFFFFF" w:fill="FFFFFF"/>
            <w:noWrap/>
            <w:vAlign w:val="center"/>
            <w:hideMark/>
          </w:tcPr>
          <w:p w14:paraId="0ABEC91C"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2.40 - 2.70LPA</w:t>
            </w:r>
          </w:p>
        </w:tc>
        <w:tc>
          <w:tcPr>
            <w:tcW w:w="1080" w:type="dxa"/>
            <w:tcBorders>
              <w:top w:val="nil"/>
              <w:left w:val="nil"/>
              <w:bottom w:val="single" w:sz="4" w:space="0" w:color="auto"/>
              <w:right w:val="single" w:sz="4" w:space="0" w:color="auto"/>
            </w:tcBorders>
            <w:shd w:val="clear" w:color="FFFFFF" w:fill="FFFFFF"/>
            <w:noWrap/>
            <w:vAlign w:val="center"/>
            <w:hideMark/>
          </w:tcPr>
          <w:p w14:paraId="5435F49D"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On campus </w:t>
            </w:r>
          </w:p>
        </w:tc>
      </w:tr>
      <w:tr w:rsidR="00622606" w:rsidRPr="00622606" w14:paraId="68CB4FB4"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5CD55AAB"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14</w:t>
            </w:r>
          </w:p>
        </w:tc>
        <w:tc>
          <w:tcPr>
            <w:tcW w:w="2360" w:type="dxa"/>
            <w:tcBorders>
              <w:top w:val="nil"/>
              <w:left w:val="nil"/>
              <w:bottom w:val="single" w:sz="4" w:space="0" w:color="auto"/>
              <w:right w:val="single" w:sz="4" w:space="0" w:color="auto"/>
            </w:tcBorders>
            <w:shd w:val="clear" w:color="F8F9FA" w:fill="F8F9FA"/>
            <w:noWrap/>
            <w:vAlign w:val="center"/>
            <w:hideMark/>
          </w:tcPr>
          <w:p w14:paraId="00042BD1"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N Revanth Samuel </w:t>
            </w:r>
          </w:p>
        </w:tc>
        <w:tc>
          <w:tcPr>
            <w:tcW w:w="1480" w:type="dxa"/>
            <w:tcBorders>
              <w:top w:val="nil"/>
              <w:left w:val="nil"/>
              <w:bottom w:val="single" w:sz="4" w:space="0" w:color="auto"/>
              <w:right w:val="single" w:sz="4" w:space="0" w:color="auto"/>
            </w:tcBorders>
            <w:shd w:val="clear" w:color="F8F9FA" w:fill="F8F9FA"/>
            <w:noWrap/>
            <w:vAlign w:val="center"/>
            <w:hideMark/>
          </w:tcPr>
          <w:p w14:paraId="3B118E4C"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111722039030</w:t>
            </w:r>
          </w:p>
        </w:tc>
        <w:tc>
          <w:tcPr>
            <w:tcW w:w="2720" w:type="dxa"/>
            <w:tcBorders>
              <w:top w:val="nil"/>
              <w:left w:val="nil"/>
              <w:bottom w:val="single" w:sz="4" w:space="0" w:color="auto"/>
              <w:right w:val="single" w:sz="4" w:space="0" w:color="auto"/>
            </w:tcBorders>
            <w:shd w:val="clear" w:color="F8F9FA" w:fill="F8F9FA"/>
            <w:noWrap/>
            <w:vAlign w:val="center"/>
            <w:hideMark/>
          </w:tcPr>
          <w:p w14:paraId="2B8CDB3E"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Deloitte</w:t>
            </w:r>
          </w:p>
        </w:tc>
        <w:tc>
          <w:tcPr>
            <w:tcW w:w="1260" w:type="dxa"/>
            <w:tcBorders>
              <w:top w:val="nil"/>
              <w:left w:val="nil"/>
              <w:bottom w:val="single" w:sz="4" w:space="0" w:color="auto"/>
              <w:right w:val="single" w:sz="4" w:space="0" w:color="auto"/>
            </w:tcBorders>
            <w:shd w:val="clear" w:color="F8F9FA" w:fill="F8F9FA"/>
            <w:noWrap/>
            <w:vAlign w:val="center"/>
            <w:hideMark/>
          </w:tcPr>
          <w:p w14:paraId="55C3B4DC"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3.25</w:t>
            </w:r>
          </w:p>
        </w:tc>
        <w:tc>
          <w:tcPr>
            <w:tcW w:w="1080" w:type="dxa"/>
            <w:tcBorders>
              <w:top w:val="nil"/>
              <w:left w:val="nil"/>
              <w:bottom w:val="single" w:sz="4" w:space="0" w:color="auto"/>
              <w:right w:val="single" w:sz="4" w:space="0" w:color="auto"/>
            </w:tcBorders>
            <w:shd w:val="clear" w:color="F8F9FA" w:fill="F8F9FA"/>
            <w:noWrap/>
            <w:vAlign w:val="center"/>
            <w:hideMark/>
          </w:tcPr>
          <w:p w14:paraId="4FFE45DF"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On</w:t>
            </w:r>
          </w:p>
        </w:tc>
      </w:tr>
      <w:tr w:rsidR="00622606" w:rsidRPr="00622606" w14:paraId="7E171A97"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5ABDA878"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15</w:t>
            </w:r>
          </w:p>
        </w:tc>
        <w:tc>
          <w:tcPr>
            <w:tcW w:w="2360" w:type="dxa"/>
            <w:tcBorders>
              <w:top w:val="nil"/>
              <w:left w:val="nil"/>
              <w:bottom w:val="single" w:sz="4" w:space="0" w:color="auto"/>
              <w:right w:val="single" w:sz="4" w:space="0" w:color="auto"/>
            </w:tcBorders>
            <w:shd w:val="clear" w:color="FFFFFF" w:fill="FFFFFF"/>
            <w:noWrap/>
            <w:vAlign w:val="center"/>
            <w:hideMark/>
          </w:tcPr>
          <w:p w14:paraId="38F4FC01"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622606">
              <w:rPr>
                <w:rFonts w:ascii="Aptos Narrow" w:eastAsia="Times New Roman" w:hAnsi="Aptos Narrow" w:cs="Times New Roman"/>
                <w:color w:val="000000"/>
                <w:kern w:val="0"/>
                <w:sz w:val="20"/>
                <w:szCs w:val="20"/>
                <w:lang w:eastAsia="en-IN"/>
                <w14:ligatures w14:val="none"/>
              </w:rPr>
              <w:t>Sambangi</w:t>
            </w:r>
            <w:proofErr w:type="spellEnd"/>
            <w:r w:rsidRPr="00622606">
              <w:rPr>
                <w:rFonts w:ascii="Aptos Narrow" w:eastAsia="Times New Roman" w:hAnsi="Aptos Narrow" w:cs="Times New Roman"/>
                <w:color w:val="000000"/>
                <w:kern w:val="0"/>
                <w:sz w:val="20"/>
                <w:szCs w:val="20"/>
                <w:lang w:eastAsia="en-IN"/>
                <w14:ligatures w14:val="none"/>
              </w:rPr>
              <w:t xml:space="preserve"> Rohit Sai Vardhan </w:t>
            </w:r>
          </w:p>
        </w:tc>
        <w:tc>
          <w:tcPr>
            <w:tcW w:w="1480" w:type="dxa"/>
            <w:tcBorders>
              <w:top w:val="nil"/>
              <w:left w:val="nil"/>
              <w:bottom w:val="single" w:sz="4" w:space="0" w:color="auto"/>
              <w:right w:val="single" w:sz="4" w:space="0" w:color="auto"/>
            </w:tcBorders>
            <w:shd w:val="clear" w:color="FFFFFF" w:fill="FFFFFF"/>
            <w:noWrap/>
            <w:vAlign w:val="center"/>
            <w:hideMark/>
          </w:tcPr>
          <w:p w14:paraId="2974883C"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111722039034</w:t>
            </w:r>
          </w:p>
        </w:tc>
        <w:tc>
          <w:tcPr>
            <w:tcW w:w="2720" w:type="dxa"/>
            <w:tcBorders>
              <w:top w:val="nil"/>
              <w:left w:val="nil"/>
              <w:bottom w:val="single" w:sz="4" w:space="0" w:color="auto"/>
              <w:right w:val="single" w:sz="4" w:space="0" w:color="auto"/>
            </w:tcBorders>
            <w:shd w:val="clear" w:color="FFFFFF" w:fill="FFFFFF"/>
            <w:noWrap/>
            <w:vAlign w:val="center"/>
            <w:hideMark/>
          </w:tcPr>
          <w:p w14:paraId="769B1F6A"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622606">
              <w:rPr>
                <w:rFonts w:ascii="Aptos Narrow" w:eastAsia="Times New Roman" w:hAnsi="Aptos Narrow" w:cs="Times New Roman"/>
                <w:color w:val="000000"/>
                <w:kern w:val="0"/>
                <w:sz w:val="20"/>
                <w:szCs w:val="20"/>
                <w:lang w:eastAsia="en-IN"/>
                <w14:ligatures w14:val="none"/>
              </w:rPr>
              <w:t>LTIMindtree</w:t>
            </w:r>
            <w:proofErr w:type="spellEnd"/>
          </w:p>
        </w:tc>
        <w:tc>
          <w:tcPr>
            <w:tcW w:w="1260" w:type="dxa"/>
            <w:tcBorders>
              <w:top w:val="nil"/>
              <w:left w:val="nil"/>
              <w:bottom w:val="single" w:sz="4" w:space="0" w:color="auto"/>
              <w:right w:val="single" w:sz="4" w:space="0" w:color="auto"/>
            </w:tcBorders>
            <w:shd w:val="clear" w:color="FFFFFF" w:fill="FFFFFF"/>
            <w:noWrap/>
            <w:vAlign w:val="center"/>
            <w:hideMark/>
          </w:tcPr>
          <w:p w14:paraId="3811197F"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3.2LPA</w:t>
            </w:r>
          </w:p>
        </w:tc>
        <w:tc>
          <w:tcPr>
            <w:tcW w:w="1080" w:type="dxa"/>
            <w:tcBorders>
              <w:top w:val="nil"/>
              <w:left w:val="nil"/>
              <w:bottom w:val="single" w:sz="4" w:space="0" w:color="auto"/>
              <w:right w:val="single" w:sz="4" w:space="0" w:color="auto"/>
            </w:tcBorders>
            <w:shd w:val="clear" w:color="FFFFFF" w:fill="FFFFFF"/>
            <w:noWrap/>
            <w:vAlign w:val="center"/>
            <w:hideMark/>
          </w:tcPr>
          <w:p w14:paraId="030BFDE0"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On campus</w:t>
            </w:r>
          </w:p>
        </w:tc>
      </w:tr>
      <w:tr w:rsidR="00622606" w:rsidRPr="00622606" w14:paraId="27E2D955"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5764171B"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16</w:t>
            </w:r>
          </w:p>
        </w:tc>
        <w:tc>
          <w:tcPr>
            <w:tcW w:w="2360" w:type="dxa"/>
            <w:tcBorders>
              <w:top w:val="nil"/>
              <w:left w:val="nil"/>
              <w:bottom w:val="single" w:sz="4" w:space="0" w:color="auto"/>
              <w:right w:val="single" w:sz="4" w:space="0" w:color="auto"/>
            </w:tcBorders>
            <w:shd w:val="clear" w:color="F8F9FA" w:fill="F8F9FA"/>
            <w:noWrap/>
            <w:vAlign w:val="center"/>
            <w:hideMark/>
          </w:tcPr>
          <w:p w14:paraId="35D74824"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622606">
              <w:rPr>
                <w:rFonts w:ascii="Aptos Narrow" w:eastAsia="Times New Roman" w:hAnsi="Aptos Narrow" w:cs="Times New Roman"/>
                <w:color w:val="000000"/>
                <w:kern w:val="0"/>
                <w:sz w:val="20"/>
                <w:szCs w:val="20"/>
                <w:lang w:eastAsia="en-IN"/>
                <w14:ligatures w14:val="none"/>
              </w:rPr>
              <w:t>Vattipally</w:t>
            </w:r>
            <w:proofErr w:type="spellEnd"/>
            <w:r w:rsidRPr="00622606">
              <w:rPr>
                <w:rFonts w:ascii="Aptos Narrow" w:eastAsia="Times New Roman" w:hAnsi="Aptos Narrow" w:cs="Times New Roman"/>
                <w:color w:val="000000"/>
                <w:kern w:val="0"/>
                <w:sz w:val="20"/>
                <w:szCs w:val="20"/>
                <w:lang w:eastAsia="en-IN"/>
                <w14:ligatures w14:val="none"/>
              </w:rPr>
              <w:t xml:space="preserve"> Phani Kumar Reddy </w:t>
            </w:r>
          </w:p>
        </w:tc>
        <w:tc>
          <w:tcPr>
            <w:tcW w:w="1480" w:type="dxa"/>
            <w:tcBorders>
              <w:top w:val="nil"/>
              <w:left w:val="nil"/>
              <w:bottom w:val="single" w:sz="4" w:space="0" w:color="auto"/>
              <w:right w:val="single" w:sz="4" w:space="0" w:color="auto"/>
            </w:tcBorders>
            <w:shd w:val="clear" w:color="F8F9FA" w:fill="F8F9FA"/>
            <w:noWrap/>
            <w:vAlign w:val="center"/>
            <w:hideMark/>
          </w:tcPr>
          <w:p w14:paraId="1EF7650C"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111722039036</w:t>
            </w:r>
          </w:p>
        </w:tc>
        <w:tc>
          <w:tcPr>
            <w:tcW w:w="2720" w:type="dxa"/>
            <w:tcBorders>
              <w:top w:val="nil"/>
              <w:left w:val="nil"/>
              <w:bottom w:val="single" w:sz="4" w:space="0" w:color="auto"/>
              <w:right w:val="single" w:sz="4" w:space="0" w:color="auto"/>
            </w:tcBorders>
            <w:shd w:val="clear" w:color="F8F9FA" w:fill="F8F9FA"/>
            <w:noWrap/>
            <w:vAlign w:val="center"/>
            <w:hideMark/>
          </w:tcPr>
          <w:p w14:paraId="13EC3A47"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622606">
              <w:rPr>
                <w:rFonts w:ascii="Aptos Narrow" w:eastAsia="Times New Roman" w:hAnsi="Aptos Narrow" w:cs="Times New Roman"/>
                <w:color w:val="000000"/>
                <w:kern w:val="0"/>
                <w:sz w:val="20"/>
                <w:szCs w:val="20"/>
                <w:lang w:eastAsia="en-IN"/>
                <w14:ligatures w14:val="none"/>
              </w:rPr>
              <w:t>Sagility</w:t>
            </w:r>
            <w:proofErr w:type="spellEnd"/>
            <w:r w:rsidRPr="00622606">
              <w:rPr>
                <w:rFonts w:ascii="Aptos Narrow" w:eastAsia="Times New Roman" w:hAnsi="Aptos Narrow" w:cs="Times New Roman"/>
                <w:color w:val="000000"/>
                <w:kern w:val="0"/>
                <w:sz w:val="20"/>
                <w:szCs w:val="20"/>
                <w:lang w:eastAsia="en-IN"/>
                <w14:ligatures w14:val="none"/>
              </w:rPr>
              <w:t xml:space="preserve"> </w:t>
            </w:r>
          </w:p>
        </w:tc>
        <w:tc>
          <w:tcPr>
            <w:tcW w:w="1260" w:type="dxa"/>
            <w:tcBorders>
              <w:top w:val="nil"/>
              <w:left w:val="nil"/>
              <w:bottom w:val="single" w:sz="4" w:space="0" w:color="auto"/>
              <w:right w:val="single" w:sz="4" w:space="0" w:color="auto"/>
            </w:tcBorders>
            <w:shd w:val="clear" w:color="F8F9FA" w:fill="F8F9FA"/>
            <w:noWrap/>
            <w:vAlign w:val="center"/>
            <w:hideMark/>
          </w:tcPr>
          <w:p w14:paraId="6884831E"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2</w:t>
            </w:r>
          </w:p>
        </w:tc>
        <w:tc>
          <w:tcPr>
            <w:tcW w:w="1080" w:type="dxa"/>
            <w:tcBorders>
              <w:top w:val="nil"/>
              <w:left w:val="nil"/>
              <w:bottom w:val="single" w:sz="4" w:space="0" w:color="auto"/>
              <w:right w:val="single" w:sz="4" w:space="0" w:color="auto"/>
            </w:tcBorders>
            <w:shd w:val="clear" w:color="F8F9FA" w:fill="F8F9FA"/>
            <w:noWrap/>
            <w:vAlign w:val="center"/>
            <w:hideMark/>
          </w:tcPr>
          <w:p w14:paraId="3EA7011F"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On</w:t>
            </w:r>
          </w:p>
        </w:tc>
      </w:tr>
      <w:tr w:rsidR="00622606" w:rsidRPr="00622606" w14:paraId="0439B8BC"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44B847E7"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17</w:t>
            </w:r>
          </w:p>
        </w:tc>
        <w:tc>
          <w:tcPr>
            <w:tcW w:w="2360" w:type="dxa"/>
            <w:tcBorders>
              <w:top w:val="nil"/>
              <w:left w:val="nil"/>
              <w:bottom w:val="single" w:sz="4" w:space="0" w:color="auto"/>
              <w:right w:val="single" w:sz="4" w:space="0" w:color="auto"/>
            </w:tcBorders>
            <w:shd w:val="clear" w:color="FFFFFF" w:fill="FFFFFF"/>
            <w:noWrap/>
            <w:vAlign w:val="center"/>
            <w:hideMark/>
          </w:tcPr>
          <w:p w14:paraId="6CAB4155"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PANYALA SAMEEKSHA </w:t>
            </w:r>
          </w:p>
        </w:tc>
        <w:tc>
          <w:tcPr>
            <w:tcW w:w="1480" w:type="dxa"/>
            <w:tcBorders>
              <w:top w:val="nil"/>
              <w:left w:val="nil"/>
              <w:bottom w:val="single" w:sz="4" w:space="0" w:color="auto"/>
              <w:right w:val="single" w:sz="4" w:space="0" w:color="auto"/>
            </w:tcBorders>
            <w:shd w:val="clear" w:color="FFFFFF" w:fill="FFFFFF"/>
            <w:noWrap/>
            <w:vAlign w:val="center"/>
            <w:hideMark/>
          </w:tcPr>
          <w:p w14:paraId="00F6409C"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111722039041</w:t>
            </w:r>
          </w:p>
        </w:tc>
        <w:tc>
          <w:tcPr>
            <w:tcW w:w="2720" w:type="dxa"/>
            <w:tcBorders>
              <w:top w:val="nil"/>
              <w:left w:val="nil"/>
              <w:bottom w:val="single" w:sz="4" w:space="0" w:color="auto"/>
              <w:right w:val="single" w:sz="4" w:space="0" w:color="auto"/>
            </w:tcBorders>
            <w:shd w:val="clear" w:color="FFFFFF" w:fill="FFFFFF"/>
            <w:noWrap/>
            <w:vAlign w:val="center"/>
            <w:hideMark/>
          </w:tcPr>
          <w:p w14:paraId="0219555A"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LTI Mindtree</w:t>
            </w:r>
          </w:p>
        </w:tc>
        <w:tc>
          <w:tcPr>
            <w:tcW w:w="1260" w:type="dxa"/>
            <w:tcBorders>
              <w:top w:val="nil"/>
              <w:left w:val="nil"/>
              <w:bottom w:val="single" w:sz="4" w:space="0" w:color="auto"/>
              <w:right w:val="single" w:sz="4" w:space="0" w:color="auto"/>
            </w:tcBorders>
            <w:shd w:val="clear" w:color="FFFFFF" w:fill="FFFFFF"/>
            <w:noWrap/>
            <w:vAlign w:val="center"/>
            <w:hideMark/>
          </w:tcPr>
          <w:p w14:paraId="20EC0569"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3.19</w:t>
            </w:r>
          </w:p>
        </w:tc>
        <w:tc>
          <w:tcPr>
            <w:tcW w:w="1080" w:type="dxa"/>
            <w:tcBorders>
              <w:top w:val="nil"/>
              <w:left w:val="nil"/>
              <w:bottom w:val="single" w:sz="4" w:space="0" w:color="auto"/>
              <w:right w:val="single" w:sz="4" w:space="0" w:color="auto"/>
            </w:tcBorders>
            <w:shd w:val="clear" w:color="FFFFFF" w:fill="FFFFFF"/>
            <w:noWrap/>
            <w:vAlign w:val="center"/>
            <w:hideMark/>
          </w:tcPr>
          <w:p w14:paraId="19985676"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On Campus</w:t>
            </w:r>
          </w:p>
        </w:tc>
      </w:tr>
      <w:tr w:rsidR="00622606" w:rsidRPr="00622606" w14:paraId="72E446C7" w14:textId="77777777" w:rsidTr="00622606">
        <w:trPr>
          <w:trHeight w:val="300"/>
        </w:trPr>
        <w:tc>
          <w:tcPr>
            <w:tcW w:w="960" w:type="dxa"/>
            <w:tcBorders>
              <w:top w:val="nil"/>
              <w:left w:val="single" w:sz="4" w:space="0" w:color="auto"/>
              <w:bottom w:val="single" w:sz="4" w:space="0" w:color="auto"/>
              <w:right w:val="single" w:sz="4" w:space="0" w:color="auto"/>
            </w:tcBorders>
            <w:noWrap/>
            <w:vAlign w:val="bottom"/>
            <w:hideMark/>
          </w:tcPr>
          <w:p w14:paraId="3570C78C" w14:textId="77777777" w:rsidR="00622606" w:rsidRPr="00622606" w:rsidRDefault="00622606" w:rsidP="00622606">
            <w:pPr>
              <w:spacing w:after="0" w:line="240" w:lineRule="auto"/>
              <w:jc w:val="right"/>
              <w:rPr>
                <w:rFonts w:ascii="Aptos Narrow" w:eastAsia="Times New Roman" w:hAnsi="Aptos Narrow" w:cs="Times New Roman"/>
                <w:color w:val="000000"/>
                <w:kern w:val="0"/>
                <w:lang w:eastAsia="en-IN"/>
                <w14:ligatures w14:val="none"/>
              </w:rPr>
            </w:pPr>
            <w:r w:rsidRPr="00622606">
              <w:rPr>
                <w:rFonts w:ascii="Aptos Narrow" w:eastAsia="Times New Roman" w:hAnsi="Aptos Narrow" w:cs="Times New Roman"/>
                <w:color w:val="000000"/>
                <w:kern w:val="0"/>
                <w:lang w:eastAsia="en-IN"/>
                <w14:ligatures w14:val="none"/>
              </w:rPr>
              <w:t>18</w:t>
            </w:r>
          </w:p>
        </w:tc>
        <w:tc>
          <w:tcPr>
            <w:tcW w:w="2360" w:type="dxa"/>
            <w:tcBorders>
              <w:top w:val="nil"/>
              <w:left w:val="nil"/>
              <w:bottom w:val="single" w:sz="4" w:space="0" w:color="auto"/>
              <w:right w:val="single" w:sz="4" w:space="0" w:color="auto"/>
            </w:tcBorders>
            <w:shd w:val="clear" w:color="F8F9FA" w:fill="F8F9FA"/>
            <w:noWrap/>
            <w:vAlign w:val="center"/>
            <w:hideMark/>
          </w:tcPr>
          <w:p w14:paraId="42A40D61"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S Harshitha </w:t>
            </w:r>
          </w:p>
        </w:tc>
        <w:tc>
          <w:tcPr>
            <w:tcW w:w="1480" w:type="dxa"/>
            <w:tcBorders>
              <w:top w:val="nil"/>
              <w:left w:val="nil"/>
              <w:bottom w:val="single" w:sz="4" w:space="0" w:color="auto"/>
              <w:right w:val="single" w:sz="4" w:space="0" w:color="auto"/>
            </w:tcBorders>
            <w:shd w:val="clear" w:color="F8F9FA" w:fill="F8F9FA"/>
            <w:noWrap/>
            <w:vAlign w:val="center"/>
            <w:hideMark/>
          </w:tcPr>
          <w:p w14:paraId="2AA2175C" w14:textId="77777777" w:rsidR="00622606" w:rsidRPr="00622606" w:rsidRDefault="00622606" w:rsidP="00622606">
            <w:pPr>
              <w:spacing w:after="0" w:line="240" w:lineRule="auto"/>
              <w:jc w:val="right"/>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111722039047</w:t>
            </w:r>
          </w:p>
        </w:tc>
        <w:tc>
          <w:tcPr>
            <w:tcW w:w="2720" w:type="dxa"/>
            <w:tcBorders>
              <w:top w:val="nil"/>
              <w:left w:val="nil"/>
              <w:bottom w:val="single" w:sz="4" w:space="0" w:color="auto"/>
              <w:right w:val="single" w:sz="4" w:space="0" w:color="auto"/>
            </w:tcBorders>
            <w:shd w:val="clear" w:color="F8F9FA" w:fill="F8F9FA"/>
            <w:noWrap/>
            <w:vAlign w:val="center"/>
            <w:hideMark/>
          </w:tcPr>
          <w:p w14:paraId="2766E516"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Cognizant </w:t>
            </w:r>
          </w:p>
        </w:tc>
        <w:tc>
          <w:tcPr>
            <w:tcW w:w="1260" w:type="dxa"/>
            <w:tcBorders>
              <w:top w:val="nil"/>
              <w:left w:val="nil"/>
              <w:bottom w:val="single" w:sz="4" w:space="0" w:color="auto"/>
              <w:right w:val="single" w:sz="4" w:space="0" w:color="auto"/>
            </w:tcBorders>
            <w:shd w:val="clear" w:color="F8F9FA" w:fill="F8F9FA"/>
            <w:noWrap/>
            <w:vAlign w:val="center"/>
            <w:hideMark/>
          </w:tcPr>
          <w:p w14:paraId="316F4D77"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2.8 LPA</w:t>
            </w:r>
          </w:p>
        </w:tc>
        <w:tc>
          <w:tcPr>
            <w:tcW w:w="1080" w:type="dxa"/>
            <w:tcBorders>
              <w:top w:val="nil"/>
              <w:left w:val="nil"/>
              <w:bottom w:val="single" w:sz="4" w:space="0" w:color="auto"/>
              <w:right w:val="single" w:sz="4" w:space="0" w:color="auto"/>
            </w:tcBorders>
            <w:shd w:val="clear" w:color="F8F9FA" w:fill="F8F9FA"/>
            <w:noWrap/>
            <w:vAlign w:val="center"/>
            <w:hideMark/>
          </w:tcPr>
          <w:p w14:paraId="15FBAB38" w14:textId="77777777" w:rsidR="00622606" w:rsidRPr="00622606" w:rsidRDefault="00622606" w:rsidP="00622606">
            <w:pPr>
              <w:spacing w:after="0" w:line="240" w:lineRule="auto"/>
              <w:rPr>
                <w:rFonts w:ascii="Aptos Narrow" w:eastAsia="Times New Roman" w:hAnsi="Aptos Narrow" w:cs="Times New Roman"/>
                <w:color w:val="000000"/>
                <w:kern w:val="0"/>
                <w:sz w:val="20"/>
                <w:szCs w:val="20"/>
                <w:lang w:eastAsia="en-IN"/>
                <w14:ligatures w14:val="none"/>
              </w:rPr>
            </w:pPr>
            <w:r w:rsidRPr="00622606">
              <w:rPr>
                <w:rFonts w:ascii="Aptos Narrow" w:eastAsia="Times New Roman" w:hAnsi="Aptos Narrow" w:cs="Times New Roman"/>
                <w:color w:val="000000"/>
                <w:kern w:val="0"/>
                <w:sz w:val="20"/>
                <w:szCs w:val="20"/>
                <w:lang w:eastAsia="en-IN"/>
                <w14:ligatures w14:val="none"/>
              </w:rPr>
              <w:t xml:space="preserve">On campus </w:t>
            </w:r>
          </w:p>
        </w:tc>
      </w:tr>
    </w:tbl>
    <w:p w14:paraId="6F172305" w14:textId="5891B904" w:rsidR="00D76819" w:rsidRDefault="006503B0" w:rsidP="009A5AA2">
      <w:pPr>
        <w:rPr>
          <w:b/>
          <w:bCs/>
          <w:sz w:val="28"/>
          <w:szCs w:val="28"/>
          <w:lang w:val="en-US"/>
        </w:rPr>
      </w:pPr>
      <w:r>
        <w:rPr>
          <w:b/>
          <w:bCs/>
          <w:sz w:val="28"/>
          <w:szCs w:val="28"/>
          <w:lang w:val="en-US"/>
        </w:rPr>
        <w:t xml:space="preserve"> Higher Education:</w:t>
      </w:r>
    </w:p>
    <w:tbl>
      <w:tblPr>
        <w:tblW w:w="9350" w:type="dxa"/>
        <w:tblLook w:val="04A0" w:firstRow="1" w:lastRow="0" w:firstColumn="1" w:lastColumn="0" w:noHBand="0" w:noVBand="1"/>
      </w:tblPr>
      <w:tblGrid>
        <w:gridCol w:w="2235"/>
        <w:gridCol w:w="2549"/>
        <w:gridCol w:w="2572"/>
        <w:gridCol w:w="1994"/>
      </w:tblGrid>
      <w:tr w:rsidR="00082801" w:rsidRPr="00082801" w14:paraId="3EED7001" w14:textId="77777777" w:rsidTr="00082801">
        <w:trPr>
          <w:trHeight w:val="300"/>
        </w:trPr>
        <w:tc>
          <w:tcPr>
            <w:tcW w:w="2235" w:type="dxa"/>
            <w:tcBorders>
              <w:top w:val="single" w:sz="4" w:space="0" w:color="auto"/>
              <w:left w:val="single" w:sz="4" w:space="0" w:color="auto"/>
              <w:bottom w:val="single" w:sz="4" w:space="0" w:color="auto"/>
              <w:right w:val="single" w:sz="4" w:space="0" w:color="auto"/>
            </w:tcBorders>
            <w:noWrap/>
            <w:vAlign w:val="bottom"/>
            <w:hideMark/>
          </w:tcPr>
          <w:p w14:paraId="5CFFD4F5" w14:textId="77777777" w:rsidR="00082801" w:rsidRPr="00082801" w:rsidRDefault="00082801" w:rsidP="00082801">
            <w:pPr>
              <w:spacing w:after="0" w:line="240" w:lineRule="auto"/>
              <w:rPr>
                <w:rFonts w:ascii="Aptos Narrow" w:eastAsia="Times New Roman" w:hAnsi="Aptos Narrow" w:cs="Times New Roman"/>
                <w:color w:val="000000"/>
                <w:kern w:val="0"/>
                <w:lang w:eastAsia="en-IN"/>
                <w14:ligatures w14:val="none"/>
              </w:rPr>
            </w:pPr>
            <w:r w:rsidRPr="00082801">
              <w:rPr>
                <w:rFonts w:ascii="Aptos Narrow" w:eastAsia="Times New Roman" w:hAnsi="Aptos Narrow" w:cs="Times New Roman"/>
                <w:color w:val="000000"/>
                <w:kern w:val="0"/>
                <w:lang w:eastAsia="en-IN"/>
                <w14:ligatures w14:val="none"/>
              </w:rPr>
              <w:t>student name</w:t>
            </w:r>
          </w:p>
        </w:tc>
        <w:tc>
          <w:tcPr>
            <w:tcW w:w="2549" w:type="dxa"/>
            <w:tcBorders>
              <w:top w:val="single" w:sz="4" w:space="0" w:color="auto"/>
              <w:left w:val="nil"/>
              <w:bottom w:val="single" w:sz="4" w:space="0" w:color="auto"/>
              <w:right w:val="single" w:sz="4" w:space="0" w:color="auto"/>
            </w:tcBorders>
            <w:noWrap/>
            <w:vAlign w:val="bottom"/>
            <w:hideMark/>
          </w:tcPr>
          <w:p w14:paraId="5D999F42" w14:textId="77777777" w:rsidR="00082801" w:rsidRPr="00082801" w:rsidRDefault="00082801" w:rsidP="00082801">
            <w:pPr>
              <w:spacing w:after="0" w:line="240" w:lineRule="auto"/>
              <w:rPr>
                <w:rFonts w:ascii="Aptos Narrow" w:eastAsia="Times New Roman" w:hAnsi="Aptos Narrow" w:cs="Times New Roman"/>
                <w:color w:val="000000"/>
                <w:kern w:val="0"/>
                <w:lang w:eastAsia="en-IN"/>
                <w14:ligatures w14:val="none"/>
              </w:rPr>
            </w:pPr>
            <w:proofErr w:type="spellStart"/>
            <w:r w:rsidRPr="00082801">
              <w:rPr>
                <w:rFonts w:ascii="Aptos Narrow" w:eastAsia="Times New Roman" w:hAnsi="Aptos Narrow" w:cs="Times New Roman"/>
                <w:color w:val="000000"/>
                <w:kern w:val="0"/>
                <w:lang w:eastAsia="en-IN"/>
                <w14:ligatures w14:val="none"/>
              </w:rPr>
              <w:t>uid</w:t>
            </w:r>
            <w:proofErr w:type="spellEnd"/>
          </w:p>
        </w:tc>
        <w:tc>
          <w:tcPr>
            <w:tcW w:w="2572" w:type="dxa"/>
            <w:tcBorders>
              <w:top w:val="single" w:sz="4" w:space="0" w:color="auto"/>
              <w:left w:val="nil"/>
              <w:bottom w:val="single" w:sz="4" w:space="0" w:color="auto"/>
              <w:right w:val="single" w:sz="4" w:space="0" w:color="auto"/>
            </w:tcBorders>
            <w:noWrap/>
            <w:vAlign w:val="bottom"/>
            <w:hideMark/>
          </w:tcPr>
          <w:p w14:paraId="697F8229" w14:textId="77777777" w:rsidR="00082801" w:rsidRPr="00082801" w:rsidRDefault="00082801" w:rsidP="00082801">
            <w:pPr>
              <w:spacing w:after="0" w:line="240" w:lineRule="auto"/>
              <w:rPr>
                <w:rFonts w:ascii="Aptos Narrow" w:eastAsia="Times New Roman" w:hAnsi="Aptos Narrow" w:cs="Times New Roman"/>
                <w:color w:val="000000"/>
                <w:kern w:val="0"/>
                <w:lang w:eastAsia="en-IN"/>
                <w14:ligatures w14:val="none"/>
              </w:rPr>
            </w:pPr>
            <w:r w:rsidRPr="00082801">
              <w:rPr>
                <w:rFonts w:ascii="Aptos Narrow" w:eastAsia="Times New Roman" w:hAnsi="Aptos Narrow" w:cs="Times New Roman"/>
                <w:color w:val="000000"/>
                <w:kern w:val="0"/>
                <w:lang w:eastAsia="en-IN"/>
                <w14:ligatures w14:val="none"/>
              </w:rPr>
              <w:t xml:space="preserve">college joined </w:t>
            </w:r>
          </w:p>
        </w:tc>
        <w:tc>
          <w:tcPr>
            <w:tcW w:w="1994" w:type="dxa"/>
            <w:tcBorders>
              <w:top w:val="single" w:sz="4" w:space="0" w:color="auto"/>
              <w:left w:val="nil"/>
              <w:bottom w:val="single" w:sz="4" w:space="0" w:color="auto"/>
              <w:right w:val="single" w:sz="4" w:space="0" w:color="auto"/>
            </w:tcBorders>
            <w:noWrap/>
            <w:vAlign w:val="bottom"/>
            <w:hideMark/>
          </w:tcPr>
          <w:p w14:paraId="5BB16145" w14:textId="77777777" w:rsidR="00082801" w:rsidRPr="00082801" w:rsidRDefault="00082801" w:rsidP="00082801">
            <w:pPr>
              <w:spacing w:after="0" w:line="240" w:lineRule="auto"/>
              <w:rPr>
                <w:rFonts w:ascii="Aptos Narrow" w:eastAsia="Times New Roman" w:hAnsi="Aptos Narrow" w:cs="Times New Roman"/>
                <w:color w:val="000000"/>
                <w:kern w:val="0"/>
                <w:lang w:eastAsia="en-IN"/>
                <w14:ligatures w14:val="none"/>
              </w:rPr>
            </w:pPr>
            <w:r w:rsidRPr="00082801">
              <w:rPr>
                <w:rFonts w:ascii="Aptos Narrow" w:eastAsia="Times New Roman" w:hAnsi="Aptos Narrow" w:cs="Times New Roman"/>
                <w:color w:val="000000"/>
                <w:kern w:val="0"/>
                <w:lang w:eastAsia="en-IN"/>
                <w14:ligatures w14:val="none"/>
              </w:rPr>
              <w:t>course</w:t>
            </w:r>
          </w:p>
        </w:tc>
      </w:tr>
      <w:tr w:rsidR="00082801" w:rsidRPr="00082801" w14:paraId="02C0662C" w14:textId="77777777" w:rsidTr="00082801">
        <w:trPr>
          <w:trHeight w:val="300"/>
        </w:trPr>
        <w:tc>
          <w:tcPr>
            <w:tcW w:w="2235" w:type="dxa"/>
            <w:tcBorders>
              <w:top w:val="nil"/>
              <w:left w:val="single" w:sz="4" w:space="0" w:color="auto"/>
              <w:bottom w:val="single" w:sz="4" w:space="0" w:color="auto"/>
              <w:right w:val="single" w:sz="4" w:space="0" w:color="auto"/>
            </w:tcBorders>
            <w:shd w:val="clear" w:color="FFFFFF" w:fill="FFFFFF"/>
            <w:noWrap/>
            <w:vAlign w:val="center"/>
            <w:hideMark/>
          </w:tcPr>
          <w:p w14:paraId="35EEAB55"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082801">
              <w:rPr>
                <w:rFonts w:ascii="Aptos Narrow" w:eastAsia="Times New Roman" w:hAnsi="Aptos Narrow" w:cs="Times New Roman"/>
                <w:color w:val="000000"/>
                <w:kern w:val="0"/>
                <w:sz w:val="20"/>
                <w:szCs w:val="20"/>
                <w:lang w:eastAsia="en-IN"/>
                <w14:ligatures w14:val="none"/>
              </w:rPr>
              <w:t>Mondrety</w:t>
            </w:r>
            <w:proofErr w:type="spellEnd"/>
            <w:r w:rsidRPr="00082801">
              <w:rPr>
                <w:rFonts w:ascii="Aptos Narrow" w:eastAsia="Times New Roman" w:hAnsi="Aptos Narrow" w:cs="Times New Roman"/>
                <w:color w:val="000000"/>
                <w:kern w:val="0"/>
                <w:sz w:val="20"/>
                <w:szCs w:val="20"/>
                <w:lang w:eastAsia="en-IN"/>
                <w14:ligatures w14:val="none"/>
              </w:rPr>
              <w:t xml:space="preserve"> Trailokya Vaishnavi</w:t>
            </w:r>
          </w:p>
        </w:tc>
        <w:tc>
          <w:tcPr>
            <w:tcW w:w="2549" w:type="dxa"/>
            <w:tcBorders>
              <w:top w:val="nil"/>
              <w:left w:val="nil"/>
              <w:bottom w:val="single" w:sz="4" w:space="0" w:color="auto"/>
              <w:right w:val="single" w:sz="4" w:space="0" w:color="auto"/>
            </w:tcBorders>
            <w:shd w:val="clear" w:color="FFFFFF" w:fill="FFFFFF"/>
            <w:noWrap/>
            <w:vAlign w:val="center"/>
            <w:hideMark/>
          </w:tcPr>
          <w:p w14:paraId="202FB4F9" w14:textId="77777777" w:rsidR="00082801" w:rsidRPr="00082801" w:rsidRDefault="00082801" w:rsidP="00082801">
            <w:pPr>
              <w:spacing w:after="0" w:line="240" w:lineRule="auto"/>
              <w:jc w:val="right"/>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111722039006</w:t>
            </w:r>
          </w:p>
        </w:tc>
        <w:tc>
          <w:tcPr>
            <w:tcW w:w="2572" w:type="dxa"/>
            <w:tcBorders>
              <w:top w:val="nil"/>
              <w:left w:val="nil"/>
              <w:bottom w:val="single" w:sz="4" w:space="0" w:color="auto"/>
              <w:right w:val="single" w:sz="4" w:space="0" w:color="auto"/>
            </w:tcBorders>
            <w:shd w:val="clear" w:color="FFFFFF" w:fill="FFFFFF"/>
            <w:noWrap/>
            <w:vAlign w:val="center"/>
            <w:hideMark/>
          </w:tcPr>
          <w:p w14:paraId="613E66CF"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CBIT</w:t>
            </w:r>
          </w:p>
        </w:tc>
        <w:tc>
          <w:tcPr>
            <w:tcW w:w="1994" w:type="dxa"/>
            <w:tcBorders>
              <w:top w:val="nil"/>
              <w:left w:val="nil"/>
              <w:bottom w:val="single" w:sz="4" w:space="0" w:color="auto"/>
              <w:right w:val="single" w:sz="4" w:space="0" w:color="auto"/>
            </w:tcBorders>
            <w:shd w:val="clear" w:color="FFFFFF" w:fill="FFFFFF"/>
            <w:noWrap/>
            <w:vAlign w:val="center"/>
            <w:hideMark/>
          </w:tcPr>
          <w:p w14:paraId="31FAEF70"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MCA</w:t>
            </w:r>
          </w:p>
        </w:tc>
      </w:tr>
      <w:tr w:rsidR="00082801" w:rsidRPr="00082801" w14:paraId="2D274F9A" w14:textId="77777777" w:rsidTr="00082801">
        <w:trPr>
          <w:trHeight w:val="300"/>
        </w:trPr>
        <w:tc>
          <w:tcPr>
            <w:tcW w:w="2235" w:type="dxa"/>
            <w:tcBorders>
              <w:top w:val="nil"/>
              <w:left w:val="single" w:sz="4" w:space="0" w:color="auto"/>
              <w:bottom w:val="single" w:sz="4" w:space="0" w:color="auto"/>
              <w:right w:val="single" w:sz="4" w:space="0" w:color="auto"/>
            </w:tcBorders>
            <w:shd w:val="clear" w:color="F8F9FA" w:fill="F8F9FA"/>
            <w:noWrap/>
            <w:vAlign w:val="center"/>
            <w:hideMark/>
          </w:tcPr>
          <w:p w14:paraId="2A1C483A"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Navya Rajesh</w:t>
            </w:r>
          </w:p>
        </w:tc>
        <w:tc>
          <w:tcPr>
            <w:tcW w:w="2549" w:type="dxa"/>
            <w:tcBorders>
              <w:top w:val="nil"/>
              <w:left w:val="nil"/>
              <w:bottom w:val="single" w:sz="4" w:space="0" w:color="auto"/>
              <w:right w:val="single" w:sz="4" w:space="0" w:color="auto"/>
            </w:tcBorders>
            <w:shd w:val="clear" w:color="F8F9FA" w:fill="F8F9FA"/>
            <w:noWrap/>
            <w:vAlign w:val="center"/>
            <w:hideMark/>
          </w:tcPr>
          <w:p w14:paraId="1A0BB34A" w14:textId="77777777" w:rsidR="00082801" w:rsidRPr="00082801" w:rsidRDefault="00082801" w:rsidP="00082801">
            <w:pPr>
              <w:spacing w:after="0" w:line="240" w:lineRule="auto"/>
              <w:jc w:val="right"/>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111722039008</w:t>
            </w:r>
          </w:p>
        </w:tc>
        <w:tc>
          <w:tcPr>
            <w:tcW w:w="2572" w:type="dxa"/>
            <w:tcBorders>
              <w:top w:val="nil"/>
              <w:left w:val="nil"/>
              <w:bottom w:val="single" w:sz="4" w:space="0" w:color="auto"/>
              <w:right w:val="single" w:sz="4" w:space="0" w:color="auto"/>
            </w:tcBorders>
            <w:shd w:val="clear" w:color="F8F9FA" w:fill="F8F9FA"/>
            <w:noWrap/>
            <w:vAlign w:val="center"/>
            <w:hideMark/>
          </w:tcPr>
          <w:p w14:paraId="4DE9DCAC"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GISMA university, Berlin Germany</w:t>
            </w:r>
          </w:p>
        </w:tc>
        <w:tc>
          <w:tcPr>
            <w:tcW w:w="1994" w:type="dxa"/>
            <w:tcBorders>
              <w:top w:val="nil"/>
              <w:left w:val="nil"/>
              <w:bottom w:val="single" w:sz="4" w:space="0" w:color="auto"/>
              <w:right w:val="single" w:sz="4" w:space="0" w:color="auto"/>
            </w:tcBorders>
            <w:shd w:val="clear" w:color="F8F9FA" w:fill="F8F9FA"/>
            <w:noWrap/>
            <w:vAlign w:val="center"/>
            <w:hideMark/>
          </w:tcPr>
          <w:p w14:paraId="1FC39491"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082801">
              <w:rPr>
                <w:rFonts w:ascii="Aptos Narrow" w:eastAsia="Times New Roman" w:hAnsi="Aptos Narrow" w:cs="Times New Roman"/>
                <w:color w:val="000000"/>
                <w:kern w:val="0"/>
                <w:sz w:val="20"/>
                <w:szCs w:val="20"/>
                <w:lang w:eastAsia="en-IN"/>
                <w14:ligatures w14:val="none"/>
              </w:rPr>
              <w:t>M.Sc</w:t>
            </w:r>
            <w:proofErr w:type="spellEnd"/>
            <w:r w:rsidRPr="00082801">
              <w:rPr>
                <w:rFonts w:ascii="Aptos Narrow" w:eastAsia="Times New Roman" w:hAnsi="Aptos Narrow" w:cs="Times New Roman"/>
                <w:color w:val="000000"/>
                <w:kern w:val="0"/>
                <w:sz w:val="20"/>
                <w:szCs w:val="20"/>
                <w:lang w:eastAsia="en-IN"/>
                <w14:ligatures w14:val="none"/>
              </w:rPr>
              <w:t xml:space="preserve"> Cybersecurity </w:t>
            </w:r>
          </w:p>
        </w:tc>
      </w:tr>
      <w:tr w:rsidR="00082801" w:rsidRPr="00082801" w14:paraId="15F8BD58" w14:textId="77777777" w:rsidTr="00082801">
        <w:trPr>
          <w:trHeight w:val="300"/>
        </w:trPr>
        <w:tc>
          <w:tcPr>
            <w:tcW w:w="2235" w:type="dxa"/>
            <w:tcBorders>
              <w:top w:val="nil"/>
              <w:left w:val="single" w:sz="4" w:space="0" w:color="auto"/>
              <w:bottom w:val="single" w:sz="4" w:space="0" w:color="auto"/>
              <w:right w:val="single" w:sz="4" w:space="0" w:color="auto"/>
            </w:tcBorders>
            <w:shd w:val="clear" w:color="FFFFFF" w:fill="FFFFFF"/>
            <w:noWrap/>
            <w:vAlign w:val="center"/>
            <w:hideMark/>
          </w:tcPr>
          <w:p w14:paraId="58258103"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 xml:space="preserve">V VARSHA </w:t>
            </w:r>
          </w:p>
        </w:tc>
        <w:tc>
          <w:tcPr>
            <w:tcW w:w="2549" w:type="dxa"/>
            <w:tcBorders>
              <w:top w:val="nil"/>
              <w:left w:val="nil"/>
              <w:bottom w:val="single" w:sz="4" w:space="0" w:color="auto"/>
              <w:right w:val="single" w:sz="4" w:space="0" w:color="auto"/>
            </w:tcBorders>
            <w:shd w:val="clear" w:color="FFFFFF" w:fill="FFFFFF"/>
            <w:noWrap/>
            <w:vAlign w:val="center"/>
            <w:hideMark/>
          </w:tcPr>
          <w:p w14:paraId="31D34787" w14:textId="77777777" w:rsidR="00082801" w:rsidRPr="00082801" w:rsidRDefault="00082801" w:rsidP="00082801">
            <w:pPr>
              <w:spacing w:after="0" w:line="240" w:lineRule="auto"/>
              <w:jc w:val="right"/>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111722039013</w:t>
            </w:r>
          </w:p>
        </w:tc>
        <w:tc>
          <w:tcPr>
            <w:tcW w:w="2572" w:type="dxa"/>
            <w:tcBorders>
              <w:top w:val="nil"/>
              <w:left w:val="nil"/>
              <w:bottom w:val="single" w:sz="4" w:space="0" w:color="auto"/>
              <w:right w:val="single" w:sz="4" w:space="0" w:color="auto"/>
            </w:tcBorders>
            <w:shd w:val="clear" w:color="FFFFFF" w:fill="FFFFFF"/>
            <w:noWrap/>
            <w:vAlign w:val="center"/>
            <w:hideMark/>
          </w:tcPr>
          <w:p w14:paraId="116BCE0D"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 xml:space="preserve">Manipal University Jaipur </w:t>
            </w:r>
          </w:p>
        </w:tc>
        <w:tc>
          <w:tcPr>
            <w:tcW w:w="1994" w:type="dxa"/>
            <w:tcBorders>
              <w:top w:val="nil"/>
              <w:left w:val="nil"/>
              <w:bottom w:val="single" w:sz="4" w:space="0" w:color="auto"/>
              <w:right w:val="single" w:sz="4" w:space="0" w:color="auto"/>
            </w:tcBorders>
            <w:shd w:val="clear" w:color="FFFFFF" w:fill="FFFFFF"/>
            <w:noWrap/>
            <w:vAlign w:val="center"/>
            <w:hideMark/>
          </w:tcPr>
          <w:p w14:paraId="6FCC918D"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082801">
              <w:rPr>
                <w:rFonts w:ascii="Aptos Narrow" w:eastAsia="Times New Roman" w:hAnsi="Aptos Narrow" w:cs="Times New Roman"/>
                <w:color w:val="000000"/>
                <w:kern w:val="0"/>
                <w:sz w:val="20"/>
                <w:szCs w:val="20"/>
                <w:lang w:eastAsia="en-IN"/>
                <w14:ligatures w14:val="none"/>
              </w:rPr>
              <w:t>Msc</w:t>
            </w:r>
            <w:proofErr w:type="spellEnd"/>
            <w:r w:rsidRPr="00082801">
              <w:rPr>
                <w:rFonts w:ascii="Aptos Narrow" w:eastAsia="Times New Roman" w:hAnsi="Aptos Narrow" w:cs="Times New Roman"/>
                <w:color w:val="000000"/>
                <w:kern w:val="0"/>
                <w:sz w:val="20"/>
                <w:szCs w:val="20"/>
                <w:lang w:eastAsia="en-IN"/>
                <w14:ligatures w14:val="none"/>
              </w:rPr>
              <w:t xml:space="preserve"> Cyber Security </w:t>
            </w:r>
          </w:p>
        </w:tc>
      </w:tr>
      <w:tr w:rsidR="00082801" w:rsidRPr="00082801" w14:paraId="7660D4E9" w14:textId="77777777" w:rsidTr="00082801">
        <w:trPr>
          <w:trHeight w:val="300"/>
        </w:trPr>
        <w:tc>
          <w:tcPr>
            <w:tcW w:w="2235" w:type="dxa"/>
            <w:tcBorders>
              <w:top w:val="nil"/>
              <w:left w:val="single" w:sz="4" w:space="0" w:color="auto"/>
              <w:bottom w:val="single" w:sz="4" w:space="0" w:color="auto"/>
              <w:right w:val="single" w:sz="4" w:space="0" w:color="auto"/>
            </w:tcBorders>
            <w:shd w:val="clear" w:color="F8F9FA" w:fill="F8F9FA"/>
            <w:noWrap/>
            <w:vAlign w:val="center"/>
            <w:hideMark/>
          </w:tcPr>
          <w:p w14:paraId="02849AD6"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Mohammed Fawwaz khan</w:t>
            </w:r>
          </w:p>
        </w:tc>
        <w:tc>
          <w:tcPr>
            <w:tcW w:w="2549" w:type="dxa"/>
            <w:tcBorders>
              <w:top w:val="nil"/>
              <w:left w:val="nil"/>
              <w:bottom w:val="single" w:sz="4" w:space="0" w:color="auto"/>
              <w:right w:val="single" w:sz="4" w:space="0" w:color="auto"/>
            </w:tcBorders>
            <w:shd w:val="clear" w:color="F8F9FA" w:fill="F8F9FA"/>
            <w:noWrap/>
            <w:vAlign w:val="center"/>
            <w:hideMark/>
          </w:tcPr>
          <w:p w14:paraId="3434AA42" w14:textId="77777777" w:rsidR="00082801" w:rsidRPr="00082801" w:rsidRDefault="00082801" w:rsidP="00082801">
            <w:pPr>
              <w:spacing w:after="0" w:line="240" w:lineRule="auto"/>
              <w:jc w:val="right"/>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111722039024</w:t>
            </w:r>
          </w:p>
        </w:tc>
        <w:tc>
          <w:tcPr>
            <w:tcW w:w="2572" w:type="dxa"/>
            <w:tcBorders>
              <w:top w:val="nil"/>
              <w:left w:val="nil"/>
              <w:bottom w:val="single" w:sz="4" w:space="0" w:color="auto"/>
              <w:right w:val="single" w:sz="4" w:space="0" w:color="auto"/>
            </w:tcBorders>
            <w:shd w:val="clear" w:color="F8F9FA" w:fill="F8F9FA"/>
            <w:noWrap/>
            <w:vAlign w:val="center"/>
            <w:hideMark/>
          </w:tcPr>
          <w:p w14:paraId="63746764"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 xml:space="preserve">Silicon business solution </w:t>
            </w:r>
            <w:proofErr w:type="spellStart"/>
            <w:r w:rsidRPr="00082801">
              <w:rPr>
                <w:rFonts w:ascii="Aptos Narrow" w:eastAsia="Times New Roman" w:hAnsi="Aptos Narrow" w:cs="Times New Roman"/>
                <w:color w:val="000000"/>
                <w:kern w:val="0"/>
                <w:sz w:val="20"/>
                <w:szCs w:val="20"/>
                <w:lang w:eastAsia="en-IN"/>
                <w14:ligatures w14:val="none"/>
              </w:rPr>
              <w:t>pvt</w:t>
            </w:r>
            <w:proofErr w:type="spellEnd"/>
            <w:r w:rsidRPr="00082801">
              <w:rPr>
                <w:rFonts w:ascii="Aptos Narrow" w:eastAsia="Times New Roman" w:hAnsi="Aptos Narrow" w:cs="Times New Roman"/>
                <w:color w:val="000000"/>
                <w:kern w:val="0"/>
                <w:sz w:val="20"/>
                <w:szCs w:val="20"/>
                <w:lang w:eastAsia="en-IN"/>
                <w14:ligatures w14:val="none"/>
              </w:rPr>
              <w:t xml:space="preserve"> ltd</w:t>
            </w:r>
          </w:p>
        </w:tc>
        <w:tc>
          <w:tcPr>
            <w:tcW w:w="1994" w:type="dxa"/>
            <w:tcBorders>
              <w:top w:val="nil"/>
              <w:left w:val="nil"/>
              <w:bottom w:val="single" w:sz="4" w:space="0" w:color="auto"/>
              <w:right w:val="single" w:sz="4" w:space="0" w:color="auto"/>
            </w:tcBorders>
            <w:shd w:val="clear" w:color="F8F9FA" w:fill="F8F9FA"/>
            <w:noWrap/>
            <w:vAlign w:val="center"/>
            <w:hideMark/>
          </w:tcPr>
          <w:p w14:paraId="03AF47C4"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Internship</w:t>
            </w:r>
          </w:p>
        </w:tc>
      </w:tr>
      <w:tr w:rsidR="00082801" w:rsidRPr="00082801" w14:paraId="4CEF1D21" w14:textId="77777777" w:rsidTr="00082801">
        <w:trPr>
          <w:trHeight w:val="300"/>
        </w:trPr>
        <w:tc>
          <w:tcPr>
            <w:tcW w:w="2235" w:type="dxa"/>
            <w:tcBorders>
              <w:top w:val="nil"/>
              <w:left w:val="single" w:sz="4" w:space="0" w:color="auto"/>
              <w:bottom w:val="single" w:sz="4" w:space="0" w:color="auto"/>
              <w:right w:val="single" w:sz="4" w:space="0" w:color="auto"/>
            </w:tcBorders>
            <w:shd w:val="clear" w:color="FFFFFF" w:fill="FFFFFF"/>
            <w:noWrap/>
            <w:vAlign w:val="center"/>
            <w:hideMark/>
          </w:tcPr>
          <w:p w14:paraId="7BD4DD03"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N. Rahul</w:t>
            </w:r>
          </w:p>
        </w:tc>
        <w:tc>
          <w:tcPr>
            <w:tcW w:w="2549" w:type="dxa"/>
            <w:tcBorders>
              <w:top w:val="nil"/>
              <w:left w:val="nil"/>
              <w:bottom w:val="single" w:sz="4" w:space="0" w:color="auto"/>
              <w:right w:val="single" w:sz="4" w:space="0" w:color="auto"/>
            </w:tcBorders>
            <w:shd w:val="clear" w:color="FFFFFF" w:fill="FFFFFF"/>
            <w:noWrap/>
            <w:vAlign w:val="center"/>
            <w:hideMark/>
          </w:tcPr>
          <w:p w14:paraId="302FAB5C" w14:textId="77777777" w:rsidR="00082801" w:rsidRPr="00082801" w:rsidRDefault="00082801" w:rsidP="00082801">
            <w:pPr>
              <w:spacing w:after="0" w:line="240" w:lineRule="auto"/>
              <w:jc w:val="right"/>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111722039029</w:t>
            </w:r>
          </w:p>
        </w:tc>
        <w:tc>
          <w:tcPr>
            <w:tcW w:w="2572" w:type="dxa"/>
            <w:tcBorders>
              <w:top w:val="nil"/>
              <w:left w:val="nil"/>
              <w:bottom w:val="single" w:sz="4" w:space="0" w:color="auto"/>
              <w:right w:val="single" w:sz="4" w:space="0" w:color="auto"/>
            </w:tcBorders>
            <w:shd w:val="clear" w:color="FFFFFF" w:fill="FFFFFF"/>
            <w:noWrap/>
            <w:vAlign w:val="center"/>
            <w:hideMark/>
          </w:tcPr>
          <w:p w14:paraId="2FCDB839"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Manipal university</w:t>
            </w:r>
          </w:p>
        </w:tc>
        <w:tc>
          <w:tcPr>
            <w:tcW w:w="1994" w:type="dxa"/>
            <w:tcBorders>
              <w:top w:val="nil"/>
              <w:left w:val="nil"/>
              <w:bottom w:val="single" w:sz="4" w:space="0" w:color="auto"/>
              <w:right w:val="single" w:sz="4" w:space="0" w:color="auto"/>
            </w:tcBorders>
            <w:shd w:val="clear" w:color="FFFFFF" w:fill="FFFFFF"/>
            <w:noWrap/>
            <w:vAlign w:val="center"/>
            <w:hideMark/>
          </w:tcPr>
          <w:p w14:paraId="02212758"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proofErr w:type="spellStart"/>
            <w:r w:rsidRPr="00082801">
              <w:rPr>
                <w:rFonts w:ascii="Aptos Narrow" w:eastAsia="Times New Roman" w:hAnsi="Aptos Narrow" w:cs="Times New Roman"/>
                <w:color w:val="000000"/>
                <w:kern w:val="0"/>
                <w:sz w:val="20"/>
                <w:szCs w:val="20"/>
                <w:lang w:eastAsia="en-IN"/>
                <w14:ligatures w14:val="none"/>
              </w:rPr>
              <w:t>Msc</w:t>
            </w:r>
            <w:proofErr w:type="spellEnd"/>
            <w:r w:rsidRPr="00082801">
              <w:rPr>
                <w:rFonts w:ascii="Aptos Narrow" w:eastAsia="Times New Roman" w:hAnsi="Aptos Narrow" w:cs="Times New Roman"/>
                <w:color w:val="000000"/>
                <w:kern w:val="0"/>
                <w:sz w:val="20"/>
                <w:szCs w:val="20"/>
                <w:lang w:eastAsia="en-IN"/>
                <w14:ligatures w14:val="none"/>
              </w:rPr>
              <w:t xml:space="preserve"> cyber security</w:t>
            </w:r>
          </w:p>
        </w:tc>
      </w:tr>
      <w:tr w:rsidR="00082801" w:rsidRPr="00082801" w14:paraId="4B937474" w14:textId="77777777" w:rsidTr="00082801">
        <w:trPr>
          <w:trHeight w:val="300"/>
        </w:trPr>
        <w:tc>
          <w:tcPr>
            <w:tcW w:w="2235" w:type="dxa"/>
            <w:tcBorders>
              <w:top w:val="nil"/>
              <w:left w:val="single" w:sz="4" w:space="0" w:color="auto"/>
              <w:bottom w:val="single" w:sz="4" w:space="0" w:color="auto"/>
              <w:right w:val="single" w:sz="4" w:space="0" w:color="auto"/>
            </w:tcBorders>
            <w:shd w:val="clear" w:color="F8F9FA" w:fill="F8F9FA"/>
            <w:noWrap/>
            <w:vAlign w:val="center"/>
            <w:hideMark/>
          </w:tcPr>
          <w:p w14:paraId="0C3D63BE"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PM Akshit</w:t>
            </w:r>
          </w:p>
        </w:tc>
        <w:tc>
          <w:tcPr>
            <w:tcW w:w="2549" w:type="dxa"/>
            <w:tcBorders>
              <w:top w:val="nil"/>
              <w:left w:val="nil"/>
              <w:bottom w:val="single" w:sz="4" w:space="0" w:color="auto"/>
              <w:right w:val="single" w:sz="4" w:space="0" w:color="auto"/>
            </w:tcBorders>
            <w:shd w:val="clear" w:color="F8F9FA" w:fill="F8F9FA"/>
            <w:noWrap/>
            <w:vAlign w:val="center"/>
            <w:hideMark/>
          </w:tcPr>
          <w:p w14:paraId="2A2837F5" w14:textId="77777777" w:rsidR="00082801" w:rsidRPr="00082801" w:rsidRDefault="00082801" w:rsidP="00082801">
            <w:pPr>
              <w:spacing w:after="0" w:line="240" w:lineRule="auto"/>
              <w:jc w:val="right"/>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111722039032</w:t>
            </w:r>
          </w:p>
        </w:tc>
        <w:tc>
          <w:tcPr>
            <w:tcW w:w="2572" w:type="dxa"/>
            <w:tcBorders>
              <w:top w:val="nil"/>
              <w:left w:val="nil"/>
              <w:bottom w:val="single" w:sz="4" w:space="0" w:color="auto"/>
              <w:right w:val="single" w:sz="4" w:space="0" w:color="auto"/>
            </w:tcBorders>
            <w:shd w:val="clear" w:color="F8F9FA" w:fill="F8F9FA"/>
            <w:noWrap/>
            <w:vAlign w:val="center"/>
            <w:hideMark/>
          </w:tcPr>
          <w:p w14:paraId="63F773DD"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 xml:space="preserve">Amity University Bengaluru </w:t>
            </w:r>
          </w:p>
        </w:tc>
        <w:tc>
          <w:tcPr>
            <w:tcW w:w="1994" w:type="dxa"/>
            <w:tcBorders>
              <w:top w:val="nil"/>
              <w:left w:val="nil"/>
              <w:bottom w:val="single" w:sz="4" w:space="0" w:color="auto"/>
              <w:right w:val="single" w:sz="4" w:space="0" w:color="auto"/>
            </w:tcBorders>
            <w:shd w:val="clear" w:color="F8F9FA" w:fill="F8F9FA"/>
            <w:noWrap/>
            <w:vAlign w:val="center"/>
            <w:hideMark/>
          </w:tcPr>
          <w:p w14:paraId="2724D887"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 xml:space="preserve">MSC Cyber Security </w:t>
            </w:r>
          </w:p>
        </w:tc>
      </w:tr>
      <w:tr w:rsidR="00082801" w:rsidRPr="00082801" w14:paraId="101490A0" w14:textId="77777777" w:rsidTr="00082801">
        <w:trPr>
          <w:trHeight w:val="300"/>
        </w:trPr>
        <w:tc>
          <w:tcPr>
            <w:tcW w:w="2235" w:type="dxa"/>
            <w:tcBorders>
              <w:top w:val="nil"/>
              <w:left w:val="single" w:sz="4" w:space="0" w:color="auto"/>
              <w:bottom w:val="single" w:sz="4" w:space="0" w:color="auto"/>
              <w:right w:val="single" w:sz="4" w:space="0" w:color="auto"/>
            </w:tcBorders>
            <w:shd w:val="clear" w:color="FFFFFF" w:fill="FFFFFF"/>
            <w:noWrap/>
            <w:vAlign w:val="center"/>
            <w:hideMark/>
          </w:tcPr>
          <w:p w14:paraId="72E775EE"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 xml:space="preserve">S Sir </w:t>
            </w:r>
            <w:proofErr w:type="spellStart"/>
            <w:r w:rsidRPr="00082801">
              <w:rPr>
                <w:rFonts w:ascii="Aptos Narrow" w:eastAsia="Times New Roman" w:hAnsi="Aptos Narrow" w:cs="Times New Roman"/>
                <w:color w:val="000000"/>
                <w:kern w:val="0"/>
                <w:sz w:val="20"/>
                <w:szCs w:val="20"/>
                <w:lang w:eastAsia="en-IN"/>
                <w14:ligatures w14:val="none"/>
              </w:rPr>
              <w:t>lakshmi</w:t>
            </w:r>
            <w:proofErr w:type="spellEnd"/>
            <w:r w:rsidRPr="00082801">
              <w:rPr>
                <w:rFonts w:ascii="Aptos Narrow" w:eastAsia="Times New Roman" w:hAnsi="Aptos Narrow" w:cs="Times New Roman"/>
                <w:color w:val="000000"/>
                <w:kern w:val="0"/>
                <w:sz w:val="20"/>
                <w:szCs w:val="20"/>
                <w:lang w:eastAsia="en-IN"/>
                <w14:ligatures w14:val="none"/>
              </w:rPr>
              <w:t xml:space="preserve"> </w:t>
            </w:r>
          </w:p>
        </w:tc>
        <w:tc>
          <w:tcPr>
            <w:tcW w:w="2549" w:type="dxa"/>
            <w:tcBorders>
              <w:top w:val="nil"/>
              <w:left w:val="nil"/>
              <w:bottom w:val="single" w:sz="4" w:space="0" w:color="auto"/>
              <w:right w:val="single" w:sz="4" w:space="0" w:color="auto"/>
            </w:tcBorders>
            <w:shd w:val="clear" w:color="FFFFFF" w:fill="FFFFFF"/>
            <w:noWrap/>
            <w:vAlign w:val="center"/>
            <w:hideMark/>
          </w:tcPr>
          <w:p w14:paraId="34A42BF7" w14:textId="77777777" w:rsidR="00082801" w:rsidRPr="00082801" w:rsidRDefault="00082801" w:rsidP="00082801">
            <w:pPr>
              <w:spacing w:after="0" w:line="240" w:lineRule="auto"/>
              <w:jc w:val="right"/>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111722039048</w:t>
            </w:r>
          </w:p>
        </w:tc>
        <w:tc>
          <w:tcPr>
            <w:tcW w:w="2572" w:type="dxa"/>
            <w:tcBorders>
              <w:top w:val="nil"/>
              <w:left w:val="nil"/>
              <w:bottom w:val="single" w:sz="4" w:space="0" w:color="auto"/>
              <w:right w:val="single" w:sz="4" w:space="0" w:color="auto"/>
            </w:tcBorders>
            <w:shd w:val="clear" w:color="FFFFFF" w:fill="FFFFFF"/>
            <w:noWrap/>
            <w:vAlign w:val="center"/>
            <w:hideMark/>
          </w:tcPr>
          <w:p w14:paraId="193769FD"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 xml:space="preserve">ICBM business school </w:t>
            </w:r>
          </w:p>
        </w:tc>
        <w:tc>
          <w:tcPr>
            <w:tcW w:w="1994" w:type="dxa"/>
            <w:tcBorders>
              <w:top w:val="nil"/>
              <w:left w:val="nil"/>
              <w:bottom w:val="single" w:sz="4" w:space="0" w:color="auto"/>
              <w:right w:val="single" w:sz="4" w:space="0" w:color="auto"/>
            </w:tcBorders>
            <w:shd w:val="clear" w:color="FFFFFF" w:fill="FFFFFF"/>
            <w:noWrap/>
            <w:vAlign w:val="center"/>
            <w:hideMark/>
          </w:tcPr>
          <w:p w14:paraId="7DE9DEC8" w14:textId="77777777" w:rsidR="00082801" w:rsidRPr="00082801" w:rsidRDefault="00082801" w:rsidP="00082801">
            <w:pPr>
              <w:spacing w:after="0" w:line="240" w:lineRule="auto"/>
              <w:rPr>
                <w:rFonts w:ascii="Aptos Narrow" w:eastAsia="Times New Roman" w:hAnsi="Aptos Narrow" w:cs="Times New Roman"/>
                <w:color w:val="000000"/>
                <w:kern w:val="0"/>
                <w:sz w:val="20"/>
                <w:szCs w:val="20"/>
                <w:lang w:eastAsia="en-IN"/>
                <w14:ligatures w14:val="none"/>
              </w:rPr>
            </w:pPr>
            <w:r w:rsidRPr="00082801">
              <w:rPr>
                <w:rFonts w:ascii="Aptos Narrow" w:eastAsia="Times New Roman" w:hAnsi="Aptos Narrow" w:cs="Times New Roman"/>
                <w:color w:val="000000"/>
                <w:kern w:val="0"/>
                <w:sz w:val="20"/>
                <w:szCs w:val="20"/>
                <w:lang w:eastAsia="en-IN"/>
                <w14:ligatures w14:val="none"/>
              </w:rPr>
              <w:t>PGDM</w:t>
            </w:r>
          </w:p>
        </w:tc>
      </w:tr>
    </w:tbl>
    <w:p w14:paraId="14655E6C" w14:textId="77777777" w:rsidR="006503B0" w:rsidRDefault="006503B0" w:rsidP="009A5AA2">
      <w:pPr>
        <w:rPr>
          <w:b/>
          <w:bCs/>
          <w:sz w:val="28"/>
          <w:szCs w:val="28"/>
          <w:lang w:val="en-US"/>
        </w:rPr>
      </w:pPr>
    </w:p>
    <w:p w14:paraId="5799D186" w14:textId="77777777" w:rsidR="00CB4667" w:rsidRDefault="00CB4667" w:rsidP="009A5AA2">
      <w:pPr>
        <w:rPr>
          <w:b/>
          <w:bCs/>
          <w:sz w:val="28"/>
          <w:szCs w:val="28"/>
          <w:lang w:val="en-US"/>
        </w:rPr>
      </w:pPr>
    </w:p>
    <w:p w14:paraId="5468DB16" w14:textId="36BE5C20" w:rsidR="009D2884" w:rsidRDefault="006503B0" w:rsidP="009A5AA2">
      <w:pPr>
        <w:rPr>
          <w:b/>
          <w:bCs/>
          <w:sz w:val="28"/>
          <w:szCs w:val="28"/>
          <w:lang w:val="en-US"/>
        </w:rPr>
      </w:pPr>
      <w:r>
        <w:rPr>
          <w:b/>
          <w:bCs/>
          <w:sz w:val="28"/>
          <w:szCs w:val="28"/>
          <w:lang w:val="en-US"/>
        </w:rPr>
        <w:lastRenderedPageBreak/>
        <w:t>7</w:t>
      </w:r>
      <w:r w:rsidR="00226B14">
        <w:rPr>
          <w:b/>
          <w:bCs/>
          <w:sz w:val="28"/>
          <w:szCs w:val="28"/>
          <w:lang w:val="en-US"/>
        </w:rPr>
        <w:t>.DSE LIST:</w:t>
      </w:r>
    </w:p>
    <w:tbl>
      <w:tblPr>
        <w:tblW w:w="6385" w:type="dxa"/>
        <w:tblLook w:val="04A0" w:firstRow="1" w:lastRow="0" w:firstColumn="1" w:lastColumn="0" w:noHBand="0" w:noVBand="1"/>
      </w:tblPr>
      <w:tblGrid>
        <w:gridCol w:w="960"/>
        <w:gridCol w:w="1565"/>
        <w:gridCol w:w="1960"/>
        <w:gridCol w:w="1900"/>
      </w:tblGrid>
      <w:tr w:rsidR="00226B14" w:rsidRPr="00226B14" w14:paraId="1D97ACDE" w14:textId="77777777" w:rsidTr="00226B14">
        <w:trPr>
          <w:trHeight w:val="300"/>
        </w:trPr>
        <w:tc>
          <w:tcPr>
            <w:tcW w:w="960" w:type="dxa"/>
            <w:tcBorders>
              <w:top w:val="single" w:sz="4" w:space="0" w:color="auto"/>
              <w:left w:val="single" w:sz="4" w:space="0" w:color="auto"/>
              <w:bottom w:val="single" w:sz="4" w:space="0" w:color="auto"/>
              <w:right w:val="single" w:sz="4" w:space="0" w:color="auto"/>
            </w:tcBorders>
            <w:noWrap/>
            <w:vAlign w:val="bottom"/>
            <w:hideMark/>
          </w:tcPr>
          <w:p w14:paraId="15A5D777" w14:textId="77777777" w:rsidR="00226B14" w:rsidRPr="00226B14" w:rsidRDefault="00226B14" w:rsidP="00226B14">
            <w:pPr>
              <w:spacing w:after="0" w:line="240" w:lineRule="auto"/>
              <w:rPr>
                <w:rFonts w:ascii="Aptos Narrow" w:eastAsia="Times New Roman" w:hAnsi="Aptos Narrow" w:cs="Times New Roman"/>
                <w:b/>
                <w:bCs/>
                <w:color w:val="000000"/>
                <w:kern w:val="0"/>
                <w:lang w:eastAsia="en-IN"/>
                <w14:ligatures w14:val="none"/>
              </w:rPr>
            </w:pPr>
            <w:proofErr w:type="spellStart"/>
            <w:proofErr w:type="gramStart"/>
            <w:r w:rsidRPr="00226B14">
              <w:rPr>
                <w:rFonts w:ascii="Aptos Narrow" w:eastAsia="Times New Roman" w:hAnsi="Aptos Narrow" w:cs="Times New Roman"/>
                <w:b/>
                <w:bCs/>
                <w:color w:val="000000"/>
                <w:kern w:val="0"/>
                <w:lang w:eastAsia="en-IN"/>
                <w14:ligatures w14:val="none"/>
              </w:rPr>
              <w:t>S.No</w:t>
            </w:r>
            <w:proofErr w:type="spellEnd"/>
            <w:proofErr w:type="gramEnd"/>
          </w:p>
        </w:tc>
        <w:tc>
          <w:tcPr>
            <w:tcW w:w="1565" w:type="dxa"/>
            <w:tcBorders>
              <w:top w:val="single" w:sz="4" w:space="0" w:color="auto"/>
              <w:left w:val="nil"/>
              <w:bottom w:val="single" w:sz="4" w:space="0" w:color="auto"/>
              <w:right w:val="single" w:sz="4" w:space="0" w:color="auto"/>
            </w:tcBorders>
            <w:noWrap/>
            <w:vAlign w:val="bottom"/>
            <w:hideMark/>
          </w:tcPr>
          <w:p w14:paraId="1647B205" w14:textId="77777777" w:rsidR="00226B14" w:rsidRPr="00226B14" w:rsidRDefault="00226B14" w:rsidP="00226B14">
            <w:pPr>
              <w:spacing w:after="0" w:line="240" w:lineRule="auto"/>
              <w:rPr>
                <w:rFonts w:ascii="Aptos Narrow" w:eastAsia="Times New Roman" w:hAnsi="Aptos Narrow" w:cs="Times New Roman"/>
                <w:b/>
                <w:bCs/>
                <w:color w:val="000000"/>
                <w:kern w:val="0"/>
                <w:lang w:eastAsia="en-IN"/>
                <w14:ligatures w14:val="none"/>
              </w:rPr>
            </w:pPr>
            <w:r w:rsidRPr="00226B14">
              <w:rPr>
                <w:rFonts w:ascii="Aptos Narrow" w:eastAsia="Times New Roman" w:hAnsi="Aptos Narrow" w:cs="Times New Roman"/>
                <w:b/>
                <w:bCs/>
                <w:color w:val="000000"/>
                <w:kern w:val="0"/>
                <w:lang w:eastAsia="en-IN"/>
                <w14:ligatures w14:val="none"/>
              </w:rPr>
              <w:t>UID</w:t>
            </w:r>
          </w:p>
        </w:tc>
        <w:tc>
          <w:tcPr>
            <w:tcW w:w="1960" w:type="dxa"/>
            <w:tcBorders>
              <w:top w:val="single" w:sz="4" w:space="0" w:color="auto"/>
              <w:left w:val="nil"/>
              <w:bottom w:val="single" w:sz="4" w:space="0" w:color="auto"/>
              <w:right w:val="single" w:sz="4" w:space="0" w:color="auto"/>
            </w:tcBorders>
            <w:noWrap/>
            <w:vAlign w:val="bottom"/>
            <w:hideMark/>
          </w:tcPr>
          <w:p w14:paraId="57852FB9" w14:textId="77777777" w:rsidR="00226B14" w:rsidRPr="00226B14" w:rsidRDefault="00226B14" w:rsidP="00226B14">
            <w:pPr>
              <w:spacing w:after="0" w:line="240" w:lineRule="auto"/>
              <w:rPr>
                <w:rFonts w:ascii="Aptos Narrow" w:eastAsia="Times New Roman" w:hAnsi="Aptos Narrow" w:cs="Times New Roman"/>
                <w:b/>
                <w:bCs/>
                <w:color w:val="000000"/>
                <w:kern w:val="0"/>
                <w:lang w:eastAsia="en-IN"/>
                <w14:ligatures w14:val="none"/>
              </w:rPr>
            </w:pPr>
            <w:r w:rsidRPr="00226B14">
              <w:rPr>
                <w:rFonts w:ascii="Aptos Narrow" w:eastAsia="Times New Roman" w:hAnsi="Aptos Narrow" w:cs="Times New Roman"/>
                <w:b/>
                <w:bCs/>
                <w:color w:val="000000"/>
                <w:kern w:val="0"/>
                <w:lang w:eastAsia="en-IN"/>
                <w14:ligatures w14:val="none"/>
              </w:rPr>
              <w:t>Name</w:t>
            </w:r>
          </w:p>
        </w:tc>
        <w:tc>
          <w:tcPr>
            <w:tcW w:w="1900" w:type="dxa"/>
            <w:tcBorders>
              <w:top w:val="single" w:sz="4" w:space="0" w:color="auto"/>
              <w:left w:val="nil"/>
              <w:bottom w:val="single" w:sz="4" w:space="0" w:color="auto"/>
              <w:right w:val="single" w:sz="4" w:space="0" w:color="auto"/>
            </w:tcBorders>
            <w:noWrap/>
            <w:vAlign w:val="bottom"/>
            <w:hideMark/>
          </w:tcPr>
          <w:p w14:paraId="2B84B81B" w14:textId="77777777" w:rsidR="00226B14" w:rsidRPr="00226B14" w:rsidRDefault="00226B14" w:rsidP="00226B14">
            <w:pPr>
              <w:spacing w:after="0" w:line="240" w:lineRule="auto"/>
              <w:rPr>
                <w:rFonts w:ascii="Aptos Narrow" w:eastAsia="Times New Roman" w:hAnsi="Aptos Narrow" w:cs="Times New Roman"/>
                <w:b/>
                <w:bCs/>
                <w:color w:val="000000"/>
                <w:kern w:val="0"/>
                <w:lang w:eastAsia="en-IN"/>
                <w14:ligatures w14:val="none"/>
              </w:rPr>
            </w:pPr>
            <w:r w:rsidRPr="00226B14">
              <w:rPr>
                <w:rFonts w:ascii="Aptos Narrow" w:eastAsia="Times New Roman" w:hAnsi="Aptos Narrow" w:cs="Times New Roman"/>
                <w:b/>
                <w:bCs/>
                <w:color w:val="000000"/>
                <w:kern w:val="0"/>
                <w:lang w:eastAsia="en-IN"/>
                <w14:ligatures w14:val="none"/>
              </w:rPr>
              <w:t>SUBJECT</w:t>
            </w:r>
          </w:p>
        </w:tc>
      </w:tr>
      <w:tr w:rsidR="00226B14" w:rsidRPr="00226B14" w14:paraId="6575E4A4"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5ECF77F2"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w:t>
            </w:r>
          </w:p>
        </w:tc>
        <w:tc>
          <w:tcPr>
            <w:tcW w:w="1565" w:type="dxa"/>
            <w:tcBorders>
              <w:top w:val="nil"/>
              <w:left w:val="nil"/>
              <w:bottom w:val="single" w:sz="4" w:space="0" w:color="auto"/>
              <w:right w:val="single" w:sz="4" w:space="0" w:color="auto"/>
            </w:tcBorders>
            <w:shd w:val="clear" w:color="000000" w:fill="FFFFFF"/>
            <w:vAlign w:val="center"/>
            <w:hideMark/>
          </w:tcPr>
          <w:p w14:paraId="58395AB3"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111723039003</w:t>
            </w:r>
          </w:p>
        </w:tc>
        <w:tc>
          <w:tcPr>
            <w:tcW w:w="1960" w:type="dxa"/>
            <w:tcBorders>
              <w:top w:val="nil"/>
              <w:left w:val="nil"/>
              <w:bottom w:val="single" w:sz="4" w:space="0" w:color="auto"/>
              <w:right w:val="single" w:sz="4" w:space="0" w:color="auto"/>
            </w:tcBorders>
            <w:shd w:val="clear" w:color="000000" w:fill="FFFFFF"/>
            <w:vAlign w:val="center"/>
            <w:hideMark/>
          </w:tcPr>
          <w:p w14:paraId="2B59726D"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Bhavya </w:t>
            </w:r>
            <w:proofErr w:type="spellStart"/>
            <w:r w:rsidRPr="00226B14">
              <w:rPr>
                <w:rFonts w:ascii="Roboto" w:eastAsia="Times New Roman" w:hAnsi="Roboto" w:cs="Times New Roman"/>
                <w:color w:val="434343"/>
                <w:kern w:val="0"/>
                <w:sz w:val="20"/>
                <w:szCs w:val="20"/>
                <w:lang w:eastAsia="en-IN"/>
                <w14:ligatures w14:val="none"/>
              </w:rPr>
              <w:t>unni</w:t>
            </w:r>
            <w:proofErr w:type="spellEnd"/>
          </w:p>
        </w:tc>
        <w:tc>
          <w:tcPr>
            <w:tcW w:w="1900" w:type="dxa"/>
            <w:tcBorders>
              <w:top w:val="nil"/>
              <w:left w:val="nil"/>
              <w:bottom w:val="single" w:sz="4" w:space="0" w:color="auto"/>
              <w:right w:val="single" w:sz="4" w:space="0" w:color="auto"/>
            </w:tcBorders>
            <w:shd w:val="clear" w:color="000000" w:fill="FFFFFF"/>
            <w:vAlign w:val="center"/>
            <w:hideMark/>
          </w:tcPr>
          <w:p w14:paraId="21877A92"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0086C48D"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76D14ADB"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w:t>
            </w:r>
          </w:p>
        </w:tc>
        <w:tc>
          <w:tcPr>
            <w:tcW w:w="1565" w:type="dxa"/>
            <w:tcBorders>
              <w:top w:val="nil"/>
              <w:left w:val="nil"/>
              <w:bottom w:val="single" w:sz="4" w:space="0" w:color="auto"/>
              <w:right w:val="single" w:sz="4" w:space="0" w:color="auto"/>
            </w:tcBorders>
            <w:shd w:val="clear" w:color="000000" w:fill="FFFFFF"/>
            <w:vAlign w:val="center"/>
            <w:hideMark/>
          </w:tcPr>
          <w:p w14:paraId="5631A73F"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111723039004</w:t>
            </w:r>
          </w:p>
        </w:tc>
        <w:tc>
          <w:tcPr>
            <w:tcW w:w="1960" w:type="dxa"/>
            <w:tcBorders>
              <w:top w:val="nil"/>
              <w:left w:val="nil"/>
              <w:bottom w:val="single" w:sz="4" w:space="0" w:color="auto"/>
              <w:right w:val="single" w:sz="4" w:space="0" w:color="auto"/>
            </w:tcBorders>
            <w:shd w:val="clear" w:color="000000" w:fill="FFFFFF"/>
            <w:vAlign w:val="center"/>
            <w:hideMark/>
          </w:tcPr>
          <w:p w14:paraId="49EA071C"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Biyyani</w:t>
            </w:r>
            <w:proofErr w:type="spellEnd"/>
            <w:r w:rsidRPr="00226B14">
              <w:rPr>
                <w:rFonts w:ascii="Roboto" w:eastAsia="Times New Roman" w:hAnsi="Roboto" w:cs="Times New Roman"/>
                <w:color w:val="434343"/>
                <w:kern w:val="0"/>
                <w:sz w:val="20"/>
                <w:szCs w:val="20"/>
                <w:lang w:eastAsia="en-IN"/>
                <w14:ligatures w14:val="none"/>
              </w:rPr>
              <w:t xml:space="preserve"> Rishikasri</w:t>
            </w:r>
          </w:p>
        </w:tc>
        <w:tc>
          <w:tcPr>
            <w:tcW w:w="1900" w:type="dxa"/>
            <w:tcBorders>
              <w:top w:val="nil"/>
              <w:left w:val="nil"/>
              <w:bottom w:val="single" w:sz="4" w:space="0" w:color="auto"/>
              <w:right w:val="single" w:sz="4" w:space="0" w:color="auto"/>
            </w:tcBorders>
            <w:shd w:val="clear" w:color="000000" w:fill="FFFFFF"/>
            <w:vAlign w:val="center"/>
            <w:hideMark/>
          </w:tcPr>
          <w:p w14:paraId="321F943D"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323FBB3F"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4D2F0746"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3</w:t>
            </w:r>
          </w:p>
        </w:tc>
        <w:tc>
          <w:tcPr>
            <w:tcW w:w="1565" w:type="dxa"/>
            <w:tcBorders>
              <w:top w:val="nil"/>
              <w:left w:val="nil"/>
              <w:bottom w:val="single" w:sz="4" w:space="0" w:color="auto"/>
              <w:right w:val="single" w:sz="4" w:space="0" w:color="auto"/>
            </w:tcBorders>
            <w:shd w:val="clear" w:color="000000" w:fill="F8F9FA"/>
            <w:vAlign w:val="center"/>
            <w:hideMark/>
          </w:tcPr>
          <w:p w14:paraId="2036EF29"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111723039006</w:t>
            </w:r>
          </w:p>
        </w:tc>
        <w:tc>
          <w:tcPr>
            <w:tcW w:w="1960" w:type="dxa"/>
            <w:tcBorders>
              <w:top w:val="nil"/>
              <w:left w:val="nil"/>
              <w:bottom w:val="single" w:sz="4" w:space="0" w:color="auto"/>
              <w:right w:val="single" w:sz="4" w:space="0" w:color="auto"/>
            </w:tcBorders>
            <w:shd w:val="clear" w:color="000000" w:fill="F8F9FA"/>
            <w:vAlign w:val="center"/>
            <w:hideMark/>
          </w:tcPr>
          <w:p w14:paraId="7681B7F5"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D. Jhansi</w:t>
            </w:r>
          </w:p>
        </w:tc>
        <w:tc>
          <w:tcPr>
            <w:tcW w:w="1900" w:type="dxa"/>
            <w:tcBorders>
              <w:top w:val="nil"/>
              <w:left w:val="nil"/>
              <w:bottom w:val="single" w:sz="4" w:space="0" w:color="auto"/>
              <w:right w:val="single" w:sz="4" w:space="0" w:color="auto"/>
            </w:tcBorders>
            <w:shd w:val="clear" w:color="000000" w:fill="F8F9FA"/>
            <w:vAlign w:val="center"/>
            <w:hideMark/>
          </w:tcPr>
          <w:p w14:paraId="697B177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500B8E2B"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51FF2E43"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4</w:t>
            </w:r>
          </w:p>
        </w:tc>
        <w:tc>
          <w:tcPr>
            <w:tcW w:w="1565" w:type="dxa"/>
            <w:tcBorders>
              <w:top w:val="nil"/>
              <w:left w:val="nil"/>
              <w:bottom w:val="single" w:sz="4" w:space="0" w:color="auto"/>
              <w:right w:val="single" w:sz="4" w:space="0" w:color="auto"/>
            </w:tcBorders>
            <w:shd w:val="clear" w:color="000000" w:fill="F8F9FA"/>
            <w:vAlign w:val="center"/>
            <w:hideMark/>
          </w:tcPr>
          <w:p w14:paraId="459E9A07"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111723039007</w:t>
            </w:r>
          </w:p>
        </w:tc>
        <w:tc>
          <w:tcPr>
            <w:tcW w:w="1960" w:type="dxa"/>
            <w:tcBorders>
              <w:top w:val="nil"/>
              <w:left w:val="nil"/>
              <w:bottom w:val="single" w:sz="4" w:space="0" w:color="auto"/>
              <w:right w:val="single" w:sz="4" w:space="0" w:color="auto"/>
            </w:tcBorders>
            <w:shd w:val="clear" w:color="000000" w:fill="F8F9FA"/>
            <w:vAlign w:val="center"/>
            <w:hideMark/>
          </w:tcPr>
          <w:p w14:paraId="7087E8A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Gidigam</w:t>
            </w:r>
            <w:proofErr w:type="spellEnd"/>
            <w:r w:rsidRPr="00226B14">
              <w:rPr>
                <w:rFonts w:ascii="Roboto" w:eastAsia="Times New Roman" w:hAnsi="Roboto" w:cs="Times New Roman"/>
                <w:color w:val="434343"/>
                <w:kern w:val="0"/>
                <w:sz w:val="20"/>
                <w:szCs w:val="20"/>
                <w:lang w:eastAsia="en-IN"/>
                <w14:ligatures w14:val="none"/>
              </w:rPr>
              <w:t xml:space="preserve"> Akshitha</w:t>
            </w:r>
          </w:p>
        </w:tc>
        <w:tc>
          <w:tcPr>
            <w:tcW w:w="1900" w:type="dxa"/>
            <w:tcBorders>
              <w:top w:val="nil"/>
              <w:left w:val="nil"/>
              <w:bottom w:val="single" w:sz="4" w:space="0" w:color="auto"/>
              <w:right w:val="single" w:sz="4" w:space="0" w:color="auto"/>
            </w:tcBorders>
            <w:shd w:val="clear" w:color="000000" w:fill="F8F9FA"/>
            <w:vAlign w:val="center"/>
            <w:hideMark/>
          </w:tcPr>
          <w:p w14:paraId="28F4BD36"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4C8B02AA"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6659E162"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5</w:t>
            </w:r>
          </w:p>
        </w:tc>
        <w:tc>
          <w:tcPr>
            <w:tcW w:w="1565" w:type="dxa"/>
            <w:tcBorders>
              <w:top w:val="nil"/>
              <w:left w:val="nil"/>
              <w:bottom w:val="single" w:sz="4" w:space="0" w:color="auto"/>
              <w:right w:val="single" w:sz="4" w:space="0" w:color="auto"/>
            </w:tcBorders>
            <w:shd w:val="clear" w:color="000000" w:fill="FFFFFF"/>
            <w:vAlign w:val="center"/>
            <w:hideMark/>
          </w:tcPr>
          <w:p w14:paraId="21285DAC"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111723039008</w:t>
            </w:r>
          </w:p>
        </w:tc>
        <w:tc>
          <w:tcPr>
            <w:tcW w:w="1960" w:type="dxa"/>
            <w:tcBorders>
              <w:top w:val="nil"/>
              <w:left w:val="nil"/>
              <w:bottom w:val="single" w:sz="4" w:space="0" w:color="auto"/>
              <w:right w:val="single" w:sz="4" w:space="0" w:color="auto"/>
            </w:tcBorders>
            <w:shd w:val="clear" w:color="000000" w:fill="FFFFFF"/>
            <w:vAlign w:val="center"/>
            <w:hideMark/>
          </w:tcPr>
          <w:p w14:paraId="249E46A2"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Kore Mounika</w:t>
            </w:r>
          </w:p>
        </w:tc>
        <w:tc>
          <w:tcPr>
            <w:tcW w:w="1900" w:type="dxa"/>
            <w:tcBorders>
              <w:top w:val="nil"/>
              <w:left w:val="nil"/>
              <w:bottom w:val="single" w:sz="4" w:space="0" w:color="auto"/>
              <w:right w:val="single" w:sz="4" w:space="0" w:color="auto"/>
            </w:tcBorders>
            <w:shd w:val="clear" w:color="000000" w:fill="FFFFFF"/>
            <w:vAlign w:val="center"/>
            <w:hideMark/>
          </w:tcPr>
          <w:p w14:paraId="670882B3"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7095AED1"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0BF21458"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6</w:t>
            </w:r>
          </w:p>
        </w:tc>
        <w:tc>
          <w:tcPr>
            <w:tcW w:w="1565" w:type="dxa"/>
            <w:tcBorders>
              <w:top w:val="nil"/>
              <w:left w:val="nil"/>
              <w:bottom w:val="single" w:sz="4" w:space="0" w:color="auto"/>
              <w:right w:val="single" w:sz="4" w:space="0" w:color="auto"/>
            </w:tcBorders>
            <w:shd w:val="clear" w:color="000000" w:fill="F8F9FA"/>
            <w:vAlign w:val="center"/>
            <w:hideMark/>
          </w:tcPr>
          <w:p w14:paraId="61032C9D"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111723039011</w:t>
            </w:r>
          </w:p>
        </w:tc>
        <w:tc>
          <w:tcPr>
            <w:tcW w:w="1960" w:type="dxa"/>
            <w:tcBorders>
              <w:top w:val="nil"/>
              <w:left w:val="nil"/>
              <w:bottom w:val="single" w:sz="4" w:space="0" w:color="auto"/>
              <w:right w:val="single" w:sz="4" w:space="0" w:color="auto"/>
            </w:tcBorders>
            <w:shd w:val="clear" w:color="000000" w:fill="F8F9FA"/>
            <w:vAlign w:val="center"/>
            <w:hideMark/>
          </w:tcPr>
          <w:p w14:paraId="51D36929"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proofErr w:type="gramStart"/>
            <w:r w:rsidRPr="00226B14">
              <w:rPr>
                <w:rFonts w:ascii="Roboto" w:eastAsia="Times New Roman" w:hAnsi="Roboto" w:cs="Times New Roman"/>
                <w:color w:val="434343"/>
                <w:kern w:val="0"/>
                <w:sz w:val="20"/>
                <w:szCs w:val="20"/>
                <w:lang w:eastAsia="en-IN"/>
                <w14:ligatures w14:val="none"/>
              </w:rPr>
              <w:t>N.manasa</w:t>
            </w:r>
            <w:proofErr w:type="spellEnd"/>
            <w:proofErr w:type="gramEnd"/>
          </w:p>
        </w:tc>
        <w:tc>
          <w:tcPr>
            <w:tcW w:w="1900" w:type="dxa"/>
            <w:tcBorders>
              <w:top w:val="nil"/>
              <w:left w:val="nil"/>
              <w:bottom w:val="single" w:sz="4" w:space="0" w:color="auto"/>
              <w:right w:val="single" w:sz="4" w:space="0" w:color="auto"/>
            </w:tcBorders>
            <w:shd w:val="clear" w:color="000000" w:fill="FFFFFF"/>
            <w:vAlign w:val="center"/>
            <w:hideMark/>
          </w:tcPr>
          <w:p w14:paraId="367639D7"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2FFAB32C"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39606D3B"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7</w:t>
            </w:r>
          </w:p>
        </w:tc>
        <w:tc>
          <w:tcPr>
            <w:tcW w:w="1565" w:type="dxa"/>
            <w:tcBorders>
              <w:top w:val="nil"/>
              <w:left w:val="nil"/>
              <w:bottom w:val="single" w:sz="4" w:space="0" w:color="auto"/>
              <w:right w:val="single" w:sz="4" w:space="0" w:color="auto"/>
            </w:tcBorders>
            <w:shd w:val="clear" w:color="000000" w:fill="FFFFFF"/>
            <w:vAlign w:val="center"/>
            <w:hideMark/>
          </w:tcPr>
          <w:p w14:paraId="434B3A17"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111723039013</w:t>
            </w:r>
          </w:p>
        </w:tc>
        <w:tc>
          <w:tcPr>
            <w:tcW w:w="1960" w:type="dxa"/>
            <w:tcBorders>
              <w:top w:val="nil"/>
              <w:left w:val="nil"/>
              <w:bottom w:val="single" w:sz="4" w:space="0" w:color="auto"/>
              <w:right w:val="single" w:sz="4" w:space="0" w:color="auto"/>
            </w:tcBorders>
            <w:shd w:val="clear" w:color="000000" w:fill="FFFFFF"/>
            <w:vAlign w:val="center"/>
            <w:hideMark/>
          </w:tcPr>
          <w:p w14:paraId="38004D09"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proofErr w:type="gramStart"/>
            <w:r w:rsidRPr="00226B14">
              <w:rPr>
                <w:rFonts w:ascii="Roboto" w:eastAsia="Times New Roman" w:hAnsi="Roboto" w:cs="Times New Roman"/>
                <w:color w:val="434343"/>
                <w:kern w:val="0"/>
                <w:sz w:val="20"/>
                <w:szCs w:val="20"/>
                <w:lang w:eastAsia="en-IN"/>
                <w14:ligatures w14:val="none"/>
              </w:rPr>
              <w:t>Sk.rubeena</w:t>
            </w:r>
            <w:proofErr w:type="spellEnd"/>
            <w:proofErr w:type="gramEnd"/>
          </w:p>
        </w:tc>
        <w:tc>
          <w:tcPr>
            <w:tcW w:w="1900" w:type="dxa"/>
            <w:tcBorders>
              <w:top w:val="nil"/>
              <w:left w:val="nil"/>
              <w:bottom w:val="single" w:sz="4" w:space="0" w:color="auto"/>
              <w:right w:val="single" w:sz="4" w:space="0" w:color="auto"/>
            </w:tcBorders>
            <w:shd w:val="clear" w:color="000000" w:fill="FFFFFF"/>
            <w:vAlign w:val="center"/>
            <w:hideMark/>
          </w:tcPr>
          <w:p w14:paraId="7E983373"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0503A61F"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3FB86425"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8</w:t>
            </w:r>
          </w:p>
        </w:tc>
        <w:tc>
          <w:tcPr>
            <w:tcW w:w="1565" w:type="dxa"/>
            <w:tcBorders>
              <w:top w:val="nil"/>
              <w:left w:val="nil"/>
              <w:bottom w:val="single" w:sz="4" w:space="0" w:color="auto"/>
              <w:right w:val="single" w:sz="4" w:space="0" w:color="auto"/>
            </w:tcBorders>
            <w:shd w:val="clear" w:color="000000" w:fill="F8F9FA"/>
            <w:vAlign w:val="center"/>
            <w:hideMark/>
          </w:tcPr>
          <w:p w14:paraId="1FE6AC05"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111723039015</w:t>
            </w:r>
          </w:p>
        </w:tc>
        <w:tc>
          <w:tcPr>
            <w:tcW w:w="1960" w:type="dxa"/>
            <w:tcBorders>
              <w:top w:val="nil"/>
              <w:left w:val="nil"/>
              <w:bottom w:val="single" w:sz="4" w:space="0" w:color="auto"/>
              <w:right w:val="single" w:sz="4" w:space="0" w:color="auto"/>
            </w:tcBorders>
            <w:shd w:val="clear" w:color="000000" w:fill="F8F9FA"/>
            <w:vAlign w:val="center"/>
            <w:hideMark/>
          </w:tcPr>
          <w:p w14:paraId="6F6207B7"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Shamine Gloria</w:t>
            </w:r>
          </w:p>
        </w:tc>
        <w:tc>
          <w:tcPr>
            <w:tcW w:w="1900" w:type="dxa"/>
            <w:tcBorders>
              <w:top w:val="nil"/>
              <w:left w:val="nil"/>
              <w:bottom w:val="single" w:sz="4" w:space="0" w:color="auto"/>
              <w:right w:val="single" w:sz="4" w:space="0" w:color="auto"/>
            </w:tcBorders>
            <w:shd w:val="clear" w:color="000000" w:fill="F8F9FA"/>
            <w:vAlign w:val="center"/>
            <w:hideMark/>
          </w:tcPr>
          <w:p w14:paraId="1ECEF7C3"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62907240"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7808A22A"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9</w:t>
            </w:r>
          </w:p>
        </w:tc>
        <w:tc>
          <w:tcPr>
            <w:tcW w:w="1565" w:type="dxa"/>
            <w:tcBorders>
              <w:top w:val="nil"/>
              <w:left w:val="nil"/>
              <w:bottom w:val="single" w:sz="4" w:space="0" w:color="auto"/>
              <w:right w:val="single" w:sz="4" w:space="0" w:color="auto"/>
            </w:tcBorders>
            <w:shd w:val="clear" w:color="000000" w:fill="F8F9FA"/>
            <w:vAlign w:val="center"/>
            <w:hideMark/>
          </w:tcPr>
          <w:p w14:paraId="7E421A38"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111723039016</w:t>
            </w:r>
          </w:p>
        </w:tc>
        <w:tc>
          <w:tcPr>
            <w:tcW w:w="1960" w:type="dxa"/>
            <w:tcBorders>
              <w:top w:val="nil"/>
              <w:left w:val="nil"/>
              <w:bottom w:val="single" w:sz="4" w:space="0" w:color="auto"/>
              <w:right w:val="single" w:sz="4" w:space="0" w:color="auto"/>
            </w:tcBorders>
            <w:shd w:val="clear" w:color="000000" w:fill="F8F9FA"/>
            <w:vAlign w:val="center"/>
            <w:hideMark/>
          </w:tcPr>
          <w:p w14:paraId="48F4C503"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Taj </w:t>
            </w:r>
            <w:proofErr w:type="spellStart"/>
            <w:r w:rsidRPr="00226B14">
              <w:rPr>
                <w:rFonts w:ascii="Roboto" w:eastAsia="Times New Roman" w:hAnsi="Roboto" w:cs="Times New Roman"/>
                <w:color w:val="434343"/>
                <w:kern w:val="0"/>
                <w:sz w:val="20"/>
                <w:szCs w:val="20"/>
                <w:lang w:eastAsia="en-IN"/>
                <w14:ligatures w14:val="none"/>
              </w:rPr>
              <w:t>fatima</w:t>
            </w:r>
            <w:proofErr w:type="spellEnd"/>
          </w:p>
        </w:tc>
        <w:tc>
          <w:tcPr>
            <w:tcW w:w="1900" w:type="dxa"/>
            <w:tcBorders>
              <w:top w:val="nil"/>
              <w:left w:val="nil"/>
              <w:bottom w:val="single" w:sz="4" w:space="0" w:color="auto"/>
              <w:right w:val="single" w:sz="4" w:space="0" w:color="auto"/>
            </w:tcBorders>
            <w:shd w:val="clear" w:color="000000" w:fill="F8F9FA"/>
            <w:vAlign w:val="center"/>
            <w:hideMark/>
          </w:tcPr>
          <w:p w14:paraId="7136E8DE"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74FBAB09"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5A7BE6C7"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10</w:t>
            </w:r>
          </w:p>
        </w:tc>
        <w:tc>
          <w:tcPr>
            <w:tcW w:w="1565" w:type="dxa"/>
            <w:tcBorders>
              <w:top w:val="nil"/>
              <w:left w:val="nil"/>
              <w:bottom w:val="single" w:sz="4" w:space="0" w:color="auto"/>
              <w:right w:val="single" w:sz="4" w:space="0" w:color="auto"/>
            </w:tcBorders>
            <w:shd w:val="clear" w:color="000000" w:fill="F8F9FA"/>
            <w:vAlign w:val="center"/>
            <w:hideMark/>
          </w:tcPr>
          <w:p w14:paraId="5E513EDA"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111723039018</w:t>
            </w:r>
          </w:p>
        </w:tc>
        <w:tc>
          <w:tcPr>
            <w:tcW w:w="1960" w:type="dxa"/>
            <w:tcBorders>
              <w:top w:val="nil"/>
              <w:left w:val="nil"/>
              <w:bottom w:val="single" w:sz="4" w:space="0" w:color="auto"/>
              <w:right w:val="single" w:sz="4" w:space="0" w:color="auto"/>
            </w:tcBorders>
            <w:shd w:val="clear" w:color="000000" w:fill="F8F9FA"/>
            <w:vAlign w:val="center"/>
            <w:hideMark/>
          </w:tcPr>
          <w:p w14:paraId="6DE513E0"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Aditya </w:t>
            </w:r>
            <w:proofErr w:type="spellStart"/>
            <w:r w:rsidRPr="00226B14">
              <w:rPr>
                <w:rFonts w:ascii="Roboto" w:eastAsia="Times New Roman" w:hAnsi="Roboto" w:cs="Times New Roman"/>
                <w:color w:val="434343"/>
                <w:kern w:val="0"/>
                <w:sz w:val="20"/>
                <w:szCs w:val="20"/>
                <w:lang w:eastAsia="en-IN"/>
                <w14:ligatures w14:val="none"/>
              </w:rPr>
              <w:t>kishore</w:t>
            </w:r>
            <w:proofErr w:type="spellEnd"/>
            <w:r w:rsidRPr="00226B14">
              <w:rPr>
                <w:rFonts w:ascii="Roboto" w:eastAsia="Times New Roman" w:hAnsi="Roboto" w:cs="Times New Roman"/>
                <w:color w:val="434343"/>
                <w:kern w:val="0"/>
                <w:sz w:val="20"/>
                <w:szCs w:val="20"/>
                <w:lang w:eastAsia="en-IN"/>
                <w14:ligatures w14:val="none"/>
              </w:rPr>
              <w:t xml:space="preserve"> </w:t>
            </w:r>
            <w:proofErr w:type="spellStart"/>
            <w:r w:rsidRPr="00226B14">
              <w:rPr>
                <w:rFonts w:ascii="Roboto" w:eastAsia="Times New Roman" w:hAnsi="Roboto" w:cs="Times New Roman"/>
                <w:color w:val="434343"/>
                <w:kern w:val="0"/>
                <w:sz w:val="20"/>
                <w:szCs w:val="20"/>
                <w:lang w:eastAsia="en-IN"/>
                <w14:ligatures w14:val="none"/>
              </w:rPr>
              <w:t>singh</w:t>
            </w:r>
            <w:proofErr w:type="spellEnd"/>
          </w:p>
        </w:tc>
        <w:tc>
          <w:tcPr>
            <w:tcW w:w="1900" w:type="dxa"/>
            <w:tcBorders>
              <w:top w:val="nil"/>
              <w:left w:val="nil"/>
              <w:bottom w:val="single" w:sz="4" w:space="0" w:color="auto"/>
              <w:right w:val="single" w:sz="4" w:space="0" w:color="auto"/>
            </w:tcBorders>
            <w:shd w:val="clear" w:color="000000" w:fill="F8F9FA"/>
            <w:vAlign w:val="center"/>
            <w:hideMark/>
          </w:tcPr>
          <w:p w14:paraId="08385AAF"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0FBA9B85"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75DD72B3"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11</w:t>
            </w:r>
          </w:p>
        </w:tc>
        <w:tc>
          <w:tcPr>
            <w:tcW w:w="1565" w:type="dxa"/>
            <w:tcBorders>
              <w:top w:val="nil"/>
              <w:left w:val="nil"/>
              <w:bottom w:val="single" w:sz="4" w:space="0" w:color="auto"/>
              <w:right w:val="single" w:sz="4" w:space="0" w:color="auto"/>
            </w:tcBorders>
            <w:shd w:val="clear" w:color="000000" w:fill="F8F9FA"/>
            <w:vAlign w:val="center"/>
            <w:hideMark/>
          </w:tcPr>
          <w:p w14:paraId="4B8635BD"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111723039019</w:t>
            </w:r>
          </w:p>
        </w:tc>
        <w:tc>
          <w:tcPr>
            <w:tcW w:w="1960" w:type="dxa"/>
            <w:tcBorders>
              <w:top w:val="nil"/>
              <w:left w:val="nil"/>
              <w:bottom w:val="single" w:sz="4" w:space="0" w:color="auto"/>
              <w:right w:val="single" w:sz="4" w:space="0" w:color="auto"/>
            </w:tcBorders>
            <w:shd w:val="clear" w:color="000000" w:fill="F8F9FA"/>
            <w:vAlign w:val="center"/>
            <w:hideMark/>
          </w:tcPr>
          <w:p w14:paraId="76C85F1C"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Aryan Gupta</w:t>
            </w:r>
          </w:p>
        </w:tc>
        <w:tc>
          <w:tcPr>
            <w:tcW w:w="1900" w:type="dxa"/>
            <w:tcBorders>
              <w:top w:val="nil"/>
              <w:left w:val="nil"/>
              <w:bottom w:val="single" w:sz="4" w:space="0" w:color="auto"/>
              <w:right w:val="single" w:sz="4" w:space="0" w:color="auto"/>
            </w:tcBorders>
            <w:shd w:val="clear" w:color="000000" w:fill="F8F9FA"/>
            <w:vAlign w:val="center"/>
            <w:hideMark/>
          </w:tcPr>
          <w:p w14:paraId="7FF5B200"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7DD754D9"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04ECF7FD"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12</w:t>
            </w:r>
          </w:p>
        </w:tc>
        <w:tc>
          <w:tcPr>
            <w:tcW w:w="1565" w:type="dxa"/>
            <w:tcBorders>
              <w:top w:val="nil"/>
              <w:left w:val="nil"/>
              <w:bottom w:val="single" w:sz="4" w:space="0" w:color="auto"/>
              <w:right w:val="single" w:sz="4" w:space="0" w:color="auto"/>
            </w:tcBorders>
            <w:shd w:val="clear" w:color="000000" w:fill="F8F9FA"/>
            <w:vAlign w:val="center"/>
            <w:hideMark/>
          </w:tcPr>
          <w:p w14:paraId="11F26101"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111723039020</w:t>
            </w:r>
          </w:p>
        </w:tc>
        <w:tc>
          <w:tcPr>
            <w:tcW w:w="1960" w:type="dxa"/>
            <w:tcBorders>
              <w:top w:val="nil"/>
              <w:left w:val="nil"/>
              <w:bottom w:val="single" w:sz="4" w:space="0" w:color="auto"/>
              <w:right w:val="single" w:sz="4" w:space="0" w:color="auto"/>
            </w:tcBorders>
            <w:shd w:val="clear" w:color="000000" w:fill="F8F9FA"/>
            <w:vAlign w:val="center"/>
            <w:hideMark/>
          </w:tcPr>
          <w:p w14:paraId="1A8030C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BATTHULA VAMSHI</w:t>
            </w:r>
          </w:p>
        </w:tc>
        <w:tc>
          <w:tcPr>
            <w:tcW w:w="1900" w:type="dxa"/>
            <w:tcBorders>
              <w:top w:val="nil"/>
              <w:left w:val="nil"/>
              <w:bottom w:val="single" w:sz="4" w:space="0" w:color="auto"/>
              <w:right w:val="single" w:sz="4" w:space="0" w:color="auto"/>
            </w:tcBorders>
            <w:shd w:val="clear" w:color="000000" w:fill="F8F9FA"/>
            <w:vAlign w:val="center"/>
            <w:hideMark/>
          </w:tcPr>
          <w:p w14:paraId="42DB9B08"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61C6BDEA"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48DF0BF5"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13</w:t>
            </w:r>
          </w:p>
        </w:tc>
        <w:tc>
          <w:tcPr>
            <w:tcW w:w="1565" w:type="dxa"/>
            <w:tcBorders>
              <w:top w:val="nil"/>
              <w:left w:val="nil"/>
              <w:bottom w:val="single" w:sz="4" w:space="0" w:color="auto"/>
              <w:right w:val="single" w:sz="4" w:space="0" w:color="auto"/>
            </w:tcBorders>
            <w:shd w:val="clear" w:color="000000" w:fill="F8F9FA"/>
            <w:vAlign w:val="center"/>
            <w:hideMark/>
          </w:tcPr>
          <w:p w14:paraId="2FDA8B0D"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111723039024</w:t>
            </w:r>
          </w:p>
        </w:tc>
        <w:tc>
          <w:tcPr>
            <w:tcW w:w="1960" w:type="dxa"/>
            <w:tcBorders>
              <w:top w:val="nil"/>
              <w:left w:val="nil"/>
              <w:bottom w:val="single" w:sz="4" w:space="0" w:color="auto"/>
              <w:right w:val="single" w:sz="4" w:space="0" w:color="auto"/>
            </w:tcBorders>
            <w:shd w:val="clear" w:color="000000" w:fill="F8F9FA"/>
            <w:vAlign w:val="center"/>
            <w:hideMark/>
          </w:tcPr>
          <w:p w14:paraId="6E152B6A"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D.Durgaprasad</w:t>
            </w:r>
            <w:proofErr w:type="spellEnd"/>
          </w:p>
        </w:tc>
        <w:tc>
          <w:tcPr>
            <w:tcW w:w="1900" w:type="dxa"/>
            <w:tcBorders>
              <w:top w:val="nil"/>
              <w:left w:val="nil"/>
              <w:bottom w:val="single" w:sz="4" w:space="0" w:color="auto"/>
              <w:right w:val="single" w:sz="4" w:space="0" w:color="auto"/>
            </w:tcBorders>
            <w:shd w:val="clear" w:color="000000" w:fill="F8F9FA"/>
            <w:vAlign w:val="center"/>
            <w:hideMark/>
          </w:tcPr>
          <w:p w14:paraId="3D2F7C77"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4B224B1D"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2070AE4C"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14</w:t>
            </w:r>
          </w:p>
        </w:tc>
        <w:tc>
          <w:tcPr>
            <w:tcW w:w="1565" w:type="dxa"/>
            <w:tcBorders>
              <w:top w:val="nil"/>
              <w:left w:val="nil"/>
              <w:bottom w:val="single" w:sz="4" w:space="0" w:color="auto"/>
              <w:right w:val="single" w:sz="4" w:space="0" w:color="auto"/>
            </w:tcBorders>
            <w:shd w:val="clear" w:color="000000" w:fill="FFFFFF"/>
            <w:vAlign w:val="center"/>
            <w:hideMark/>
          </w:tcPr>
          <w:p w14:paraId="1DDB6FDB"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111723039025</w:t>
            </w:r>
          </w:p>
        </w:tc>
        <w:tc>
          <w:tcPr>
            <w:tcW w:w="1960" w:type="dxa"/>
            <w:tcBorders>
              <w:top w:val="nil"/>
              <w:left w:val="nil"/>
              <w:bottom w:val="single" w:sz="4" w:space="0" w:color="auto"/>
              <w:right w:val="single" w:sz="4" w:space="0" w:color="auto"/>
            </w:tcBorders>
            <w:shd w:val="clear" w:color="000000" w:fill="FFFFFF"/>
            <w:vAlign w:val="center"/>
            <w:hideMark/>
          </w:tcPr>
          <w:p w14:paraId="065EDAA9"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Gabbula</w:t>
            </w:r>
            <w:proofErr w:type="spellEnd"/>
            <w:r w:rsidRPr="00226B14">
              <w:rPr>
                <w:rFonts w:ascii="Roboto" w:eastAsia="Times New Roman" w:hAnsi="Roboto" w:cs="Times New Roman"/>
                <w:color w:val="434343"/>
                <w:kern w:val="0"/>
                <w:sz w:val="20"/>
                <w:szCs w:val="20"/>
                <w:lang w:eastAsia="en-IN"/>
                <w14:ligatures w14:val="none"/>
              </w:rPr>
              <w:t xml:space="preserve"> Sai </w:t>
            </w:r>
            <w:proofErr w:type="spellStart"/>
            <w:r w:rsidRPr="00226B14">
              <w:rPr>
                <w:rFonts w:ascii="Roboto" w:eastAsia="Times New Roman" w:hAnsi="Roboto" w:cs="Times New Roman"/>
                <w:color w:val="434343"/>
                <w:kern w:val="0"/>
                <w:sz w:val="20"/>
                <w:szCs w:val="20"/>
                <w:lang w:eastAsia="en-IN"/>
                <w14:ligatures w14:val="none"/>
              </w:rPr>
              <w:t>teja</w:t>
            </w:r>
            <w:proofErr w:type="spellEnd"/>
          </w:p>
        </w:tc>
        <w:tc>
          <w:tcPr>
            <w:tcW w:w="1900" w:type="dxa"/>
            <w:tcBorders>
              <w:top w:val="nil"/>
              <w:left w:val="nil"/>
              <w:bottom w:val="single" w:sz="4" w:space="0" w:color="auto"/>
              <w:right w:val="single" w:sz="4" w:space="0" w:color="auto"/>
            </w:tcBorders>
            <w:shd w:val="clear" w:color="000000" w:fill="FFFFFF"/>
            <w:vAlign w:val="center"/>
            <w:hideMark/>
          </w:tcPr>
          <w:p w14:paraId="7FF73E69"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39942562"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7DA872DF"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15</w:t>
            </w:r>
          </w:p>
        </w:tc>
        <w:tc>
          <w:tcPr>
            <w:tcW w:w="1565" w:type="dxa"/>
            <w:tcBorders>
              <w:top w:val="nil"/>
              <w:left w:val="nil"/>
              <w:bottom w:val="single" w:sz="4" w:space="0" w:color="auto"/>
              <w:right w:val="single" w:sz="4" w:space="0" w:color="auto"/>
            </w:tcBorders>
            <w:shd w:val="clear" w:color="000000" w:fill="FFFFFF"/>
            <w:vAlign w:val="center"/>
            <w:hideMark/>
          </w:tcPr>
          <w:p w14:paraId="424BBEF6"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111723039028</w:t>
            </w:r>
          </w:p>
        </w:tc>
        <w:tc>
          <w:tcPr>
            <w:tcW w:w="1960" w:type="dxa"/>
            <w:tcBorders>
              <w:top w:val="nil"/>
              <w:left w:val="nil"/>
              <w:bottom w:val="single" w:sz="4" w:space="0" w:color="auto"/>
              <w:right w:val="single" w:sz="4" w:space="0" w:color="auto"/>
            </w:tcBorders>
            <w:shd w:val="clear" w:color="000000" w:fill="FFFFFF"/>
            <w:vAlign w:val="center"/>
            <w:hideMark/>
          </w:tcPr>
          <w:p w14:paraId="6EE9B736"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Sathish</w:t>
            </w:r>
          </w:p>
        </w:tc>
        <w:tc>
          <w:tcPr>
            <w:tcW w:w="1900" w:type="dxa"/>
            <w:tcBorders>
              <w:top w:val="nil"/>
              <w:left w:val="nil"/>
              <w:bottom w:val="single" w:sz="4" w:space="0" w:color="auto"/>
              <w:right w:val="single" w:sz="4" w:space="0" w:color="auto"/>
            </w:tcBorders>
            <w:shd w:val="clear" w:color="000000" w:fill="FFFFFF"/>
            <w:vAlign w:val="center"/>
            <w:hideMark/>
          </w:tcPr>
          <w:p w14:paraId="17267646"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47E689B8"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036B0529"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16</w:t>
            </w:r>
          </w:p>
        </w:tc>
        <w:tc>
          <w:tcPr>
            <w:tcW w:w="1565" w:type="dxa"/>
            <w:tcBorders>
              <w:top w:val="nil"/>
              <w:left w:val="nil"/>
              <w:bottom w:val="single" w:sz="4" w:space="0" w:color="auto"/>
              <w:right w:val="single" w:sz="4" w:space="0" w:color="auto"/>
            </w:tcBorders>
            <w:shd w:val="clear" w:color="000000" w:fill="F8F9FA"/>
            <w:vAlign w:val="center"/>
            <w:hideMark/>
          </w:tcPr>
          <w:p w14:paraId="3BB1A03B"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111723039033</w:t>
            </w:r>
          </w:p>
        </w:tc>
        <w:tc>
          <w:tcPr>
            <w:tcW w:w="1960" w:type="dxa"/>
            <w:tcBorders>
              <w:top w:val="nil"/>
              <w:left w:val="nil"/>
              <w:bottom w:val="single" w:sz="4" w:space="0" w:color="auto"/>
              <w:right w:val="single" w:sz="4" w:space="0" w:color="auto"/>
            </w:tcBorders>
            <w:shd w:val="clear" w:color="000000" w:fill="F8F9FA"/>
            <w:vAlign w:val="center"/>
            <w:hideMark/>
          </w:tcPr>
          <w:p w14:paraId="285CC2F7"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Manoj</w:t>
            </w:r>
          </w:p>
        </w:tc>
        <w:tc>
          <w:tcPr>
            <w:tcW w:w="1900" w:type="dxa"/>
            <w:tcBorders>
              <w:top w:val="nil"/>
              <w:left w:val="nil"/>
              <w:bottom w:val="single" w:sz="4" w:space="0" w:color="auto"/>
              <w:right w:val="single" w:sz="4" w:space="0" w:color="auto"/>
            </w:tcBorders>
            <w:shd w:val="clear" w:color="000000" w:fill="F8F9FA"/>
            <w:vAlign w:val="center"/>
            <w:hideMark/>
          </w:tcPr>
          <w:p w14:paraId="09B034CE"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266FEDD6"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723E2B3C"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17</w:t>
            </w:r>
          </w:p>
        </w:tc>
        <w:tc>
          <w:tcPr>
            <w:tcW w:w="1565" w:type="dxa"/>
            <w:tcBorders>
              <w:top w:val="nil"/>
              <w:left w:val="nil"/>
              <w:bottom w:val="single" w:sz="4" w:space="0" w:color="auto"/>
              <w:right w:val="single" w:sz="4" w:space="0" w:color="auto"/>
            </w:tcBorders>
            <w:shd w:val="clear" w:color="000000" w:fill="F8F9FA"/>
            <w:vAlign w:val="center"/>
            <w:hideMark/>
          </w:tcPr>
          <w:p w14:paraId="560DA35E"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111723039037</w:t>
            </w:r>
          </w:p>
        </w:tc>
        <w:tc>
          <w:tcPr>
            <w:tcW w:w="1960" w:type="dxa"/>
            <w:tcBorders>
              <w:top w:val="nil"/>
              <w:left w:val="nil"/>
              <w:bottom w:val="single" w:sz="4" w:space="0" w:color="auto"/>
              <w:right w:val="single" w:sz="4" w:space="0" w:color="auto"/>
            </w:tcBorders>
            <w:shd w:val="clear" w:color="000000" w:fill="F8F9FA"/>
            <w:vAlign w:val="center"/>
            <w:hideMark/>
          </w:tcPr>
          <w:p w14:paraId="64412FAD"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M </w:t>
            </w:r>
            <w:proofErr w:type="spellStart"/>
            <w:r w:rsidRPr="00226B14">
              <w:rPr>
                <w:rFonts w:ascii="Roboto" w:eastAsia="Times New Roman" w:hAnsi="Roboto" w:cs="Times New Roman"/>
                <w:color w:val="434343"/>
                <w:kern w:val="0"/>
                <w:sz w:val="20"/>
                <w:szCs w:val="20"/>
                <w:lang w:eastAsia="en-IN"/>
                <w14:ligatures w14:val="none"/>
              </w:rPr>
              <w:t>sampath</w:t>
            </w:r>
            <w:proofErr w:type="spellEnd"/>
          </w:p>
        </w:tc>
        <w:tc>
          <w:tcPr>
            <w:tcW w:w="1900" w:type="dxa"/>
            <w:tcBorders>
              <w:top w:val="nil"/>
              <w:left w:val="nil"/>
              <w:bottom w:val="single" w:sz="4" w:space="0" w:color="auto"/>
              <w:right w:val="single" w:sz="4" w:space="0" w:color="auto"/>
            </w:tcBorders>
            <w:shd w:val="clear" w:color="000000" w:fill="F8F9FA"/>
            <w:vAlign w:val="center"/>
            <w:hideMark/>
          </w:tcPr>
          <w:p w14:paraId="33CEFA95"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34EACE3E"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2F03FE10"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18</w:t>
            </w:r>
          </w:p>
        </w:tc>
        <w:tc>
          <w:tcPr>
            <w:tcW w:w="1565" w:type="dxa"/>
            <w:tcBorders>
              <w:top w:val="nil"/>
              <w:left w:val="nil"/>
              <w:bottom w:val="single" w:sz="4" w:space="0" w:color="auto"/>
              <w:right w:val="single" w:sz="4" w:space="0" w:color="auto"/>
            </w:tcBorders>
            <w:shd w:val="clear" w:color="000000" w:fill="FFFFFF"/>
            <w:vAlign w:val="center"/>
            <w:hideMark/>
          </w:tcPr>
          <w:p w14:paraId="4736850D"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111723039040</w:t>
            </w:r>
          </w:p>
        </w:tc>
        <w:tc>
          <w:tcPr>
            <w:tcW w:w="1960" w:type="dxa"/>
            <w:tcBorders>
              <w:top w:val="nil"/>
              <w:left w:val="nil"/>
              <w:bottom w:val="single" w:sz="4" w:space="0" w:color="auto"/>
              <w:right w:val="single" w:sz="4" w:space="0" w:color="auto"/>
            </w:tcBorders>
            <w:shd w:val="clear" w:color="000000" w:fill="FFFFFF"/>
            <w:vAlign w:val="center"/>
            <w:hideMark/>
          </w:tcPr>
          <w:p w14:paraId="119B2A61"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Varshith Pasala</w:t>
            </w:r>
          </w:p>
        </w:tc>
        <w:tc>
          <w:tcPr>
            <w:tcW w:w="1900" w:type="dxa"/>
            <w:tcBorders>
              <w:top w:val="nil"/>
              <w:left w:val="nil"/>
              <w:bottom w:val="single" w:sz="4" w:space="0" w:color="auto"/>
              <w:right w:val="single" w:sz="4" w:space="0" w:color="auto"/>
            </w:tcBorders>
            <w:shd w:val="clear" w:color="000000" w:fill="FFFFFF"/>
            <w:vAlign w:val="center"/>
            <w:hideMark/>
          </w:tcPr>
          <w:p w14:paraId="08B578E0"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25418C12"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2EF6E216"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19</w:t>
            </w:r>
          </w:p>
        </w:tc>
        <w:tc>
          <w:tcPr>
            <w:tcW w:w="1565" w:type="dxa"/>
            <w:tcBorders>
              <w:top w:val="nil"/>
              <w:left w:val="nil"/>
              <w:bottom w:val="single" w:sz="4" w:space="0" w:color="auto"/>
              <w:right w:val="single" w:sz="4" w:space="0" w:color="auto"/>
            </w:tcBorders>
            <w:shd w:val="clear" w:color="000000" w:fill="FFFFFF"/>
            <w:vAlign w:val="center"/>
            <w:hideMark/>
          </w:tcPr>
          <w:p w14:paraId="504C3D5C"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111723039042</w:t>
            </w:r>
          </w:p>
        </w:tc>
        <w:tc>
          <w:tcPr>
            <w:tcW w:w="1960" w:type="dxa"/>
            <w:tcBorders>
              <w:top w:val="nil"/>
              <w:left w:val="nil"/>
              <w:bottom w:val="single" w:sz="4" w:space="0" w:color="auto"/>
              <w:right w:val="single" w:sz="4" w:space="0" w:color="auto"/>
            </w:tcBorders>
            <w:shd w:val="clear" w:color="000000" w:fill="FFFFFF"/>
            <w:vAlign w:val="center"/>
            <w:hideMark/>
          </w:tcPr>
          <w:p w14:paraId="17DAC452"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proofErr w:type="gramStart"/>
            <w:r w:rsidRPr="00226B14">
              <w:rPr>
                <w:rFonts w:ascii="Roboto" w:eastAsia="Times New Roman" w:hAnsi="Roboto" w:cs="Times New Roman"/>
                <w:color w:val="434343"/>
                <w:kern w:val="0"/>
                <w:sz w:val="20"/>
                <w:szCs w:val="20"/>
                <w:lang w:eastAsia="en-IN"/>
                <w14:ligatures w14:val="none"/>
              </w:rPr>
              <w:t>P.Manikanta</w:t>
            </w:r>
            <w:proofErr w:type="spellEnd"/>
            <w:proofErr w:type="gramEnd"/>
          </w:p>
        </w:tc>
        <w:tc>
          <w:tcPr>
            <w:tcW w:w="1900" w:type="dxa"/>
            <w:tcBorders>
              <w:top w:val="nil"/>
              <w:left w:val="nil"/>
              <w:bottom w:val="single" w:sz="4" w:space="0" w:color="auto"/>
              <w:right w:val="single" w:sz="4" w:space="0" w:color="auto"/>
            </w:tcBorders>
            <w:shd w:val="clear" w:color="000000" w:fill="FFFFFF"/>
            <w:vAlign w:val="center"/>
            <w:hideMark/>
          </w:tcPr>
          <w:p w14:paraId="3EAA45B8"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1BEE0221"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5EA75B6A"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20</w:t>
            </w:r>
          </w:p>
        </w:tc>
        <w:tc>
          <w:tcPr>
            <w:tcW w:w="1565" w:type="dxa"/>
            <w:tcBorders>
              <w:top w:val="nil"/>
              <w:left w:val="nil"/>
              <w:bottom w:val="single" w:sz="4" w:space="0" w:color="auto"/>
              <w:right w:val="single" w:sz="4" w:space="0" w:color="auto"/>
            </w:tcBorders>
            <w:shd w:val="clear" w:color="000000" w:fill="FFFFFF"/>
            <w:vAlign w:val="center"/>
            <w:hideMark/>
          </w:tcPr>
          <w:p w14:paraId="556AD948"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111723039044</w:t>
            </w:r>
          </w:p>
        </w:tc>
        <w:tc>
          <w:tcPr>
            <w:tcW w:w="1960" w:type="dxa"/>
            <w:tcBorders>
              <w:top w:val="nil"/>
              <w:left w:val="nil"/>
              <w:bottom w:val="single" w:sz="4" w:space="0" w:color="auto"/>
              <w:right w:val="single" w:sz="4" w:space="0" w:color="auto"/>
            </w:tcBorders>
            <w:shd w:val="clear" w:color="000000" w:fill="FFFFFF"/>
            <w:vAlign w:val="center"/>
            <w:hideMark/>
          </w:tcPr>
          <w:p w14:paraId="7F1E8EF2"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Rohith </w:t>
            </w:r>
            <w:proofErr w:type="spellStart"/>
            <w:r w:rsidRPr="00226B14">
              <w:rPr>
                <w:rFonts w:ascii="Roboto" w:eastAsia="Times New Roman" w:hAnsi="Roboto" w:cs="Times New Roman"/>
                <w:color w:val="434343"/>
                <w:kern w:val="0"/>
                <w:sz w:val="20"/>
                <w:szCs w:val="20"/>
                <w:lang w:eastAsia="en-IN"/>
                <w14:ligatures w14:val="none"/>
              </w:rPr>
              <w:t>kumar</w:t>
            </w:r>
            <w:proofErr w:type="spellEnd"/>
            <w:r w:rsidRPr="00226B14">
              <w:rPr>
                <w:rFonts w:ascii="Roboto" w:eastAsia="Times New Roman" w:hAnsi="Roboto" w:cs="Times New Roman"/>
                <w:color w:val="434343"/>
                <w:kern w:val="0"/>
                <w:sz w:val="20"/>
                <w:szCs w:val="20"/>
                <w:lang w:eastAsia="en-IN"/>
                <w14:ligatures w14:val="none"/>
              </w:rPr>
              <w:t xml:space="preserve"> </w:t>
            </w:r>
            <w:proofErr w:type="spellStart"/>
            <w:r w:rsidRPr="00226B14">
              <w:rPr>
                <w:rFonts w:ascii="Roboto" w:eastAsia="Times New Roman" w:hAnsi="Roboto" w:cs="Times New Roman"/>
                <w:color w:val="434343"/>
                <w:kern w:val="0"/>
                <w:sz w:val="20"/>
                <w:szCs w:val="20"/>
                <w:lang w:eastAsia="en-IN"/>
                <w14:ligatures w14:val="none"/>
              </w:rPr>
              <w:t>singh</w:t>
            </w:r>
            <w:proofErr w:type="spellEnd"/>
          </w:p>
        </w:tc>
        <w:tc>
          <w:tcPr>
            <w:tcW w:w="1900" w:type="dxa"/>
            <w:tcBorders>
              <w:top w:val="nil"/>
              <w:left w:val="nil"/>
              <w:bottom w:val="single" w:sz="4" w:space="0" w:color="auto"/>
              <w:right w:val="single" w:sz="4" w:space="0" w:color="auto"/>
            </w:tcBorders>
            <w:shd w:val="clear" w:color="000000" w:fill="FFFFFF"/>
            <w:vAlign w:val="center"/>
            <w:hideMark/>
          </w:tcPr>
          <w:p w14:paraId="525EDA6A"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369DF8B3"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14D47BDD"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21</w:t>
            </w:r>
          </w:p>
        </w:tc>
        <w:tc>
          <w:tcPr>
            <w:tcW w:w="1565" w:type="dxa"/>
            <w:tcBorders>
              <w:top w:val="nil"/>
              <w:left w:val="nil"/>
              <w:bottom w:val="single" w:sz="4" w:space="0" w:color="auto"/>
              <w:right w:val="single" w:sz="4" w:space="0" w:color="auto"/>
            </w:tcBorders>
            <w:shd w:val="clear" w:color="000000" w:fill="F8F9FA"/>
            <w:vAlign w:val="center"/>
            <w:hideMark/>
          </w:tcPr>
          <w:p w14:paraId="36A098E4"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111723039045</w:t>
            </w:r>
          </w:p>
        </w:tc>
        <w:tc>
          <w:tcPr>
            <w:tcW w:w="1960" w:type="dxa"/>
            <w:tcBorders>
              <w:top w:val="nil"/>
              <w:left w:val="nil"/>
              <w:bottom w:val="single" w:sz="4" w:space="0" w:color="auto"/>
              <w:right w:val="single" w:sz="4" w:space="0" w:color="auto"/>
            </w:tcBorders>
            <w:shd w:val="clear" w:color="000000" w:fill="F8F9FA"/>
            <w:vAlign w:val="center"/>
            <w:hideMark/>
          </w:tcPr>
          <w:p w14:paraId="4A1620DE"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R </w:t>
            </w:r>
            <w:proofErr w:type="spellStart"/>
            <w:r w:rsidRPr="00226B14">
              <w:rPr>
                <w:rFonts w:ascii="Roboto" w:eastAsia="Times New Roman" w:hAnsi="Roboto" w:cs="Times New Roman"/>
                <w:color w:val="434343"/>
                <w:kern w:val="0"/>
                <w:sz w:val="20"/>
                <w:szCs w:val="20"/>
                <w:lang w:eastAsia="en-IN"/>
                <w14:ligatures w14:val="none"/>
              </w:rPr>
              <w:t>saikishor</w:t>
            </w:r>
            <w:proofErr w:type="spellEnd"/>
          </w:p>
        </w:tc>
        <w:tc>
          <w:tcPr>
            <w:tcW w:w="1900" w:type="dxa"/>
            <w:tcBorders>
              <w:top w:val="nil"/>
              <w:left w:val="nil"/>
              <w:bottom w:val="single" w:sz="4" w:space="0" w:color="auto"/>
              <w:right w:val="single" w:sz="4" w:space="0" w:color="auto"/>
            </w:tcBorders>
            <w:shd w:val="clear" w:color="000000" w:fill="F8F9FA"/>
            <w:vAlign w:val="center"/>
            <w:hideMark/>
          </w:tcPr>
          <w:p w14:paraId="4DF7CDC6"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3B4451F6"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655AC7B6"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22</w:t>
            </w:r>
          </w:p>
        </w:tc>
        <w:tc>
          <w:tcPr>
            <w:tcW w:w="1565" w:type="dxa"/>
            <w:tcBorders>
              <w:top w:val="nil"/>
              <w:left w:val="nil"/>
              <w:bottom w:val="single" w:sz="4" w:space="0" w:color="auto"/>
              <w:right w:val="single" w:sz="4" w:space="0" w:color="auto"/>
            </w:tcBorders>
            <w:shd w:val="clear" w:color="000000" w:fill="FFFFFF"/>
            <w:vAlign w:val="center"/>
            <w:hideMark/>
          </w:tcPr>
          <w:p w14:paraId="66AC8567"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111723039046</w:t>
            </w:r>
          </w:p>
        </w:tc>
        <w:tc>
          <w:tcPr>
            <w:tcW w:w="1960" w:type="dxa"/>
            <w:tcBorders>
              <w:top w:val="nil"/>
              <w:left w:val="nil"/>
              <w:bottom w:val="single" w:sz="4" w:space="0" w:color="auto"/>
              <w:right w:val="single" w:sz="4" w:space="0" w:color="auto"/>
            </w:tcBorders>
            <w:shd w:val="clear" w:color="000000" w:fill="FFFFFF"/>
            <w:vAlign w:val="center"/>
            <w:hideMark/>
          </w:tcPr>
          <w:p w14:paraId="0386BD07"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 John Vijay</w:t>
            </w:r>
          </w:p>
        </w:tc>
        <w:tc>
          <w:tcPr>
            <w:tcW w:w="1900" w:type="dxa"/>
            <w:tcBorders>
              <w:top w:val="nil"/>
              <w:left w:val="nil"/>
              <w:bottom w:val="single" w:sz="4" w:space="0" w:color="auto"/>
              <w:right w:val="single" w:sz="4" w:space="0" w:color="auto"/>
            </w:tcBorders>
            <w:shd w:val="clear" w:color="000000" w:fill="FFFFFF"/>
            <w:vAlign w:val="center"/>
            <w:hideMark/>
          </w:tcPr>
          <w:p w14:paraId="630E6BA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6CFE9F23"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47092CF9"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23</w:t>
            </w:r>
          </w:p>
        </w:tc>
        <w:tc>
          <w:tcPr>
            <w:tcW w:w="1565" w:type="dxa"/>
            <w:tcBorders>
              <w:top w:val="nil"/>
              <w:left w:val="nil"/>
              <w:bottom w:val="single" w:sz="4" w:space="0" w:color="auto"/>
              <w:right w:val="single" w:sz="4" w:space="0" w:color="auto"/>
            </w:tcBorders>
            <w:shd w:val="clear" w:color="000000" w:fill="FFFFFF"/>
            <w:vAlign w:val="center"/>
            <w:hideMark/>
          </w:tcPr>
          <w:p w14:paraId="460F27CB"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111723039047</w:t>
            </w:r>
          </w:p>
        </w:tc>
        <w:tc>
          <w:tcPr>
            <w:tcW w:w="1960" w:type="dxa"/>
            <w:tcBorders>
              <w:top w:val="nil"/>
              <w:left w:val="nil"/>
              <w:bottom w:val="single" w:sz="4" w:space="0" w:color="auto"/>
              <w:right w:val="single" w:sz="4" w:space="0" w:color="auto"/>
            </w:tcBorders>
            <w:shd w:val="clear" w:color="000000" w:fill="FFFFFF"/>
            <w:vAlign w:val="center"/>
            <w:hideMark/>
          </w:tcPr>
          <w:p w14:paraId="4E7680B2"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Raju Tirumani Kumar</w:t>
            </w:r>
          </w:p>
        </w:tc>
        <w:tc>
          <w:tcPr>
            <w:tcW w:w="1900" w:type="dxa"/>
            <w:tcBorders>
              <w:top w:val="nil"/>
              <w:left w:val="nil"/>
              <w:bottom w:val="single" w:sz="4" w:space="0" w:color="auto"/>
              <w:right w:val="single" w:sz="4" w:space="0" w:color="auto"/>
            </w:tcBorders>
            <w:shd w:val="clear" w:color="000000" w:fill="FFFFFF"/>
            <w:vAlign w:val="center"/>
            <w:hideMark/>
          </w:tcPr>
          <w:p w14:paraId="3334005C"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2322A846" w14:textId="77777777" w:rsidTr="00226B14">
        <w:trPr>
          <w:trHeight w:val="300"/>
        </w:trPr>
        <w:tc>
          <w:tcPr>
            <w:tcW w:w="960" w:type="dxa"/>
            <w:tcBorders>
              <w:top w:val="nil"/>
              <w:left w:val="single" w:sz="4" w:space="0" w:color="auto"/>
              <w:bottom w:val="nil"/>
              <w:right w:val="single" w:sz="4" w:space="0" w:color="auto"/>
            </w:tcBorders>
            <w:noWrap/>
            <w:vAlign w:val="bottom"/>
            <w:hideMark/>
          </w:tcPr>
          <w:p w14:paraId="7F2BFA1F"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24</w:t>
            </w:r>
          </w:p>
        </w:tc>
        <w:tc>
          <w:tcPr>
            <w:tcW w:w="1565" w:type="dxa"/>
            <w:tcBorders>
              <w:top w:val="nil"/>
              <w:left w:val="nil"/>
              <w:bottom w:val="nil"/>
              <w:right w:val="single" w:sz="4" w:space="0" w:color="auto"/>
            </w:tcBorders>
            <w:shd w:val="clear" w:color="000000" w:fill="FFFFFF"/>
            <w:vAlign w:val="center"/>
            <w:hideMark/>
          </w:tcPr>
          <w:p w14:paraId="55277391"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111723039050</w:t>
            </w:r>
          </w:p>
        </w:tc>
        <w:tc>
          <w:tcPr>
            <w:tcW w:w="1960" w:type="dxa"/>
            <w:tcBorders>
              <w:top w:val="nil"/>
              <w:left w:val="nil"/>
              <w:bottom w:val="nil"/>
              <w:right w:val="single" w:sz="4" w:space="0" w:color="auto"/>
            </w:tcBorders>
            <w:shd w:val="clear" w:color="000000" w:fill="FFFFFF"/>
            <w:vAlign w:val="center"/>
            <w:hideMark/>
          </w:tcPr>
          <w:p w14:paraId="658968B3"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Bhanu </w:t>
            </w:r>
            <w:proofErr w:type="spellStart"/>
            <w:r w:rsidRPr="00226B14">
              <w:rPr>
                <w:rFonts w:ascii="Roboto" w:eastAsia="Times New Roman" w:hAnsi="Roboto" w:cs="Times New Roman"/>
                <w:color w:val="434343"/>
                <w:kern w:val="0"/>
                <w:sz w:val="20"/>
                <w:szCs w:val="20"/>
                <w:lang w:eastAsia="en-IN"/>
                <w14:ligatures w14:val="none"/>
              </w:rPr>
              <w:t>preetham</w:t>
            </w:r>
            <w:proofErr w:type="spellEnd"/>
          </w:p>
        </w:tc>
        <w:tc>
          <w:tcPr>
            <w:tcW w:w="1900" w:type="dxa"/>
            <w:tcBorders>
              <w:top w:val="nil"/>
              <w:left w:val="nil"/>
              <w:bottom w:val="nil"/>
              <w:right w:val="single" w:sz="4" w:space="0" w:color="auto"/>
            </w:tcBorders>
            <w:shd w:val="clear" w:color="000000" w:fill="FFFFFF"/>
            <w:vAlign w:val="center"/>
            <w:hideMark/>
          </w:tcPr>
          <w:p w14:paraId="638291DD"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stegnography</w:t>
            </w:r>
            <w:proofErr w:type="spellEnd"/>
          </w:p>
        </w:tc>
      </w:tr>
      <w:tr w:rsidR="00226B14" w:rsidRPr="00226B14" w14:paraId="35FA2AF1"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tcPr>
          <w:p w14:paraId="75A31A33" w14:textId="77777777" w:rsidR="00226B14" w:rsidRPr="00226B14" w:rsidRDefault="00226B14" w:rsidP="00226B14">
            <w:pPr>
              <w:spacing w:after="0" w:line="240" w:lineRule="auto"/>
              <w:rPr>
                <w:rFonts w:ascii="Aptos Narrow" w:eastAsia="Times New Roman" w:hAnsi="Aptos Narrow" w:cs="Times New Roman"/>
                <w:color w:val="000000"/>
                <w:kern w:val="0"/>
                <w:lang w:eastAsia="en-IN"/>
                <w14:ligatures w14:val="none"/>
              </w:rPr>
            </w:pPr>
          </w:p>
        </w:tc>
        <w:tc>
          <w:tcPr>
            <w:tcW w:w="1565" w:type="dxa"/>
            <w:tcBorders>
              <w:top w:val="nil"/>
              <w:left w:val="nil"/>
              <w:bottom w:val="single" w:sz="4" w:space="0" w:color="auto"/>
              <w:right w:val="single" w:sz="4" w:space="0" w:color="auto"/>
            </w:tcBorders>
            <w:shd w:val="clear" w:color="000000" w:fill="FFFFFF"/>
            <w:vAlign w:val="center"/>
          </w:tcPr>
          <w:p w14:paraId="0D310281"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p>
        </w:tc>
        <w:tc>
          <w:tcPr>
            <w:tcW w:w="1960" w:type="dxa"/>
            <w:tcBorders>
              <w:top w:val="nil"/>
              <w:left w:val="nil"/>
              <w:bottom w:val="single" w:sz="4" w:space="0" w:color="auto"/>
              <w:right w:val="single" w:sz="4" w:space="0" w:color="auto"/>
            </w:tcBorders>
            <w:shd w:val="clear" w:color="000000" w:fill="FFFFFF"/>
            <w:vAlign w:val="center"/>
          </w:tcPr>
          <w:p w14:paraId="2C39CF87"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
        </w:tc>
        <w:tc>
          <w:tcPr>
            <w:tcW w:w="1900" w:type="dxa"/>
            <w:tcBorders>
              <w:top w:val="nil"/>
              <w:left w:val="nil"/>
              <w:bottom w:val="single" w:sz="4" w:space="0" w:color="auto"/>
              <w:right w:val="single" w:sz="4" w:space="0" w:color="auto"/>
            </w:tcBorders>
            <w:shd w:val="clear" w:color="000000" w:fill="FFFFFF"/>
            <w:vAlign w:val="center"/>
          </w:tcPr>
          <w:p w14:paraId="40DB3E8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
        </w:tc>
      </w:tr>
    </w:tbl>
    <w:p w14:paraId="30E51D7B" w14:textId="77777777" w:rsidR="00226B14" w:rsidRDefault="00226B14" w:rsidP="009A5AA2">
      <w:pPr>
        <w:rPr>
          <w:b/>
          <w:bCs/>
          <w:sz w:val="28"/>
          <w:szCs w:val="28"/>
          <w:lang w:val="en-US"/>
        </w:rPr>
      </w:pPr>
    </w:p>
    <w:tbl>
      <w:tblPr>
        <w:tblW w:w="6100" w:type="dxa"/>
        <w:tblLook w:val="04A0" w:firstRow="1" w:lastRow="0" w:firstColumn="1" w:lastColumn="0" w:noHBand="0" w:noVBand="1"/>
      </w:tblPr>
      <w:tblGrid>
        <w:gridCol w:w="960"/>
        <w:gridCol w:w="1660"/>
        <w:gridCol w:w="1566"/>
        <w:gridCol w:w="2000"/>
      </w:tblGrid>
      <w:tr w:rsidR="00226B14" w:rsidRPr="00226B14" w14:paraId="5E49210A" w14:textId="77777777" w:rsidTr="00226B14">
        <w:trPr>
          <w:trHeight w:val="300"/>
        </w:trPr>
        <w:tc>
          <w:tcPr>
            <w:tcW w:w="960" w:type="dxa"/>
            <w:tcBorders>
              <w:top w:val="single" w:sz="4" w:space="0" w:color="auto"/>
              <w:left w:val="single" w:sz="4" w:space="0" w:color="auto"/>
              <w:bottom w:val="single" w:sz="4" w:space="0" w:color="auto"/>
              <w:right w:val="single" w:sz="4" w:space="0" w:color="auto"/>
            </w:tcBorders>
            <w:noWrap/>
            <w:vAlign w:val="bottom"/>
            <w:hideMark/>
          </w:tcPr>
          <w:p w14:paraId="25969243" w14:textId="77777777" w:rsidR="00226B14" w:rsidRPr="00226B14" w:rsidRDefault="00226B14" w:rsidP="00226B14">
            <w:pPr>
              <w:spacing w:after="0" w:line="240" w:lineRule="auto"/>
              <w:rPr>
                <w:rFonts w:ascii="Aptos Narrow" w:eastAsia="Times New Roman" w:hAnsi="Aptos Narrow" w:cs="Times New Roman"/>
                <w:b/>
                <w:bCs/>
                <w:color w:val="000000"/>
                <w:kern w:val="0"/>
                <w:lang w:eastAsia="en-IN"/>
                <w14:ligatures w14:val="none"/>
              </w:rPr>
            </w:pPr>
            <w:r w:rsidRPr="00226B14">
              <w:rPr>
                <w:rFonts w:ascii="Aptos Narrow" w:eastAsia="Times New Roman" w:hAnsi="Aptos Narrow" w:cs="Times New Roman"/>
                <w:b/>
                <w:bCs/>
                <w:color w:val="000000"/>
                <w:kern w:val="0"/>
                <w:lang w:eastAsia="en-IN"/>
                <w14:ligatures w14:val="none"/>
              </w:rPr>
              <w:t>S.NO</w:t>
            </w:r>
          </w:p>
        </w:tc>
        <w:tc>
          <w:tcPr>
            <w:tcW w:w="1660" w:type="dxa"/>
            <w:tcBorders>
              <w:top w:val="single" w:sz="4" w:space="0" w:color="auto"/>
              <w:left w:val="nil"/>
              <w:bottom w:val="single" w:sz="4" w:space="0" w:color="auto"/>
              <w:right w:val="single" w:sz="4" w:space="0" w:color="auto"/>
            </w:tcBorders>
            <w:noWrap/>
            <w:vAlign w:val="bottom"/>
            <w:hideMark/>
          </w:tcPr>
          <w:p w14:paraId="1C75E1D1" w14:textId="77777777" w:rsidR="00226B14" w:rsidRPr="00226B14" w:rsidRDefault="00226B14" w:rsidP="00226B14">
            <w:pPr>
              <w:spacing w:after="0" w:line="240" w:lineRule="auto"/>
              <w:rPr>
                <w:rFonts w:ascii="Aptos Narrow" w:eastAsia="Times New Roman" w:hAnsi="Aptos Narrow" w:cs="Times New Roman"/>
                <w:b/>
                <w:bCs/>
                <w:color w:val="000000"/>
                <w:kern w:val="0"/>
                <w:lang w:eastAsia="en-IN"/>
                <w14:ligatures w14:val="none"/>
              </w:rPr>
            </w:pPr>
            <w:proofErr w:type="spellStart"/>
            <w:r w:rsidRPr="00226B14">
              <w:rPr>
                <w:rFonts w:ascii="Aptos Narrow" w:eastAsia="Times New Roman" w:hAnsi="Aptos Narrow" w:cs="Times New Roman"/>
                <w:b/>
                <w:bCs/>
                <w:color w:val="000000"/>
                <w:kern w:val="0"/>
                <w:lang w:eastAsia="en-IN"/>
                <w14:ligatures w14:val="none"/>
              </w:rPr>
              <w:t>uid</w:t>
            </w:r>
            <w:proofErr w:type="spellEnd"/>
            <w:r w:rsidRPr="00226B14">
              <w:rPr>
                <w:rFonts w:ascii="Aptos Narrow" w:eastAsia="Times New Roman" w:hAnsi="Aptos Narrow" w:cs="Times New Roman"/>
                <w:b/>
                <w:bCs/>
                <w:color w:val="000000"/>
                <w:kern w:val="0"/>
                <w:lang w:eastAsia="en-IN"/>
                <w14:ligatures w14:val="none"/>
              </w:rPr>
              <w:t xml:space="preserve"> </w:t>
            </w:r>
          </w:p>
        </w:tc>
        <w:tc>
          <w:tcPr>
            <w:tcW w:w="1480" w:type="dxa"/>
            <w:tcBorders>
              <w:top w:val="single" w:sz="4" w:space="0" w:color="auto"/>
              <w:left w:val="nil"/>
              <w:bottom w:val="single" w:sz="4" w:space="0" w:color="auto"/>
              <w:right w:val="single" w:sz="4" w:space="0" w:color="auto"/>
            </w:tcBorders>
            <w:noWrap/>
            <w:vAlign w:val="bottom"/>
            <w:hideMark/>
          </w:tcPr>
          <w:p w14:paraId="7164E1B8" w14:textId="77777777" w:rsidR="00226B14" w:rsidRPr="00226B14" w:rsidRDefault="00226B14" w:rsidP="00226B14">
            <w:pPr>
              <w:spacing w:after="0" w:line="240" w:lineRule="auto"/>
              <w:rPr>
                <w:rFonts w:ascii="Aptos Narrow" w:eastAsia="Times New Roman" w:hAnsi="Aptos Narrow" w:cs="Times New Roman"/>
                <w:b/>
                <w:bCs/>
                <w:color w:val="000000"/>
                <w:kern w:val="0"/>
                <w:lang w:eastAsia="en-IN"/>
                <w14:ligatures w14:val="none"/>
              </w:rPr>
            </w:pPr>
            <w:r w:rsidRPr="00226B14">
              <w:rPr>
                <w:rFonts w:ascii="Aptos Narrow" w:eastAsia="Times New Roman" w:hAnsi="Aptos Narrow" w:cs="Times New Roman"/>
                <w:b/>
                <w:bCs/>
                <w:color w:val="000000"/>
                <w:kern w:val="0"/>
                <w:lang w:eastAsia="en-IN"/>
                <w14:ligatures w14:val="none"/>
              </w:rPr>
              <w:t>NAME</w:t>
            </w:r>
          </w:p>
        </w:tc>
        <w:tc>
          <w:tcPr>
            <w:tcW w:w="2000" w:type="dxa"/>
            <w:tcBorders>
              <w:top w:val="single" w:sz="4" w:space="0" w:color="auto"/>
              <w:left w:val="nil"/>
              <w:bottom w:val="single" w:sz="4" w:space="0" w:color="auto"/>
              <w:right w:val="single" w:sz="4" w:space="0" w:color="auto"/>
            </w:tcBorders>
            <w:noWrap/>
            <w:vAlign w:val="bottom"/>
            <w:hideMark/>
          </w:tcPr>
          <w:p w14:paraId="46344508" w14:textId="77777777" w:rsidR="00226B14" w:rsidRPr="00226B14" w:rsidRDefault="00226B14" w:rsidP="00226B14">
            <w:pPr>
              <w:spacing w:after="0" w:line="240" w:lineRule="auto"/>
              <w:rPr>
                <w:rFonts w:ascii="Aptos Narrow" w:eastAsia="Times New Roman" w:hAnsi="Aptos Narrow" w:cs="Times New Roman"/>
                <w:b/>
                <w:bCs/>
                <w:color w:val="000000"/>
                <w:kern w:val="0"/>
                <w:lang w:eastAsia="en-IN"/>
                <w14:ligatures w14:val="none"/>
              </w:rPr>
            </w:pPr>
            <w:r w:rsidRPr="00226B14">
              <w:rPr>
                <w:rFonts w:ascii="Aptos Narrow" w:eastAsia="Times New Roman" w:hAnsi="Aptos Narrow" w:cs="Times New Roman"/>
                <w:b/>
                <w:bCs/>
                <w:color w:val="000000"/>
                <w:kern w:val="0"/>
                <w:lang w:eastAsia="en-IN"/>
                <w14:ligatures w14:val="none"/>
              </w:rPr>
              <w:t>SUBJECT</w:t>
            </w:r>
          </w:p>
        </w:tc>
      </w:tr>
      <w:tr w:rsidR="00226B14" w:rsidRPr="00226B14" w14:paraId="014A42B7"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3685745E"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w:t>
            </w:r>
          </w:p>
        </w:tc>
        <w:tc>
          <w:tcPr>
            <w:tcW w:w="1660" w:type="dxa"/>
            <w:tcBorders>
              <w:top w:val="nil"/>
              <w:left w:val="nil"/>
              <w:bottom w:val="single" w:sz="4" w:space="0" w:color="auto"/>
              <w:right w:val="single" w:sz="4" w:space="0" w:color="auto"/>
            </w:tcBorders>
            <w:shd w:val="clear" w:color="000000" w:fill="F8F9FA"/>
            <w:vAlign w:val="center"/>
            <w:hideMark/>
          </w:tcPr>
          <w:p w14:paraId="38CE1E07"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111723039001</w:t>
            </w:r>
          </w:p>
        </w:tc>
        <w:tc>
          <w:tcPr>
            <w:tcW w:w="1480" w:type="dxa"/>
            <w:tcBorders>
              <w:top w:val="nil"/>
              <w:left w:val="nil"/>
              <w:bottom w:val="single" w:sz="4" w:space="0" w:color="auto"/>
              <w:right w:val="single" w:sz="4" w:space="0" w:color="auto"/>
            </w:tcBorders>
            <w:shd w:val="clear" w:color="000000" w:fill="F8F9FA"/>
            <w:vAlign w:val="center"/>
            <w:hideMark/>
          </w:tcPr>
          <w:p w14:paraId="5662D140"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Sowmya</w:t>
            </w:r>
          </w:p>
        </w:tc>
        <w:tc>
          <w:tcPr>
            <w:tcW w:w="2000" w:type="dxa"/>
            <w:tcBorders>
              <w:top w:val="nil"/>
              <w:left w:val="nil"/>
              <w:bottom w:val="single" w:sz="4" w:space="0" w:color="auto"/>
              <w:right w:val="single" w:sz="4" w:space="0" w:color="auto"/>
            </w:tcBorders>
            <w:shd w:val="clear" w:color="000000" w:fill="F8F9FA"/>
            <w:vAlign w:val="center"/>
            <w:hideMark/>
          </w:tcPr>
          <w:p w14:paraId="280274DE"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7E50ACAA"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18EE26B2"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w:t>
            </w:r>
          </w:p>
        </w:tc>
        <w:tc>
          <w:tcPr>
            <w:tcW w:w="1660" w:type="dxa"/>
            <w:tcBorders>
              <w:top w:val="nil"/>
              <w:left w:val="nil"/>
              <w:bottom w:val="single" w:sz="4" w:space="0" w:color="auto"/>
              <w:right w:val="single" w:sz="4" w:space="0" w:color="auto"/>
            </w:tcBorders>
            <w:shd w:val="clear" w:color="000000" w:fill="F8F9FA"/>
            <w:vAlign w:val="center"/>
            <w:hideMark/>
          </w:tcPr>
          <w:p w14:paraId="034F47B2"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111723039002</w:t>
            </w:r>
          </w:p>
        </w:tc>
        <w:tc>
          <w:tcPr>
            <w:tcW w:w="1480" w:type="dxa"/>
            <w:tcBorders>
              <w:top w:val="nil"/>
              <w:left w:val="nil"/>
              <w:bottom w:val="single" w:sz="4" w:space="0" w:color="auto"/>
              <w:right w:val="single" w:sz="4" w:space="0" w:color="auto"/>
            </w:tcBorders>
            <w:shd w:val="clear" w:color="000000" w:fill="F8F9FA"/>
            <w:vAlign w:val="center"/>
            <w:hideMark/>
          </w:tcPr>
          <w:p w14:paraId="137E2C28"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proofErr w:type="gramStart"/>
            <w:r w:rsidRPr="00226B14">
              <w:rPr>
                <w:rFonts w:ascii="Roboto" w:eastAsia="Times New Roman" w:hAnsi="Roboto" w:cs="Times New Roman"/>
                <w:color w:val="434343"/>
                <w:kern w:val="0"/>
                <w:sz w:val="20"/>
                <w:szCs w:val="20"/>
                <w:lang w:eastAsia="en-IN"/>
                <w14:ligatures w14:val="none"/>
              </w:rPr>
              <w:t>B.Yamini</w:t>
            </w:r>
            <w:proofErr w:type="spellEnd"/>
            <w:proofErr w:type="gramEnd"/>
            <w:r w:rsidRPr="00226B14">
              <w:rPr>
                <w:rFonts w:ascii="Roboto" w:eastAsia="Times New Roman" w:hAnsi="Roboto" w:cs="Times New Roman"/>
                <w:color w:val="434343"/>
                <w:kern w:val="0"/>
                <w:sz w:val="20"/>
                <w:szCs w:val="20"/>
                <w:lang w:eastAsia="en-IN"/>
                <w14:ligatures w14:val="none"/>
              </w:rPr>
              <w:t xml:space="preserve"> Sri</w:t>
            </w:r>
          </w:p>
        </w:tc>
        <w:tc>
          <w:tcPr>
            <w:tcW w:w="2000" w:type="dxa"/>
            <w:tcBorders>
              <w:top w:val="nil"/>
              <w:left w:val="nil"/>
              <w:bottom w:val="single" w:sz="4" w:space="0" w:color="auto"/>
              <w:right w:val="single" w:sz="4" w:space="0" w:color="auto"/>
            </w:tcBorders>
            <w:shd w:val="clear" w:color="000000" w:fill="F8F9FA"/>
            <w:vAlign w:val="center"/>
            <w:hideMark/>
          </w:tcPr>
          <w:p w14:paraId="6A70A401"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321E4CB6"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77FCE64C"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3</w:t>
            </w:r>
          </w:p>
        </w:tc>
        <w:tc>
          <w:tcPr>
            <w:tcW w:w="1660" w:type="dxa"/>
            <w:tcBorders>
              <w:top w:val="nil"/>
              <w:left w:val="nil"/>
              <w:bottom w:val="single" w:sz="4" w:space="0" w:color="auto"/>
              <w:right w:val="single" w:sz="4" w:space="0" w:color="auto"/>
            </w:tcBorders>
            <w:shd w:val="clear" w:color="000000" w:fill="F8F9FA"/>
            <w:vAlign w:val="center"/>
            <w:hideMark/>
          </w:tcPr>
          <w:p w14:paraId="3C1BEB38"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111723039005</w:t>
            </w:r>
          </w:p>
        </w:tc>
        <w:tc>
          <w:tcPr>
            <w:tcW w:w="1480" w:type="dxa"/>
            <w:tcBorders>
              <w:top w:val="nil"/>
              <w:left w:val="nil"/>
              <w:bottom w:val="single" w:sz="4" w:space="0" w:color="auto"/>
              <w:right w:val="single" w:sz="4" w:space="0" w:color="auto"/>
            </w:tcBorders>
            <w:shd w:val="clear" w:color="000000" w:fill="F8F9FA"/>
            <w:vAlign w:val="center"/>
            <w:hideMark/>
          </w:tcPr>
          <w:p w14:paraId="161B95B1"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Alice Saloni </w:t>
            </w:r>
            <w:proofErr w:type="spellStart"/>
            <w:r w:rsidRPr="00226B14">
              <w:rPr>
                <w:rFonts w:ascii="Roboto" w:eastAsia="Times New Roman" w:hAnsi="Roboto" w:cs="Times New Roman"/>
                <w:color w:val="434343"/>
                <w:kern w:val="0"/>
                <w:sz w:val="20"/>
                <w:szCs w:val="20"/>
                <w:lang w:eastAsia="en-IN"/>
                <w14:ligatures w14:val="none"/>
              </w:rPr>
              <w:t>Chekelea</w:t>
            </w:r>
            <w:proofErr w:type="spellEnd"/>
          </w:p>
        </w:tc>
        <w:tc>
          <w:tcPr>
            <w:tcW w:w="2000" w:type="dxa"/>
            <w:tcBorders>
              <w:top w:val="nil"/>
              <w:left w:val="nil"/>
              <w:bottom w:val="single" w:sz="4" w:space="0" w:color="auto"/>
              <w:right w:val="single" w:sz="4" w:space="0" w:color="auto"/>
            </w:tcBorders>
            <w:shd w:val="clear" w:color="000000" w:fill="F8F9FA"/>
            <w:vAlign w:val="center"/>
            <w:hideMark/>
          </w:tcPr>
          <w:p w14:paraId="3B4A72AE"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7C1606F3"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4F71B13E"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4</w:t>
            </w:r>
          </w:p>
        </w:tc>
        <w:tc>
          <w:tcPr>
            <w:tcW w:w="1660" w:type="dxa"/>
            <w:tcBorders>
              <w:top w:val="nil"/>
              <w:left w:val="nil"/>
              <w:bottom w:val="single" w:sz="4" w:space="0" w:color="auto"/>
              <w:right w:val="single" w:sz="4" w:space="0" w:color="auto"/>
            </w:tcBorders>
            <w:shd w:val="clear" w:color="000000" w:fill="F8F9FA"/>
            <w:vAlign w:val="center"/>
            <w:hideMark/>
          </w:tcPr>
          <w:p w14:paraId="57A96A2B"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111723039009</w:t>
            </w:r>
          </w:p>
        </w:tc>
        <w:tc>
          <w:tcPr>
            <w:tcW w:w="1480" w:type="dxa"/>
            <w:tcBorders>
              <w:top w:val="nil"/>
              <w:left w:val="nil"/>
              <w:bottom w:val="single" w:sz="4" w:space="0" w:color="auto"/>
              <w:right w:val="single" w:sz="4" w:space="0" w:color="auto"/>
            </w:tcBorders>
            <w:shd w:val="clear" w:color="000000" w:fill="F8F9FA"/>
            <w:vAlign w:val="center"/>
            <w:hideMark/>
          </w:tcPr>
          <w:p w14:paraId="195ADAE0"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rajarani</w:t>
            </w:r>
            <w:proofErr w:type="spellEnd"/>
          </w:p>
        </w:tc>
        <w:tc>
          <w:tcPr>
            <w:tcW w:w="2000" w:type="dxa"/>
            <w:tcBorders>
              <w:top w:val="nil"/>
              <w:left w:val="nil"/>
              <w:bottom w:val="single" w:sz="4" w:space="0" w:color="auto"/>
              <w:right w:val="single" w:sz="4" w:space="0" w:color="auto"/>
            </w:tcBorders>
            <w:shd w:val="clear" w:color="000000" w:fill="F8F9FA"/>
            <w:vAlign w:val="center"/>
            <w:hideMark/>
          </w:tcPr>
          <w:p w14:paraId="4D8B826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0255F54A"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74158332"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5</w:t>
            </w:r>
          </w:p>
        </w:tc>
        <w:tc>
          <w:tcPr>
            <w:tcW w:w="1660" w:type="dxa"/>
            <w:tcBorders>
              <w:top w:val="nil"/>
              <w:left w:val="nil"/>
              <w:bottom w:val="single" w:sz="4" w:space="0" w:color="auto"/>
              <w:right w:val="single" w:sz="4" w:space="0" w:color="auto"/>
            </w:tcBorders>
            <w:shd w:val="clear" w:color="000000" w:fill="F8F9FA"/>
            <w:vAlign w:val="center"/>
            <w:hideMark/>
          </w:tcPr>
          <w:p w14:paraId="78571D28"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111723039010</w:t>
            </w:r>
          </w:p>
        </w:tc>
        <w:tc>
          <w:tcPr>
            <w:tcW w:w="1480" w:type="dxa"/>
            <w:tcBorders>
              <w:top w:val="nil"/>
              <w:left w:val="nil"/>
              <w:bottom w:val="single" w:sz="4" w:space="0" w:color="auto"/>
              <w:right w:val="single" w:sz="4" w:space="0" w:color="auto"/>
            </w:tcBorders>
            <w:shd w:val="clear" w:color="000000" w:fill="F8F9FA"/>
            <w:vAlign w:val="center"/>
            <w:hideMark/>
          </w:tcPr>
          <w:p w14:paraId="41067B72"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MD. RAZIYA BANU</w:t>
            </w:r>
          </w:p>
        </w:tc>
        <w:tc>
          <w:tcPr>
            <w:tcW w:w="2000" w:type="dxa"/>
            <w:tcBorders>
              <w:top w:val="nil"/>
              <w:left w:val="nil"/>
              <w:bottom w:val="single" w:sz="4" w:space="0" w:color="auto"/>
              <w:right w:val="single" w:sz="4" w:space="0" w:color="auto"/>
            </w:tcBorders>
            <w:shd w:val="clear" w:color="000000" w:fill="F8F9FA"/>
            <w:vAlign w:val="center"/>
            <w:hideMark/>
          </w:tcPr>
          <w:p w14:paraId="30BA9E41"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50D7491A"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36AFCAE9"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6</w:t>
            </w:r>
          </w:p>
        </w:tc>
        <w:tc>
          <w:tcPr>
            <w:tcW w:w="1660" w:type="dxa"/>
            <w:tcBorders>
              <w:top w:val="nil"/>
              <w:left w:val="nil"/>
              <w:bottom w:val="single" w:sz="4" w:space="0" w:color="auto"/>
              <w:right w:val="single" w:sz="4" w:space="0" w:color="auto"/>
            </w:tcBorders>
            <w:shd w:val="clear" w:color="000000" w:fill="F8F9FA"/>
            <w:vAlign w:val="center"/>
            <w:hideMark/>
          </w:tcPr>
          <w:p w14:paraId="11081AE0"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111723039012</w:t>
            </w:r>
          </w:p>
        </w:tc>
        <w:tc>
          <w:tcPr>
            <w:tcW w:w="1480" w:type="dxa"/>
            <w:tcBorders>
              <w:top w:val="nil"/>
              <w:left w:val="nil"/>
              <w:bottom w:val="single" w:sz="4" w:space="0" w:color="auto"/>
              <w:right w:val="single" w:sz="4" w:space="0" w:color="auto"/>
            </w:tcBorders>
            <w:shd w:val="clear" w:color="000000" w:fill="F8F9FA"/>
            <w:vAlign w:val="center"/>
            <w:hideMark/>
          </w:tcPr>
          <w:p w14:paraId="7EFBBFC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sudiksha</w:t>
            </w:r>
            <w:proofErr w:type="spellEnd"/>
          </w:p>
        </w:tc>
        <w:tc>
          <w:tcPr>
            <w:tcW w:w="2000" w:type="dxa"/>
            <w:tcBorders>
              <w:top w:val="nil"/>
              <w:left w:val="nil"/>
              <w:bottom w:val="single" w:sz="4" w:space="0" w:color="auto"/>
              <w:right w:val="single" w:sz="4" w:space="0" w:color="auto"/>
            </w:tcBorders>
            <w:shd w:val="clear" w:color="000000" w:fill="F8F9FA"/>
            <w:vAlign w:val="center"/>
            <w:hideMark/>
          </w:tcPr>
          <w:p w14:paraId="1AF8AB7B"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63F981EF"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6E1C45DB"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7</w:t>
            </w:r>
          </w:p>
        </w:tc>
        <w:tc>
          <w:tcPr>
            <w:tcW w:w="1660" w:type="dxa"/>
            <w:tcBorders>
              <w:top w:val="nil"/>
              <w:left w:val="nil"/>
              <w:bottom w:val="single" w:sz="4" w:space="0" w:color="auto"/>
              <w:right w:val="single" w:sz="4" w:space="0" w:color="auto"/>
            </w:tcBorders>
            <w:shd w:val="clear" w:color="000000" w:fill="F8F9FA"/>
            <w:vAlign w:val="center"/>
            <w:hideMark/>
          </w:tcPr>
          <w:p w14:paraId="4DB0D37A"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111723039014</w:t>
            </w:r>
          </w:p>
        </w:tc>
        <w:tc>
          <w:tcPr>
            <w:tcW w:w="1480" w:type="dxa"/>
            <w:tcBorders>
              <w:top w:val="nil"/>
              <w:left w:val="nil"/>
              <w:bottom w:val="single" w:sz="4" w:space="0" w:color="auto"/>
              <w:right w:val="single" w:sz="4" w:space="0" w:color="auto"/>
            </w:tcBorders>
            <w:shd w:val="clear" w:color="000000" w:fill="F8F9FA"/>
            <w:vAlign w:val="center"/>
            <w:hideMark/>
          </w:tcPr>
          <w:p w14:paraId="13ADBEF9"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 Lasya Reddy</w:t>
            </w:r>
          </w:p>
        </w:tc>
        <w:tc>
          <w:tcPr>
            <w:tcW w:w="2000" w:type="dxa"/>
            <w:tcBorders>
              <w:top w:val="nil"/>
              <w:left w:val="nil"/>
              <w:bottom w:val="single" w:sz="4" w:space="0" w:color="auto"/>
              <w:right w:val="single" w:sz="4" w:space="0" w:color="auto"/>
            </w:tcBorders>
            <w:shd w:val="clear" w:color="000000" w:fill="F8F9FA"/>
            <w:vAlign w:val="center"/>
            <w:hideMark/>
          </w:tcPr>
          <w:p w14:paraId="0B840D29"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4BB7E11E"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75FA95D2"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8</w:t>
            </w:r>
          </w:p>
        </w:tc>
        <w:tc>
          <w:tcPr>
            <w:tcW w:w="1660" w:type="dxa"/>
            <w:tcBorders>
              <w:top w:val="nil"/>
              <w:left w:val="nil"/>
              <w:bottom w:val="single" w:sz="4" w:space="0" w:color="auto"/>
              <w:right w:val="single" w:sz="4" w:space="0" w:color="auto"/>
            </w:tcBorders>
            <w:shd w:val="clear" w:color="000000" w:fill="FFFFFF"/>
            <w:vAlign w:val="center"/>
            <w:hideMark/>
          </w:tcPr>
          <w:p w14:paraId="29529DFD"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111723039017</w:t>
            </w:r>
          </w:p>
        </w:tc>
        <w:tc>
          <w:tcPr>
            <w:tcW w:w="1480" w:type="dxa"/>
            <w:tcBorders>
              <w:top w:val="nil"/>
              <w:left w:val="nil"/>
              <w:bottom w:val="single" w:sz="4" w:space="0" w:color="auto"/>
              <w:right w:val="single" w:sz="4" w:space="0" w:color="auto"/>
            </w:tcBorders>
            <w:shd w:val="clear" w:color="000000" w:fill="FFFFFF"/>
            <w:vAlign w:val="center"/>
            <w:hideMark/>
          </w:tcPr>
          <w:p w14:paraId="6183C0C2"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Abraham Wallace</w:t>
            </w:r>
          </w:p>
        </w:tc>
        <w:tc>
          <w:tcPr>
            <w:tcW w:w="2000" w:type="dxa"/>
            <w:tcBorders>
              <w:top w:val="nil"/>
              <w:left w:val="nil"/>
              <w:bottom w:val="single" w:sz="4" w:space="0" w:color="auto"/>
              <w:right w:val="single" w:sz="4" w:space="0" w:color="auto"/>
            </w:tcBorders>
            <w:shd w:val="clear" w:color="000000" w:fill="FFFFFF"/>
            <w:vAlign w:val="center"/>
            <w:hideMark/>
          </w:tcPr>
          <w:p w14:paraId="1686C81E"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3C232576"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68441AE8"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9</w:t>
            </w:r>
          </w:p>
        </w:tc>
        <w:tc>
          <w:tcPr>
            <w:tcW w:w="1660" w:type="dxa"/>
            <w:tcBorders>
              <w:top w:val="nil"/>
              <w:left w:val="nil"/>
              <w:bottom w:val="single" w:sz="4" w:space="0" w:color="auto"/>
              <w:right w:val="single" w:sz="4" w:space="0" w:color="auto"/>
            </w:tcBorders>
            <w:shd w:val="clear" w:color="000000" w:fill="F8F9FA"/>
            <w:vAlign w:val="center"/>
            <w:hideMark/>
          </w:tcPr>
          <w:p w14:paraId="17C91C69"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111723039021</w:t>
            </w:r>
          </w:p>
        </w:tc>
        <w:tc>
          <w:tcPr>
            <w:tcW w:w="1480" w:type="dxa"/>
            <w:tcBorders>
              <w:top w:val="nil"/>
              <w:left w:val="nil"/>
              <w:bottom w:val="single" w:sz="4" w:space="0" w:color="auto"/>
              <w:right w:val="single" w:sz="4" w:space="0" w:color="auto"/>
            </w:tcBorders>
            <w:shd w:val="clear" w:color="000000" w:fill="F8F9FA"/>
            <w:vAlign w:val="center"/>
            <w:hideMark/>
          </w:tcPr>
          <w:p w14:paraId="1953B1BA"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B.</w:t>
            </w:r>
            <w:proofErr w:type="gramStart"/>
            <w:r w:rsidRPr="00226B14">
              <w:rPr>
                <w:rFonts w:ascii="Roboto" w:eastAsia="Times New Roman" w:hAnsi="Roboto" w:cs="Times New Roman"/>
                <w:color w:val="434343"/>
                <w:kern w:val="0"/>
                <w:sz w:val="20"/>
                <w:szCs w:val="20"/>
                <w:lang w:eastAsia="en-IN"/>
                <w14:ligatures w14:val="none"/>
              </w:rPr>
              <w:t>K.RISHIKESH</w:t>
            </w:r>
            <w:proofErr w:type="gramEnd"/>
            <w:r w:rsidRPr="00226B14">
              <w:rPr>
                <w:rFonts w:ascii="Roboto" w:eastAsia="Times New Roman" w:hAnsi="Roboto" w:cs="Times New Roman"/>
                <w:color w:val="434343"/>
                <w:kern w:val="0"/>
                <w:sz w:val="20"/>
                <w:szCs w:val="20"/>
                <w:lang w:eastAsia="en-IN"/>
                <w14:ligatures w14:val="none"/>
              </w:rPr>
              <w:t xml:space="preserve"> REDDY</w:t>
            </w:r>
          </w:p>
        </w:tc>
        <w:tc>
          <w:tcPr>
            <w:tcW w:w="2000" w:type="dxa"/>
            <w:tcBorders>
              <w:top w:val="nil"/>
              <w:left w:val="nil"/>
              <w:bottom w:val="single" w:sz="4" w:space="0" w:color="auto"/>
              <w:right w:val="single" w:sz="4" w:space="0" w:color="auto"/>
            </w:tcBorders>
            <w:shd w:val="clear" w:color="000000" w:fill="F8F9FA"/>
            <w:vAlign w:val="center"/>
            <w:hideMark/>
          </w:tcPr>
          <w:p w14:paraId="3AD5EE48"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006246C5"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2B60E986"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10</w:t>
            </w:r>
          </w:p>
        </w:tc>
        <w:tc>
          <w:tcPr>
            <w:tcW w:w="1660" w:type="dxa"/>
            <w:tcBorders>
              <w:top w:val="nil"/>
              <w:left w:val="nil"/>
              <w:bottom w:val="single" w:sz="4" w:space="0" w:color="auto"/>
              <w:right w:val="single" w:sz="4" w:space="0" w:color="auto"/>
            </w:tcBorders>
            <w:shd w:val="clear" w:color="000000" w:fill="FFFFFF"/>
            <w:vAlign w:val="center"/>
            <w:hideMark/>
          </w:tcPr>
          <w:p w14:paraId="3FEB825C"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111723039022</w:t>
            </w:r>
          </w:p>
        </w:tc>
        <w:tc>
          <w:tcPr>
            <w:tcW w:w="1480" w:type="dxa"/>
            <w:tcBorders>
              <w:top w:val="nil"/>
              <w:left w:val="nil"/>
              <w:bottom w:val="single" w:sz="4" w:space="0" w:color="auto"/>
              <w:right w:val="single" w:sz="4" w:space="0" w:color="auto"/>
            </w:tcBorders>
            <w:shd w:val="clear" w:color="000000" w:fill="FFFFFF"/>
            <w:vAlign w:val="center"/>
            <w:hideMark/>
          </w:tcPr>
          <w:p w14:paraId="48F4E49B"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Siril </w:t>
            </w:r>
            <w:proofErr w:type="spellStart"/>
            <w:r w:rsidRPr="00226B14">
              <w:rPr>
                <w:rFonts w:ascii="Roboto" w:eastAsia="Times New Roman" w:hAnsi="Roboto" w:cs="Times New Roman"/>
                <w:color w:val="434343"/>
                <w:kern w:val="0"/>
                <w:sz w:val="20"/>
                <w:szCs w:val="20"/>
                <w:lang w:eastAsia="en-IN"/>
                <w14:ligatures w14:val="none"/>
              </w:rPr>
              <w:t>anush</w:t>
            </w:r>
            <w:proofErr w:type="spellEnd"/>
          </w:p>
        </w:tc>
        <w:tc>
          <w:tcPr>
            <w:tcW w:w="2000" w:type="dxa"/>
            <w:tcBorders>
              <w:top w:val="nil"/>
              <w:left w:val="nil"/>
              <w:bottom w:val="single" w:sz="4" w:space="0" w:color="auto"/>
              <w:right w:val="single" w:sz="4" w:space="0" w:color="auto"/>
            </w:tcBorders>
            <w:shd w:val="clear" w:color="000000" w:fill="FFFFFF"/>
            <w:vAlign w:val="center"/>
            <w:hideMark/>
          </w:tcPr>
          <w:p w14:paraId="75F2D856"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3A3E75BE"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554199DB"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lastRenderedPageBreak/>
              <w:t>11</w:t>
            </w:r>
          </w:p>
        </w:tc>
        <w:tc>
          <w:tcPr>
            <w:tcW w:w="1660" w:type="dxa"/>
            <w:tcBorders>
              <w:top w:val="nil"/>
              <w:left w:val="nil"/>
              <w:bottom w:val="single" w:sz="4" w:space="0" w:color="auto"/>
              <w:right w:val="single" w:sz="4" w:space="0" w:color="auto"/>
            </w:tcBorders>
            <w:shd w:val="clear" w:color="000000" w:fill="FFFFFF"/>
            <w:vAlign w:val="center"/>
            <w:hideMark/>
          </w:tcPr>
          <w:p w14:paraId="50B8396E"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111723039023</w:t>
            </w:r>
          </w:p>
        </w:tc>
        <w:tc>
          <w:tcPr>
            <w:tcW w:w="1480" w:type="dxa"/>
            <w:tcBorders>
              <w:top w:val="nil"/>
              <w:left w:val="nil"/>
              <w:bottom w:val="single" w:sz="4" w:space="0" w:color="auto"/>
              <w:right w:val="single" w:sz="4" w:space="0" w:color="auto"/>
            </w:tcBorders>
            <w:shd w:val="clear" w:color="000000" w:fill="FFFFFF"/>
            <w:vAlign w:val="center"/>
            <w:hideMark/>
          </w:tcPr>
          <w:p w14:paraId="4680152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Clemence </w:t>
            </w:r>
            <w:proofErr w:type="spellStart"/>
            <w:r w:rsidRPr="00226B14">
              <w:rPr>
                <w:rFonts w:ascii="Roboto" w:eastAsia="Times New Roman" w:hAnsi="Roboto" w:cs="Times New Roman"/>
                <w:color w:val="434343"/>
                <w:kern w:val="0"/>
                <w:sz w:val="20"/>
                <w:szCs w:val="20"/>
                <w:lang w:eastAsia="en-IN"/>
                <w14:ligatures w14:val="none"/>
              </w:rPr>
              <w:t>kerron</w:t>
            </w:r>
            <w:proofErr w:type="spellEnd"/>
          </w:p>
        </w:tc>
        <w:tc>
          <w:tcPr>
            <w:tcW w:w="2000" w:type="dxa"/>
            <w:tcBorders>
              <w:top w:val="nil"/>
              <w:left w:val="nil"/>
              <w:bottom w:val="single" w:sz="4" w:space="0" w:color="auto"/>
              <w:right w:val="single" w:sz="4" w:space="0" w:color="auto"/>
            </w:tcBorders>
            <w:shd w:val="clear" w:color="000000" w:fill="FFFFFF"/>
            <w:vAlign w:val="center"/>
            <w:hideMark/>
          </w:tcPr>
          <w:p w14:paraId="3AB7DA4C"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57B98A9C"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0937D597"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12</w:t>
            </w:r>
          </w:p>
        </w:tc>
        <w:tc>
          <w:tcPr>
            <w:tcW w:w="1660" w:type="dxa"/>
            <w:tcBorders>
              <w:top w:val="nil"/>
              <w:left w:val="nil"/>
              <w:bottom w:val="single" w:sz="4" w:space="0" w:color="auto"/>
              <w:right w:val="single" w:sz="4" w:space="0" w:color="auto"/>
            </w:tcBorders>
            <w:shd w:val="clear" w:color="000000" w:fill="FFFFFF"/>
            <w:vAlign w:val="center"/>
            <w:hideMark/>
          </w:tcPr>
          <w:p w14:paraId="3E09B3FC"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111723039026</w:t>
            </w:r>
          </w:p>
        </w:tc>
        <w:tc>
          <w:tcPr>
            <w:tcW w:w="1480" w:type="dxa"/>
            <w:tcBorders>
              <w:top w:val="nil"/>
              <w:left w:val="nil"/>
              <w:bottom w:val="single" w:sz="4" w:space="0" w:color="auto"/>
              <w:right w:val="single" w:sz="4" w:space="0" w:color="auto"/>
            </w:tcBorders>
            <w:shd w:val="clear" w:color="000000" w:fill="FFFFFF"/>
            <w:vAlign w:val="center"/>
            <w:hideMark/>
          </w:tcPr>
          <w:p w14:paraId="154A91E2"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Paul</w:t>
            </w:r>
          </w:p>
        </w:tc>
        <w:tc>
          <w:tcPr>
            <w:tcW w:w="2000" w:type="dxa"/>
            <w:tcBorders>
              <w:top w:val="nil"/>
              <w:left w:val="nil"/>
              <w:bottom w:val="single" w:sz="4" w:space="0" w:color="auto"/>
              <w:right w:val="single" w:sz="4" w:space="0" w:color="auto"/>
            </w:tcBorders>
            <w:shd w:val="clear" w:color="000000" w:fill="FFFFFF"/>
            <w:vAlign w:val="center"/>
            <w:hideMark/>
          </w:tcPr>
          <w:p w14:paraId="68CB3B9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422A5E85"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04076774"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13</w:t>
            </w:r>
          </w:p>
        </w:tc>
        <w:tc>
          <w:tcPr>
            <w:tcW w:w="1660" w:type="dxa"/>
            <w:tcBorders>
              <w:top w:val="nil"/>
              <w:left w:val="nil"/>
              <w:bottom w:val="single" w:sz="4" w:space="0" w:color="auto"/>
              <w:right w:val="single" w:sz="4" w:space="0" w:color="auto"/>
            </w:tcBorders>
            <w:shd w:val="clear" w:color="000000" w:fill="FFFFFF"/>
            <w:vAlign w:val="center"/>
            <w:hideMark/>
          </w:tcPr>
          <w:p w14:paraId="2B188C62"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111723039027</w:t>
            </w:r>
          </w:p>
        </w:tc>
        <w:tc>
          <w:tcPr>
            <w:tcW w:w="1480" w:type="dxa"/>
            <w:tcBorders>
              <w:top w:val="nil"/>
              <w:left w:val="nil"/>
              <w:bottom w:val="single" w:sz="4" w:space="0" w:color="auto"/>
              <w:right w:val="single" w:sz="4" w:space="0" w:color="auto"/>
            </w:tcBorders>
            <w:shd w:val="clear" w:color="000000" w:fill="FFFFFF"/>
            <w:vAlign w:val="center"/>
            <w:hideMark/>
          </w:tcPr>
          <w:p w14:paraId="67CE4AC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Hamad Saleh Mahfooz</w:t>
            </w:r>
          </w:p>
        </w:tc>
        <w:tc>
          <w:tcPr>
            <w:tcW w:w="2000" w:type="dxa"/>
            <w:tcBorders>
              <w:top w:val="nil"/>
              <w:left w:val="nil"/>
              <w:bottom w:val="single" w:sz="4" w:space="0" w:color="auto"/>
              <w:right w:val="single" w:sz="4" w:space="0" w:color="auto"/>
            </w:tcBorders>
            <w:shd w:val="clear" w:color="000000" w:fill="FFFFFF"/>
            <w:vAlign w:val="center"/>
            <w:hideMark/>
          </w:tcPr>
          <w:p w14:paraId="70171FC3"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0580BD93"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6E78F6B2"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14</w:t>
            </w:r>
          </w:p>
        </w:tc>
        <w:tc>
          <w:tcPr>
            <w:tcW w:w="1660" w:type="dxa"/>
            <w:tcBorders>
              <w:top w:val="nil"/>
              <w:left w:val="nil"/>
              <w:bottom w:val="single" w:sz="4" w:space="0" w:color="auto"/>
              <w:right w:val="single" w:sz="4" w:space="0" w:color="auto"/>
            </w:tcBorders>
            <w:shd w:val="clear" w:color="000000" w:fill="F8F9FA"/>
            <w:vAlign w:val="center"/>
            <w:hideMark/>
          </w:tcPr>
          <w:p w14:paraId="319CF776"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111723039030</w:t>
            </w:r>
          </w:p>
        </w:tc>
        <w:tc>
          <w:tcPr>
            <w:tcW w:w="1480" w:type="dxa"/>
            <w:tcBorders>
              <w:top w:val="nil"/>
              <w:left w:val="nil"/>
              <w:bottom w:val="single" w:sz="4" w:space="0" w:color="auto"/>
              <w:right w:val="single" w:sz="4" w:space="0" w:color="auto"/>
            </w:tcBorders>
            <w:shd w:val="clear" w:color="000000" w:fill="F8F9FA"/>
            <w:vAlign w:val="center"/>
            <w:hideMark/>
          </w:tcPr>
          <w:p w14:paraId="6DCE39D0"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Varun Raju</w:t>
            </w:r>
          </w:p>
        </w:tc>
        <w:tc>
          <w:tcPr>
            <w:tcW w:w="2000" w:type="dxa"/>
            <w:tcBorders>
              <w:top w:val="nil"/>
              <w:left w:val="nil"/>
              <w:bottom w:val="single" w:sz="4" w:space="0" w:color="auto"/>
              <w:right w:val="single" w:sz="4" w:space="0" w:color="auto"/>
            </w:tcBorders>
            <w:shd w:val="clear" w:color="000000" w:fill="F8F9FA"/>
            <w:vAlign w:val="center"/>
            <w:hideMark/>
          </w:tcPr>
          <w:p w14:paraId="1B8CD980"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36F7F238"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36F55B1D"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15</w:t>
            </w:r>
          </w:p>
        </w:tc>
        <w:tc>
          <w:tcPr>
            <w:tcW w:w="1660" w:type="dxa"/>
            <w:tcBorders>
              <w:top w:val="nil"/>
              <w:left w:val="nil"/>
              <w:bottom w:val="single" w:sz="4" w:space="0" w:color="auto"/>
              <w:right w:val="single" w:sz="4" w:space="0" w:color="auto"/>
            </w:tcBorders>
            <w:shd w:val="clear" w:color="000000" w:fill="F8F9FA"/>
            <w:vAlign w:val="center"/>
            <w:hideMark/>
          </w:tcPr>
          <w:p w14:paraId="7DB52F8A"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111723039031</w:t>
            </w:r>
          </w:p>
        </w:tc>
        <w:tc>
          <w:tcPr>
            <w:tcW w:w="1480" w:type="dxa"/>
            <w:tcBorders>
              <w:top w:val="nil"/>
              <w:left w:val="nil"/>
              <w:bottom w:val="single" w:sz="4" w:space="0" w:color="auto"/>
              <w:right w:val="single" w:sz="4" w:space="0" w:color="auto"/>
            </w:tcBorders>
            <w:shd w:val="clear" w:color="000000" w:fill="F8F9FA"/>
            <w:vAlign w:val="center"/>
            <w:hideMark/>
          </w:tcPr>
          <w:p w14:paraId="2AEDB05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proofErr w:type="gramStart"/>
            <w:r w:rsidRPr="00226B14">
              <w:rPr>
                <w:rFonts w:ascii="Roboto" w:eastAsia="Times New Roman" w:hAnsi="Roboto" w:cs="Times New Roman"/>
                <w:color w:val="434343"/>
                <w:kern w:val="0"/>
                <w:sz w:val="20"/>
                <w:szCs w:val="20"/>
                <w:lang w:eastAsia="en-IN"/>
                <w14:ligatures w14:val="none"/>
              </w:rPr>
              <w:t>K.Sampath</w:t>
            </w:r>
            <w:proofErr w:type="spellEnd"/>
            <w:proofErr w:type="gramEnd"/>
          </w:p>
        </w:tc>
        <w:tc>
          <w:tcPr>
            <w:tcW w:w="2000" w:type="dxa"/>
            <w:tcBorders>
              <w:top w:val="nil"/>
              <w:left w:val="nil"/>
              <w:bottom w:val="single" w:sz="4" w:space="0" w:color="auto"/>
              <w:right w:val="single" w:sz="4" w:space="0" w:color="auto"/>
            </w:tcBorders>
            <w:shd w:val="clear" w:color="000000" w:fill="FFFFFF"/>
            <w:vAlign w:val="center"/>
            <w:hideMark/>
          </w:tcPr>
          <w:p w14:paraId="7B924F45"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2D75ECA8"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61141466"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16</w:t>
            </w:r>
          </w:p>
        </w:tc>
        <w:tc>
          <w:tcPr>
            <w:tcW w:w="1660" w:type="dxa"/>
            <w:tcBorders>
              <w:top w:val="nil"/>
              <w:left w:val="nil"/>
              <w:bottom w:val="single" w:sz="4" w:space="0" w:color="auto"/>
              <w:right w:val="single" w:sz="4" w:space="0" w:color="auto"/>
            </w:tcBorders>
            <w:shd w:val="clear" w:color="000000" w:fill="FFFFFF"/>
            <w:vAlign w:val="center"/>
            <w:hideMark/>
          </w:tcPr>
          <w:p w14:paraId="5A5F86E3"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111723039034</w:t>
            </w:r>
          </w:p>
        </w:tc>
        <w:tc>
          <w:tcPr>
            <w:tcW w:w="1480" w:type="dxa"/>
            <w:tcBorders>
              <w:top w:val="nil"/>
              <w:left w:val="nil"/>
              <w:bottom w:val="single" w:sz="4" w:space="0" w:color="auto"/>
              <w:right w:val="single" w:sz="4" w:space="0" w:color="auto"/>
            </w:tcBorders>
            <w:shd w:val="clear" w:color="000000" w:fill="FFFFFF"/>
            <w:vAlign w:val="center"/>
            <w:hideMark/>
          </w:tcPr>
          <w:p w14:paraId="1DC699A5"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Yaswanth</w:t>
            </w:r>
          </w:p>
        </w:tc>
        <w:tc>
          <w:tcPr>
            <w:tcW w:w="2000" w:type="dxa"/>
            <w:tcBorders>
              <w:top w:val="nil"/>
              <w:left w:val="nil"/>
              <w:bottom w:val="single" w:sz="4" w:space="0" w:color="auto"/>
              <w:right w:val="single" w:sz="4" w:space="0" w:color="auto"/>
            </w:tcBorders>
            <w:shd w:val="clear" w:color="000000" w:fill="FFFFFF"/>
            <w:vAlign w:val="center"/>
            <w:hideMark/>
          </w:tcPr>
          <w:p w14:paraId="670106FC"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666BFE1D"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2004AD38"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17</w:t>
            </w:r>
          </w:p>
        </w:tc>
        <w:tc>
          <w:tcPr>
            <w:tcW w:w="1660" w:type="dxa"/>
            <w:tcBorders>
              <w:top w:val="nil"/>
              <w:left w:val="nil"/>
              <w:bottom w:val="single" w:sz="4" w:space="0" w:color="auto"/>
              <w:right w:val="single" w:sz="4" w:space="0" w:color="auto"/>
            </w:tcBorders>
            <w:shd w:val="clear" w:color="000000" w:fill="FFFFFF"/>
            <w:vAlign w:val="center"/>
            <w:hideMark/>
          </w:tcPr>
          <w:p w14:paraId="6E75FC0E"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111723039035</w:t>
            </w:r>
          </w:p>
        </w:tc>
        <w:tc>
          <w:tcPr>
            <w:tcW w:w="1480" w:type="dxa"/>
            <w:tcBorders>
              <w:top w:val="nil"/>
              <w:left w:val="nil"/>
              <w:bottom w:val="single" w:sz="4" w:space="0" w:color="auto"/>
              <w:right w:val="single" w:sz="4" w:space="0" w:color="auto"/>
            </w:tcBorders>
            <w:shd w:val="clear" w:color="000000" w:fill="FFFFFF"/>
            <w:vAlign w:val="center"/>
            <w:hideMark/>
          </w:tcPr>
          <w:p w14:paraId="3F53A690"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Manikanta </w:t>
            </w:r>
            <w:proofErr w:type="spellStart"/>
            <w:r w:rsidRPr="00226B14">
              <w:rPr>
                <w:rFonts w:ascii="Roboto" w:eastAsia="Times New Roman" w:hAnsi="Roboto" w:cs="Times New Roman"/>
                <w:color w:val="434343"/>
                <w:kern w:val="0"/>
                <w:sz w:val="20"/>
                <w:szCs w:val="20"/>
                <w:lang w:eastAsia="en-IN"/>
                <w14:ligatures w14:val="none"/>
              </w:rPr>
              <w:t>Reddy.A</w:t>
            </w:r>
            <w:proofErr w:type="spellEnd"/>
          </w:p>
        </w:tc>
        <w:tc>
          <w:tcPr>
            <w:tcW w:w="2000" w:type="dxa"/>
            <w:tcBorders>
              <w:top w:val="nil"/>
              <w:left w:val="nil"/>
              <w:bottom w:val="single" w:sz="4" w:space="0" w:color="auto"/>
              <w:right w:val="single" w:sz="4" w:space="0" w:color="auto"/>
            </w:tcBorders>
            <w:shd w:val="clear" w:color="000000" w:fill="FFFFFF"/>
            <w:vAlign w:val="center"/>
            <w:hideMark/>
          </w:tcPr>
          <w:p w14:paraId="0729B75C"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56D90E2B"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5800997E"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18</w:t>
            </w:r>
          </w:p>
        </w:tc>
        <w:tc>
          <w:tcPr>
            <w:tcW w:w="1660" w:type="dxa"/>
            <w:tcBorders>
              <w:top w:val="nil"/>
              <w:left w:val="nil"/>
              <w:bottom w:val="single" w:sz="4" w:space="0" w:color="auto"/>
              <w:right w:val="single" w:sz="4" w:space="0" w:color="auto"/>
            </w:tcBorders>
            <w:shd w:val="clear" w:color="000000" w:fill="FFFFFF"/>
            <w:vAlign w:val="center"/>
            <w:hideMark/>
          </w:tcPr>
          <w:p w14:paraId="2A0D5363"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111723039038</w:t>
            </w:r>
          </w:p>
        </w:tc>
        <w:tc>
          <w:tcPr>
            <w:tcW w:w="1480" w:type="dxa"/>
            <w:tcBorders>
              <w:top w:val="nil"/>
              <w:left w:val="nil"/>
              <w:bottom w:val="single" w:sz="4" w:space="0" w:color="auto"/>
              <w:right w:val="single" w:sz="4" w:space="0" w:color="auto"/>
            </w:tcBorders>
            <w:shd w:val="clear" w:color="000000" w:fill="FFFFFF"/>
            <w:vAlign w:val="center"/>
            <w:hideMark/>
          </w:tcPr>
          <w:p w14:paraId="5C44C3EC"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Muzammil</w:t>
            </w:r>
          </w:p>
        </w:tc>
        <w:tc>
          <w:tcPr>
            <w:tcW w:w="2000" w:type="dxa"/>
            <w:tcBorders>
              <w:top w:val="nil"/>
              <w:left w:val="nil"/>
              <w:bottom w:val="single" w:sz="4" w:space="0" w:color="auto"/>
              <w:right w:val="single" w:sz="4" w:space="0" w:color="auto"/>
            </w:tcBorders>
            <w:shd w:val="clear" w:color="000000" w:fill="FFFFFF"/>
            <w:vAlign w:val="center"/>
            <w:hideMark/>
          </w:tcPr>
          <w:p w14:paraId="551D0F19"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2B7125AF"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60016A86"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19</w:t>
            </w:r>
          </w:p>
        </w:tc>
        <w:tc>
          <w:tcPr>
            <w:tcW w:w="1660" w:type="dxa"/>
            <w:tcBorders>
              <w:top w:val="nil"/>
              <w:left w:val="nil"/>
              <w:bottom w:val="single" w:sz="4" w:space="0" w:color="auto"/>
              <w:right w:val="single" w:sz="4" w:space="0" w:color="auto"/>
            </w:tcBorders>
            <w:shd w:val="clear" w:color="000000" w:fill="FFFFFF"/>
            <w:vAlign w:val="center"/>
            <w:hideMark/>
          </w:tcPr>
          <w:p w14:paraId="31608DE4"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111723039039</w:t>
            </w:r>
          </w:p>
        </w:tc>
        <w:tc>
          <w:tcPr>
            <w:tcW w:w="1480" w:type="dxa"/>
            <w:tcBorders>
              <w:top w:val="nil"/>
              <w:left w:val="nil"/>
              <w:bottom w:val="single" w:sz="4" w:space="0" w:color="auto"/>
              <w:right w:val="single" w:sz="4" w:space="0" w:color="auto"/>
            </w:tcBorders>
            <w:shd w:val="clear" w:color="000000" w:fill="FFFFFF"/>
            <w:vAlign w:val="center"/>
            <w:hideMark/>
          </w:tcPr>
          <w:p w14:paraId="60303D4A"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proofErr w:type="gramStart"/>
            <w:r w:rsidRPr="00226B14">
              <w:rPr>
                <w:rFonts w:ascii="Roboto" w:eastAsia="Times New Roman" w:hAnsi="Roboto" w:cs="Times New Roman"/>
                <w:color w:val="434343"/>
                <w:kern w:val="0"/>
                <w:sz w:val="20"/>
                <w:szCs w:val="20"/>
                <w:lang w:eastAsia="en-IN"/>
                <w14:ligatures w14:val="none"/>
              </w:rPr>
              <w:t>N.Manikanta</w:t>
            </w:r>
            <w:proofErr w:type="spellEnd"/>
            <w:proofErr w:type="gramEnd"/>
          </w:p>
        </w:tc>
        <w:tc>
          <w:tcPr>
            <w:tcW w:w="2000" w:type="dxa"/>
            <w:tcBorders>
              <w:top w:val="nil"/>
              <w:left w:val="nil"/>
              <w:bottom w:val="single" w:sz="4" w:space="0" w:color="auto"/>
              <w:right w:val="single" w:sz="4" w:space="0" w:color="auto"/>
            </w:tcBorders>
            <w:shd w:val="clear" w:color="000000" w:fill="FFFFFF"/>
            <w:vAlign w:val="center"/>
            <w:hideMark/>
          </w:tcPr>
          <w:p w14:paraId="35AC3B71"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621EB7D2"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2EBF76ED"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20</w:t>
            </w:r>
          </w:p>
        </w:tc>
        <w:tc>
          <w:tcPr>
            <w:tcW w:w="1660" w:type="dxa"/>
            <w:tcBorders>
              <w:top w:val="nil"/>
              <w:left w:val="nil"/>
              <w:bottom w:val="single" w:sz="4" w:space="0" w:color="auto"/>
              <w:right w:val="single" w:sz="4" w:space="0" w:color="auto"/>
            </w:tcBorders>
            <w:shd w:val="clear" w:color="000000" w:fill="F8F9FA"/>
            <w:vAlign w:val="center"/>
            <w:hideMark/>
          </w:tcPr>
          <w:p w14:paraId="02423F76"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111723039041</w:t>
            </w:r>
          </w:p>
        </w:tc>
        <w:tc>
          <w:tcPr>
            <w:tcW w:w="1480" w:type="dxa"/>
            <w:tcBorders>
              <w:top w:val="nil"/>
              <w:left w:val="nil"/>
              <w:bottom w:val="single" w:sz="4" w:space="0" w:color="auto"/>
              <w:right w:val="single" w:sz="4" w:space="0" w:color="auto"/>
            </w:tcBorders>
            <w:shd w:val="clear" w:color="000000" w:fill="F8F9FA"/>
            <w:vAlign w:val="center"/>
            <w:hideMark/>
          </w:tcPr>
          <w:p w14:paraId="428951C8"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Philip Paul James</w:t>
            </w:r>
          </w:p>
        </w:tc>
        <w:tc>
          <w:tcPr>
            <w:tcW w:w="2000" w:type="dxa"/>
            <w:tcBorders>
              <w:top w:val="nil"/>
              <w:left w:val="nil"/>
              <w:bottom w:val="single" w:sz="4" w:space="0" w:color="auto"/>
              <w:right w:val="single" w:sz="4" w:space="0" w:color="auto"/>
            </w:tcBorders>
            <w:shd w:val="clear" w:color="000000" w:fill="F8F9FA"/>
            <w:vAlign w:val="center"/>
            <w:hideMark/>
          </w:tcPr>
          <w:p w14:paraId="29133D2D"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6E656322"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4F7ED046"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21</w:t>
            </w:r>
          </w:p>
        </w:tc>
        <w:tc>
          <w:tcPr>
            <w:tcW w:w="1660" w:type="dxa"/>
            <w:tcBorders>
              <w:top w:val="nil"/>
              <w:left w:val="nil"/>
              <w:bottom w:val="single" w:sz="4" w:space="0" w:color="auto"/>
              <w:right w:val="single" w:sz="4" w:space="0" w:color="auto"/>
            </w:tcBorders>
            <w:shd w:val="clear" w:color="000000" w:fill="FFFFFF"/>
            <w:vAlign w:val="center"/>
            <w:hideMark/>
          </w:tcPr>
          <w:p w14:paraId="4F08F73A"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111723039043</w:t>
            </w:r>
          </w:p>
        </w:tc>
        <w:tc>
          <w:tcPr>
            <w:tcW w:w="1480" w:type="dxa"/>
            <w:tcBorders>
              <w:top w:val="nil"/>
              <w:left w:val="nil"/>
              <w:bottom w:val="single" w:sz="4" w:space="0" w:color="auto"/>
              <w:right w:val="single" w:sz="4" w:space="0" w:color="auto"/>
            </w:tcBorders>
            <w:shd w:val="clear" w:color="000000" w:fill="FFFFFF"/>
            <w:vAlign w:val="center"/>
            <w:hideMark/>
          </w:tcPr>
          <w:p w14:paraId="26015832"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P S SHIVA KUMAR</w:t>
            </w:r>
          </w:p>
        </w:tc>
        <w:tc>
          <w:tcPr>
            <w:tcW w:w="2000" w:type="dxa"/>
            <w:tcBorders>
              <w:top w:val="nil"/>
              <w:left w:val="nil"/>
              <w:bottom w:val="single" w:sz="4" w:space="0" w:color="auto"/>
              <w:right w:val="single" w:sz="4" w:space="0" w:color="auto"/>
            </w:tcBorders>
            <w:shd w:val="clear" w:color="000000" w:fill="FFFFFF"/>
            <w:vAlign w:val="center"/>
            <w:hideMark/>
          </w:tcPr>
          <w:p w14:paraId="1CA12DC3"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2D0EA1C2"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429912A0"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22</w:t>
            </w:r>
          </w:p>
        </w:tc>
        <w:tc>
          <w:tcPr>
            <w:tcW w:w="1660" w:type="dxa"/>
            <w:tcBorders>
              <w:top w:val="nil"/>
              <w:left w:val="nil"/>
              <w:bottom w:val="single" w:sz="4" w:space="0" w:color="auto"/>
              <w:right w:val="single" w:sz="4" w:space="0" w:color="auto"/>
            </w:tcBorders>
            <w:shd w:val="clear" w:color="000000" w:fill="FFFFFF"/>
            <w:vAlign w:val="center"/>
            <w:hideMark/>
          </w:tcPr>
          <w:p w14:paraId="056C66F6"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111723039048</w:t>
            </w:r>
          </w:p>
        </w:tc>
        <w:tc>
          <w:tcPr>
            <w:tcW w:w="1480" w:type="dxa"/>
            <w:tcBorders>
              <w:top w:val="nil"/>
              <w:left w:val="nil"/>
              <w:bottom w:val="single" w:sz="4" w:space="0" w:color="auto"/>
              <w:right w:val="single" w:sz="4" w:space="0" w:color="auto"/>
            </w:tcBorders>
            <w:shd w:val="clear" w:color="000000" w:fill="FFFFFF"/>
            <w:vAlign w:val="center"/>
            <w:hideMark/>
          </w:tcPr>
          <w:p w14:paraId="2AB68EE3"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V Jason</w:t>
            </w:r>
          </w:p>
        </w:tc>
        <w:tc>
          <w:tcPr>
            <w:tcW w:w="2000" w:type="dxa"/>
            <w:tcBorders>
              <w:top w:val="nil"/>
              <w:left w:val="nil"/>
              <w:bottom w:val="single" w:sz="4" w:space="0" w:color="auto"/>
              <w:right w:val="single" w:sz="4" w:space="0" w:color="auto"/>
            </w:tcBorders>
            <w:shd w:val="clear" w:color="000000" w:fill="FFFFFF"/>
            <w:vAlign w:val="center"/>
            <w:hideMark/>
          </w:tcPr>
          <w:p w14:paraId="389451B0"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r w:rsidR="00226B14" w:rsidRPr="00226B14" w14:paraId="45E7DC60"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25605AA2"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23</w:t>
            </w:r>
          </w:p>
        </w:tc>
        <w:tc>
          <w:tcPr>
            <w:tcW w:w="1660" w:type="dxa"/>
            <w:tcBorders>
              <w:top w:val="nil"/>
              <w:left w:val="nil"/>
              <w:bottom w:val="single" w:sz="4" w:space="0" w:color="auto"/>
              <w:right w:val="single" w:sz="4" w:space="0" w:color="auto"/>
            </w:tcBorders>
            <w:shd w:val="clear" w:color="000000" w:fill="FFFFFF"/>
            <w:vAlign w:val="center"/>
            <w:hideMark/>
          </w:tcPr>
          <w:p w14:paraId="7C81B371"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111723039049</w:t>
            </w:r>
          </w:p>
        </w:tc>
        <w:tc>
          <w:tcPr>
            <w:tcW w:w="1480" w:type="dxa"/>
            <w:tcBorders>
              <w:top w:val="nil"/>
              <w:left w:val="nil"/>
              <w:bottom w:val="single" w:sz="4" w:space="0" w:color="auto"/>
              <w:right w:val="single" w:sz="4" w:space="0" w:color="auto"/>
            </w:tcBorders>
            <w:shd w:val="clear" w:color="000000" w:fill="FFFFFF"/>
            <w:vAlign w:val="center"/>
            <w:hideMark/>
          </w:tcPr>
          <w:p w14:paraId="16CDF7E8"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Srujan </w:t>
            </w:r>
            <w:proofErr w:type="spellStart"/>
            <w:r w:rsidRPr="00226B14">
              <w:rPr>
                <w:rFonts w:ascii="Roboto" w:eastAsia="Times New Roman" w:hAnsi="Roboto" w:cs="Times New Roman"/>
                <w:color w:val="434343"/>
                <w:kern w:val="0"/>
                <w:sz w:val="20"/>
                <w:szCs w:val="20"/>
                <w:lang w:eastAsia="en-IN"/>
                <w14:ligatures w14:val="none"/>
              </w:rPr>
              <w:t>vempati</w:t>
            </w:r>
            <w:proofErr w:type="spellEnd"/>
          </w:p>
        </w:tc>
        <w:tc>
          <w:tcPr>
            <w:tcW w:w="2000" w:type="dxa"/>
            <w:tcBorders>
              <w:top w:val="nil"/>
              <w:left w:val="nil"/>
              <w:bottom w:val="single" w:sz="4" w:space="0" w:color="auto"/>
              <w:right w:val="single" w:sz="4" w:space="0" w:color="auto"/>
            </w:tcBorders>
            <w:shd w:val="clear" w:color="000000" w:fill="FFFFFF"/>
            <w:vAlign w:val="center"/>
            <w:hideMark/>
          </w:tcPr>
          <w:p w14:paraId="76AC2A83"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secure ecommerce</w:t>
            </w:r>
          </w:p>
        </w:tc>
      </w:tr>
    </w:tbl>
    <w:p w14:paraId="54D4CDED" w14:textId="77777777" w:rsidR="00226B14" w:rsidRDefault="00226B14" w:rsidP="009A5AA2">
      <w:pPr>
        <w:rPr>
          <w:b/>
          <w:bCs/>
          <w:sz w:val="28"/>
          <w:szCs w:val="28"/>
          <w:lang w:val="en-US"/>
        </w:rPr>
      </w:pPr>
    </w:p>
    <w:tbl>
      <w:tblPr>
        <w:tblW w:w="5740" w:type="dxa"/>
        <w:tblLook w:val="04A0" w:firstRow="1" w:lastRow="0" w:firstColumn="1" w:lastColumn="0" w:noHBand="0" w:noVBand="1"/>
      </w:tblPr>
      <w:tblGrid>
        <w:gridCol w:w="960"/>
        <w:gridCol w:w="1680"/>
        <w:gridCol w:w="1545"/>
        <w:gridCol w:w="1580"/>
      </w:tblGrid>
      <w:tr w:rsidR="00226B14" w:rsidRPr="00226B14" w14:paraId="02B96E67" w14:textId="77777777" w:rsidTr="00226B14">
        <w:trPr>
          <w:trHeight w:val="300"/>
        </w:trPr>
        <w:tc>
          <w:tcPr>
            <w:tcW w:w="960" w:type="dxa"/>
            <w:tcBorders>
              <w:top w:val="single" w:sz="4" w:space="0" w:color="auto"/>
              <w:left w:val="single" w:sz="4" w:space="0" w:color="auto"/>
              <w:bottom w:val="single" w:sz="4" w:space="0" w:color="auto"/>
              <w:right w:val="single" w:sz="4" w:space="0" w:color="auto"/>
            </w:tcBorders>
            <w:noWrap/>
            <w:vAlign w:val="bottom"/>
            <w:hideMark/>
          </w:tcPr>
          <w:p w14:paraId="5F36169E" w14:textId="77777777" w:rsidR="00226B14" w:rsidRPr="00226B14" w:rsidRDefault="00226B14" w:rsidP="00226B14">
            <w:pPr>
              <w:spacing w:after="0" w:line="240" w:lineRule="auto"/>
              <w:rPr>
                <w:rFonts w:ascii="Aptos Narrow" w:eastAsia="Times New Roman" w:hAnsi="Aptos Narrow" w:cs="Times New Roman"/>
                <w:b/>
                <w:bCs/>
                <w:color w:val="000000"/>
                <w:kern w:val="0"/>
                <w:lang w:eastAsia="en-IN"/>
                <w14:ligatures w14:val="none"/>
              </w:rPr>
            </w:pPr>
            <w:r w:rsidRPr="00226B14">
              <w:rPr>
                <w:rFonts w:ascii="Aptos Narrow" w:eastAsia="Times New Roman" w:hAnsi="Aptos Narrow" w:cs="Times New Roman"/>
                <w:b/>
                <w:bCs/>
                <w:color w:val="000000"/>
                <w:kern w:val="0"/>
                <w:lang w:eastAsia="en-IN"/>
                <w14:ligatures w14:val="none"/>
              </w:rPr>
              <w:t>S.NO</w:t>
            </w:r>
          </w:p>
        </w:tc>
        <w:tc>
          <w:tcPr>
            <w:tcW w:w="1680" w:type="dxa"/>
            <w:tcBorders>
              <w:top w:val="single" w:sz="4" w:space="0" w:color="auto"/>
              <w:left w:val="nil"/>
              <w:bottom w:val="single" w:sz="4" w:space="0" w:color="auto"/>
              <w:right w:val="single" w:sz="4" w:space="0" w:color="auto"/>
            </w:tcBorders>
            <w:noWrap/>
            <w:vAlign w:val="bottom"/>
            <w:hideMark/>
          </w:tcPr>
          <w:p w14:paraId="390E8577" w14:textId="77777777" w:rsidR="00226B14" w:rsidRPr="00226B14" w:rsidRDefault="00226B14" w:rsidP="00226B14">
            <w:pPr>
              <w:spacing w:after="0" w:line="240" w:lineRule="auto"/>
              <w:rPr>
                <w:rFonts w:ascii="Aptos Narrow" w:eastAsia="Times New Roman" w:hAnsi="Aptos Narrow" w:cs="Times New Roman"/>
                <w:b/>
                <w:bCs/>
                <w:color w:val="000000"/>
                <w:kern w:val="0"/>
                <w:lang w:eastAsia="en-IN"/>
                <w14:ligatures w14:val="none"/>
              </w:rPr>
            </w:pPr>
            <w:r w:rsidRPr="00226B14">
              <w:rPr>
                <w:rFonts w:ascii="Aptos Narrow" w:eastAsia="Times New Roman" w:hAnsi="Aptos Narrow" w:cs="Times New Roman"/>
                <w:b/>
                <w:bCs/>
                <w:color w:val="000000"/>
                <w:kern w:val="0"/>
                <w:lang w:eastAsia="en-IN"/>
                <w14:ligatures w14:val="none"/>
              </w:rPr>
              <w:t>UID</w:t>
            </w:r>
          </w:p>
        </w:tc>
        <w:tc>
          <w:tcPr>
            <w:tcW w:w="1520" w:type="dxa"/>
            <w:tcBorders>
              <w:top w:val="single" w:sz="4" w:space="0" w:color="auto"/>
              <w:left w:val="nil"/>
              <w:bottom w:val="single" w:sz="4" w:space="0" w:color="auto"/>
              <w:right w:val="single" w:sz="4" w:space="0" w:color="auto"/>
            </w:tcBorders>
            <w:noWrap/>
            <w:vAlign w:val="bottom"/>
            <w:hideMark/>
          </w:tcPr>
          <w:p w14:paraId="7D22E671" w14:textId="77777777" w:rsidR="00226B14" w:rsidRPr="00226B14" w:rsidRDefault="00226B14" w:rsidP="00226B14">
            <w:pPr>
              <w:spacing w:after="0" w:line="240" w:lineRule="auto"/>
              <w:rPr>
                <w:rFonts w:ascii="Aptos Narrow" w:eastAsia="Times New Roman" w:hAnsi="Aptos Narrow" w:cs="Times New Roman"/>
                <w:b/>
                <w:bCs/>
                <w:color w:val="000000"/>
                <w:kern w:val="0"/>
                <w:lang w:eastAsia="en-IN"/>
                <w14:ligatures w14:val="none"/>
              </w:rPr>
            </w:pPr>
            <w:r w:rsidRPr="00226B14">
              <w:rPr>
                <w:rFonts w:ascii="Aptos Narrow" w:eastAsia="Times New Roman" w:hAnsi="Aptos Narrow" w:cs="Times New Roman"/>
                <w:b/>
                <w:bCs/>
                <w:color w:val="000000"/>
                <w:kern w:val="0"/>
                <w:lang w:eastAsia="en-IN"/>
                <w14:ligatures w14:val="none"/>
              </w:rPr>
              <w:t>Name</w:t>
            </w:r>
          </w:p>
        </w:tc>
        <w:tc>
          <w:tcPr>
            <w:tcW w:w="1580" w:type="dxa"/>
            <w:tcBorders>
              <w:top w:val="single" w:sz="4" w:space="0" w:color="auto"/>
              <w:left w:val="nil"/>
              <w:bottom w:val="single" w:sz="4" w:space="0" w:color="auto"/>
              <w:right w:val="single" w:sz="4" w:space="0" w:color="auto"/>
            </w:tcBorders>
            <w:noWrap/>
            <w:vAlign w:val="bottom"/>
            <w:hideMark/>
          </w:tcPr>
          <w:p w14:paraId="3EEF7071" w14:textId="77777777" w:rsidR="00226B14" w:rsidRPr="00226B14" w:rsidRDefault="00226B14" w:rsidP="00226B14">
            <w:pPr>
              <w:spacing w:after="0" w:line="240" w:lineRule="auto"/>
              <w:rPr>
                <w:rFonts w:ascii="Aptos Narrow" w:eastAsia="Times New Roman" w:hAnsi="Aptos Narrow" w:cs="Times New Roman"/>
                <w:b/>
                <w:bCs/>
                <w:color w:val="000000"/>
                <w:kern w:val="0"/>
                <w:lang w:eastAsia="en-IN"/>
                <w14:ligatures w14:val="none"/>
              </w:rPr>
            </w:pPr>
            <w:r w:rsidRPr="00226B14">
              <w:rPr>
                <w:rFonts w:ascii="Aptos Narrow" w:eastAsia="Times New Roman" w:hAnsi="Aptos Narrow" w:cs="Times New Roman"/>
                <w:b/>
                <w:bCs/>
                <w:color w:val="000000"/>
                <w:kern w:val="0"/>
                <w:lang w:eastAsia="en-IN"/>
                <w14:ligatures w14:val="none"/>
              </w:rPr>
              <w:t>Subject</w:t>
            </w:r>
          </w:p>
        </w:tc>
      </w:tr>
      <w:tr w:rsidR="00226B14" w:rsidRPr="00226B14" w14:paraId="4D54B59D"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1ECD269C" w14:textId="77777777" w:rsidR="00226B14" w:rsidRPr="00226B14" w:rsidRDefault="00226B14" w:rsidP="00226B14">
            <w:pPr>
              <w:spacing w:after="0" w:line="240" w:lineRule="auto"/>
              <w:jc w:val="right"/>
              <w:rPr>
                <w:rFonts w:ascii="Aptos Narrow" w:eastAsia="Times New Roman" w:hAnsi="Aptos Narrow" w:cs="Times New Roman"/>
                <w:b/>
                <w:bCs/>
                <w:color w:val="000000"/>
                <w:kern w:val="0"/>
                <w:lang w:eastAsia="en-IN"/>
                <w14:ligatures w14:val="none"/>
              </w:rPr>
            </w:pPr>
            <w:r w:rsidRPr="00226B14">
              <w:rPr>
                <w:rFonts w:ascii="Aptos Narrow" w:eastAsia="Times New Roman" w:hAnsi="Aptos Narrow" w:cs="Times New Roman"/>
                <w:b/>
                <w:bCs/>
                <w:color w:val="000000"/>
                <w:kern w:val="0"/>
                <w:lang w:eastAsia="en-IN"/>
                <w14:ligatures w14:val="none"/>
              </w:rPr>
              <w:t>1</w:t>
            </w:r>
          </w:p>
        </w:tc>
        <w:tc>
          <w:tcPr>
            <w:tcW w:w="1680" w:type="dxa"/>
            <w:tcBorders>
              <w:top w:val="nil"/>
              <w:left w:val="nil"/>
              <w:bottom w:val="single" w:sz="4" w:space="0" w:color="auto"/>
              <w:right w:val="single" w:sz="4" w:space="0" w:color="auto"/>
            </w:tcBorders>
            <w:shd w:val="clear" w:color="000000" w:fill="FFFFFF"/>
            <w:vAlign w:val="center"/>
            <w:hideMark/>
          </w:tcPr>
          <w:p w14:paraId="3F4EE333"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111723039002</w:t>
            </w:r>
          </w:p>
        </w:tc>
        <w:tc>
          <w:tcPr>
            <w:tcW w:w="1520" w:type="dxa"/>
            <w:tcBorders>
              <w:top w:val="nil"/>
              <w:left w:val="nil"/>
              <w:bottom w:val="single" w:sz="4" w:space="0" w:color="auto"/>
              <w:right w:val="single" w:sz="4" w:space="0" w:color="auto"/>
            </w:tcBorders>
            <w:noWrap/>
            <w:vAlign w:val="bottom"/>
            <w:hideMark/>
          </w:tcPr>
          <w:p w14:paraId="506EF2AB" w14:textId="77777777" w:rsidR="00226B14" w:rsidRPr="00226B14" w:rsidRDefault="00226B14" w:rsidP="00226B14">
            <w:pPr>
              <w:spacing w:after="0" w:line="240" w:lineRule="auto"/>
              <w:rPr>
                <w:rFonts w:ascii="Aptos Narrow" w:eastAsia="Times New Roman" w:hAnsi="Aptos Narrow" w:cs="Times New Roman"/>
                <w:b/>
                <w:bCs/>
                <w:color w:val="000000"/>
                <w:kern w:val="0"/>
                <w:lang w:eastAsia="en-IN"/>
                <w14:ligatures w14:val="none"/>
              </w:rPr>
            </w:pPr>
            <w:proofErr w:type="spellStart"/>
            <w:proofErr w:type="gramStart"/>
            <w:r w:rsidRPr="00226B14">
              <w:rPr>
                <w:rFonts w:ascii="Aptos Narrow" w:eastAsia="Times New Roman" w:hAnsi="Aptos Narrow" w:cs="Times New Roman"/>
                <w:b/>
                <w:bCs/>
                <w:color w:val="000000"/>
                <w:kern w:val="0"/>
                <w:lang w:eastAsia="en-IN"/>
                <w14:ligatures w14:val="none"/>
              </w:rPr>
              <w:t>B.Yamini</w:t>
            </w:r>
            <w:proofErr w:type="spellEnd"/>
            <w:proofErr w:type="gramEnd"/>
            <w:r w:rsidRPr="00226B14">
              <w:rPr>
                <w:rFonts w:ascii="Aptos Narrow" w:eastAsia="Times New Roman" w:hAnsi="Aptos Narrow" w:cs="Times New Roman"/>
                <w:b/>
                <w:bCs/>
                <w:color w:val="000000"/>
                <w:kern w:val="0"/>
                <w:lang w:eastAsia="en-IN"/>
                <w14:ligatures w14:val="none"/>
              </w:rPr>
              <w:t xml:space="preserve"> Sri</w:t>
            </w:r>
          </w:p>
        </w:tc>
        <w:tc>
          <w:tcPr>
            <w:tcW w:w="1580" w:type="dxa"/>
            <w:tcBorders>
              <w:top w:val="nil"/>
              <w:left w:val="nil"/>
              <w:bottom w:val="single" w:sz="4" w:space="0" w:color="auto"/>
              <w:right w:val="single" w:sz="4" w:space="0" w:color="auto"/>
            </w:tcBorders>
            <w:shd w:val="clear" w:color="000000" w:fill="FFFFFF"/>
            <w:vAlign w:val="center"/>
            <w:hideMark/>
          </w:tcPr>
          <w:p w14:paraId="4B606D7A"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5F8DFEE2"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45C82F23"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w:t>
            </w:r>
          </w:p>
        </w:tc>
        <w:tc>
          <w:tcPr>
            <w:tcW w:w="1680" w:type="dxa"/>
            <w:tcBorders>
              <w:top w:val="nil"/>
              <w:left w:val="nil"/>
              <w:bottom w:val="single" w:sz="4" w:space="0" w:color="auto"/>
              <w:right w:val="single" w:sz="4" w:space="0" w:color="auto"/>
            </w:tcBorders>
            <w:shd w:val="clear" w:color="000000" w:fill="FFFFFF"/>
            <w:vAlign w:val="center"/>
            <w:hideMark/>
          </w:tcPr>
          <w:p w14:paraId="2BC52928"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111723039003</w:t>
            </w:r>
          </w:p>
        </w:tc>
        <w:tc>
          <w:tcPr>
            <w:tcW w:w="1520" w:type="dxa"/>
            <w:tcBorders>
              <w:top w:val="nil"/>
              <w:left w:val="nil"/>
              <w:bottom w:val="single" w:sz="4" w:space="0" w:color="auto"/>
              <w:right w:val="single" w:sz="4" w:space="0" w:color="auto"/>
            </w:tcBorders>
            <w:shd w:val="clear" w:color="000000" w:fill="FFFFFF"/>
            <w:vAlign w:val="center"/>
            <w:hideMark/>
          </w:tcPr>
          <w:p w14:paraId="45C8BC65"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Bhavya </w:t>
            </w:r>
            <w:proofErr w:type="spellStart"/>
            <w:r w:rsidRPr="00226B14">
              <w:rPr>
                <w:rFonts w:ascii="Roboto" w:eastAsia="Times New Roman" w:hAnsi="Roboto" w:cs="Times New Roman"/>
                <w:color w:val="434343"/>
                <w:kern w:val="0"/>
                <w:sz w:val="20"/>
                <w:szCs w:val="20"/>
                <w:lang w:eastAsia="en-IN"/>
                <w14:ligatures w14:val="none"/>
              </w:rPr>
              <w:t>unni</w:t>
            </w:r>
            <w:proofErr w:type="spellEnd"/>
          </w:p>
        </w:tc>
        <w:tc>
          <w:tcPr>
            <w:tcW w:w="1580" w:type="dxa"/>
            <w:tcBorders>
              <w:top w:val="nil"/>
              <w:left w:val="nil"/>
              <w:bottom w:val="single" w:sz="4" w:space="0" w:color="auto"/>
              <w:right w:val="single" w:sz="4" w:space="0" w:color="auto"/>
            </w:tcBorders>
            <w:shd w:val="clear" w:color="000000" w:fill="FFFFFF"/>
            <w:vAlign w:val="center"/>
            <w:hideMark/>
          </w:tcPr>
          <w:p w14:paraId="40F058DD"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1C8C3F33"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657813D1"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3</w:t>
            </w:r>
          </w:p>
        </w:tc>
        <w:tc>
          <w:tcPr>
            <w:tcW w:w="1680" w:type="dxa"/>
            <w:tcBorders>
              <w:top w:val="nil"/>
              <w:left w:val="nil"/>
              <w:bottom w:val="single" w:sz="4" w:space="0" w:color="auto"/>
              <w:right w:val="single" w:sz="4" w:space="0" w:color="auto"/>
            </w:tcBorders>
            <w:shd w:val="clear" w:color="000000" w:fill="FFFFFF"/>
            <w:vAlign w:val="center"/>
            <w:hideMark/>
          </w:tcPr>
          <w:p w14:paraId="4A9D3276"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111723039004</w:t>
            </w:r>
          </w:p>
        </w:tc>
        <w:tc>
          <w:tcPr>
            <w:tcW w:w="1520" w:type="dxa"/>
            <w:tcBorders>
              <w:top w:val="nil"/>
              <w:left w:val="nil"/>
              <w:bottom w:val="single" w:sz="4" w:space="0" w:color="auto"/>
              <w:right w:val="single" w:sz="4" w:space="0" w:color="auto"/>
            </w:tcBorders>
            <w:shd w:val="clear" w:color="000000" w:fill="FFFFFF"/>
            <w:vAlign w:val="center"/>
            <w:hideMark/>
          </w:tcPr>
          <w:p w14:paraId="0BA5A42C"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Biyyani</w:t>
            </w:r>
            <w:proofErr w:type="spellEnd"/>
            <w:r w:rsidRPr="00226B14">
              <w:rPr>
                <w:rFonts w:ascii="Roboto" w:eastAsia="Times New Roman" w:hAnsi="Roboto" w:cs="Times New Roman"/>
                <w:color w:val="434343"/>
                <w:kern w:val="0"/>
                <w:sz w:val="20"/>
                <w:szCs w:val="20"/>
                <w:lang w:eastAsia="en-IN"/>
                <w14:ligatures w14:val="none"/>
              </w:rPr>
              <w:t xml:space="preserve"> Rishikasri</w:t>
            </w:r>
          </w:p>
        </w:tc>
        <w:tc>
          <w:tcPr>
            <w:tcW w:w="1580" w:type="dxa"/>
            <w:tcBorders>
              <w:top w:val="nil"/>
              <w:left w:val="nil"/>
              <w:bottom w:val="single" w:sz="4" w:space="0" w:color="auto"/>
              <w:right w:val="single" w:sz="4" w:space="0" w:color="auto"/>
            </w:tcBorders>
            <w:shd w:val="clear" w:color="000000" w:fill="FFFFFF"/>
            <w:vAlign w:val="center"/>
            <w:hideMark/>
          </w:tcPr>
          <w:p w14:paraId="6C97F483"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6CF05D69"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4B6159E0"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4</w:t>
            </w:r>
          </w:p>
        </w:tc>
        <w:tc>
          <w:tcPr>
            <w:tcW w:w="1680" w:type="dxa"/>
            <w:tcBorders>
              <w:top w:val="nil"/>
              <w:left w:val="nil"/>
              <w:bottom w:val="single" w:sz="4" w:space="0" w:color="auto"/>
              <w:right w:val="single" w:sz="4" w:space="0" w:color="auto"/>
            </w:tcBorders>
            <w:shd w:val="clear" w:color="000000" w:fill="F8F9FA"/>
            <w:vAlign w:val="center"/>
            <w:hideMark/>
          </w:tcPr>
          <w:p w14:paraId="70C1B1C0"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111723039006</w:t>
            </w:r>
          </w:p>
        </w:tc>
        <w:tc>
          <w:tcPr>
            <w:tcW w:w="1520" w:type="dxa"/>
            <w:tcBorders>
              <w:top w:val="nil"/>
              <w:left w:val="nil"/>
              <w:bottom w:val="single" w:sz="4" w:space="0" w:color="auto"/>
              <w:right w:val="single" w:sz="4" w:space="0" w:color="auto"/>
            </w:tcBorders>
            <w:shd w:val="clear" w:color="000000" w:fill="F8F9FA"/>
            <w:vAlign w:val="center"/>
            <w:hideMark/>
          </w:tcPr>
          <w:p w14:paraId="51CD089D"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D. Jhansi</w:t>
            </w:r>
          </w:p>
        </w:tc>
        <w:tc>
          <w:tcPr>
            <w:tcW w:w="1580" w:type="dxa"/>
            <w:tcBorders>
              <w:top w:val="nil"/>
              <w:left w:val="nil"/>
              <w:bottom w:val="single" w:sz="4" w:space="0" w:color="auto"/>
              <w:right w:val="single" w:sz="4" w:space="0" w:color="auto"/>
            </w:tcBorders>
            <w:shd w:val="clear" w:color="000000" w:fill="F8F9FA"/>
            <w:vAlign w:val="center"/>
            <w:hideMark/>
          </w:tcPr>
          <w:p w14:paraId="41D03E3C"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6E89E063"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5C3C6846"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5</w:t>
            </w:r>
          </w:p>
        </w:tc>
        <w:tc>
          <w:tcPr>
            <w:tcW w:w="1680" w:type="dxa"/>
            <w:tcBorders>
              <w:top w:val="nil"/>
              <w:left w:val="nil"/>
              <w:bottom w:val="single" w:sz="4" w:space="0" w:color="auto"/>
              <w:right w:val="single" w:sz="4" w:space="0" w:color="auto"/>
            </w:tcBorders>
            <w:shd w:val="clear" w:color="000000" w:fill="F8F9FA"/>
            <w:vAlign w:val="center"/>
            <w:hideMark/>
          </w:tcPr>
          <w:p w14:paraId="14792B43"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111723039007</w:t>
            </w:r>
          </w:p>
        </w:tc>
        <w:tc>
          <w:tcPr>
            <w:tcW w:w="1520" w:type="dxa"/>
            <w:tcBorders>
              <w:top w:val="nil"/>
              <w:left w:val="nil"/>
              <w:bottom w:val="single" w:sz="4" w:space="0" w:color="auto"/>
              <w:right w:val="single" w:sz="4" w:space="0" w:color="auto"/>
            </w:tcBorders>
            <w:shd w:val="clear" w:color="000000" w:fill="F8F9FA"/>
            <w:vAlign w:val="center"/>
            <w:hideMark/>
          </w:tcPr>
          <w:p w14:paraId="077D570D"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Gidigam</w:t>
            </w:r>
            <w:proofErr w:type="spellEnd"/>
            <w:r w:rsidRPr="00226B14">
              <w:rPr>
                <w:rFonts w:ascii="Roboto" w:eastAsia="Times New Roman" w:hAnsi="Roboto" w:cs="Times New Roman"/>
                <w:color w:val="434343"/>
                <w:kern w:val="0"/>
                <w:sz w:val="20"/>
                <w:szCs w:val="20"/>
                <w:lang w:eastAsia="en-IN"/>
                <w14:ligatures w14:val="none"/>
              </w:rPr>
              <w:t xml:space="preserve"> Akshitha</w:t>
            </w:r>
          </w:p>
        </w:tc>
        <w:tc>
          <w:tcPr>
            <w:tcW w:w="1580" w:type="dxa"/>
            <w:tcBorders>
              <w:top w:val="nil"/>
              <w:left w:val="nil"/>
              <w:bottom w:val="single" w:sz="4" w:space="0" w:color="auto"/>
              <w:right w:val="single" w:sz="4" w:space="0" w:color="auto"/>
            </w:tcBorders>
            <w:shd w:val="clear" w:color="000000" w:fill="F8F9FA"/>
            <w:vAlign w:val="center"/>
            <w:hideMark/>
          </w:tcPr>
          <w:p w14:paraId="6E81398E"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77F296AC"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3A723412"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6</w:t>
            </w:r>
          </w:p>
        </w:tc>
        <w:tc>
          <w:tcPr>
            <w:tcW w:w="1680" w:type="dxa"/>
            <w:tcBorders>
              <w:top w:val="nil"/>
              <w:left w:val="nil"/>
              <w:bottom w:val="single" w:sz="4" w:space="0" w:color="auto"/>
              <w:right w:val="single" w:sz="4" w:space="0" w:color="auto"/>
            </w:tcBorders>
            <w:shd w:val="clear" w:color="000000" w:fill="FFFFFF"/>
            <w:vAlign w:val="center"/>
            <w:hideMark/>
          </w:tcPr>
          <w:p w14:paraId="4A4464FD"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111723039013</w:t>
            </w:r>
          </w:p>
        </w:tc>
        <w:tc>
          <w:tcPr>
            <w:tcW w:w="1520" w:type="dxa"/>
            <w:tcBorders>
              <w:top w:val="nil"/>
              <w:left w:val="nil"/>
              <w:bottom w:val="single" w:sz="4" w:space="0" w:color="auto"/>
              <w:right w:val="single" w:sz="4" w:space="0" w:color="auto"/>
            </w:tcBorders>
            <w:shd w:val="clear" w:color="000000" w:fill="FFFFFF"/>
            <w:vAlign w:val="center"/>
            <w:hideMark/>
          </w:tcPr>
          <w:p w14:paraId="3CE31E91"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proofErr w:type="gramStart"/>
            <w:r w:rsidRPr="00226B14">
              <w:rPr>
                <w:rFonts w:ascii="Roboto" w:eastAsia="Times New Roman" w:hAnsi="Roboto" w:cs="Times New Roman"/>
                <w:color w:val="434343"/>
                <w:kern w:val="0"/>
                <w:sz w:val="20"/>
                <w:szCs w:val="20"/>
                <w:lang w:eastAsia="en-IN"/>
                <w14:ligatures w14:val="none"/>
              </w:rPr>
              <w:t>Sk.rubeena</w:t>
            </w:r>
            <w:proofErr w:type="spellEnd"/>
            <w:proofErr w:type="gramEnd"/>
          </w:p>
        </w:tc>
        <w:tc>
          <w:tcPr>
            <w:tcW w:w="1580" w:type="dxa"/>
            <w:tcBorders>
              <w:top w:val="nil"/>
              <w:left w:val="nil"/>
              <w:bottom w:val="single" w:sz="4" w:space="0" w:color="auto"/>
              <w:right w:val="single" w:sz="4" w:space="0" w:color="auto"/>
            </w:tcBorders>
            <w:shd w:val="clear" w:color="000000" w:fill="FFFFFF"/>
            <w:vAlign w:val="center"/>
            <w:hideMark/>
          </w:tcPr>
          <w:p w14:paraId="701886A7"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3EC4285D"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308B34CE"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7</w:t>
            </w:r>
          </w:p>
        </w:tc>
        <w:tc>
          <w:tcPr>
            <w:tcW w:w="1680" w:type="dxa"/>
            <w:tcBorders>
              <w:top w:val="nil"/>
              <w:left w:val="nil"/>
              <w:bottom w:val="single" w:sz="4" w:space="0" w:color="auto"/>
              <w:right w:val="single" w:sz="4" w:space="0" w:color="auto"/>
            </w:tcBorders>
            <w:shd w:val="clear" w:color="000000" w:fill="F8F9FA"/>
            <w:vAlign w:val="center"/>
            <w:hideMark/>
          </w:tcPr>
          <w:p w14:paraId="67758119"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111723039016</w:t>
            </w:r>
          </w:p>
        </w:tc>
        <w:tc>
          <w:tcPr>
            <w:tcW w:w="1520" w:type="dxa"/>
            <w:tcBorders>
              <w:top w:val="nil"/>
              <w:left w:val="nil"/>
              <w:bottom w:val="single" w:sz="4" w:space="0" w:color="auto"/>
              <w:right w:val="single" w:sz="4" w:space="0" w:color="auto"/>
            </w:tcBorders>
            <w:shd w:val="clear" w:color="000000" w:fill="F8F9FA"/>
            <w:vAlign w:val="center"/>
            <w:hideMark/>
          </w:tcPr>
          <w:p w14:paraId="21E69A1D"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Taj </w:t>
            </w:r>
            <w:proofErr w:type="spellStart"/>
            <w:r w:rsidRPr="00226B14">
              <w:rPr>
                <w:rFonts w:ascii="Roboto" w:eastAsia="Times New Roman" w:hAnsi="Roboto" w:cs="Times New Roman"/>
                <w:color w:val="434343"/>
                <w:kern w:val="0"/>
                <w:sz w:val="20"/>
                <w:szCs w:val="20"/>
                <w:lang w:eastAsia="en-IN"/>
                <w14:ligatures w14:val="none"/>
              </w:rPr>
              <w:t>fatima</w:t>
            </w:r>
            <w:proofErr w:type="spellEnd"/>
          </w:p>
        </w:tc>
        <w:tc>
          <w:tcPr>
            <w:tcW w:w="1580" w:type="dxa"/>
            <w:tcBorders>
              <w:top w:val="nil"/>
              <w:left w:val="nil"/>
              <w:bottom w:val="single" w:sz="4" w:space="0" w:color="auto"/>
              <w:right w:val="single" w:sz="4" w:space="0" w:color="auto"/>
            </w:tcBorders>
            <w:shd w:val="clear" w:color="000000" w:fill="F8F9FA"/>
            <w:vAlign w:val="center"/>
            <w:hideMark/>
          </w:tcPr>
          <w:p w14:paraId="26B311F2"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20CEEFA0"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064D3B26"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8</w:t>
            </w:r>
          </w:p>
        </w:tc>
        <w:tc>
          <w:tcPr>
            <w:tcW w:w="1680" w:type="dxa"/>
            <w:tcBorders>
              <w:top w:val="nil"/>
              <w:left w:val="nil"/>
              <w:bottom w:val="single" w:sz="4" w:space="0" w:color="auto"/>
              <w:right w:val="single" w:sz="4" w:space="0" w:color="auto"/>
            </w:tcBorders>
            <w:shd w:val="clear" w:color="000000" w:fill="F8F9FA"/>
            <w:vAlign w:val="center"/>
            <w:hideMark/>
          </w:tcPr>
          <w:p w14:paraId="5BE2DF98"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111723039018</w:t>
            </w:r>
          </w:p>
        </w:tc>
        <w:tc>
          <w:tcPr>
            <w:tcW w:w="1520" w:type="dxa"/>
            <w:tcBorders>
              <w:top w:val="nil"/>
              <w:left w:val="nil"/>
              <w:bottom w:val="single" w:sz="4" w:space="0" w:color="auto"/>
              <w:right w:val="single" w:sz="4" w:space="0" w:color="auto"/>
            </w:tcBorders>
            <w:shd w:val="clear" w:color="000000" w:fill="F8F9FA"/>
            <w:vAlign w:val="center"/>
            <w:hideMark/>
          </w:tcPr>
          <w:p w14:paraId="29A8AC4D"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Aditya </w:t>
            </w:r>
            <w:proofErr w:type="spellStart"/>
            <w:r w:rsidRPr="00226B14">
              <w:rPr>
                <w:rFonts w:ascii="Roboto" w:eastAsia="Times New Roman" w:hAnsi="Roboto" w:cs="Times New Roman"/>
                <w:color w:val="434343"/>
                <w:kern w:val="0"/>
                <w:sz w:val="20"/>
                <w:szCs w:val="20"/>
                <w:lang w:eastAsia="en-IN"/>
                <w14:ligatures w14:val="none"/>
              </w:rPr>
              <w:t>kishore</w:t>
            </w:r>
            <w:proofErr w:type="spellEnd"/>
            <w:r w:rsidRPr="00226B14">
              <w:rPr>
                <w:rFonts w:ascii="Roboto" w:eastAsia="Times New Roman" w:hAnsi="Roboto" w:cs="Times New Roman"/>
                <w:color w:val="434343"/>
                <w:kern w:val="0"/>
                <w:sz w:val="20"/>
                <w:szCs w:val="20"/>
                <w:lang w:eastAsia="en-IN"/>
                <w14:ligatures w14:val="none"/>
              </w:rPr>
              <w:t xml:space="preserve"> </w:t>
            </w:r>
            <w:proofErr w:type="spellStart"/>
            <w:r w:rsidRPr="00226B14">
              <w:rPr>
                <w:rFonts w:ascii="Roboto" w:eastAsia="Times New Roman" w:hAnsi="Roboto" w:cs="Times New Roman"/>
                <w:color w:val="434343"/>
                <w:kern w:val="0"/>
                <w:sz w:val="20"/>
                <w:szCs w:val="20"/>
                <w:lang w:eastAsia="en-IN"/>
                <w14:ligatures w14:val="none"/>
              </w:rPr>
              <w:t>singh</w:t>
            </w:r>
            <w:proofErr w:type="spellEnd"/>
          </w:p>
        </w:tc>
        <w:tc>
          <w:tcPr>
            <w:tcW w:w="1580" w:type="dxa"/>
            <w:tcBorders>
              <w:top w:val="nil"/>
              <w:left w:val="nil"/>
              <w:bottom w:val="single" w:sz="4" w:space="0" w:color="auto"/>
              <w:right w:val="single" w:sz="4" w:space="0" w:color="auto"/>
            </w:tcBorders>
            <w:shd w:val="clear" w:color="000000" w:fill="F8F9FA"/>
            <w:vAlign w:val="center"/>
            <w:hideMark/>
          </w:tcPr>
          <w:p w14:paraId="46E6D6E5"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7EA2912D"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3DCB9E33"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9</w:t>
            </w:r>
          </w:p>
        </w:tc>
        <w:tc>
          <w:tcPr>
            <w:tcW w:w="1680" w:type="dxa"/>
            <w:tcBorders>
              <w:top w:val="nil"/>
              <w:left w:val="nil"/>
              <w:bottom w:val="single" w:sz="4" w:space="0" w:color="auto"/>
              <w:right w:val="single" w:sz="4" w:space="0" w:color="auto"/>
            </w:tcBorders>
            <w:shd w:val="clear" w:color="000000" w:fill="F8F9FA"/>
            <w:vAlign w:val="center"/>
            <w:hideMark/>
          </w:tcPr>
          <w:p w14:paraId="4780D289"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111723039020</w:t>
            </w:r>
          </w:p>
        </w:tc>
        <w:tc>
          <w:tcPr>
            <w:tcW w:w="1520" w:type="dxa"/>
            <w:tcBorders>
              <w:top w:val="nil"/>
              <w:left w:val="nil"/>
              <w:bottom w:val="single" w:sz="4" w:space="0" w:color="auto"/>
              <w:right w:val="single" w:sz="4" w:space="0" w:color="auto"/>
            </w:tcBorders>
            <w:shd w:val="clear" w:color="000000" w:fill="F8F9FA"/>
            <w:vAlign w:val="center"/>
            <w:hideMark/>
          </w:tcPr>
          <w:p w14:paraId="34199A9A"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BATTHULA VAMSHI</w:t>
            </w:r>
          </w:p>
        </w:tc>
        <w:tc>
          <w:tcPr>
            <w:tcW w:w="1580" w:type="dxa"/>
            <w:tcBorders>
              <w:top w:val="nil"/>
              <w:left w:val="nil"/>
              <w:bottom w:val="single" w:sz="4" w:space="0" w:color="auto"/>
              <w:right w:val="single" w:sz="4" w:space="0" w:color="auto"/>
            </w:tcBorders>
            <w:shd w:val="clear" w:color="000000" w:fill="F8F9FA"/>
            <w:vAlign w:val="center"/>
            <w:hideMark/>
          </w:tcPr>
          <w:p w14:paraId="554CCEB3"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4A665FDD"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3DA8579F"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10</w:t>
            </w:r>
          </w:p>
        </w:tc>
        <w:tc>
          <w:tcPr>
            <w:tcW w:w="1680" w:type="dxa"/>
            <w:tcBorders>
              <w:top w:val="nil"/>
              <w:left w:val="nil"/>
              <w:bottom w:val="single" w:sz="4" w:space="0" w:color="auto"/>
              <w:right w:val="single" w:sz="4" w:space="0" w:color="auto"/>
            </w:tcBorders>
            <w:shd w:val="clear" w:color="000000" w:fill="FFFFFF"/>
            <w:vAlign w:val="center"/>
            <w:hideMark/>
          </w:tcPr>
          <w:p w14:paraId="7E36345E"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111723039022</w:t>
            </w:r>
          </w:p>
        </w:tc>
        <w:tc>
          <w:tcPr>
            <w:tcW w:w="1520" w:type="dxa"/>
            <w:tcBorders>
              <w:top w:val="nil"/>
              <w:left w:val="nil"/>
              <w:bottom w:val="single" w:sz="4" w:space="0" w:color="auto"/>
              <w:right w:val="single" w:sz="4" w:space="0" w:color="auto"/>
            </w:tcBorders>
            <w:shd w:val="clear" w:color="000000" w:fill="FFFFFF"/>
            <w:vAlign w:val="center"/>
            <w:hideMark/>
          </w:tcPr>
          <w:p w14:paraId="0083F08A"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Siril </w:t>
            </w:r>
            <w:proofErr w:type="spellStart"/>
            <w:r w:rsidRPr="00226B14">
              <w:rPr>
                <w:rFonts w:ascii="Roboto" w:eastAsia="Times New Roman" w:hAnsi="Roboto" w:cs="Times New Roman"/>
                <w:color w:val="434343"/>
                <w:kern w:val="0"/>
                <w:sz w:val="20"/>
                <w:szCs w:val="20"/>
                <w:lang w:eastAsia="en-IN"/>
                <w14:ligatures w14:val="none"/>
              </w:rPr>
              <w:t>anush</w:t>
            </w:r>
            <w:proofErr w:type="spellEnd"/>
          </w:p>
        </w:tc>
        <w:tc>
          <w:tcPr>
            <w:tcW w:w="1580" w:type="dxa"/>
            <w:tcBorders>
              <w:top w:val="nil"/>
              <w:left w:val="nil"/>
              <w:bottom w:val="single" w:sz="4" w:space="0" w:color="auto"/>
              <w:right w:val="single" w:sz="4" w:space="0" w:color="auto"/>
            </w:tcBorders>
            <w:shd w:val="clear" w:color="000000" w:fill="FFFFFF"/>
            <w:vAlign w:val="center"/>
            <w:hideMark/>
          </w:tcPr>
          <w:p w14:paraId="60AF914F"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4320B752"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54787042"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11</w:t>
            </w:r>
          </w:p>
        </w:tc>
        <w:tc>
          <w:tcPr>
            <w:tcW w:w="1680" w:type="dxa"/>
            <w:tcBorders>
              <w:top w:val="nil"/>
              <w:left w:val="nil"/>
              <w:bottom w:val="single" w:sz="4" w:space="0" w:color="auto"/>
              <w:right w:val="single" w:sz="4" w:space="0" w:color="auto"/>
            </w:tcBorders>
            <w:shd w:val="clear" w:color="000000" w:fill="F8F9FA"/>
            <w:vAlign w:val="center"/>
            <w:hideMark/>
          </w:tcPr>
          <w:p w14:paraId="2B777F0D"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111723039024</w:t>
            </w:r>
          </w:p>
        </w:tc>
        <w:tc>
          <w:tcPr>
            <w:tcW w:w="1520" w:type="dxa"/>
            <w:tcBorders>
              <w:top w:val="nil"/>
              <w:left w:val="nil"/>
              <w:bottom w:val="single" w:sz="4" w:space="0" w:color="auto"/>
              <w:right w:val="single" w:sz="4" w:space="0" w:color="auto"/>
            </w:tcBorders>
            <w:shd w:val="clear" w:color="000000" w:fill="F8F9FA"/>
            <w:vAlign w:val="center"/>
            <w:hideMark/>
          </w:tcPr>
          <w:p w14:paraId="2251DEDB"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D.Durgaprasad</w:t>
            </w:r>
            <w:proofErr w:type="spellEnd"/>
          </w:p>
        </w:tc>
        <w:tc>
          <w:tcPr>
            <w:tcW w:w="1580" w:type="dxa"/>
            <w:tcBorders>
              <w:top w:val="nil"/>
              <w:left w:val="nil"/>
              <w:bottom w:val="single" w:sz="4" w:space="0" w:color="auto"/>
              <w:right w:val="single" w:sz="4" w:space="0" w:color="auto"/>
            </w:tcBorders>
            <w:shd w:val="clear" w:color="000000" w:fill="F8F9FA"/>
            <w:vAlign w:val="center"/>
            <w:hideMark/>
          </w:tcPr>
          <w:p w14:paraId="39DF35D3"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68EEA25D"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59258C32"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12</w:t>
            </w:r>
          </w:p>
        </w:tc>
        <w:tc>
          <w:tcPr>
            <w:tcW w:w="1680" w:type="dxa"/>
            <w:tcBorders>
              <w:top w:val="nil"/>
              <w:left w:val="nil"/>
              <w:bottom w:val="single" w:sz="4" w:space="0" w:color="auto"/>
              <w:right w:val="single" w:sz="4" w:space="0" w:color="auto"/>
            </w:tcBorders>
            <w:shd w:val="clear" w:color="000000" w:fill="FFFFFF"/>
            <w:vAlign w:val="center"/>
            <w:hideMark/>
          </w:tcPr>
          <w:p w14:paraId="108037FA"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111723039028</w:t>
            </w:r>
          </w:p>
        </w:tc>
        <w:tc>
          <w:tcPr>
            <w:tcW w:w="1520" w:type="dxa"/>
            <w:tcBorders>
              <w:top w:val="nil"/>
              <w:left w:val="nil"/>
              <w:bottom w:val="single" w:sz="4" w:space="0" w:color="auto"/>
              <w:right w:val="single" w:sz="4" w:space="0" w:color="auto"/>
            </w:tcBorders>
            <w:shd w:val="clear" w:color="000000" w:fill="FFFFFF"/>
            <w:vAlign w:val="center"/>
            <w:hideMark/>
          </w:tcPr>
          <w:p w14:paraId="21F0352F"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Sathish</w:t>
            </w:r>
          </w:p>
        </w:tc>
        <w:tc>
          <w:tcPr>
            <w:tcW w:w="1580" w:type="dxa"/>
            <w:tcBorders>
              <w:top w:val="nil"/>
              <w:left w:val="nil"/>
              <w:bottom w:val="single" w:sz="4" w:space="0" w:color="auto"/>
              <w:right w:val="single" w:sz="4" w:space="0" w:color="auto"/>
            </w:tcBorders>
            <w:shd w:val="clear" w:color="000000" w:fill="FFFFFF"/>
            <w:vAlign w:val="center"/>
            <w:hideMark/>
          </w:tcPr>
          <w:p w14:paraId="17350ADE"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3920E457"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25D7C113"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13</w:t>
            </w:r>
          </w:p>
        </w:tc>
        <w:tc>
          <w:tcPr>
            <w:tcW w:w="1680" w:type="dxa"/>
            <w:tcBorders>
              <w:top w:val="nil"/>
              <w:left w:val="nil"/>
              <w:bottom w:val="single" w:sz="4" w:space="0" w:color="auto"/>
              <w:right w:val="single" w:sz="4" w:space="0" w:color="auto"/>
            </w:tcBorders>
            <w:shd w:val="clear" w:color="000000" w:fill="F8F9FA"/>
            <w:vAlign w:val="center"/>
            <w:hideMark/>
          </w:tcPr>
          <w:p w14:paraId="6116AFF8"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111723039031</w:t>
            </w:r>
          </w:p>
        </w:tc>
        <w:tc>
          <w:tcPr>
            <w:tcW w:w="1520" w:type="dxa"/>
            <w:tcBorders>
              <w:top w:val="nil"/>
              <w:left w:val="nil"/>
              <w:bottom w:val="single" w:sz="4" w:space="0" w:color="auto"/>
              <w:right w:val="single" w:sz="4" w:space="0" w:color="auto"/>
            </w:tcBorders>
            <w:shd w:val="clear" w:color="000000" w:fill="FFFFFF"/>
            <w:vAlign w:val="center"/>
            <w:hideMark/>
          </w:tcPr>
          <w:p w14:paraId="3E69B488"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proofErr w:type="gramStart"/>
            <w:r w:rsidRPr="00226B14">
              <w:rPr>
                <w:rFonts w:ascii="Roboto" w:eastAsia="Times New Roman" w:hAnsi="Roboto" w:cs="Times New Roman"/>
                <w:color w:val="434343"/>
                <w:kern w:val="0"/>
                <w:sz w:val="20"/>
                <w:szCs w:val="20"/>
                <w:lang w:eastAsia="en-IN"/>
                <w14:ligatures w14:val="none"/>
              </w:rPr>
              <w:t>K.Sampth</w:t>
            </w:r>
            <w:proofErr w:type="spellEnd"/>
            <w:proofErr w:type="gramEnd"/>
          </w:p>
        </w:tc>
        <w:tc>
          <w:tcPr>
            <w:tcW w:w="1580" w:type="dxa"/>
            <w:tcBorders>
              <w:top w:val="nil"/>
              <w:left w:val="nil"/>
              <w:bottom w:val="single" w:sz="4" w:space="0" w:color="auto"/>
              <w:right w:val="single" w:sz="4" w:space="0" w:color="auto"/>
            </w:tcBorders>
            <w:shd w:val="clear" w:color="000000" w:fill="FFFFFF"/>
            <w:vAlign w:val="center"/>
            <w:hideMark/>
          </w:tcPr>
          <w:p w14:paraId="783F8D69"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1DDD20A4"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3DE4A65C"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14</w:t>
            </w:r>
          </w:p>
        </w:tc>
        <w:tc>
          <w:tcPr>
            <w:tcW w:w="1680" w:type="dxa"/>
            <w:tcBorders>
              <w:top w:val="nil"/>
              <w:left w:val="nil"/>
              <w:bottom w:val="single" w:sz="4" w:space="0" w:color="auto"/>
              <w:right w:val="single" w:sz="4" w:space="0" w:color="auto"/>
            </w:tcBorders>
            <w:shd w:val="clear" w:color="000000" w:fill="F8F9FA"/>
            <w:vAlign w:val="center"/>
            <w:hideMark/>
          </w:tcPr>
          <w:p w14:paraId="07CEFF93"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111723039035</w:t>
            </w:r>
          </w:p>
        </w:tc>
        <w:tc>
          <w:tcPr>
            <w:tcW w:w="1520" w:type="dxa"/>
            <w:tcBorders>
              <w:top w:val="nil"/>
              <w:left w:val="nil"/>
              <w:bottom w:val="single" w:sz="4" w:space="0" w:color="auto"/>
              <w:right w:val="single" w:sz="4" w:space="0" w:color="auto"/>
            </w:tcBorders>
            <w:shd w:val="clear" w:color="000000" w:fill="FFFFFF"/>
            <w:vAlign w:val="center"/>
            <w:hideMark/>
          </w:tcPr>
          <w:p w14:paraId="2B2F7050"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Manikanta </w:t>
            </w:r>
            <w:proofErr w:type="spellStart"/>
            <w:r w:rsidRPr="00226B14">
              <w:rPr>
                <w:rFonts w:ascii="Roboto" w:eastAsia="Times New Roman" w:hAnsi="Roboto" w:cs="Times New Roman"/>
                <w:color w:val="434343"/>
                <w:kern w:val="0"/>
                <w:sz w:val="20"/>
                <w:szCs w:val="20"/>
                <w:lang w:eastAsia="en-IN"/>
                <w14:ligatures w14:val="none"/>
              </w:rPr>
              <w:t>Reddy.A</w:t>
            </w:r>
            <w:proofErr w:type="spellEnd"/>
          </w:p>
        </w:tc>
        <w:tc>
          <w:tcPr>
            <w:tcW w:w="1580" w:type="dxa"/>
            <w:tcBorders>
              <w:top w:val="nil"/>
              <w:left w:val="nil"/>
              <w:bottom w:val="single" w:sz="4" w:space="0" w:color="auto"/>
              <w:right w:val="single" w:sz="4" w:space="0" w:color="auto"/>
            </w:tcBorders>
            <w:shd w:val="clear" w:color="000000" w:fill="FFFFFF"/>
            <w:vAlign w:val="center"/>
            <w:hideMark/>
          </w:tcPr>
          <w:p w14:paraId="55F47298"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1D5B7AF3"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4739EAE0"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15</w:t>
            </w:r>
          </w:p>
        </w:tc>
        <w:tc>
          <w:tcPr>
            <w:tcW w:w="1680" w:type="dxa"/>
            <w:tcBorders>
              <w:top w:val="nil"/>
              <w:left w:val="nil"/>
              <w:bottom w:val="single" w:sz="4" w:space="0" w:color="auto"/>
              <w:right w:val="single" w:sz="4" w:space="0" w:color="auto"/>
            </w:tcBorders>
            <w:shd w:val="clear" w:color="000000" w:fill="F8F9FA"/>
            <w:vAlign w:val="center"/>
            <w:hideMark/>
          </w:tcPr>
          <w:p w14:paraId="13F46F2A"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111723039037</w:t>
            </w:r>
          </w:p>
        </w:tc>
        <w:tc>
          <w:tcPr>
            <w:tcW w:w="1520" w:type="dxa"/>
            <w:tcBorders>
              <w:top w:val="nil"/>
              <w:left w:val="nil"/>
              <w:bottom w:val="single" w:sz="4" w:space="0" w:color="auto"/>
              <w:right w:val="single" w:sz="4" w:space="0" w:color="auto"/>
            </w:tcBorders>
            <w:shd w:val="clear" w:color="000000" w:fill="F8F9FA"/>
            <w:vAlign w:val="center"/>
            <w:hideMark/>
          </w:tcPr>
          <w:p w14:paraId="2359654B"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M </w:t>
            </w:r>
            <w:proofErr w:type="spellStart"/>
            <w:r w:rsidRPr="00226B14">
              <w:rPr>
                <w:rFonts w:ascii="Roboto" w:eastAsia="Times New Roman" w:hAnsi="Roboto" w:cs="Times New Roman"/>
                <w:color w:val="434343"/>
                <w:kern w:val="0"/>
                <w:sz w:val="20"/>
                <w:szCs w:val="20"/>
                <w:lang w:eastAsia="en-IN"/>
                <w14:ligatures w14:val="none"/>
              </w:rPr>
              <w:t>sampath</w:t>
            </w:r>
            <w:proofErr w:type="spellEnd"/>
          </w:p>
        </w:tc>
        <w:tc>
          <w:tcPr>
            <w:tcW w:w="1580" w:type="dxa"/>
            <w:tcBorders>
              <w:top w:val="nil"/>
              <w:left w:val="nil"/>
              <w:bottom w:val="single" w:sz="4" w:space="0" w:color="auto"/>
              <w:right w:val="single" w:sz="4" w:space="0" w:color="auto"/>
            </w:tcBorders>
            <w:shd w:val="clear" w:color="000000" w:fill="F8F9FA"/>
            <w:vAlign w:val="center"/>
            <w:hideMark/>
          </w:tcPr>
          <w:p w14:paraId="378FA937"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517832C2"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59887931"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16</w:t>
            </w:r>
          </w:p>
        </w:tc>
        <w:tc>
          <w:tcPr>
            <w:tcW w:w="1680" w:type="dxa"/>
            <w:tcBorders>
              <w:top w:val="nil"/>
              <w:left w:val="nil"/>
              <w:bottom w:val="single" w:sz="4" w:space="0" w:color="auto"/>
              <w:right w:val="single" w:sz="4" w:space="0" w:color="auto"/>
            </w:tcBorders>
            <w:shd w:val="clear" w:color="000000" w:fill="F8F9FA"/>
            <w:vAlign w:val="center"/>
            <w:hideMark/>
          </w:tcPr>
          <w:p w14:paraId="639E407D"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111723039039</w:t>
            </w:r>
          </w:p>
        </w:tc>
        <w:tc>
          <w:tcPr>
            <w:tcW w:w="1520" w:type="dxa"/>
            <w:tcBorders>
              <w:top w:val="nil"/>
              <w:left w:val="nil"/>
              <w:bottom w:val="single" w:sz="4" w:space="0" w:color="auto"/>
              <w:right w:val="single" w:sz="4" w:space="0" w:color="auto"/>
            </w:tcBorders>
            <w:shd w:val="clear" w:color="000000" w:fill="F8F9FA"/>
            <w:vAlign w:val="center"/>
            <w:hideMark/>
          </w:tcPr>
          <w:p w14:paraId="491CE6A2"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proofErr w:type="gramStart"/>
            <w:r w:rsidRPr="00226B14">
              <w:rPr>
                <w:rFonts w:ascii="Roboto" w:eastAsia="Times New Roman" w:hAnsi="Roboto" w:cs="Times New Roman"/>
                <w:color w:val="434343"/>
                <w:kern w:val="0"/>
                <w:sz w:val="20"/>
                <w:szCs w:val="20"/>
                <w:lang w:eastAsia="en-IN"/>
                <w14:ligatures w14:val="none"/>
              </w:rPr>
              <w:t>N.Manikanta</w:t>
            </w:r>
            <w:proofErr w:type="spellEnd"/>
            <w:proofErr w:type="gramEnd"/>
          </w:p>
        </w:tc>
        <w:tc>
          <w:tcPr>
            <w:tcW w:w="1580" w:type="dxa"/>
            <w:tcBorders>
              <w:top w:val="nil"/>
              <w:left w:val="nil"/>
              <w:bottom w:val="single" w:sz="4" w:space="0" w:color="auto"/>
              <w:right w:val="single" w:sz="4" w:space="0" w:color="auto"/>
            </w:tcBorders>
            <w:shd w:val="clear" w:color="000000" w:fill="FFFFFF"/>
            <w:vAlign w:val="center"/>
            <w:hideMark/>
          </w:tcPr>
          <w:p w14:paraId="74C8ABEA"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2BF1F956"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0B4014F8"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17</w:t>
            </w:r>
          </w:p>
        </w:tc>
        <w:tc>
          <w:tcPr>
            <w:tcW w:w="1680" w:type="dxa"/>
            <w:tcBorders>
              <w:top w:val="nil"/>
              <w:left w:val="nil"/>
              <w:bottom w:val="single" w:sz="4" w:space="0" w:color="auto"/>
              <w:right w:val="single" w:sz="4" w:space="0" w:color="auto"/>
            </w:tcBorders>
            <w:shd w:val="clear" w:color="000000" w:fill="FFFFFF"/>
            <w:vAlign w:val="center"/>
            <w:hideMark/>
          </w:tcPr>
          <w:p w14:paraId="3471356D"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111723039040</w:t>
            </w:r>
          </w:p>
        </w:tc>
        <w:tc>
          <w:tcPr>
            <w:tcW w:w="1520" w:type="dxa"/>
            <w:tcBorders>
              <w:top w:val="nil"/>
              <w:left w:val="nil"/>
              <w:bottom w:val="single" w:sz="4" w:space="0" w:color="auto"/>
              <w:right w:val="single" w:sz="4" w:space="0" w:color="auto"/>
            </w:tcBorders>
            <w:shd w:val="clear" w:color="000000" w:fill="FFFFFF"/>
            <w:vAlign w:val="center"/>
            <w:hideMark/>
          </w:tcPr>
          <w:p w14:paraId="761B6D70"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Varshith Pasala</w:t>
            </w:r>
          </w:p>
        </w:tc>
        <w:tc>
          <w:tcPr>
            <w:tcW w:w="1580" w:type="dxa"/>
            <w:tcBorders>
              <w:top w:val="nil"/>
              <w:left w:val="nil"/>
              <w:bottom w:val="single" w:sz="4" w:space="0" w:color="auto"/>
              <w:right w:val="single" w:sz="4" w:space="0" w:color="auto"/>
            </w:tcBorders>
            <w:shd w:val="clear" w:color="000000" w:fill="FFFFFF"/>
            <w:vAlign w:val="center"/>
            <w:hideMark/>
          </w:tcPr>
          <w:p w14:paraId="15424F89"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6E82E15F"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7CF7256A"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18</w:t>
            </w:r>
          </w:p>
        </w:tc>
        <w:tc>
          <w:tcPr>
            <w:tcW w:w="1680" w:type="dxa"/>
            <w:tcBorders>
              <w:top w:val="nil"/>
              <w:left w:val="nil"/>
              <w:bottom w:val="single" w:sz="4" w:space="0" w:color="auto"/>
              <w:right w:val="single" w:sz="4" w:space="0" w:color="auto"/>
            </w:tcBorders>
            <w:shd w:val="clear" w:color="000000" w:fill="FFFFFF"/>
            <w:vAlign w:val="center"/>
            <w:hideMark/>
          </w:tcPr>
          <w:p w14:paraId="30635728"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111723039042</w:t>
            </w:r>
          </w:p>
        </w:tc>
        <w:tc>
          <w:tcPr>
            <w:tcW w:w="1520" w:type="dxa"/>
            <w:tcBorders>
              <w:top w:val="nil"/>
              <w:left w:val="nil"/>
              <w:bottom w:val="single" w:sz="4" w:space="0" w:color="auto"/>
              <w:right w:val="single" w:sz="4" w:space="0" w:color="auto"/>
            </w:tcBorders>
            <w:shd w:val="clear" w:color="000000" w:fill="FFFFFF"/>
            <w:vAlign w:val="center"/>
            <w:hideMark/>
          </w:tcPr>
          <w:p w14:paraId="6E1378EA"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proofErr w:type="gramStart"/>
            <w:r w:rsidRPr="00226B14">
              <w:rPr>
                <w:rFonts w:ascii="Roboto" w:eastAsia="Times New Roman" w:hAnsi="Roboto" w:cs="Times New Roman"/>
                <w:color w:val="434343"/>
                <w:kern w:val="0"/>
                <w:sz w:val="20"/>
                <w:szCs w:val="20"/>
                <w:lang w:eastAsia="en-IN"/>
                <w14:ligatures w14:val="none"/>
              </w:rPr>
              <w:t>P.Manikanta</w:t>
            </w:r>
            <w:proofErr w:type="spellEnd"/>
            <w:proofErr w:type="gramEnd"/>
          </w:p>
        </w:tc>
        <w:tc>
          <w:tcPr>
            <w:tcW w:w="1580" w:type="dxa"/>
            <w:tcBorders>
              <w:top w:val="nil"/>
              <w:left w:val="nil"/>
              <w:bottom w:val="single" w:sz="4" w:space="0" w:color="auto"/>
              <w:right w:val="single" w:sz="4" w:space="0" w:color="auto"/>
            </w:tcBorders>
            <w:shd w:val="clear" w:color="000000" w:fill="FFFFFF"/>
            <w:vAlign w:val="center"/>
            <w:hideMark/>
          </w:tcPr>
          <w:p w14:paraId="7C128B9C"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05181929"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2E0CE389"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19</w:t>
            </w:r>
          </w:p>
        </w:tc>
        <w:tc>
          <w:tcPr>
            <w:tcW w:w="1680" w:type="dxa"/>
            <w:tcBorders>
              <w:top w:val="nil"/>
              <w:left w:val="nil"/>
              <w:bottom w:val="single" w:sz="4" w:space="0" w:color="auto"/>
              <w:right w:val="single" w:sz="4" w:space="0" w:color="auto"/>
            </w:tcBorders>
            <w:shd w:val="clear" w:color="000000" w:fill="FFFFFF"/>
            <w:vAlign w:val="center"/>
            <w:hideMark/>
          </w:tcPr>
          <w:p w14:paraId="3F81D982"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111723039043</w:t>
            </w:r>
          </w:p>
        </w:tc>
        <w:tc>
          <w:tcPr>
            <w:tcW w:w="1520" w:type="dxa"/>
            <w:tcBorders>
              <w:top w:val="nil"/>
              <w:left w:val="nil"/>
              <w:bottom w:val="single" w:sz="4" w:space="0" w:color="auto"/>
              <w:right w:val="single" w:sz="4" w:space="0" w:color="auto"/>
            </w:tcBorders>
            <w:shd w:val="clear" w:color="000000" w:fill="FFFFFF"/>
            <w:vAlign w:val="center"/>
            <w:hideMark/>
          </w:tcPr>
          <w:p w14:paraId="738228CA"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P S SHIVA KUMAR</w:t>
            </w:r>
          </w:p>
        </w:tc>
        <w:tc>
          <w:tcPr>
            <w:tcW w:w="1580" w:type="dxa"/>
            <w:tcBorders>
              <w:top w:val="nil"/>
              <w:left w:val="nil"/>
              <w:bottom w:val="single" w:sz="4" w:space="0" w:color="auto"/>
              <w:right w:val="single" w:sz="4" w:space="0" w:color="auto"/>
            </w:tcBorders>
            <w:shd w:val="clear" w:color="000000" w:fill="FFFFFF"/>
            <w:vAlign w:val="center"/>
            <w:hideMark/>
          </w:tcPr>
          <w:p w14:paraId="6363C20B"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0C74A705"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0889E25C"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20</w:t>
            </w:r>
          </w:p>
        </w:tc>
        <w:tc>
          <w:tcPr>
            <w:tcW w:w="1680" w:type="dxa"/>
            <w:tcBorders>
              <w:top w:val="nil"/>
              <w:left w:val="nil"/>
              <w:bottom w:val="single" w:sz="4" w:space="0" w:color="auto"/>
              <w:right w:val="single" w:sz="4" w:space="0" w:color="auto"/>
            </w:tcBorders>
            <w:shd w:val="clear" w:color="000000" w:fill="FFFFFF"/>
            <w:vAlign w:val="center"/>
            <w:hideMark/>
          </w:tcPr>
          <w:p w14:paraId="2CBD9A32"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111723039044</w:t>
            </w:r>
          </w:p>
        </w:tc>
        <w:tc>
          <w:tcPr>
            <w:tcW w:w="1520" w:type="dxa"/>
            <w:tcBorders>
              <w:top w:val="nil"/>
              <w:left w:val="nil"/>
              <w:bottom w:val="single" w:sz="4" w:space="0" w:color="auto"/>
              <w:right w:val="single" w:sz="4" w:space="0" w:color="auto"/>
            </w:tcBorders>
            <w:shd w:val="clear" w:color="000000" w:fill="FFFFFF"/>
            <w:vAlign w:val="center"/>
            <w:hideMark/>
          </w:tcPr>
          <w:p w14:paraId="00D1418A"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Rohith </w:t>
            </w:r>
            <w:proofErr w:type="spellStart"/>
            <w:r w:rsidRPr="00226B14">
              <w:rPr>
                <w:rFonts w:ascii="Roboto" w:eastAsia="Times New Roman" w:hAnsi="Roboto" w:cs="Times New Roman"/>
                <w:color w:val="434343"/>
                <w:kern w:val="0"/>
                <w:sz w:val="20"/>
                <w:szCs w:val="20"/>
                <w:lang w:eastAsia="en-IN"/>
                <w14:ligatures w14:val="none"/>
              </w:rPr>
              <w:t>kumar</w:t>
            </w:r>
            <w:proofErr w:type="spellEnd"/>
            <w:r w:rsidRPr="00226B14">
              <w:rPr>
                <w:rFonts w:ascii="Roboto" w:eastAsia="Times New Roman" w:hAnsi="Roboto" w:cs="Times New Roman"/>
                <w:color w:val="434343"/>
                <w:kern w:val="0"/>
                <w:sz w:val="20"/>
                <w:szCs w:val="20"/>
                <w:lang w:eastAsia="en-IN"/>
                <w14:ligatures w14:val="none"/>
              </w:rPr>
              <w:t xml:space="preserve"> </w:t>
            </w:r>
            <w:proofErr w:type="spellStart"/>
            <w:r w:rsidRPr="00226B14">
              <w:rPr>
                <w:rFonts w:ascii="Roboto" w:eastAsia="Times New Roman" w:hAnsi="Roboto" w:cs="Times New Roman"/>
                <w:color w:val="434343"/>
                <w:kern w:val="0"/>
                <w:sz w:val="20"/>
                <w:szCs w:val="20"/>
                <w:lang w:eastAsia="en-IN"/>
                <w14:ligatures w14:val="none"/>
              </w:rPr>
              <w:t>singh</w:t>
            </w:r>
            <w:proofErr w:type="spellEnd"/>
          </w:p>
        </w:tc>
        <w:tc>
          <w:tcPr>
            <w:tcW w:w="1580" w:type="dxa"/>
            <w:tcBorders>
              <w:top w:val="nil"/>
              <w:left w:val="nil"/>
              <w:bottom w:val="single" w:sz="4" w:space="0" w:color="auto"/>
              <w:right w:val="single" w:sz="4" w:space="0" w:color="auto"/>
            </w:tcBorders>
            <w:shd w:val="clear" w:color="000000" w:fill="FFFFFF"/>
            <w:vAlign w:val="center"/>
            <w:hideMark/>
          </w:tcPr>
          <w:p w14:paraId="76CC08A5"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054AA8E1"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72381A3E"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lastRenderedPageBreak/>
              <w:t>21</w:t>
            </w:r>
          </w:p>
        </w:tc>
        <w:tc>
          <w:tcPr>
            <w:tcW w:w="1680" w:type="dxa"/>
            <w:tcBorders>
              <w:top w:val="nil"/>
              <w:left w:val="nil"/>
              <w:bottom w:val="single" w:sz="4" w:space="0" w:color="auto"/>
              <w:right w:val="single" w:sz="4" w:space="0" w:color="auto"/>
            </w:tcBorders>
            <w:shd w:val="clear" w:color="000000" w:fill="F8F9FA"/>
            <w:vAlign w:val="center"/>
            <w:hideMark/>
          </w:tcPr>
          <w:p w14:paraId="6D53BBE6"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111723039045</w:t>
            </w:r>
          </w:p>
        </w:tc>
        <w:tc>
          <w:tcPr>
            <w:tcW w:w="1520" w:type="dxa"/>
            <w:tcBorders>
              <w:top w:val="nil"/>
              <w:left w:val="nil"/>
              <w:bottom w:val="single" w:sz="4" w:space="0" w:color="auto"/>
              <w:right w:val="single" w:sz="4" w:space="0" w:color="auto"/>
            </w:tcBorders>
            <w:shd w:val="clear" w:color="000000" w:fill="F8F9FA"/>
            <w:vAlign w:val="center"/>
            <w:hideMark/>
          </w:tcPr>
          <w:p w14:paraId="405C5EAA"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R </w:t>
            </w:r>
            <w:proofErr w:type="spellStart"/>
            <w:r w:rsidRPr="00226B14">
              <w:rPr>
                <w:rFonts w:ascii="Roboto" w:eastAsia="Times New Roman" w:hAnsi="Roboto" w:cs="Times New Roman"/>
                <w:color w:val="434343"/>
                <w:kern w:val="0"/>
                <w:sz w:val="20"/>
                <w:szCs w:val="20"/>
                <w:lang w:eastAsia="en-IN"/>
                <w14:ligatures w14:val="none"/>
              </w:rPr>
              <w:t>saikishor</w:t>
            </w:r>
            <w:proofErr w:type="spellEnd"/>
          </w:p>
        </w:tc>
        <w:tc>
          <w:tcPr>
            <w:tcW w:w="1580" w:type="dxa"/>
            <w:tcBorders>
              <w:top w:val="nil"/>
              <w:left w:val="nil"/>
              <w:bottom w:val="single" w:sz="4" w:space="0" w:color="auto"/>
              <w:right w:val="single" w:sz="4" w:space="0" w:color="auto"/>
            </w:tcBorders>
            <w:shd w:val="clear" w:color="000000" w:fill="F8F9FA"/>
            <w:vAlign w:val="center"/>
            <w:hideMark/>
          </w:tcPr>
          <w:p w14:paraId="32A88031"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68B525A6"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1C3D6162"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22</w:t>
            </w:r>
          </w:p>
        </w:tc>
        <w:tc>
          <w:tcPr>
            <w:tcW w:w="1680" w:type="dxa"/>
            <w:tcBorders>
              <w:top w:val="nil"/>
              <w:left w:val="nil"/>
              <w:bottom w:val="single" w:sz="4" w:space="0" w:color="auto"/>
              <w:right w:val="single" w:sz="4" w:space="0" w:color="auto"/>
            </w:tcBorders>
            <w:shd w:val="clear" w:color="000000" w:fill="FFFFFF"/>
            <w:vAlign w:val="center"/>
            <w:hideMark/>
          </w:tcPr>
          <w:p w14:paraId="79CDB56E"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111723039047</w:t>
            </w:r>
          </w:p>
        </w:tc>
        <w:tc>
          <w:tcPr>
            <w:tcW w:w="1520" w:type="dxa"/>
            <w:tcBorders>
              <w:top w:val="nil"/>
              <w:left w:val="nil"/>
              <w:bottom w:val="single" w:sz="4" w:space="0" w:color="auto"/>
              <w:right w:val="single" w:sz="4" w:space="0" w:color="auto"/>
            </w:tcBorders>
            <w:shd w:val="clear" w:color="000000" w:fill="FFFFFF"/>
            <w:vAlign w:val="center"/>
            <w:hideMark/>
          </w:tcPr>
          <w:p w14:paraId="63B62C1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Raju Tirumani Kumar</w:t>
            </w:r>
          </w:p>
        </w:tc>
        <w:tc>
          <w:tcPr>
            <w:tcW w:w="1580" w:type="dxa"/>
            <w:tcBorders>
              <w:top w:val="nil"/>
              <w:left w:val="nil"/>
              <w:bottom w:val="single" w:sz="4" w:space="0" w:color="auto"/>
              <w:right w:val="single" w:sz="4" w:space="0" w:color="auto"/>
            </w:tcBorders>
            <w:shd w:val="clear" w:color="000000" w:fill="FFFFFF"/>
            <w:vAlign w:val="center"/>
            <w:hideMark/>
          </w:tcPr>
          <w:p w14:paraId="5EC5E37D"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r w:rsidR="00226B14" w:rsidRPr="00226B14" w14:paraId="34E1E58A"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08723916"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23</w:t>
            </w:r>
          </w:p>
        </w:tc>
        <w:tc>
          <w:tcPr>
            <w:tcW w:w="1680" w:type="dxa"/>
            <w:tcBorders>
              <w:top w:val="nil"/>
              <w:left w:val="nil"/>
              <w:bottom w:val="single" w:sz="4" w:space="0" w:color="auto"/>
              <w:right w:val="single" w:sz="4" w:space="0" w:color="auto"/>
            </w:tcBorders>
            <w:shd w:val="clear" w:color="000000" w:fill="FFFFFF"/>
            <w:vAlign w:val="center"/>
            <w:hideMark/>
          </w:tcPr>
          <w:p w14:paraId="2104A410"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111723039050</w:t>
            </w:r>
          </w:p>
        </w:tc>
        <w:tc>
          <w:tcPr>
            <w:tcW w:w="1520" w:type="dxa"/>
            <w:tcBorders>
              <w:top w:val="nil"/>
              <w:left w:val="nil"/>
              <w:bottom w:val="single" w:sz="4" w:space="0" w:color="auto"/>
              <w:right w:val="single" w:sz="4" w:space="0" w:color="auto"/>
            </w:tcBorders>
            <w:shd w:val="clear" w:color="000000" w:fill="FFFFFF"/>
            <w:vAlign w:val="center"/>
            <w:hideMark/>
          </w:tcPr>
          <w:p w14:paraId="4A16AD96"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Bhanu </w:t>
            </w:r>
            <w:proofErr w:type="spellStart"/>
            <w:r w:rsidRPr="00226B14">
              <w:rPr>
                <w:rFonts w:ascii="Roboto" w:eastAsia="Times New Roman" w:hAnsi="Roboto" w:cs="Times New Roman"/>
                <w:color w:val="434343"/>
                <w:kern w:val="0"/>
                <w:sz w:val="20"/>
                <w:szCs w:val="20"/>
                <w:lang w:eastAsia="en-IN"/>
                <w14:ligatures w14:val="none"/>
              </w:rPr>
              <w:t>preetham</w:t>
            </w:r>
            <w:proofErr w:type="spellEnd"/>
          </w:p>
        </w:tc>
        <w:tc>
          <w:tcPr>
            <w:tcW w:w="1580" w:type="dxa"/>
            <w:tcBorders>
              <w:top w:val="nil"/>
              <w:left w:val="nil"/>
              <w:bottom w:val="single" w:sz="4" w:space="0" w:color="auto"/>
              <w:right w:val="single" w:sz="4" w:space="0" w:color="auto"/>
            </w:tcBorders>
            <w:shd w:val="clear" w:color="000000" w:fill="FFFFFF"/>
            <w:vAlign w:val="center"/>
            <w:hideMark/>
          </w:tcPr>
          <w:p w14:paraId="630E4109"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IoT</w:t>
            </w:r>
          </w:p>
        </w:tc>
      </w:tr>
    </w:tbl>
    <w:p w14:paraId="37946879" w14:textId="54DF1825" w:rsidR="00226B14" w:rsidRDefault="00226B14" w:rsidP="009A5AA2">
      <w:pPr>
        <w:rPr>
          <w:b/>
          <w:bCs/>
          <w:sz w:val="28"/>
          <w:szCs w:val="28"/>
          <w:lang w:val="en-US"/>
        </w:rPr>
      </w:pPr>
    </w:p>
    <w:tbl>
      <w:tblPr>
        <w:tblW w:w="6100" w:type="dxa"/>
        <w:tblLook w:val="04A0" w:firstRow="1" w:lastRow="0" w:firstColumn="1" w:lastColumn="0" w:noHBand="0" w:noVBand="1"/>
      </w:tblPr>
      <w:tblGrid>
        <w:gridCol w:w="960"/>
        <w:gridCol w:w="1565"/>
        <w:gridCol w:w="1566"/>
        <w:gridCol w:w="2100"/>
      </w:tblGrid>
      <w:tr w:rsidR="00226B14" w:rsidRPr="00226B14" w14:paraId="7E278EC6" w14:textId="77777777" w:rsidTr="00226B14">
        <w:trPr>
          <w:trHeight w:val="300"/>
        </w:trPr>
        <w:tc>
          <w:tcPr>
            <w:tcW w:w="960" w:type="dxa"/>
            <w:tcBorders>
              <w:top w:val="single" w:sz="4" w:space="0" w:color="auto"/>
              <w:left w:val="single" w:sz="4" w:space="0" w:color="auto"/>
              <w:bottom w:val="single" w:sz="4" w:space="0" w:color="auto"/>
              <w:right w:val="single" w:sz="4" w:space="0" w:color="auto"/>
            </w:tcBorders>
            <w:noWrap/>
            <w:vAlign w:val="bottom"/>
            <w:hideMark/>
          </w:tcPr>
          <w:p w14:paraId="07CF927A" w14:textId="77777777" w:rsidR="00226B14" w:rsidRPr="00226B14" w:rsidRDefault="00226B14" w:rsidP="00226B14">
            <w:pPr>
              <w:spacing w:after="0" w:line="240" w:lineRule="auto"/>
              <w:rPr>
                <w:rFonts w:ascii="Aptos Narrow" w:eastAsia="Times New Roman" w:hAnsi="Aptos Narrow" w:cs="Times New Roman"/>
                <w:color w:val="000000"/>
                <w:kern w:val="0"/>
                <w:lang w:eastAsia="en-IN"/>
                <w14:ligatures w14:val="none"/>
              </w:rPr>
            </w:pPr>
            <w:proofErr w:type="spellStart"/>
            <w:proofErr w:type="gramStart"/>
            <w:r w:rsidRPr="00226B14">
              <w:rPr>
                <w:rFonts w:ascii="Aptos Narrow" w:eastAsia="Times New Roman" w:hAnsi="Aptos Narrow" w:cs="Times New Roman"/>
                <w:color w:val="000000"/>
                <w:kern w:val="0"/>
                <w:lang w:eastAsia="en-IN"/>
                <w14:ligatures w14:val="none"/>
              </w:rPr>
              <w:t>S.No</w:t>
            </w:r>
            <w:proofErr w:type="spellEnd"/>
            <w:proofErr w:type="gramEnd"/>
          </w:p>
        </w:tc>
        <w:tc>
          <w:tcPr>
            <w:tcW w:w="1520" w:type="dxa"/>
            <w:tcBorders>
              <w:top w:val="single" w:sz="4" w:space="0" w:color="auto"/>
              <w:left w:val="nil"/>
              <w:bottom w:val="single" w:sz="4" w:space="0" w:color="auto"/>
              <w:right w:val="single" w:sz="4" w:space="0" w:color="auto"/>
            </w:tcBorders>
            <w:noWrap/>
            <w:vAlign w:val="bottom"/>
            <w:hideMark/>
          </w:tcPr>
          <w:p w14:paraId="413316D8" w14:textId="77777777" w:rsidR="00226B14" w:rsidRPr="00226B14" w:rsidRDefault="00226B14" w:rsidP="00226B14">
            <w:pPr>
              <w:spacing w:after="0" w:line="240" w:lineRule="auto"/>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UID</w:t>
            </w:r>
          </w:p>
        </w:tc>
        <w:tc>
          <w:tcPr>
            <w:tcW w:w="1520" w:type="dxa"/>
            <w:tcBorders>
              <w:top w:val="single" w:sz="4" w:space="0" w:color="auto"/>
              <w:left w:val="nil"/>
              <w:bottom w:val="single" w:sz="4" w:space="0" w:color="auto"/>
              <w:right w:val="single" w:sz="4" w:space="0" w:color="auto"/>
            </w:tcBorders>
            <w:noWrap/>
            <w:vAlign w:val="bottom"/>
            <w:hideMark/>
          </w:tcPr>
          <w:p w14:paraId="6000275C" w14:textId="77777777" w:rsidR="00226B14" w:rsidRPr="00226B14" w:rsidRDefault="00226B14" w:rsidP="00226B14">
            <w:pPr>
              <w:spacing w:after="0" w:line="240" w:lineRule="auto"/>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Name</w:t>
            </w:r>
          </w:p>
        </w:tc>
        <w:tc>
          <w:tcPr>
            <w:tcW w:w="2100" w:type="dxa"/>
            <w:tcBorders>
              <w:top w:val="single" w:sz="4" w:space="0" w:color="auto"/>
              <w:left w:val="nil"/>
              <w:bottom w:val="single" w:sz="4" w:space="0" w:color="auto"/>
              <w:right w:val="single" w:sz="4" w:space="0" w:color="auto"/>
            </w:tcBorders>
            <w:noWrap/>
            <w:vAlign w:val="bottom"/>
            <w:hideMark/>
          </w:tcPr>
          <w:p w14:paraId="00F2D023" w14:textId="77777777" w:rsidR="00226B14" w:rsidRPr="00226B14" w:rsidRDefault="00226B14" w:rsidP="00226B14">
            <w:pPr>
              <w:spacing w:after="0" w:line="240" w:lineRule="auto"/>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Subject</w:t>
            </w:r>
          </w:p>
        </w:tc>
      </w:tr>
      <w:tr w:rsidR="00226B14" w:rsidRPr="00226B14" w14:paraId="18DD9FF4"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4E9D4DBF"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w:t>
            </w:r>
          </w:p>
        </w:tc>
        <w:tc>
          <w:tcPr>
            <w:tcW w:w="1520" w:type="dxa"/>
            <w:tcBorders>
              <w:top w:val="nil"/>
              <w:left w:val="nil"/>
              <w:bottom w:val="single" w:sz="4" w:space="0" w:color="auto"/>
              <w:right w:val="single" w:sz="4" w:space="0" w:color="auto"/>
            </w:tcBorders>
            <w:shd w:val="clear" w:color="000000" w:fill="F8F9FA"/>
            <w:vAlign w:val="center"/>
            <w:hideMark/>
          </w:tcPr>
          <w:p w14:paraId="03BC7B85"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111723039001</w:t>
            </w:r>
          </w:p>
        </w:tc>
        <w:tc>
          <w:tcPr>
            <w:tcW w:w="1520" w:type="dxa"/>
            <w:tcBorders>
              <w:top w:val="nil"/>
              <w:left w:val="nil"/>
              <w:bottom w:val="single" w:sz="4" w:space="0" w:color="auto"/>
              <w:right w:val="single" w:sz="4" w:space="0" w:color="auto"/>
            </w:tcBorders>
            <w:shd w:val="clear" w:color="000000" w:fill="F8F9FA"/>
            <w:vAlign w:val="center"/>
            <w:hideMark/>
          </w:tcPr>
          <w:p w14:paraId="70DB5CB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Sowmya</w:t>
            </w:r>
          </w:p>
        </w:tc>
        <w:tc>
          <w:tcPr>
            <w:tcW w:w="2100" w:type="dxa"/>
            <w:tcBorders>
              <w:top w:val="nil"/>
              <w:left w:val="nil"/>
              <w:bottom w:val="single" w:sz="4" w:space="0" w:color="auto"/>
              <w:right w:val="single" w:sz="4" w:space="0" w:color="auto"/>
            </w:tcBorders>
            <w:shd w:val="clear" w:color="000000" w:fill="F8F9FA"/>
            <w:vAlign w:val="center"/>
            <w:hideMark/>
          </w:tcPr>
          <w:p w14:paraId="2A8058DB"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197F1CBE" w14:textId="77777777" w:rsidTr="00226B14">
        <w:trPr>
          <w:trHeight w:val="765"/>
        </w:trPr>
        <w:tc>
          <w:tcPr>
            <w:tcW w:w="960" w:type="dxa"/>
            <w:tcBorders>
              <w:top w:val="nil"/>
              <w:left w:val="single" w:sz="4" w:space="0" w:color="auto"/>
              <w:bottom w:val="single" w:sz="4" w:space="0" w:color="auto"/>
              <w:right w:val="single" w:sz="4" w:space="0" w:color="auto"/>
            </w:tcBorders>
            <w:noWrap/>
            <w:vAlign w:val="bottom"/>
            <w:hideMark/>
          </w:tcPr>
          <w:p w14:paraId="094E17AE"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w:t>
            </w:r>
          </w:p>
        </w:tc>
        <w:tc>
          <w:tcPr>
            <w:tcW w:w="1520" w:type="dxa"/>
            <w:tcBorders>
              <w:top w:val="nil"/>
              <w:left w:val="nil"/>
              <w:bottom w:val="single" w:sz="4" w:space="0" w:color="auto"/>
              <w:right w:val="single" w:sz="4" w:space="0" w:color="auto"/>
            </w:tcBorders>
            <w:shd w:val="clear" w:color="000000" w:fill="F8F9FA"/>
            <w:vAlign w:val="center"/>
            <w:hideMark/>
          </w:tcPr>
          <w:p w14:paraId="13EF1EFE"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111723039005</w:t>
            </w:r>
          </w:p>
        </w:tc>
        <w:tc>
          <w:tcPr>
            <w:tcW w:w="1520" w:type="dxa"/>
            <w:tcBorders>
              <w:top w:val="nil"/>
              <w:left w:val="nil"/>
              <w:bottom w:val="single" w:sz="4" w:space="0" w:color="auto"/>
              <w:right w:val="single" w:sz="4" w:space="0" w:color="auto"/>
            </w:tcBorders>
            <w:shd w:val="clear" w:color="000000" w:fill="F8F9FA"/>
            <w:vAlign w:val="center"/>
            <w:hideMark/>
          </w:tcPr>
          <w:p w14:paraId="5784B34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Alice Saloni </w:t>
            </w:r>
            <w:proofErr w:type="spellStart"/>
            <w:r w:rsidRPr="00226B14">
              <w:rPr>
                <w:rFonts w:ascii="Roboto" w:eastAsia="Times New Roman" w:hAnsi="Roboto" w:cs="Times New Roman"/>
                <w:color w:val="434343"/>
                <w:kern w:val="0"/>
                <w:sz w:val="20"/>
                <w:szCs w:val="20"/>
                <w:lang w:eastAsia="en-IN"/>
                <w14:ligatures w14:val="none"/>
              </w:rPr>
              <w:t>Chekelea</w:t>
            </w:r>
            <w:proofErr w:type="spellEnd"/>
          </w:p>
        </w:tc>
        <w:tc>
          <w:tcPr>
            <w:tcW w:w="2100" w:type="dxa"/>
            <w:tcBorders>
              <w:top w:val="nil"/>
              <w:left w:val="nil"/>
              <w:bottom w:val="single" w:sz="4" w:space="0" w:color="auto"/>
              <w:right w:val="single" w:sz="4" w:space="0" w:color="auto"/>
            </w:tcBorders>
            <w:shd w:val="clear" w:color="000000" w:fill="F8F9FA"/>
            <w:vAlign w:val="center"/>
            <w:hideMark/>
          </w:tcPr>
          <w:p w14:paraId="18DE0C00"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54FB2364"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3C7E561A"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3</w:t>
            </w:r>
          </w:p>
        </w:tc>
        <w:tc>
          <w:tcPr>
            <w:tcW w:w="1520" w:type="dxa"/>
            <w:tcBorders>
              <w:top w:val="nil"/>
              <w:left w:val="nil"/>
              <w:bottom w:val="single" w:sz="4" w:space="0" w:color="auto"/>
              <w:right w:val="single" w:sz="4" w:space="0" w:color="auto"/>
            </w:tcBorders>
            <w:shd w:val="clear" w:color="000000" w:fill="FFFFFF"/>
            <w:vAlign w:val="center"/>
            <w:hideMark/>
          </w:tcPr>
          <w:p w14:paraId="55B9FC4F"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111723039008</w:t>
            </w:r>
          </w:p>
        </w:tc>
        <w:tc>
          <w:tcPr>
            <w:tcW w:w="1520" w:type="dxa"/>
            <w:tcBorders>
              <w:top w:val="nil"/>
              <w:left w:val="nil"/>
              <w:bottom w:val="single" w:sz="4" w:space="0" w:color="auto"/>
              <w:right w:val="single" w:sz="4" w:space="0" w:color="auto"/>
            </w:tcBorders>
            <w:shd w:val="clear" w:color="000000" w:fill="FFFFFF"/>
            <w:vAlign w:val="center"/>
            <w:hideMark/>
          </w:tcPr>
          <w:p w14:paraId="5B114CDF"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Kore Mounika</w:t>
            </w:r>
          </w:p>
        </w:tc>
        <w:tc>
          <w:tcPr>
            <w:tcW w:w="2100" w:type="dxa"/>
            <w:tcBorders>
              <w:top w:val="nil"/>
              <w:left w:val="nil"/>
              <w:bottom w:val="single" w:sz="4" w:space="0" w:color="auto"/>
              <w:right w:val="single" w:sz="4" w:space="0" w:color="auto"/>
            </w:tcBorders>
            <w:shd w:val="clear" w:color="000000" w:fill="FFFFFF"/>
            <w:vAlign w:val="center"/>
            <w:hideMark/>
          </w:tcPr>
          <w:p w14:paraId="41BEEF9D"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6E61FBF6"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41898680"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4</w:t>
            </w:r>
          </w:p>
        </w:tc>
        <w:tc>
          <w:tcPr>
            <w:tcW w:w="1520" w:type="dxa"/>
            <w:tcBorders>
              <w:top w:val="nil"/>
              <w:left w:val="nil"/>
              <w:bottom w:val="single" w:sz="4" w:space="0" w:color="auto"/>
              <w:right w:val="single" w:sz="4" w:space="0" w:color="auto"/>
            </w:tcBorders>
            <w:shd w:val="clear" w:color="000000" w:fill="F8F9FA"/>
            <w:vAlign w:val="center"/>
            <w:hideMark/>
          </w:tcPr>
          <w:p w14:paraId="53F9A7CD"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111723039009</w:t>
            </w:r>
          </w:p>
        </w:tc>
        <w:tc>
          <w:tcPr>
            <w:tcW w:w="1520" w:type="dxa"/>
            <w:tcBorders>
              <w:top w:val="nil"/>
              <w:left w:val="nil"/>
              <w:bottom w:val="single" w:sz="4" w:space="0" w:color="auto"/>
              <w:right w:val="single" w:sz="4" w:space="0" w:color="auto"/>
            </w:tcBorders>
            <w:shd w:val="clear" w:color="000000" w:fill="F8F9FA"/>
            <w:vAlign w:val="center"/>
            <w:hideMark/>
          </w:tcPr>
          <w:p w14:paraId="2BA7525E"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rajarani</w:t>
            </w:r>
            <w:proofErr w:type="spellEnd"/>
          </w:p>
        </w:tc>
        <w:tc>
          <w:tcPr>
            <w:tcW w:w="2100" w:type="dxa"/>
            <w:tcBorders>
              <w:top w:val="nil"/>
              <w:left w:val="nil"/>
              <w:bottom w:val="single" w:sz="4" w:space="0" w:color="auto"/>
              <w:right w:val="single" w:sz="4" w:space="0" w:color="auto"/>
            </w:tcBorders>
            <w:shd w:val="clear" w:color="000000" w:fill="F8F9FA"/>
            <w:vAlign w:val="center"/>
            <w:hideMark/>
          </w:tcPr>
          <w:p w14:paraId="4D0FB365"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6A150490" w14:textId="77777777" w:rsidTr="00226B14">
        <w:trPr>
          <w:trHeight w:val="765"/>
        </w:trPr>
        <w:tc>
          <w:tcPr>
            <w:tcW w:w="960" w:type="dxa"/>
            <w:tcBorders>
              <w:top w:val="nil"/>
              <w:left w:val="single" w:sz="4" w:space="0" w:color="auto"/>
              <w:bottom w:val="single" w:sz="4" w:space="0" w:color="auto"/>
              <w:right w:val="single" w:sz="4" w:space="0" w:color="auto"/>
            </w:tcBorders>
            <w:noWrap/>
            <w:vAlign w:val="bottom"/>
            <w:hideMark/>
          </w:tcPr>
          <w:p w14:paraId="400BF724"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5</w:t>
            </w:r>
          </w:p>
        </w:tc>
        <w:tc>
          <w:tcPr>
            <w:tcW w:w="1520" w:type="dxa"/>
            <w:tcBorders>
              <w:top w:val="nil"/>
              <w:left w:val="nil"/>
              <w:bottom w:val="single" w:sz="4" w:space="0" w:color="auto"/>
              <w:right w:val="single" w:sz="4" w:space="0" w:color="auto"/>
            </w:tcBorders>
            <w:shd w:val="clear" w:color="000000" w:fill="F8F9FA"/>
            <w:vAlign w:val="center"/>
            <w:hideMark/>
          </w:tcPr>
          <w:p w14:paraId="2614F3C6"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111723039010</w:t>
            </w:r>
          </w:p>
        </w:tc>
        <w:tc>
          <w:tcPr>
            <w:tcW w:w="1520" w:type="dxa"/>
            <w:tcBorders>
              <w:top w:val="nil"/>
              <w:left w:val="nil"/>
              <w:bottom w:val="single" w:sz="4" w:space="0" w:color="auto"/>
              <w:right w:val="single" w:sz="4" w:space="0" w:color="auto"/>
            </w:tcBorders>
            <w:shd w:val="clear" w:color="000000" w:fill="F8F9FA"/>
            <w:vAlign w:val="center"/>
            <w:hideMark/>
          </w:tcPr>
          <w:p w14:paraId="0CD8C8A7"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MD. RAZIYA BANU</w:t>
            </w:r>
          </w:p>
        </w:tc>
        <w:tc>
          <w:tcPr>
            <w:tcW w:w="2100" w:type="dxa"/>
            <w:tcBorders>
              <w:top w:val="nil"/>
              <w:left w:val="nil"/>
              <w:bottom w:val="single" w:sz="4" w:space="0" w:color="auto"/>
              <w:right w:val="single" w:sz="4" w:space="0" w:color="auto"/>
            </w:tcBorders>
            <w:shd w:val="clear" w:color="000000" w:fill="F8F9FA"/>
            <w:vAlign w:val="center"/>
            <w:hideMark/>
          </w:tcPr>
          <w:p w14:paraId="73965A59"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2B4D4C89"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435CE872"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6</w:t>
            </w:r>
          </w:p>
        </w:tc>
        <w:tc>
          <w:tcPr>
            <w:tcW w:w="1520" w:type="dxa"/>
            <w:tcBorders>
              <w:top w:val="nil"/>
              <w:left w:val="nil"/>
              <w:bottom w:val="single" w:sz="4" w:space="0" w:color="auto"/>
              <w:right w:val="single" w:sz="4" w:space="0" w:color="auto"/>
            </w:tcBorders>
            <w:shd w:val="clear" w:color="000000" w:fill="F8F9FA"/>
            <w:vAlign w:val="center"/>
            <w:hideMark/>
          </w:tcPr>
          <w:p w14:paraId="5E4E38FA"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111723039011</w:t>
            </w:r>
          </w:p>
        </w:tc>
        <w:tc>
          <w:tcPr>
            <w:tcW w:w="1520" w:type="dxa"/>
            <w:tcBorders>
              <w:top w:val="nil"/>
              <w:left w:val="nil"/>
              <w:bottom w:val="single" w:sz="4" w:space="0" w:color="auto"/>
              <w:right w:val="single" w:sz="4" w:space="0" w:color="auto"/>
            </w:tcBorders>
            <w:shd w:val="clear" w:color="000000" w:fill="F8F9FA"/>
            <w:vAlign w:val="center"/>
            <w:hideMark/>
          </w:tcPr>
          <w:p w14:paraId="79ECA74F"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proofErr w:type="gramStart"/>
            <w:r w:rsidRPr="00226B14">
              <w:rPr>
                <w:rFonts w:ascii="Roboto" w:eastAsia="Times New Roman" w:hAnsi="Roboto" w:cs="Times New Roman"/>
                <w:color w:val="434343"/>
                <w:kern w:val="0"/>
                <w:sz w:val="20"/>
                <w:szCs w:val="20"/>
                <w:lang w:eastAsia="en-IN"/>
                <w14:ligatures w14:val="none"/>
              </w:rPr>
              <w:t>N.manasa</w:t>
            </w:r>
            <w:proofErr w:type="spellEnd"/>
            <w:proofErr w:type="gramEnd"/>
          </w:p>
        </w:tc>
        <w:tc>
          <w:tcPr>
            <w:tcW w:w="2100" w:type="dxa"/>
            <w:tcBorders>
              <w:top w:val="nil"/>
              <w:left w:val="nil"/>
              <w:bottom w:val="single" w:sz="4" w:space="0" w:color="auto"/>
              <w:right w:val="single" w:sz="4" w:space="0" w:color="auto"/>
            </w:tcBorders>
            <w:shd w:val="clear" w:color="000000" w:fill="FFFFFF"/>
            <w:vAlign w:val="center"/>
            <w:hideMark/>
          </w:tcPr>
          <w:p w14:paraId="06DB6F66"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00CC01BB"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4F7DEB40"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7</w:t>
            </w:r>
          </w:p>
        </w:tc>
        <w:tc>
          <w:tcPr>
            <w:tcW w:w="1520" w:type="dxa"/>
            <w:tcBorders>
              <w:top w:val="nil"/>
              <w:left w:val="nil"/>
              <w:bottom w:val="single" w:sz="4" w:space="0" w:color="auto"/>
              <w:right w:val="single" w:sz="4" w:space="0" w:color="auto"/>
            </w:tcBorders>
            <w:shd w:val="clear" w:color="000000" w:fill="F8F9FA"/>
            <w:vAlign w:val="center"/>
            <w:hideMark/>
          </w:tcPr>
          <w:p w14:paraId="2CB6DB08"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111723039012</w:t>
            </w:r>
          </w:p>
        </w:tc>
        <w:tc>
          <w:tcPr>
            <w:tcW w:w="1520" w:type="dxa"/>
            <w:tcBorders>
              <w:top w:val="nil"/>
              <w:left w:val="nil"/>
              <w:bottom w:val="single" w:sz="4" w:space="0" w:color="auto"/>
              <w:right w:val="single" w:sz="4" w:space="0" w:color="auto"/>
            </w:tcBorders>
            <w:shd w:val="clear" w:color="000000" w:fill="F8F9FA"/>
            <w:vAlign w:val="center"/>
            <w:hideMark/>
          </w:tcPr>
          <w:p w14:paraId="7DFD812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sudiksha</w:t>
            </w:r>
            <w:proofErr w:type="spellEnd"/>
          </w:p>
        </w:tc>
        <w:tc>
          <w:tcPr>
            <w:tcW w:w="2100" w:type="dxa"/>
            <w:tcBorders>
              <w:top w:val="nil"/>
              <w:left w:val="nil"/>
              <w:bottom w:val="single" w:sz="4" w:space="0" w:color="auto"/>
              <w:right w:val="single" w:sz="4" w:space="0" w:color="auto"/>
            </w:tcBorders>
            <w:shd w:val="clear" w:color="000000" w:fill="F8F9FA"/>
            <w:vAlign w:val="center"/>
            <w:hideMark/>
          </w:tcPr>
          <w:p w14:paraId="01504DF9"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16C88DF0"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2D6B2639"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8</w:t>
            </w:r>
          </w:p>
        </w:tc>
        <w:tc>
          <w:tcPr>
            <w:tcW w:w="1520" w:type="dxa"/>
            <w:tcBorders>
              <w:top w:val="nil"/>
              <w:left w:val="nil"/>
              <w:bottom w:val="single" w:sz="4" w:space="0" w:color="auto"/>
              <w:right w:val="single" w:sz="4" w:space="0" w:color="auto"/>
            </w:tcBorders>
            <w:shd w:val="clear" w:color="000000" w:fill="F8F9FA"/>
            <w:vAlign w:val="center"/>
            <w:hideMark/>
          </w:tcPr>
          <w:p w14:paraId="02A61C08"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111723039014</w:t>
            </w:r>
          </w:p>
        </w:tc>
        <w:tc>
          <w:tcPr>
            <w:tcW w:w="1520" w:type="dxa"/>
            <w:tcBorders>
              <w:top w:val="nil"/>
              <w:left w:val="nil"/>
              <w:bottom w:val="single" w:sz="4" w:space="0" w:color="auto"/>
              <w:right w:val="single" w:sz="4" w:space="0" w:color="auto"/>
            </w:tcBorders>
            <w:shd w:val="clear" w:color="000000" w:fill="F8F9FA"/>
            <w:vAlign w:val="center"/>
            <w:hideMark/>
          </w:tcPr>
          <w:p w14:paraId="398E166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 Lasya Reddy</w:t>
            </w:r>
          </w:p>
        </w:tc>
        <w:tc>
          <w:tcPr>
            <w:tcW w:w="2100" w:type="dxa"/>
            <w:tcBorders>
              <w:top w:val="nil"/>
              <w:left w:val="nil"/>
              <w:bottom w:val="single" w:sz="4" w:space="0" w:color="auto"/>
              <w:right w:val="single" w:sz="4" w:space="0" w:color="auto"/>
            </w:tcBorders>
            <w:shd w:val="clear" w:color="000000" w:fill="F8F9FA"/>
            <w:vAlign w:val="center"/>
            <w:hideMark/>
          </w:tcPr>
          <w:p w14:paraId="1AFDD45C"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6B79ABA7"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26F9F2BA"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9</w:t>
            </w:r>
          </w:p>
        </w:tc>
        <w:tc>
          <w:tcPr>
            <w:tcW w:w="1520" w:type="dxa"/>
            <w:tcBorders>
              <w:top w:val="nil"/>
              <w:left w:val="nil"/>
              <w:bottom w:val="single" w:sz="4" w:space="0" w:color="auto"/>
              <w:right w:val="single" w:sz="4" w:space="0" w:color="auto"/>
            </w:tcBorders>
            <w:shd w:val="clear" w:color="000000" w:fill="F8F9FA"/>
            <w:vAlign w:val="center"/>
            <w:hideMark/>
          </w:tcPr>
          <w:p w14:paraId="5DE1886F"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111723039015</w:t>
            </w:r>
          </w:p>
        </w:tc>
        <w:tc>
          <w:tcPr>
            <w:tcW w:w="1520" w:type="dxa"/>
            <w:tcBorders>
              <w:top w:val="nil"/>
              <w:left w:val="nil"/>
              <w:bottom w:val="single" w:sz="4" w:space="0" w:color="auto"/>
              <w:right w:val="single" w:sz="4" w:space="0" w:color="auto"/>
            </w:tcBorders>
            <w:shd w:val="clear" w:color="000000" w:fill="F8F9FA"/>
            <w:vAlign w:val="center"/>
            <w:hideMark/>
          </w:tcPr>
          <w:p w14:paraId="303BF360"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Shamine Gloria</w:t>
            </w:r>
          </w:p>
        </w:tc>
        <w:tc>
          <w:tcPr>
            <w:tcW w:w="2100" w:type="dxa"/>
            <w:tcBorders>
              <w:top w:val="nil"/>
              <w:left w:val="nil"/>
              <w:bottom w:val="single" w:sz="4" w:space="0" w:color="auto"/>
              <w:right w:val="single" w:sz="4" w:space="0" w:color="auto"/>
            </w:tcBorders>
            <w:shd w:val="clear" w:color="000000" w:fill="F8F9FA"/>
            <w:vAlign w:val="center"/>
            <w:hideMark/>
          </w:tcPr>
          <w:p w14:paraId="06F476AE"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21FD4A72"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35BB1995"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10</w:t>
            </w:r>
          </w:p>
        </w:tc>
        <w:tc>
          <w:tcPr>
            <w:tcW w:w="1520" w:type="dxa"/>
            <w:tcBorders>
              <w:top w:val="nil"/>
              <w:left w:val="nil"/>
              <w:bottom w:val="single" w:sz="4" w:space="0" w:color="auto"/>
              <w:right w:val="single" w:sz="4" w:space="0" w:color="auto"/>
            </w:tcBorders>
            <w:shd w:val="clear" w:color="000000" w:fill="FFFFFF"/>
            <w:vAlign w:val="center"/>
            <w:hideMark/>
          </w:tcPr>
          <w:p w14:paraId="65D142F7"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111723039017</w:t>
            </w:r>
          </w:p>
        </w:tc>
        <w:tc>
          <w:tcPr>
            <w:tcW w:w="1520" w:type="dxa"/>
            <w:tcBorders>
              <w:top w:val="nil"/>
              <w:left w:val="nil"/>
              <w:bottom w:val="single" w:sz="4" w:space="0" w:color="auto"/>
              <w:right w:val="single" w:sz="4" w:space="0" w:color="auto"/>
            </w:tcBorders>
            <w:shd w:val="clear" w:color="000000" w:fill="FFFFFF"/>
            <w:vAlign w:val="center"/>
            <w:hideMark/>
          </w:tcPr>
          <w:p w14:paraId="2802F5C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Abraham Wallace</w:t>
            </w:r>
          </w:p>
        </w:tc>
        <w:tc>
          <w:tcPr>
            <w:tcW w:w="2100" w:type="dxa"/>
            <w:tcBorders>
              <w:top w:val="nil"/>
              <w:left w:val="nil"/>
              <w:bottom w:val="single" w:sz="4" w:space="0" w:color="auto"/>
              <w:right w:val="single" w:sz="4" w:space="0" w:color="auto"/>
            </w:tcBorders>
            <w:shd w:val="clear" w:color="000000" w:fill="FFFFFF"/>
            <w:vAlign w:val="center"/>
            <w:hideMark/>
          </w:tcPr>
          <w:p w14:paraId="149B3998"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575F2264"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0D1DC32C"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11</w:t>
            </w:r>
          </w:p>
        </w:tc>
        <w:tc>
          <w:tcPr>
            <w:tcW w:w="1520" w:type="dxa"/>
            <w:tcBorders>
              <w:top w:val="nil"/>
              <w:left w:val="nil"/>
              <w:bottom w:val="single" w:sz="4" w:space="0" w:color="auto"/>
              <w:right w:val="single" w:sz="4" w:space="0" w:color="auto"/>
            </w:tcBorders>
            <w:shd w:val="clear" w:color="000000" w:fill="F8F9FA"/>
            <w:vAlign w:val="center"/>
            <w:hideMark/>
          </w:tcPr>
          <w:p w14:paraId="49D51499"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111723039019</w:t>
            </w:r>
          </w:p>
        </w:tc>
        <w:tc>
          <w:tcPr>
            <w:tcW w:w="1520" w:type="dxa"/>
            <w:tcBorders>
              <w:top w:val="nil"/>
              <w:left w:val="nil"/>
              <w:bottom w:val="single" w:sz="4" w:space="0" w:color="auto"/>
              <w:right w:val="single" w:sz="4" w:space="0" w:color="auto"/>
            </w:tcBorders>
            <w:shd w:val="clear" w:color="000000" w:fill="F8F9FA"/>
            <w:vAlign w:val="center"/>
            <w:hideMark/>
          </w:tcPr>
          <w:p w14:paraId="0E841278"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Aryan Gupta</w:t>
            </w:r>
          </w:p>
        </w:tc>
        <w:tc>
          <w:tcPr>
            <w:tcW w:w="2100" w:type="dxa"/>
            <w:tcBorders>
              <w:top w:val="nil"/>
              <w:left w:val="nil"/>
              <w:bottom w:val="single" w:sz="4" w:space="0" w:color="auto"/>
              <w:right w:val="single" w:sz="4" w:space="0" w:color="auto"/>
            </w:tcBorders>
            <w:shd w:val="clear" w:color="000000" w:fill="F8F9FA"/>
            <w:vAlign w:val="center"/>
            <w:hideMark/>
          </w:tcPr>
          <w:p w14:paraId="7BC533BF"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3F3A9B56" w14:textId="77777777" w:rsidTr="00226B14">
        <w:trPr>
          <w:trHeight w:val="765"/>
        </w:trPr>
        <w:tc>
          <w:tcPr>
            <w:tcW w:w="960" w:type="dxa"/>
            <w:tcBorders>
              <w:top w:val="nil"/>
              <w:left w:val="single" w:sz="4" w:space="0" w:color="auto"/>
              <w:bottom w:val="single" w:sz="4" w:space="0" w:color="auto"/>
              <w:right w:val="single" w:sz="4" w:space="0" w:color="auto"/>
            </w:tcBorders>
            <w:noWrap/>
            <w:vAlign w:val="bottom"/>
            <w:hideMark/>
          </w:tcPr>
          <w:p w14:paraId="77B747D7"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12</w:t>
            </w:r>
          </w:p>
        </w:tc>
        <w:tc>
          <w:tcPr>
            <w:tcW w:w="1520" w:type="dxa"/>
            <w:tcBorders>
              <w:top w:val="nil"/>
              <w:left w:val="nil"/>
              <w:bottom w:val="single" w:sz="4" w:space="0" w:color="auto"/>
              <w:right w:val="single" w:sz="4" w:space="0" w:color="auto"/>
            </w:tcBorders>
            <w:shd w:val="clear" w:color="000000" w:fill="F8F9FA"/>
            <w:vAlign w:val="center"/>
            <w:hideMark/>
          </w:tcPr>
          <w:p w14:paraId="4D4C0A6D"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111723039021</w:t>
            </w:r>
          </w:p>
        </w:tc>
        <w:tc>
          <w:tcPr>
            <w:tcW w:w="1520" w:type="dxa"/>
            <w:tcBorders>
              <w:top w:val="nil"/>
              <w:left w:val="nil"/>
              <w:bottom w:val="single" w:sz="4" w:space="0" w:color="auto"/>
              <w:right w:val="single" w:sz="4" w:space="0" w:color="auto"/>
            </w:tcBorders>
            <w:shd w:val="clear" w:color="000000" w:fill="F8F9FA"/>
            <w:vAlign w:val="center"/>
            <w:hideMark/>
          </w:tcPr>
          <w:p w14:paraId="7938D33B"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B.</w:t>
            </w:r>
            <w:proofErr w:type="gramStart"/>
            <w:r w:rsidRPr="00226B14">
              <w:rPr>
                <w:rFonts w:ascii="Roboto" w:eastAsia="Times New Roman" w:hAnsi="Roboto" w:cs="Times New Roman"/>
                <w:color w:val="434343"/>
                <w:kern w:val="0"/>
                <w:sz w:val="20"/>
                <w:szCs w:val="20"/>
                <w:lang w:eastAsia="en-IN"/>
                <w14:ligatures w14:val="none"/>
              </w:rPr>
              <w:t>K.RISHIKESH</w:t>
            </w:r>
            <w:proofErr w:type="gramEnd"/>
            <w:r w:rsidRPr="00226B14">
              <w:rPr>
                <w:rFonts w:ascii="Roboto" w:eastAsia="Times New Roman" w:hAnsi="Roboto" w:cs="Times New Roman"/>
                <w:color w:val="434343"/>
                <w:kern w:val="0"/>
                <w:sz w:val="20"/>
                <w:szCs w:val="20"/>
                <w:lang w:eastAsia="en-IN"/>
                <w14:ligatures w14:val="none"/>
              </w:rPr>
              <w:t xml:space="preserve"> REDDY</w:t>
            </w:r>
          </w:p>
        </w:tc>
        <w:tc>
          <w:tcPr>
            <w:tcW w:w="2100" w:type="dxa"/>
            <w:tcBorders>
              <w:top w:val="nil"/>
              <w:left w:val="nil"/>
              <w:bottom w:val="single" w:sz="4" w:space="0" w:color="auto"/>
              <w:right w:val="single" w:sz="4" w:space="0" w:color="auto"/>
            </w:tcBorders>
            <w:shd w:val="clear" w:color="000000" w:fill="F8F9FA"/>
            <w:vAlign w:val="center"/>
            <w:hideMark/>
          </w:tcPr>
          <w:p w14:paraId="140C8442"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167FA7A3"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46661765"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13</w:t>
            </w:r>
          </w:p>
        </w:tc>
        <w:tc>
          <w:tcPr>
            <w:tcW w:w="1520" w:type="dxa"/>
            <w:tcBorders>
              <w:top w:val="nil"/>
              <w:left w:val="nil"/>
              <w:bottom w:val="single" w:sz="4" w:space="0" w:color="auto"/>
              <w:right w:val="single" w:sz="4" w:space="0" w:color="auto"/>
            </w:tcBorders>
            <w:shd w:val="clear" w:color="000000" w:fill="FFFFFF"/>
            <w:vAlign w:val="center"/>
            <w:hideMark/>
          </w:tcPr>
          <w:p w14:paraId="559C5FC6"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111723039023</w:t>
            </w:r>
          </w:p>
        </w:tc>
        <w:tc>
          <w:tcPr>
            <w:tcW w:w="1520" w:type="dxa"/>
            <w:tcBorders>
              <w:top w:val="nil"/>
              <w:left w:val="nil"/>
              <w:bottom w:val="single" w:sz="4" w:space="0" w:color="auto"/>
              <w:right w:val="single" w:sz="4" w:space="0" w:color="auto"/>
            </w:tcBorders>
            <w:shd w:val="clear" w:color="000000" w:fill="FFFFFF"/>
            <w:vAlign w:val="center"/>
            <w:hideMark/>
          </w:tcPr>
          <w:p w14:paraId="6B12FFDA"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Clemence </w:t>
            </w:r>
            <w:proofErr w:type="spellStart"/>
            <w:r w:rsidRPr="00226B14">
              <w:rPr>
                <w:rFonts w:ascii="Roboto" w:eastAsia="Times New Roman" w:hAnsi="Roboto" w:cs="Times New Roman"/>
                <w:color w:val="434343"/>
                <w:kern w:val="0"/>
                <w:sz w:val="20"/>
                <w:szCs w:val="20"/>
                <w:lang w:eastAsia="en-IN"/>
                <w14:ligatures w14:val="none"/>
              </w:rPr>
              <w:t>kerron</w:t>
            </w:r>
            <w:proofErr w:type="spellEnd"/>
          </w:p>
        </w:tc>
        <w:tc>
          <w:tcPr>
            <w:tcW w:w="2100" w:type="dxa"/>
            <w:tcBorders>
              <w:top w:val="nil"/>
              <w:left w:val="nil"/>
              <w:bottom w:val="single" w:sz="4" w:space="0" w:color="auto"/>
              <w:right w:val="single" w:sz="4" w:space="0" w:color="auto"/>
            </w:tcBorders>
            <w:shd w:val="clear" w:color="000000" w:fill="FFFFFF"/>
            <w:vAlign w:val="center"/>
            <w:hideMark/>
          </w:tcPr>
          <w:p w14:paraId="52EE2EA1"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55D19F42"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3A4EE731"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14</w:t>
            </w:r>
          </w:p>
        </w:tc>
        <w:tc>
          <w:tcPr>
            <w:tcW w:w="1520" w:type="dxa"/>
            <w:tcBorders>
              <w:top w:val="nil"/>
              <w:left w:val="nil"/>
              <w:bottom w:val="single" w:sz="4" w:space="0" w:color="auto"/>
              <w:right w:val="single" w:sz="4" w:space="0" w:color="auto"/>
            </w:tcBorders>
            <w:shd w:val="clear" w:color="000000" w:fill="FFFFFF"/>
            <w:vAlign w:val="center"/>
            <w:hideMark/>
          </w:tcPr>
          <w:p w14:paraId="00080784"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111723039025</w:t>
            </w:r>
          </w:p>
        </w:tc>
        <w:tc>
          <w:tcPr>
            <w:tcW w:w="1520" w:type="dxa"/>
            <w:tcBorders>
              <w:top w:val="nil"/>
              <w:left w:val="nil"/>
              <w:bottom w:val="single" w:sz="4" w:space="0" w:color="auto"/>
              <w:right w:val="single" w:sz="4" w:space="0" w:color="auto"/>
            </w:tcBorders>
            <w:shd w:val="clear" w:color="000000" w:fill="FFFFFF"/>
            <w:vAlign w:val="center"/>
            <w:hideMark/>
          </w:tcPr>
          <w:p w14:paraId="4F14F5B8"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proofErr w:type="spellStart"/>
            <w:r w:rsidRPr="00226B14">
              <w:rPr>
                <w:rFonts w:ascii="Roboto" w:eastAsia="Times New Roman" w:hAnsi="Roboto" w:cs="Times New Roman"/>
                <w:color w:val="434343"/>
                <w:kern w:val="0"/>
                <w:sz w:val="20"/>
                <w:szCs w:val="20"/>
                <w:lang w:eastAsia="en-IN"/>
                <w14:ligatures w14:val="none"/>
              </w:rPr>
              <w:t>Gabbula</w:t>
            </w:r>
            <w:proofErr w:type="spellEnd"/>
            <w:r w:rsidRPr="00226B14">
              <w:rPr>
                <w:rFonts w:ascii="Roboto" w:eastAsia="Times New Roman" w:hAnsi="Roboto" w:cs="Times New Roman"/>
                <w:color w:val="434343"/>
                <w:kern w:val="0"/>
                <w:sz w:val="20"/>
                <w:szCs w:val="20"/>
                <w:lang w:eastAsia="en-IN"/>
                <w14:ligatures w14:val="none"/>
              </w:rPr>
              <w:t xml:space="preserve"> Sai </w:t>
            </w:r>
            <w:proofErr w:type="spellStart"/>
            <w:r w:rsidRPr="00226B14">
              <w:rPr>
                <w:rFonts w:ascii="Roboto" w:eastAsia="Times New Roman" w:hAnsi="Roboto" w:cs="Times New Roman"/>
                <w:color w:val="434343"/>
                <w:kern w:val="0"/>
                <w:sz w:val="20"/>
                <w:szCs w:val="20"/>
                <w:lang w:eastAsia="en-IN"/>
                <w14:ligatures w14:val="none"/>
              </w:rPr>
              <w:t>teja</w:t>
            </w:r>
            <w:proofErr w:type="spellEnd"/>
          </w:p>
        </w:tc>
        <w:tc>
          <w:tcPr>
            <w:tcW w:w="2100" w:type="dxa"/>
            <w:tcBorders>
              <w:top w:val="nil"/>
              <w:left w:val="nil"/>
              <w:bottom w:val="single" w:sz="4" w:space="0" w:color="auto"/>
              <w:right w:val="single" w:sz="4" w:space="0" w:color="auto"/>
            </w:tcBorders>
            <w:shd w:val="clear" w:color="000000" w:fill="FFFFFF"/>
            <w:vAlign w:val="center"/>
            <w:hideMark/>
          </w:tcPr>
          <w:p w14:paraId="72237879"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3EB1958D"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65D796FE"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15</w:t>
            </w:r>
          </w:p>
        </w:tc>
        <w:tc>
          <w:tcPr>
            <w:tcW w:w="1520" w:type="dxa"/>
            <w:tcBorders>
              <w:top w:val="nil"/>
              <w:left w:val="nil"/>
              <w:bottom w:val="single" w:sz="4" w:space="0" w:color="auto"/>
              <w:right w:val="single" w:sz="4" w:space="0" w:color="auto"/>
            </w:tcBorders>
            <w:shd w:val="clear" w:color="000000" w:fill="FFFFFF"/>
            <w:vAlign w:val="center"/>
            <w:hideMark/>
          </w:tcPr>
          <w:p w14:paraId="1AC87D52"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111723039026</w:t>
            </w:r>
          </w:p>
        </w:tc>
        <w:tc>
          <w:tcPr>
            <w:tcW w:w="1520" w:type="dxa"/>
            <w:tcBorders>
              <w:top w:val="nil"/>
              <w:left w:val="nil"/>
              <w:bottom w:val="single" w:sz="4" w:space="0" w:color="auto"/>
              <w:right w:val="single" w:sz="4" w:space="0" w:color="auto"/>
            </w:tcBorders>
            <w:shd w:val="clear" w:color="000000" w:fill="FFFFFF"/>
            <w:vAlign w:val="center"/>
            <w:hideMark/>
          </w:tcPr>
          <w:p w14:paraId="187C6D9C"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Paul</w:t>
            </w:r>
          </w:p>
        </w:tc>
        <w:tc>
          <w:tcPr>
            <w:tcW w:w="2100" w:type="dxa"/>
            <w:tcBorders>
              <w:top w:val="nil"/>
              <w:left w:val="nil"/>
              <w:bottom w:val="single" w:sz="4" w:space="0" w:color="auto"/>
              <w:right w:val="single" w:sz="4" w:space="0" w:color="auto"/>
            </w:tcBorders>
            <w:shd w:val="clear" w:color="000000" w:fill="FFFFFF"/>
            <w:vAlign w:val="center"/>
            <w:hideMark/>
          </w:tcPr>
          <w:p w14:paraId="7885C3B3"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085776B1" w14:textId="77777777" w:rsidTr="00226B14">
        <w:trPr>
          <w:trHeight w:val="765"/>
        </w:trPr>
        <w:tc>
          <w:tcPr>
            <w:tcW w:w="960" w:type="dxa"/>
            <w:tcBorders>
              <w:top w:val="nil"/>
              <w:left w:val="single" w:sz="4" w:space="0" w:color="auto"/>
              <w:bottom w:val="single" w:sz="4" w:space="0" w:color="auto"/>
              <w:right w:val="single" w:sz="4" w:space="0" w:color="auto"/>
            </w:tcBorders>
            <w:noWrap/>
            <w:vAlign w:val="bottom"/>
            <w:hideMark/>
          </w:tcPr>
          <w:p w14:paraId="3DC30EE0"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16</w:t>
            </w:r>
          </w:p>
        </w:tc>
        <w:tc>
          <w:tcPr>
            <w:tcW w:w="1520" w:type="dxa"/>
            <w:tcBorders>
              <w:top w:val="nil"/>
              <w:left w:val="nil"/>
              <w:bottom w:val="single" w:sz="4" w:space="0" w:color="auto"/>
              <w:right w:val="single" w:sz="4" w:space="0" w:color="auto"/>
            </w:tcBorders>
            <w:shd w:val="clear" w:color="000000" w:fill="FFFFFF"/>
            <w:vAlign w:val="center"/>
            <w:hideMark/>
          </w:tcPr>
          <w:p w14:paraId="7F1E7A3E"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111723039027</w:t>
            </w:r>
          </w:p>
        </w:tc>
        <w:tc>
          <w:tcPr>
            <w:tcW w:w="1520" w:type="dxa"/>
            <w:tcBorders>
              <w:top w:val="nil"/>
              <w:left w:val="nil"/>
              <w:bottom w:val="single" w:sz="4" w:space="0" w:color="auto"/>
              <w:right w:val="single" w:sz="4" w:space="0" w:color="auto"/>
            </w:tcBorders>
            <w:shd w:val="clear" w:color="000000" w:fill="FFFFFF"/>
            <w:vAlign w:val="center"/>
            <w:hideMark/>
          </w:tcPr>
          <w:p w14:paraId="4F4498AE"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Hamad Saleh Mahfooz</w:t>
            </w:r>
          </w:p>
        </w:tc>
        <w:tc>
          <w:tcPr>
            <w:tcW w:w="2100" w:type="dxa"/>
            <w:tcBorders>
              <w:top w:val="nil"/>
              <w:left w:val="nil"/>
              <w:bottom w:val="single" w:sz="4" w:space="0" w:color="auto"/>
              <w:right w:val="single" w:sz="4" w:space="0" w:color="auto"/>
            </w:tcBorders>
            <w:shd w:val="clear" w:color="000000" w:fill="FFFFFF"/>
            <w:vAlign w:val="center"/>
            <w:hideMark/>
          </w:tcPr>
          <w:p w14:paraId="15A2244E"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53B794D7"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1E711A2D"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17</w:t>
            </w:r>
          </w:p>
        </w:tc>
        <w:tc>
          <w:tcPr>
            <w:tcW w:w="1520" w:type="dxa"/>
            <w:tcBorders>
              <w:top w:val="nil"/>
              <w:left w:val="nil"/>
              <w:bottom w:val="single" w:sz="4" w:space="0" w:color="auto"/>
              <w:right w:val="single" w:sz="4" w:space="0" w:color="auto"/>
            </w:tcBorders>
            <w:shd w:val="clear" w:color="000000" w:fill="F8F9FA"/>
            <w:vAlign w:val="center"/>
            <w:hideMark/>
          </w:tcPr>
          <w:p w14:paraId="7405FAD3"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111723039030</w:t>
            </w:r>
          </w:p>
        </w:tc>
        <w:tc>
          <w:tcPr>
            <w:tcW w:w="1520" w:type="dxa"/>
            <w:tcBorders>
              <w:top w:val="nil"/>
              <w:left w:val="nil"/>
              <w:bottom w:val="single" w:sz="4" w:space="0" w:color="auto"/>
              <w:right w:val="single" w:sz="4" w:space="0" w:color="auto"/>
            </w:tcBorders>
            <w:shd w:val="clear" w:color="000000" w:fill="F8F9FA"/>
            <w:vAlign w:val="center"/>
            <w:hideMark/>
          </w:tcPr>
          <w:p w14:paraId="24745FA0"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Varun Raju</w:t>
            </w:r>
          </w:p>
        </w:tc>
        <w:tc>
          <w:tcPr>
            <w:tcW w:w="2100" w:type="dxa"/>
            <w:tcBorders>
              <w:top w:val="nil"/>
              <w:left w:val="nil"/>
              <w:bottom w:val="single" w:sz="4" w:space="0" w:color="auto"/>
              <w:right w:val="single" w:sz="4" w:space="0" w:color="auto"/>
            </w:tcBorders>
            <w:shd w:val="clear" w:color="000000" w:fill="F8F9FA"/>
            <w:vAlign w:val="center"/>
            <w:hideMark/>
          </w:tcPr>
          <w:p w14:paraId="1F85310D"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51D06836"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44D5E322"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18</w:t>
            </w:r>
          </w:p>
        </w:tc>
        <w:tc>
          <w:tcPr>
            <w:tcW w:w="1520" w:type="dxa"/>
            <w:tcBorders>
              <w:top w:val="nil"/>
              <w:left w:val="nil"/>
              <w:bottom w:val="single" w:sz="4" w:space="0" w:color="auto"/>
              <w:right w:val="single" w:sz="4" w:space="0" w:color="auto"/>
            </w:tcBorders>
            <w:shd w:val="clear" w:color="000000" w:fill="F8F9FA"/>
            <w:vAlign w:val="center"/>
            <w:hideMark/>
          </w:tcPr>
          <w:p w14:paraId="5C775FD3"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111723039033</w:t>
            </w:r>
          </w:p>
        </w:tc>
        <w:tc>
          <w:tcPr>
            <w:tcW w:w="1520" w:type="dxa"/>
            <w:tcBorders>
              <w:top w:val="nil"/>
              <w:left w:val="nil"/>
              <w:bottom w:val="single" w:sz="4" w:space="0" w:color="auto"/>
              <w:right w:val="single" w:sz="4" w:space="0" w:color="auto"/>
            </w:tcBorders>
            <w:shd w:val="clear" w:color="000000" w:fill="F8F9FA"/>
            <w:vAlign w:val="center"/>
            <w:hideMark/>
          </w:tcPr>
          <w:p w14:paraId="6AA3FEA3"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Manoj</w:t>
            </w:r>
          </w:p>
        </w:tc>
        <w:tc>
          <w:tcPr>
            <w:tcW w:w="2100" w:type="dxa"/>
            <w:tcBorders>
              <w:top w:val="nil"/>
              <w:left w:val="nil"/>
              <w:bottom w:val="single" w:sz="4" w:space="0" w:color="auto"/>
              <w:right w:val="single" w:sz="4" w:space="0" w:color="auto"/>
            </w:tcBorders>
            <w:shd w:val="clear" w:color="000000" w:fill="F8F9FA"/>
            <w:vAlign w:val="center"/>
            <w:hideMark/>
          </w:tcPr>
          <w:p w14:paraId="306C9D04"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71920F82"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433ABD94"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19</w:t>
            </w:r>
          </w:p>
        </w:tc>
        <w:tc>
          <w:tcPr>
            <w:tcW w:w="1520" w:type="dxa"/>
            <w:tcBorders>
              <w:top w:val="nil"/>
              <w:left w:val="nil"/>
              <w:bottom w:val="single" w:sz="4" w:space="0" w:color="auto"/>
              <w:right w:val="single" w:sz="4" w:space="0" w:color="auto"/>
            </w:tcBorders>
            <w:shd w:val="clear" w:color="000000" w:fill="FFFFFF"/>
            <w:vAlign w:val="center"/>
            <w:hideMark/>
          </w:tcPr>
          <w:p w14:paraId="3F87A810"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111723039034</w:t>
            </w:r>
          </w:p>
        </w:tc>
        <w:tc>
          <w:tcPr>
            <w:tcW w:w="1520" w:type="dxa"/>
            <w:tcBorders>
              <w:top w:val="nil"/>
              <w:left w:val="nil"/>
              <w:bottom w:val="single" w:sz="4" w:space="0" w:color="auto"/>
              <w:right w:val="single" w:sz="4" w:space="0" w:color="auto"/>
            </w:tcBorders>
            <w:shd w:val="clear" w:color="000000" w:fill="FFFFFF"/>
            <w:vAlign w:val="center"/>
            <w:hideMark/>
          </w:tcPr>
          <w:p w14:paraId="52474AB9"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Yaswanth</w:t>
            </w:r>
          </w:p>
        </w:tc>
        <w:tc>
          <w:tcPr>
            <w:tcW w:w="2100" w:type="dxa"/>
            <w:tcBorders>
              <w:top w:val="nil"/>
              <w:left w:val="nil"/>
              <w:bottom w:val="single" w:sz="4" w:space="0" w:color="auto"/>
              <w:right w:val="single" w:sz="4" w:space="0" w:color="auto"/>
            </w:tcBorders>
            <w:shd w:val="clear" w:color="000000" w:fill="FFFFFF"/>
            <w:vAlign w:val="center"/>
            <w:hideMark/>
          </w:tcPr>
          <w:p w14:paraId="140A7E0A"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34349928"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0B69F22E"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20</w:t>
            </w:r>
          </w:p>
        </w:tc>
        <w:tc>
          <w:tcPr>
            <w:tcW w:w="1520" w:type="dxa"/>
            <w:tcBorders>
              <w:top w:val="nil"/>
              <w:left w:val="nil"/>
              <w:bottom w:val="single" w:sz="4" w:space="0" w:color="auto"/>
              <w:right w:val="single" w:sz="4" w:space="0" w:color="auto"/>
            </w:tcBorders>
            <w:shd w:val="clear" w:color="000000" w:fill="FFFFFF"/>
            <w:vAlign w:val="center"/>
            <w:hideMark/>
          </w:tcPr>
          <w:p w14:paraId="7A7C7D3D"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111723039038</w:t>
            </w:r>
          </w:p>
        </w:tc>
        <w:tc>
          <w:tcPr>
            <w:tcW w:w="1520" w:type="dxa"/>
            <w:tcBorders>
              <w:top w:val="nil"/>
              <w:left w:val="nil"/>
              <w:bottom w:val="single" w:sz="4" w:space="0" w:color="auto"/>
              <w:right w:val="single" w:sz="4" w:space="0" w:color="auto"/>
            </w:tcBorders>
            <w:shd w:val="clear" w:color="000000" w:fill="FFFFFF"/>
            <w:vAlign w:val="center"/>
            <w:hideMark/>
          </w:tcPr>
          <w:p w14:paraId="14DD85A6"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Muzammil</w:t>
            </w:r>
          </w:p>
        </w:tc>
        <w:tc>
          <w:tcPr>
            <w:tcW w:w="2100" w:type="dxa"/>
            <w:tcBorders>
              <w:top w:val="nil"/>
              <w:left w:val="nil"/>
              <w:bottom w:val="single" w:sz="4" w:space="0" w:color="auto"/>
              <w:right w:val="single" w:sz="4" w:space="0" w:color="auto"/>
            </w:tcBorders>
            <w:shd w:val="clear" w:color="000000" w:fill="FFFFFF"/>
            <w:vAlign w:val="center"/>
            <w:hideMark/>
          </w:tcPr>
          <w:p w14:paraId="115CE7C8"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4EEDE61B" w14:textId="77777777" w:rsidTr="00226B14">
        <w:trPr>
          <w:trHeight w:val="765"/>
        </w:trPr>
        <w:tc>
          <w:tcPr>
            <w:tcW w:w="960" w:type="dxa"/>
            <w:tcBorders>
              <w:top w:val="nil"/>
              <w:left w:val="single" w:sz="4" w:space="0" w:color="auto"/>
              <w:bottom w:val="single" w:sz="4" w:space="0" w:color="auto"/>
              <w:right w:val="single" w:sz="4" w:space="0" w:color="auto"/>
            </w:tcBorders>
            <w:noWrap/>
            <w:vAlign w:val="bottom"/>
            <w:hideMark/>
          </w:tcPr>
          <w:p w14:paraId="60E46188"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21</w:t>
            </w:r>
          </w:p>
        </w:tc>
        <w:tc>
          <w:tcPr>
            <w:tcW w:w="1520" w:type="dxa"/>
            <w:tcBorders>
              <w:top w:val="nil"/>
              <w:left w:val="nil"/>
              <w:bottom w:val="single" w:sz="4" w:space="0" w:color="auto"/>
              <w:right w:val="single" w:sz="4" w:space="0" w:color="auto"/>
            </w:tcBorders>
            <w:shd w:val="clear" w:color="000000" w:fill="F8F9FA"/>
            <w:vAlign w:val="center"/>
            <w:hideMark/>
          </w:tcPr>
          <w:p w14:paraId="347E7B9E"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111723039041</w:t>
            </w:r>
          </w:p>
        </w:tc>
        <w:tc>
          <w:tcPr>
            <w:tcW w:w="1520" w:type="dxa"/>
            <w:tcBorders>
              <w:top w:val="nil"/>
              <w:left w:val="nil"/>
              <w:bottom w:val="single" w:sz="4" w:space="0" w:color="auto"/>
              <w:right w:val="single" w:sz="4" w:space="0" w:color="auto"/>
            </w:tcBorders>
            <w:shd w:val="clear" w:color="000000" w:fill="F8F9FA"/>
            <w:vAlign w:val="center"/>
            <w:hideMark/>
          </w:tcPr>
          <w:p w14:paraId="735934BC"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Philip Paul James</w:t>
            </w:r>
          </w:p>
        </w:tc>
        <w:tc>
          <w:tcPr>
            <w:tcW w:w="2100" w:type="dxa"/>
            <w:tcBorders>
              <w:top w:val="nil"/>
              <w:left w:val="nil"/>
              <w:bottom w:val="single" w:sz="4" w:space="0" w:color="auto"/>
              <w:right w:val="single" w:sz="4" w:space="0" w:color="auto"/>
            </w:tcBorders>
            <w:shd w:val="clear" w:color="000000" w:fill="F8F9FA"/>
            <w:vAlign w:val="center"/>
            <w:hideMark/>
          </w:tcPr>
          <w:p w14:paraId="4049166B"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6F1176C2"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17A16E7B"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22</w:t>
            </w:r>
          </w:p>
        </w:tc>
        <w:tc>
          <w:tcPr>
            <w:tcW w:w="1520" w:type="dxa"/>
            <w:tcBorders>
              <w:top w:val="nil"/>
              <w:left w:val="nil"/>
              <w:bottom w:val="single" w:sz="4" w:space="0" w:color="auto"/>
              <w:right w:val="single" w:sz="4" w:space="0" w:color="auto"/>
            </w:tcBorders>
            <w:shd w:val="clear" w:color="000000" w:fill="FFFFFF"/>
            <w:vAlign w:val="center"/>
            <w:hideMark/>
          </w:tcPr>
          <w:p w14:paraId="271821E7"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111723039046</w:t>
            </w:r>
          </w:p>
        </w:tc>
        <w:tc>
          <w:tcPr>
            <w:tcW w:w="1520" w:type="dxa"/>
            <w:tcBorders>
              <w:top w:val="nil"/>
              <w:left w:val="nil"/>
              <w:bottom w:val="single" w:sz="4" w:space="0" w:color="auto"/>
              <w:right w:val="single" w:sz="4" w:space="0" w:color="auto"/>
            </w:tcBorders>
            <w:shd w:val="clear" w:color="000000" w:fill="FFFFFF"/>
            <w:vAlign w:val="center"/>
            <w:hideMark/>
          </w:tcPr>
          <w:p w14:paraId="63D95DC1"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S John Vijay</w:t>
            </w:r>
          </w:p>
        </w:tc>
        <w:tc>
          <w:tcPr>
            <w:tcW w:w="2100" w:type="dxa"/>
            <w:tcBorders>
              <w:top w:val="nil"/>
              <w:left w:val="nil"/>
              <w:bottom w:val="single" w:sz="4" w:space="0" w:color="auto"/>
              <w:right w:val="single" w:sz="4" w:space="0" w:color="auto"/>
            </w:tcBorders>
            <w:shd w:val="clear" w:color="000000" w:fill="FFFFFF"/>
            <w:vAlign w:val="center"/>
            <w:hideMark/>
          </w:tcPr>
          <w:p w14:paraId="24EE8FDA"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184E9022" w14:textId="77777777" w:rsidTr="00226B14">
        <w:trPr>
          <w:trHeight w:val="300"/>
        </w:trPr>
        <w:tc>
          <w:tcPr>
            <w:tcW w:w="960" w:type="dxa"/>
            <w:tcBorders>
              <w:top w:val="nil"/>
              <w:left w:val="single" w:sz="4" w:space="0" w:color="auto"/>
              <w:bottom w:val="single" w:sz="4" w:space="0" w:color="auto"/>
              <w:right w:val="single" w:sz="4" w:space="0" w:color="auto"/>
            </w:tcBorders>
            <w:noWrap/>
            <w:vAlign w:val="bottom"/>
            <w:hideMark/>
          </w:tcPr>
          <w:p w14:paraId="0C05E525"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t>23</w:t>
            </w:r>
          </w:p>
        </w:tc>
        <w:tc>
          <w:tcPr>
            <w:tcW w:w="1520" w:type="dxa"/>
            <w:tcBorders>
              <w:top w:val="nil"/>
              <w:left w:val="nil"/>
              <w:bottom w:val="single" w:sz="4" w:space="0" w:color="auto"/>
              <w:right w:val="single" w:sz="4" w:space="0" w:color="auto"/>
            </w:tcBorders>
            <w:shd w:val="clear" w:color="000000" w:fill="FFFFFF"/>
            <w:vAlign w:val="center"/>
            <w:hideMark/>
          </w:tcPr>
          <w:p w14:paraId="593468DF"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111723039048</w:t>
            </w:r>
          </w:p>
        </w:tc>
        <w:tc>
          <w:tcPr>
            <w:tcW w:w="1520" w:type="dxa"/>
            <w:tcBorders>
              <w:top w:val="nil"/>
              <w:left w:val="nil"/>
              <w:bottom w:val="single" w:sz="4" w:space="0" w:color="auto"/>
              <w:right w:val="single" w:sz="4" w:space="0" w:color="auto"/>
            </w:tcBorders>
            <w:shd w:val="clear" w:color="000000" w:fill="FFFFFF"/>
            <w:vAlign w:val="center"/>
            <w:hideMark/>
          </w:tcPr>
          <w:p w14:paraId="4AA82833"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V Jason</w:t>
            </w:r>
          </w:p>
        </w:tc>
        <w:tc>
          <w:tcPr>
            <w:tcW w:w="2100" w:type="dxa"/>
            <w:tcBorders>
              <w:top w:val="nil"/>
              <w:left w:val="nil"/>
              <w:bottom w:val="single" w:sz="4" w:space="0" w:color="auto"/>
              <w:right w:val="single" w:sz="4" w:space="0" w:color="auto"/>
            </w:tcBorders>
            <w:shd w:val="clear" w:color="000000" w:fill="FFFFFF"/>
            <w:vAlign w:val="center"/>
            <w:hideMark/>
          </w:tcPr>
          <w:p w14:paraId="301B09AA"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r w:rsidR="00226B14" w:rsidRPr="00226B14" w14:paraId="320A0E39" w14:textId="77777777" w:rsidTr="00226B14">
        <w:trPr>
          <w:trHeight w:val="510"/>
        </w:trPr>
        <w:tc>
          <w:tcPr>
            <w:tcW w:w="960" w:type="dxa"/>
            <w:tcBorders>
              <w:top w:val="nil"/>
              <w:left w:val="single" w:sz="4" w:space="0" w:color="auto"/>
              <w:bottom w:val="single" w:sz="4" w:space="0" w:color="auto"/>
              <w:right w:val="single" w:sz="4" w:space="0" w:color="auto"/>
            </w:tcBorders>
            <w:noWrap/>
            <w:vAlign w:val="bottom"/>
            <w:hideMark/>
          </w:tcPr>
          <w:p w14:paraId="18FC25DF" w14:textId="77777777" w:rsidR="00226B14" w:rsidRPr="00226B14" w:rsidRDefault="00226B14" w:rsidP="00226B14">
            <w:pPr>
              <w:spacing w:after="0" w:line="240" w:lineRule="auto"/>
              <w:jc w:val="right"/>
              <w:rPr>
                <w:rFonts w:ascii="Aptos Narrow" w:eastAsia="Times New Roman" w:hAnsi="Aptos Narrow" w:cs="Times New Roman"/>
                <w:color w:val="000000"/>
                <w:kern w:val="0"/>
                <w:lang w:eastAsia="en-IN"/>
                <w14:ligatures w14:val="none"/>
              </w:rPr>
            </w:pPr>
            <w:r w:rsidRPr="00226B14">
              <w:rPr>
                <w:rFonts w:ascii="Aptos Narrow" w:eastAsia="Times New Roman" w:hAnsi="Aptos Narrow" w:cs="Times New Roman"/>
                <w:color w:val="000000"/>
                <w:kern w:val="0"/>
                <w:lang w:eastAsia="en-IN"/>
                <w14:ligatures w14:val="none"/>
              </w:rPr>
              <w:lastRenderedPageBreak/>
              <w:t>24</w:t>
            </w:r>
          </w:p>
        </w:tc>
        <w:tc>
          <w:tcPr>
            <w:tcW w:w="1520" w:type="dxa"/>
            <w:tcBorders>
              <w:top w:val="nil"/>
              <w:left w:val="nil"/>
              <w:bottom w:val="single" w:sz="4" w:space="0" w:color="auto"/>
              <w:right w:val="single" w:sz="4" w:space="0" w:color="auto"/>
            </w:tcBorders>
            <w:shd w:val="clear" w:color="000000" w:fill="FFFFFF"/>
            <w:vAlign w:val="center"/>
            <w:hideMark/>
          </w:tcPr>
          <w:p w14:paraId="1C45945C" w14:textId="77777777" w:rsidR="00226B14" w:rsidRPr="00226B14" w:rsidRDefault="00226B14" w:rsidP="00226B14">
            <w:pPr>
              <w:spacing w:after="0" w:line="240" w:lineRule="auto"/>
              <w:jc w:val="right"/>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111723039049</w:t>
            </w:r>
          </w:p>
        </w:tc>
        <w:tc>
          <w:tcPr>
            <w:tcW w:w="1520" w:type="dxa"/>
            <w:tcBorders>
              <w:top w:val="nil"/>
              <w:left w:val="nil"/>
              <w:bottom w:val="single" w:sz="4" w:space="0" w:color="auto"/>
              <w:right w:val="single" w:sz="4" w:space="0" w:color="auto"/>
            </w:tcBorders>
            <w:shd w:val="clear" w:color="000000" w:fill="FFFFFF"/>
            <w:vAlign w:val="center"/>
            <w:hideMark/>
          </w:tcPr>
          <w:p w14:paraId="345957AD"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 xml:space="preserve">Srujan </w:t>
            </w:r>
            <w:proofErr w:type="spellStart"/>
            <w:r w:rsidRPr="00226B14">
              <w:rPr>
                <w:rFonts w:ascii="Roboto" w:eastAsia="Times New Roman" w:hAnsi="Roboto" w:cs="Times New Roman"/>
                <w:color w:val="434343"/>
                <w:kern w:val="0"/>
                <w:sz w:val="20"/>
                <w:szCs w:val="20"/>
                <w:lang w:eastAsia="en-IN"/>
                <w14:ligatures w14:val="none"/>
              </w:rPr>
              <w:t>vempati</w:t>
            </w:r>
            <w:proofErr w:type="spellEnd"/>
          </w:p>
        </w:tc>
        <w:tc>
          <w:tcPr>
            <w:tcW w:w="2100" w:type="dxa"/>
            <w:tcBorders>
              <w:top w:val="nil"/>
              <w:left w:val="nil"/>
              <w:bottom w:val="single" w:sz="4" w:space="0" w:color="auto"/>
              <w:right w:val="single" w:sz="4" w:space="0" w:color="auto"/>
            </w:tcBorders>
            <w:shd w:val="clear" w:color="000000" w:fill="FFFFFF"/>
            <w:vAlign w:val="center"/>
            <w:hideMark/>
          </w:tcPr>
          <w:p w14:paraId="628561E9" w14:textId="77777777" w:rsidR="00226B14" w:rsidRPr="00226B14" w:rsidRDefault="00226B14" w:rsidP="00226B14">
            <w:pPr>
              <w:spacing w:after="0" w:line="240" w:lineRule="auto"/>
              <w:rPr>
                <w:rFonts w:ascii="Roboto" w:eastAsia="Times New Roman" w:hAnsi="Roboto" w:cs="Times New Roman"/>
                <w:color w:val="434343"/>
                <w:kern w:val="0"/>
                <w:sz w:val="20"/>
                <w:szCs w:val="20"/>
                <w:lang w:eastAsia="en-IN"/>
                <w14:ligatures w14:val="none"/>
              </w:rPr>
            </w:pPr>
            <w:r w:rsidRPr="00226B14">
              <w:rPr>
                <w:rFonts w:ascii="Roboto" w:eastAsia="Times New Roman" w:hAnsi="Roboto" w:cs="Times New Roman"/>
                <w:color w:val="434343"/>
                <w:kern w:val="0"/>
                <w:sz w:val="20"/>
                <w:szCs w:val="20"/>
                <w:lang w:eastAsia="en-IN"/>
                <w14:ligatures w14:val="none"/>
              </w:rPr>
              <w:t>Cloud computing</w:t>
            </w:r>
          </w:p>
        </w:tc>
      </w:tr>
    </w:tbl>
    <w:p w14:paraId="297D12B4" w14:textId="77777777" w:rsidR="00226B14" w:rsidRDefault="00226B14" w:rsidP="009A5AA2">
      <w:pPr>
        <w:rPr>
          <w:b/>
          <w:bCs/>
          <w:sz w:val="28"/>
          <w:szCs w:val="28"/>
          <w:lang w:val="en-US"/>
        </w:rPr>
      </w:pPr>
    </w:p>
    <w:p w14:paraId="414686F6" w14:textId="2516CCC5" w:rsidR="00226B14" w:rsidRDefault="00226B14" w:rsidP="009A5AA2">
      <w:pPr>
        <w:rPr>
          <w:b/>
          <w:bCs/>
          <w:sz w:val="28"/>
          <w:szCs w:val="28"/>
          <w:lang w:val="en-US"/>
        </w:rPr>
      </w:pPr>
      <w:r>
        <w:rPr>
          <w:b/>
          <w:bCs/>
          <w:sz w:val="28"/>
          <w:szCs w:val="28"/>
          <w:lang w:val="en-US"/>
        </w:rPr>
        <w:t>VI SEM</w:t>
      </w:r>
    </w:p>
    <w:p w14:paraId="66548D8B" w14:textId="77777777" w:rsidR="00226B14" w:rsidRDefault="00226B14" w:rsidP="009A5AA2">
      <w:pPr>
        <w:rPr>
          <w:b/>
          <w:bCs/>
          <w:sz w:val="28"/>
          <w:szCs w:val="28"/>
          <w:lang w:val="en-US"/>
        </w:rPr>
      </w:pPr>
    </w:p>
    <w:tbl>
      <w:tblPr>
        <w:tblW w:w="7947" w:type="dxa"/>
        <w:tblLook w:val="04A0" w:firstRow="1" w:lastRow="0" w:firstColumn="1" w:lastColumn="0" w:noHBand="0" w:noVBand="1"/>
      </w:tblPr>
      <w:tblGrid>
        <w:gridCol w:w="1840"/>
        <w:gridCol w:w="1840"/>
        <w:gridCol w:w="1737"/>
        <w:gridCol w:w="2530"/>
      </w:tblGrid>
      <w:tr w:rsidR="00226B14" w:rsidRPr="00F7210B" w14:paraId="756EAE51" w14:textId="77777777" w:rsidTr="00A743B7">
        <w:trPr>
          <w:trHeight w:val="300"/>
        </w:trPr>
        <w:tc>
          <w:tcPr>
            <w:tcW w:w="1840" w:type="dxa"/>
            <w:tcBorders>
              <w:top w:val="single" w:sz="4" w:space="0" w:color="auto"/>
              <w:left w:val="single" w:sz="4" w:space="0" w:color="auto"/>
              <w:bottom w:val="single" w:sz="4" w:space="0" w:color="auto"/>
              <w:right w:val="single" w:sz="4" w:space="0" w:color="auto"/>
            </w:tcBorders>
          </w:tcPr>
          <w:p w14:paraId="52A0FCEB" w14:textId="77777777" w:rsidR="00226B14" w:rsidRPr="00F7210B" w:rsidRDefault="00226B14" w:rsidP="00A743B7">
            <w:pPr>
              <w:spacing w:after="0" w:line="240" w:lineRule="auto"/>
              <w:jc w:val="center"/>
              <w:rPr>
                <w:rFonts w:ascii="Calibri" w:eastAsia="Times New Roman" w:hAnsi="Calibri" w:cs="Calibri"/>
                <w:b/>
                <w:bCs/>
                <w:color w:val="000000"/>
                <w:kern w:val="0"/>
                <w:sz w:val="20"/>
                <w:szCs w:val="20"/>
                <w:lang w:eastAsia="en-IN"/>
                <w14:ligatures w14:val="none"/>
              </w:rPr>
            </w:pPr>
            <w:proofErr w:type="spellStart"/>
            <w:proofErr w:type="gramStart"/>
            <w:r>
              <w:rPr>
                <w:rFonts w:ascii="Calibri" w:eastAsia="Times New Roman" w:hAnsi="Calibri" w:cs="Calibri"/>
                <w:b/>
                <w:bCs/>
                <w:color w:val="000000"/>
                <w:kern w:val="0"/>
                <w:sz w:val="20"/>
                <w:szCs w:val="20"/>
                <w:lang w:eastAsia="en-IN"/>
                <w14:ligatures w14:val="none"/>
              </w:rPr>
              <w:t>S.No</w:t>
            </w:r>
            <w:proofErr w:type="spellEnd"/>
            <w:proofErr w:type="gramEnd"/>
          </w:p>
        </w:tc>
        <w:tc>
          <w:tcPr>
            <w:tcW w:w="1840" w:type="dxa"/>
            <w:tcBorders>
              <w:top w:val="single" w:sz="4" w:space="0" w:color="auto"/>
              <w:left w:val="single" w:sz="4" w:space="0" w:color="auto"/>
              <w:bottom w:val="single" w:sz="4" w:space="0" w:color="auto"/>
              <w:right w:val="single" w:sz="4" w:space="0" w:color="auto"/>
            </w:tcBorders>
            <w:noWrap/>
            <w:vAlign w:val="center"/>
          </w:tcPr>
          <w:p w14:paraId="0513AF32" w14:textId="77777777" w:rsidR="00226B14" w:rsidRPr="00F7210B" w:rsidRDefault="00226B14" w:rsidP="00A743B7">
            <w:pPr>
              <w:spacing w:after="0" w:line="240" w:lineRule="auto"/>
              <w:jc w:val="right"/>
              <w:rPr>
                <w:rFonts w:ascii="Calibri" w:eastAsia="Times New Roman" w:hAnsi="Calibri" w:cs="Calibri"/>
                <w:b/>
                <w:bCs/>
                <w:color w:val="000000"/>
                <w:kern w:val="0"/>
                <w:sz w:val="20"/>
                <w:szCs w:val="20"/>
                <w:lang w:eastAsia="en-IN"/>
                <w14:ligatures w14:val="none"/>
              </w:rPr>
            </w:pPr>
            <w:r w:rsidRPr="00F7210B">
              <w:rPr>
                <w:rFonts w:ascii="Calibri" w:eastAsia="Times New Roman" w:hAnsi="Calibri" w:cs="Calibri"/>
                <w:b/>
                <w:bCs/>
                <w:color w:val="000000"/>
                <w:kern w:val="0"/>
                <w:sz w:val="20"/>
                <w:szCs w:val="20"/>
                <w:lang w:eastAsia="en-IN"/>
                <w14:ligatures w14:val="none"/>
              </w:rPr>
              <w:t>UID</w:t>
            </w:r>
          </w:p>
        </w:tc>
        <w:tc>
          <w:tcPr>
            <w:tcW w:w="1737" w:type="dxa"/>
            <w:tcBorders>
              <w:top w:val="single" w:sz="4" w:space="0" w:color="auto"/>
              <w:left w:val="nil"/>
              <w:bottom w:val="single" w:sz="4" w:space="0" w:color="auto"/>
              <w:right w:val="single" w:sz="4" w:space="0" w:color="auto"/>
            </w:tcBorders>
            <w:noWrap/>
            <w:vAlign w:val="center"/>
          </w:tcPr>
          <w:p w14:paraId="5F34D340" w14:textId="77777777" w:rsidR="00226B14" w:rsidRPr="00F7210B" w:rsidRDefault="00226B14" w:rsidP="00A743B7">
            <w:pPr>
              <w:spacing w:after="0" w:line="240" w:lineRule="auto"/>
              <w:rPr>
                <w:rFonts w:ascii="Calibri" w:eastAsia="Times New Roman" w:hAnsi="Calibri" w:cs="Calibri"/>
                <w:b/>
                <w:bCs/>
                <w:color w:val="000000"/>
                <w:kern w:val="0"/>
                <w:sz w:val="20"/>
                <w:szCs w:val="20"/>
                <w:lang w:eastAsia="en-IN"/>
                <w14:ligatures w14:val="none"/>
              </w:rPr>
            </w:pPr>
            <w:r w:rsidRPr="00F7210B">
              <w:rPr>
                <w:rFonts w:ascii="Calibri" w:eastAsia="Times New Roman" w:hAnsi="Calibri" w:cs="Calibri"/>
                <w:b/>
                <w:bCs/>
                <w:color w:val="000000"/>
                <w:kern w:val="0"/>
                <w:sz w:val="20"/>
                <w:szCs w:val="20"/>
                <w:lang w:eastAsia="en-IN"/>
                <w14:ligatures w14:val="none"/>
              </w:rPr>
              <w:t>NAME</w:t>
            </w:r>
          </w:p>
        </w:tc>
        <w:tc>
          <w:tcPr>
            <w:tcW w:w="2530" w:type="dxa"/>
            <w:tcBorders>
              <w:top w:val="single" w:sz="4" w:space="0" w:color="auto"/>
              <w:left w:val="nil"/>
              <w:bottom w:val="single" w:sz="4" w:space="0" w:color="auto"/>
              <w:right w:val="single" w:sz="4" w:space="0" w:color="auto"/>
            </w:tcBorders>
            <w:noWrap/>
            <w:vAlign w:val="center"/>
          </w:tcPr>
          <w:p w14:paraId="08992009" w14:textId="77777777" w:rsidR="00226B14" w:rsidRPr="00F7210B" w:rsidRDefault="00226B14" w:rsidP="00A743B7">
            <w:pPr>
              <w:spacing w:after="0" w:line="240" w:lineRule="auto"/>
              <w:rPr>
                <w:rFonts w:ascii="Calibri" w:eastAsia="Times New Roman" w:hAnsi="Calibri" w:cs="Calibri"/>
                <w:b/>
                <w:bCs/>
                <w:color w:val="000000"/>
                <w:kern w:val="0"/>
                <w:sz w:val="20"/>
                <w:szCs w:val="20"/>
                <w:lang w:eastAsia="en-IN"/>
                <w14:ligatures w14:val="none"/>
              </w:rPr>
            </w:pPr>
            <w:r w:rsidRPr="00F7210B">
              <w:rPr>
                <w:rFonts w:ascii="Calibri" w:eastAsia="Times New Roman" w:hAnsi="Calibri" w:cs="Calibri"/>
                <w:b/>
                <w:bCs/>
                <w:color w:val="000000"/>
                <w:kern w:val="0"/>
                <w:sz w:val="20"/>
                <w:szCs w:val="20"/>
                <w:lang w:eastAsia="en-IN"/>
                <w14:ligatures w14:val="none"/>
              </w:rPr>
              <w:t>SUBJECT</w:t>
            </w:r>
          </w:p>
        </w:tc>
      </w:tr>
      <w:tr w:rsidR="00226B14" w:rsidRPr="00F7210B" w14:paraId="382FF311" w14:textId="77777777" w:rsidTr="00A743B7">
        <w:trPr>
          <w:trHeight w:val="300"/>
        </w:trPr>
        <w:tc>
          <w:tcPr>
            <w:tcW w:w="1840" w:type="dxa"/>
            <w:tcBorders>
              <w:top w:val="single" w:sz="4" w:space="0" w:color="auto"/>
              <w:left w:val="single" w:sz="4" w:space="0" w:color="auto"/>
              <w:bottom w:val="single" w:sz="4" w:space="0" w:color="auto"/>
              <w:right w:val="single" w:sz="4" w:space="0" w:color="auto"/>
            </w:tcBorders>
          </w:tcPr>
          <w:p w14:paraId="32224A58"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w:t>
            </w:r>
          </w:p>
        </w:tc>
        <w:tc>
          <w:tcPr>
            <w:tcW w:w="1840" w:type="dxa"/>
            <w:tcBorders>
              <w:top w:val="single" w:sz="4" w:space="0" w:color="auto"/>
              <w:left w:val="single" w:sz="4" w:space="0" w:color="auto"/>
              <w:bottom w:val="single" w:sz="4" w:space="0" w:color="auto"/>
              <w:right w:val="single" w:sz="4" w:space="0" w:color="auto"/>
            </w:tcBorders>
            <w:noWrap/>
            <w:vAlign w:val="center"/>
            <w:hideMark/>
          </w:tcPr>
          <w:p w14:paraId="688AE19E"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111723039002 </w:t>
            </w:r>
          </w:p>
        </w:tc>
        <w:tc>
          <w:tcPr>
            <w:tcW w:w="1737" w:type="dxa"/>
            <w:tcBorders>
              <w:top w:val="single" w:sz="4" w:space="0" w:color="auto"/>
              <w:left w:val="nil"/>
              <w:bottom w:val="single" w:sz="4" w:space="0" w:color="auto"/>
              <w:right w:val="single" w:sz="4" w:space="0" w:color="auto"/>
            </w:tcBorders>
            <w:noWrap/>
            <w:vAlign w:val="center"/>
            <w:hideMark/>
          </w:tcPr>
          <w:p w14:paraId="32FE4776"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proofErr w:type="spellStart"/>
            <w:r w:rsidRPr="00F7210B">
              <w:rPr>
                <w:rFonts w:ascii="Calibri" w:eastAsia="Times New Roman" w:hAnsi="Calibri" w:cs="Calibri"/>
                <w:color w:val="000000"/>
                <w:kern w:val="0"/>
                <w:sz w:val="20"/>
                <w:szCs w:val="20"/>
                <w:lang w:eastAsia="en-IN"/>
                <w14:ligatures w14:val="none"/>
              </w:rPr>
              <w:t>Banala</w:t>
            </w:r>
            <w:proofErr w:type="spellEnd"/>
            <w:r w:rsidRPr="00F7210B">
              <w:rPr>
                <w:rFonts w:ascii="Calibri" w:eastAsia="Times New Roman" w:hAnsi="Calibri" w:cs="Calibri"/>
                <w:color w:val="000000"/>
                <w:kern w:val="0"/>
                <w:sz w:val="20"/>
                <w:szCs w:val="20"/>
                <w:lang w:eastAsia="en-IN"/>
                <w14:ligatures w14:val="none"/>
              </w:rPr>
              <w:t xml:space="preserve"> </w:t>
            </w:r>
            <w:proofErr w:type="spellStart"/>
            <w:r w:rsidRPr="00F7210B">
              <w:rPr>
                <w:rFonts w:ascii="Calibri" w:eastAsia="Times New Roman" w:hAnsi="Calibri" w:cs="Calibri"/>
                <w:color w:val="000000"/>
                <w:kern w:val="0"/>
                <w:sz w:val="20"/>
                <w:szCs w:val="20"/>
                <w:lang w:eastAsia="en-IN"/>
                <w14:ligatures w14:val="none"/>
              </w:rPr>
              <w:t>Yaminisri</w:t>
            </w:r>
            <w:proofErr w:type="spellEnd"/>
            <w:r w:rsidRPr="00F7210B">
              <w:rPr>
                <w:rFonts w:ascii="Calibri" w:eastAsia="Times New Roman" w:hAnsi="Calibri" w:cs="Calibri"/>
                <w:color w:val="000000"/>
                <w:kern w:val="0"/>
                <w:sz w:val="20"/>
                <w:szCs w:val="20"/>
                <w:lang w:eastAsia="en-IN"/>
                <w14:ligatures w14:val="none"/>
              </w:rPr>
              <w:t xml:space="preserve"> </w:t>
            </w:r>
          </w:p>
        </w:tc>
        <w:tc>
          <w:tcPr>
            <w:tcW w:w="2530" w:type="dxa"/>
            <w:tcBorders>
              <w:top w:val="single" w:sz="4" w:space="0" w:color="auto"/>
              <w:left w:val="nil"/>
              <w:bottom w:val="single" w:sz="4" w:space="0" w:color="auto"/>
              <w:right w:val="single" w:sz="4" w:space="0" w:color="auto"/>
            </w:tcBorders>
            <w:noWrap/>
            <w:vAlign w:val="center"/>
            <w:hideMark/>
          </w:tcPr>
          <w:p w14:paraId="60084445"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7EFCA51A" w14:textId="77777777" w:rsidTr="00A743B7">
        <w:trPr>
          <w:trHeight w:val="300"/>
        </w:trPr>
        <w:tc>
          <w:tcPr>
            <w:tcW w:w="1840" w:type="dxa"/>
            <w:tcBorders>
              <w:top w:val="nil"/>
              <w:left w:val="single" w:sz="4" w:space="0" w:color="auto"/>
              <w:bottom w:val="single" w:sz="4" w:space="0" w:color="auto"/>
              <w:right w:val="single" w:sz="4" w:space="0" w:color="auto"/>
            </w:tcBorders>
          </w:tcPr>
          <w:p w14:paraId="228CB183"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2</w:t>
            </w:r>
          </w:p>
        </w:tc>
        <w:tc>
          <w:tcPr>
            <w:tcW w:w="1840" w:type="dxa"/>
            <w:tcBorders>
              <w:top w:val="nil"/>
              <w:left w:val="single" w:sz="4" w:space="0" w:color="auto"/>
              <w:bottom w:val="single" w:sz="4" w:space="0" w:color="auto"/>
              <w:right w:val="single" w:sz="4" w:space="0" w:color="auto"/>
            </w:tcBorders>
            <w:noWrap/>
            <w:vAlign w:val="center"/>
            <w:hideMark/>
          </w:tcPr>
          <w:p w14:paraId="0A82BC5E"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111723039003 </w:t>
            </w:r>
          </w:p>
        </w:tc>
        <w:tc>
          <w:tcPr>
            <w:tcW w:w="1737" w:type="dxa"/>
            <w:tcBorders>
              <w:top w:val="nil"/>
              <w:left w:val="nil"/>
              <w:bottom w:val="single" w:sz="4" w:space="0" w:color="auto"/>
              <w:right w:val="single" w:sz="4" w:space="0" w:color="auto"/>
            </w:tcBorders>
            <w:noWrap/>
            <w:vAlign w:val="center"/>
            <w:hideMark/>
          </w:tcPr>
          <w:p w14:paraId="54812A74"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Bhavya </w:t>
            </w:r>
            <w:proofErr w:type="spellStart"/>
            <w:r w:rsidRPr="00F7210B">
              <w:rPr>
                <w:rFonts w:ascii="Calibri" w:eastAsia="Times New Roman" w:hAnsi="Calibri" w:cs="Calibri"/>
                <w:color w:val="000000"/>
                <w:kern w:val="0"/>
                <w:sz w:val="20"/>
                <w:szCs w:val="20"/>
                <w:lang w:eastAsia="en-IN"/>
                <w14:ligatures w14:val="none"/>
              </w:rPr>
              <w:t>unni</w:t>
            </w:r>
            <w:proofErr w:type="spellEnd"/>
          </w:p>
        </w:tc>
        <w:tc>
          <w:tcPr>
            <w:tcW w:w="2530" w:type="dxa"/>
            <w:tcBorders>
              <w:top w:val="nil"/>
              <w:left w:val="nil"/>
              <w:bottom w:val="single" w:sz="4" w:space="0" w:color="auto"/>
              <w:right w:val="single" w:sz="4" w:space="0" w:color="auto"/>
            </w:tcBorders>
            <w:noWrap/>
            <w:vAlign w:val="center"/>
            <w:hideMark/>
          </w:tcPr>
          <w:p w14:paraId="7A4688D7"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1B2643BA" w14:textId="77777777" w:rsidTr="00A743B7">
        <w:trPr>
          <w:trHeight w:val="300"/>
        </w:trPr>
        <w:tc>
          <w:tcPr>
            <w:tcW w:w="1840" w:type="dxa"/>
            <w:tcBorders>
              <w:top w:val="nil"/>
              <w:left w:val="single" w:sz="4" w:space="0" w:color="auto"/>
              <w:bottom w:val="single" w:sz="4" w:space="0" w:color="auto"/>
              <w:right w:val="single" w:sz="4" w:space="0" w:color="auto"/>
            </w:tcBorders>
          </w:tcPr>
          <w:p w14:paraId="3D56C02B"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3</w:t>
            </w:r>
          </w:p>
        </w:tc>
        <w:tc>
          <w:tcPr>
            <w:tcW w:w="1840" w:type="dxa"/>
            <w:tcBorders>
              <w:top w:val="nil"/>
              <w:left w:val="single" w:sz="4" w:space="0" w:color="auto"/>
              <w:bottom w:val="single" w:sz="4" w:space="0" w:color="auto"/>
              <w:right w:val="single" w:sz="4" w:space="0" w:color="auto"/>
            </w:tcBorders>
            <w:noWrap/>
            <w:vAlign w:val="center"/>
            <w:hideMark/>
          </w:tcPr>
          <w:p w14:paraId="441716D9"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111723039004 </w:t>
            </w:r>
          </w:p>
        </w:tc>
        <w:tc>
          <w:tcPr>
            <w:tcW w:w="1737" w:type="dxa"/>
            <w:tcBorders>
              <w:top w:val="nil"/>
              <w:left w:val="nil"/>
              <w:bottom w:val="single" w:sz="4" w:space="0" w:color="auto"/>
              <w:right w:val="single" w:sz="4" w:space="0" w:color="auto"/>
            </w:tcBorders>
            <w:noWrap/>
            <w:vAlign w:val="center"/>
            <w:hideMark/>
          </w:tcPr>
          <w:p w14:paraId="44D46BE2"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proofErr w:type="gramStart"/>
            <w:r w:rsidRPr="00F7210B">
              <w:rPr>
                <w:rFonts w:ascii="Calibri" w:eastAsia="Times New Roman" w:hAnsi="Calibri" w:cs="Calibri"/>
                <w:color w:val="000000"/>
                <w:kern w:val="0"/>
                <w:sz w:val="20"/>
                <w:szCs w:val="20"/>
                <w:lang w:eastAsia="en-IN"/>
                <w14:ligatures w14:val="none"/>
              </w:rPr>
              <w:t>B .</w:t>
            </w:r>
            <w:proofErr w:type="gramEnd"/>
            <w:r w:rsidRPr="00F7210B">
              <w:rPr>
                <w:rFonts w:ascii="Calibri" w:eastAsia="Times New Roman" w:hAnsi="Calibri" w:cs="Calibri"/>
                <w:color w:val="000000"/>
                <w:kern w:val="0"/>
                <w:sz w:val="20"/>
                <w:szCs w:val="20"/>
                <w:lang w:eastAsia="en-IN"/>
                <w14:ligatures w14:val="none"/>
              </w:rPr>
              <w:t xml:space="preserve"> Rishika</w:t>
            </w:r>
          </w:p>
        </w:tc>
        <w:tc>
          <w:tcPr>
            <w:tcW w:w="2530" w:type="dxa"/>
            <w:tcBorders>
              <w:top w:val="nil"/>
              <w:left w:val="nil"/>
              <w:bottom w:val="single" w:sz="4" w:space="0" w:color="auto"/>
              <w:right w:val="single" w:sz="4" w:space="0" w:color="auto"/>
            </w:tcBorders>
            <w:noWrap/>
            <w:vAlign w:val="center"/>
            <w:hideMark/>
          </w:tcPr>
          <w:p w14:paraId="243B89E8"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6F62FAE7" w14:textId="77777777" w:rsidTr="00A743B7">
        <w:trPr>
          <w:trHeight w:val="300"/>
        </w:trPr>
        <w:tc>
          <w:tcPr>
            <w:tcW w:w="1840" w:type="dxa"/>
            <w:tcBorders>
              <w:top w:val="nil"/>
              <w:left w:val="single" w:sz="4" w:space="0" w:color="auto"/>
              <w:bottom w:val="single" w:sz="4" w:space="0" w:color="auto"/>
              <w:right w:val="single" w:sz="4" w:space="0" w:color="auto"/>
            </w:tcBorders>
          </w:tcPr>
          <w:p w14:paraId="2601041F"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4</w:t>
            </w:r>
          </w:p>
        </w:tc>
        <w:tc>
          <w:tcPr>
            <w:tcW w:w="1840" w:type="dxa"/>
            <w:tcBorders>
              <w:top w:val="nil"/>
              <w:left w:val="single" w:sz="4" w:space="0" w:color="auto"/>
              <w:bottom w:val="single" w:sz="4" w:space="0" w:color="auto"/>
              <w:right w:val="single" w:sz="4" w:space="0" w:color="auto"/>
            </w:tcBorders>
            <w:noWrap/>
            <w:vAlign w:val="center"/>
            <w:hideMark/>
          </w:tcPr>
          <w:p w14:paraId="1007F307"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111723039006 </w:t>
            </w:r>
          </w:p>
        </w:tc>
        <w:tc>
          <w:tcPr>
            <w:tcW w:w="1737" w:type="dxa"/>
            <w:tcBorders>
              <w:top w:val="nil"/>
              <w:left w:val="nil"/>
              <w:bottom w:val="single" w:sz="4" w:space="0" w:color="auto"/>
              <w:right w:val="single" w:sz="4" w:space="0" w:color="auto"/>
            </w:tcBorders>
            <w:noWrap/>
            <w:vAlign w:val="center"/>
            <w:hideMark/>
          </w:tcPr>
          <w:p w14:paraId="1C031E40"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proofErr w:type="spellStart"/>
            <w:r w:rsidRPr="00F7210B">
              <w:rPr>
                <w:rFonts w:ascii="Calibri" w:eastAsia="Times New Roman" w:hAnsi="Calibri" w:cs="Calibri"/>
                <w:color w:val="000000"/>
                <w:kern w:val="0"/>
                <w:sz w:val="20"/>
                <w:szCs w:val="20"/>
                <w:lang w:eastAsia="en-IN"/>
                <w14:ligatures w14:val="none"/>
              </w:rPr>
              <w:t>D.Jhansi</w:t>
            </w:r>
            <w:proofErr w:type="spellEnd"/>
          </w:p>
        </w:tc>
        <w:tc>
          <w:tcPr>
            <w:tcW w:w="2530" w:type="dxa"/>
            <w:tcBorders>
              <w:top w:val="nil"/>
              <w:left w:val="nil"/>
              <w:bottom w:val="single" w:sz="4" w:space="0" w:color="auto"/>
              <w:right w:val="single" w:sz="4" w:space="0" w:color="auto"/>
            </w:tcBorders>
            <w:noWrap/>
            <w:vAlign w:val="center"/>
            <w:hideMark/>
          </w:tcPr>
          <w:p w14:paraId="3EAC3466"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506E5262" w14:textId="77777777" w:rsidTr="00A743B7">
        <w:trPr>
          <w:trHeight w:val="300"/>
        </w:trPr>
        <w:tc>
          <w:tcPr>
            <w:tcW w:w="1840" w:type="dxa"/>
            <w:tcBorders>
              <w:top w:val="nil"/>
              <w:left w:val="single" w:sz="4" w:space="0" w:color="auto"/>
              <w:bottom w:val="single" w:sz="4" w:space="0" w:color="auto"/>
              <w:right w:val="single" w:sz="4" w:space="0" w:color="auto"/>
            </w:tcBorders>
          </w:tcPr>
          <w:p w14:paraId="4340658E"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5</w:t>
            </w:r>
          </w:p>
        </w:tc>
        <w:tc>
          <w:tcPr>
            <w:tcW w:w="1840" w:type="dxa"/>
            <w:tcBorders>
              <w:top w:val="nil"/>
              <w:left w:val="single" w:sz="4" w:space="0" w:color="auto"/>
              <w:bottom w:val="single" w:sz="4" w:space="0" w:color="auto"/>
              <w:right w:val="single" w:sz="4" w:space="0" w:color="auto"/>
            </w:tcBorders>
            <w:noWrap/>
            <w:vAlign w:val="center"/>
            <w:hideMark/>
          </w:tcPr>
          <w:p w14:paraId="1884D952"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111723039007 </w:t>
            </w:r>
          </w:p>
        </w:tc>
        <w:tc>
          <w:tcPr>
            <w:tcW w:w="1737" w:type="dxa"/>
            <w:tcBorders>
              <w:top w:val="nil"/>
              <w:left w:val="nil"/>
              <w:bottom w:val="single" w:sz="4" w:space="0" w:color="auto"/>
              <w:right w:val="single" w:sz="4" w:space="0" w:color="auto"/>
            </w:tcBorders>
            <w:noWrap/>
            <w:vAlign w:val="center"/>
            <w:hideMark/>
          </w:tcPr>
          <w:p w14:paraId="3B91E55F"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Akshitha </w:t>
            </w:r>
          </w:p>
        </w:tc>
        <w:tc>
          <w:tcPr>
            <w:tcW w:w="2530" w:type="dxa"/>
            <w:tcBorders>
              <w:top w:val="nil"/>
              <w:left w:val="nil"/>
              <w:bottom w:val="single" w:sz="4" w:space="0" w:color="auto"/>
              <w:right w:val="single" w:sz="4" w:space="0" w:color="auto"/>
            </w:tcBorders>
            <w:noWrap/>
            <w:vAlign w:val="center"/>
            <w:hideMark/>
          </w:tcPr>
          <w:p w14:paraId="67194B65"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0766A861" w14:textId="77777777" w:rsidTr="00A743B7">
        <w:trPr>
          <w:trHeight w:val="300"/>
        </w:trPr>
        <w:tc>
          <w:tcPr>
            <w:tcW w:w="1840" w:type="dxa"/>
            <w:tcBorders>
              <w:top w:val="nil"/>
              <w:left w:val="single" w:sz="4" w:space="0" w:color="auto"/>
              <w:bottom w:val="single" w:sz="4" w:space="0" w:color="auto"/>
              <w:right w:val="single" w:sz="4" w:space="0" w:color="auto"/>
            </w:tcBorders>
          </w:tcPr>
          <w:p w14:paraId="335B5AA3"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6</w:t>
            </w:r>
          </w:p>
        </w:tc>
        <w:tc>
          <w:tcPr>
            <w:tcW w:w="1840" w:type="dxa"/>
            <w:tcBorders>
              <w:top w:val="nil"/>
              <w:left w:val="single" w:sz="4" w:space="0" w:color="auto"/>
              <w:bottom w:val="single" w:sz="4" w:space="0" w:color="auto"/>
              <w:right w:val="single" w:sz="4" w:space="0" w:color="auto"/>
            </w:tcBorders>
            <w:noWrap/>
            <w:vAlign w:val="center"/>
            <w:hideMark/>
          </w:tcPr>
          <w:p w14:paraId="52B0DB4E"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111723039008 </w:t>
            </w:r>
          </w:p>
        </w:tc>
        <w:tc>
          <w:tcPr>
            <w:tcW w:w="1737" w:type="dxa"/>
            <w:tcBorders>
              <w:top w:val="nil"/>
              <w:left w:val="nil"/>
              <w:bottom w:val="single" w:sz="4" w:space="0" w:color="auto"/>
              <w:right w:val="single" w:sz="4" w:space="0" w:color="auto"/>
            </w:tcBorders>
            <w:noWrap/>
            <w:vAlign w:val="center"/>
            <w:hideMark/>
          </w:tcPr>
          <w:p w14:paraId="65DA3319"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Mounika</w:t>
            </w:r>
          </w:p>
        </w:tc>
        <w:tc>
          <w:tcPr>
            <w:tcW w:w="2530" w:type="dxa"/>
            <w:tcBorders>
              <w:top w:val="nil"/>
              <w:left w:val="nil"/>
              <w:bottom w:val="single" w:sz="4" w:space="0" w:color="auto"/>
              <w:right w:val="single" w:sz="4" w:space="0" w:color="auto"/>
            </w:tcBorders>
            <w:noWrap/>
            <w:vAlign w:val="center"/>
            <w:hideMark/>
          </w:tcPr>
          <w:p w14:paraId="7EE73845"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47EC8FBB" w14:textId="77777777" w:rsidTr="00A743B7">
        <w:trPr>
          <w:trHeight w:val="300"/>
        </w:trPr>
        <w:tc>
          <w:tcPr>
            <w:tcW w:w="1840" w:type="dxa"/>
            <w:tcBorders>
              <w:top w:val="nil"/>
              <w:left w:val="single" w:sz="4" w:space="0" w:color="auto"/>
              <w:bottom w:val="single" w:sz="4" w:space="0" w:color="auto"/>
              <w:right w:val="single" w:sz="4" w:space="0" w:color="auto"/>
            </w:tcBorders>
          </w:tcPr>
          <w:p w14:paraId="085647B7"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7</w:t>
            </w:r>
          </w:p>
        </w:tc>
        <w:tc>
          <w:tcPr>
            <w:tcW w:w="1840" w:type="dxa"/>
            <w:tcBorders>
              <w:top w:val="nil"/>
              <w:left w:val="single" w:sz="4" w:space="0" w:color="auto"/>
              <w:bottom w:val="single" w:sz="4" w:space="0" w:color="auto"/>
              <w:right w:val="single" w:sz="4" w:space="0" w:color="auto"/>
            </w:tcBorders>
            <w:noWrap/>
            <w:vAlign w:val="center"/>
            <w:hideMark/>
          </w:tcPr>
          <w:p w14:paraId="7109ECFA"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111723039010 </w:t>
            </w:r>
          </w:p>
        </w:tc>
        <w:tc>
          <w:tcPr>
            <w:tcW w:w="1737" w:type="dxa"/>
            <w:tcBorders>
              <w:top w:val="nil"/>
              <w:left w:val="nil"/>
              <w:bottom w:val="single" w:sz="4" w:space="0" w:color="auto"/>
              <w:right w:val="single" w:sz="4" w:space="0" w:color="auto"/>
            </w:tcBorders>
            <w:noWrap/>
            <w:vAlign w:val="center"/>
            <w:hideMark/>
          </w:tcPr>
          <w:p w14:paraId="24D52730"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MD. Raziya Banu</w:t>
            </w:r>
          </w:p>
        </w:tc>
        <w:tc>
          <w:tcPr>
            <w:tcW w:w="2530" w:type="dxa"/>
            <w:tcBorders>
              <w:top w:val="nil"/>
              <w:left w:val="nil"/>
              <w:bottom w:val="single" w:sz="4" w:space="0" w:color="auto"/>
              <w:right w:val="single" w:sz="4" w:space="0" w:color="auto"/>
            </w:tcBorders>
            <w:noWrap/>
            <w:vAlign w:val="center"/>
            <w:hideMark/>
          </w:tcPr>
          <w:p w14:paraId="204D135D"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4A943D34" w14:textId="77777777" w:rsidTr="00A743B7">
        <w:trPr>
          <w:trHeight w:val="300"/>
        </w:trPr>
        <w:tc>
          <w:tcPr>
            <w:tcW w:w="1840" w:type="dxa"/>
            <w:tcBorders>
              <w:top w:val="nil"/>
              <w:left w:val="single" w:sz="4" w:space="0" w:color="auto"/>
              <w:bottom w:val="single" w:sz="4" w:space="0" w:color="auto"/>
              <w:right w:val="single" w:sz="4" w:space="0" w:color="auto"/>
            </w:tcBorders>
          </w:tcPr>
          <w:p w14:paraId="5952D492"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8</w:t>
            </w:r>
          </w:p>
        </w:tc>
        <w:tc>
          <w:tcPr>
            <w:tcW w:w="1840" w:type="dxa"/>
            <w:tcBorders>
              <w:top w:val="nil"/>
              <w:left w:val="single" w:sz="4" w:space="0" w:color="auto"/>
              <w:bottom w:val="single" w:sz="4" w:space="0" w:color="auto"/>
              <w:right w:val="single" w:sz="4" w:space="0" w:color="auto"/>
            </w:tcBorders>
            <w:noWrap/>
            <w:vAlign w:val="center"/>
            <w:hideMark/>
          </w:tcPr>
          <w:p w14:paraId="59B1C47F"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111723039011 </w:t>
            </w:r>
          </w:p>
        </w:tc>
        <w:tc>
          <w:tcPr>
            <w:tcW w:w="1737" w:type="dxa"/>
            <w:tcBorders>
              <w:top w:val="nil"/>
              <w:left w:val="nil"/>
              <w:bottom w:val="single" w:sz="4" w:space="0" w:color="auto"/>
              <w:right w:val="single" w:sz="4" w:space="0" w:color="auto"/>
            </w:tcBorders>
            <w:noWrap/>
            <w:vAlign w:val="center"/>
            <w:hideMark/>
          </w:tcPr>
          <w:p w14:paraId="13CC25B7"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proofErr w:type="spellStart"/>
            <w:r w:rsidRPr="00F7210B">
              <w:rPr>
                <w:rFonts w:ascii="Calibri" w:eastAsia="Times New Roman" w:hAnsi="Calibri" w:cs="Calibri"/>
                <w:color w:val="000000"/>
                <w:kern w:val="0"/>
                <w:sz w:val="20"/>
                <w:szCs w:val="20"/>
                <w:lang w:eastAsia="en-IN"/>
                <w14:ligatures w14:val="none"/>
              </w:rPr>
              <w:t>Neerati</w:t>
            </w:r>
            <w:proofErr w:type="spellEnd"/>
            <w:r w:rsidRPr="00F7210B">
              <w:rPr>
                <w:rFonts w:ascii="Calibri" w:eastAsia="Times New Roman" w:hAnsi="Calibri" w:cs="Calibri"/>
                <w:color w:val="000000"/>
                <w:kern w:val="0"/>
                <w:sz w:val="20"/>
                <w:szCs w:val="20"/>
                <w:lang w:eastAsia="en-IN"/>
                <w14:ligatures w14:val="none"/>
              </w:rPr>
              <w:t xml:space="preserve"> Manasa </w:t>
            </w:r>
          </w:p>
        </w:tc>
        <w:tc>
          <w:tcPr>
            <w:tcW w:w="2530" w:type="dxa"/>
            <w:tcBorders>
              <w:top w:val="nil"/>
              <w:left w:val="nil"/>
              <w:bottom w:val="single" w:sz="4" w:space="0" w:color="auto"/>
              <w:right w:val="single" w:sz="4" w:space="0" w:color="auto"/>
            </w:tcBorders>
            <w:noWrap/>
            <w:vAlign w:val="center"/>
            <w:hideMark/>
          </w:tcPr>
          <w:p w14:paraId="19CF8E56"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0E5211C6" w14:textId="77777777" w:rsidTr="00A743B7">
        <w:trPr>
          <w:trHeight w:val="300"/>
        </w:trPr>
        <w:tc>
          <w:tcPr>
            <w:tcW w:w="1840" w:type="dxa"/>
            <w:tcBorders>
              <w:top w:val="nil"/>
              <w:left w:val="single" w:sz="4" w:space="0" w:color="auto"/>
              <w:bottom w:val="single" w:sz="4" w:space="0" w:color="auto"/>
              <w:right w:val="single" w:sz="4" w:space="0" w:color="auto"/>
            </w:tcBorders>
          </w:tcPr>
          <w:p w14:paraId="33FCC411"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9</w:t>
            </w:r>
          </w:p>
        </w:tc>
        <w:tc>
          <w:tcPr>
            <w:tcW w:w="1840" w:type="dxa"/>
            <w:tcBorders>
              <w:top w:val="nil"/>
              <w:left w:val="single" w:sz="4" w:space="0" w:color="auto"/>
              <w:bottom w:val="single" w:sz="4" w:space="0" w:color="auto"/>
              <w:right w:val="single" w:sz="4" w:space="0" w:color="auto"/>
            </w:tcBorders>
            <w:noWrap/>
            <w:vAlign w:val="center"/>
            <w:hideMark/>
          </w:tcPr>
          <w:p w14:paraId="02FA814B"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111723039012 </w:t>
            </w:r>
          </w:p>
        </w:tc>
        <w:tc>
          <w:tcPr>
            <w:tcW w:w="1737" w:type="dxa"/>
            <w:tcBorders>
              <w:top w:val="nil"/>
              <w:left w:val="nil"/>
              <w:bottom w:val="single" w:sz="4" w:space="0" w:color="auto"/>
              <w:right w:val="single" w:sz="4" w:space="0" w:color="auto"/>
            </w:tcBorders>
            <w:noWrap/>
            <w:vAlign w:val="center"/>
            <w:hideMark/>
          </w:tcPr>
          <w:p w14:paraId="5F3EC7CD"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Sudhiksha Goud </w:t>
            </w:r>
          </w:p>
        </w:tc>
        <w:tc>
          <w:tcPr>
            <w:tcW w:w="2530" w:type="dxa"/>
            <w:tcBorders>
              <w:top w:val="nil"/>
              <w:left w:val="nil"/>
              <w:bottom w:val="single" w:sz="4" w:space="0" w:color="auto"/>
              <w:right w:val="single" w:sz="4" w:space="0" w:color="auto"/>
            </w:tcBorders>
            <w:noWrap/>
            <w:vAlign w:val="center"/>
            <w:hideMark/>
          </w:tcPr>
          <w:p w14:paraId="0683EE1A"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20256DD4" w14:textId="77777777" w:rsidTr="00A743B7">
        <w:trPr>
          <w:trHeight w:val="300"/>
        </w:trPr>
        <w:tc>
          <w:tcPr>
            <w:tcW w:w="1840" w:type="dxa"/>
            <w:tcBorders>
              <w:top w:val="nil"/>
              <w:left w:val="single" w:sz="4" w:space="0" w:color="auto"/>
              <w:bottom w:val="single" w:sz="4" w:space="0" w:color="auto"/>
              <w:right w:val="single" w:sz="4" w:space="0" w:color="auto"/>
            </w:tcBorders>
          </w:tcPr>
          <w:p w14:paraId="7D80807D"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10</w:t>
            </w:r>
          </w:p>
        </w:tc>
        <w:tc>
          <w:tcPr>
            <w:tcW w:w="1840" w:type="dxa"/>
            <w:tcBorders>
              <w:top w:val="nil"/>
              <w:left w:val="single" w:sz="4" w:space="0" w:color="auto"/>
              <w:bottom w:val="single" w:sz="4" w:space="0" w:color="auto"/>
              <w:right w:val="single" w:sz="4" w:space="0" w:color="auto"/>
            </w:tcBorders>
            <w:noWrap/>
            <w:vAlign w:val="center"/>
            <w:hideMark/>
          </w:tcPr>
          <w:p w14:paraId="45CE3804"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111723039013 </w:t>
            </w:r>
          </w:p>
        </w:tc>
        <w:tc>
          <w:tcPr>
            <w:tcW w:w="1737" w:type="dxa"/>
            <w:tcBorders>
              <w:top w:val="nil"/>
              <w:left w:val="nil"/>
              <w:bottom w:val="single" w:sz="4" w:space="0" w:color="auto"/>
              <w:right w:val="single" w:sz="4" w:space="0" w:color="auto"/>
            </w:tcBorders>
            <w:noWrap/>
            <w:vAlign w:val="center"/>
            <w:hideMark/>
          </w:tcPr>
          <w:p w14:paraId="1347CDFE"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proofErr w:type="spellStart"/>
            <w:proofErr w:type="gramStart"/>
            <w:r w:rsidRPr="00F7210B">
              <w:rPr>
                <w:rFonts w:ascii="Calibri" w:eastAsia="Times New Roman" w:hAnsi="Calibri" w:cs="Calibri"/>
                <w:color w:val="000000"/>
                <w:kern w:val="0"/>
                <w:sz w:val="20"/>
                <w:szCs w:val="20"/>
                <w:lang w:eastAsia="en-IN"/>
                <w14:ligatures w14:val="none"/>
              </w:rPr>
              <w:t>Sk.Rubeena</w:t>
            </w:r>
            <w:proofErr w:type="spellEnd"/>
            <w:proofErr w:type="gramEnd"/>
          </w:p>
        </w:tc>
        <w:tc>
          <w:tcPr>
            <w:tcW w:w="2530" w:type="dxa"/>
            <w:tcBorders>
              <w:top w:val="nil"/>
              <w:left w:val="nil"/>
              <w:bottom w:val="single" w:sz="4" w:space="0" w:color="auto"/>
              <w:right w:val="single" w:sz="4" w:space="0" w:color="auto"/>
            </w:tcBorders>
            <w:noWrap/>
            <w:vAlign w:val="center"/>
            <w:hideMark/>
          </w:tcPr>
          <w:p w14:paraId="44B64943"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4D4450CA" w14:textId="77777777" w:rsidTr="00A743B7">
        <w:trPr>
          <w:trHeight w:val="300"/>
        </w:trPr>
        <w:tc>
          <w:tcPr>
            <w:tcW w:w="1840" w:type="dxa"/>
            <w:tcBorders>
              <w:top w:val="nil"/>
              <w:left w:val="single" w:sz="4" w:space="0" w:color="auto"/>
              <w:bottom w:val="single" w:sz="4" w:space="0" w:color="auto"/>
              <w:right w:val="single" w:sz="4" w:space="0" w:color="auto"/>
            </w:tcBorders>
          </w:tcPr>
          <w:p w14:paraId="56F3135D"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11</w:t>
            </w:r>
          </w:p>
        </w:tc>
        <w:tc>
          <w:tcPr>
            <w:tcW w:w="1840" w:type="dxa"/>
            <w:tcBorders>
              <w:top w:val="nil"/>
              <w:left w:val="single" w:sz="4" w:space="0" w:color="auto"/>
              <w:bottom w:val="single" w:sz="4" w:space="0" w:color="auto"/>
              <w:right w:val="single" w:sz="4" w:space="0" w:color="auto"/>
            </w:tcBorders>
            <w:noWrap/>
            <w:vAlign w:val="center"/>
            <w:hideMark/>
          </w:tcPr>
          <w:p w14:paraId="463ABD36"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111723039016 </w:t>
            </w:r>
          </w:p>
        </w:tc>
        <w:tc>
          <w:tcPr>
            <w:tcW w:w="1737" w:type="dxa"/>
            <w:tcBorders>
              <w:top w:val="nil"/>
              <w:left w:val="nil"/>
              <w:bottom w:val="single" w:sz="4" w:space="0" w:color="auto"/>
              <w:right w:val="single" w:sz="4" w:space="0" w:color="auto"/>
            </w:tcBorders>
            <w:noWrap/>
            <w:vAlign w:val="center"/>
            <w:hideMark/>
          </w:tcPr>
          <w:p w14:paraId="5679A612"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Taj </w:t>
            </w:r>
            <w:proofErr w:type="spellStart"/>
            <w:r w:rsidRPr="00F7210B">
              <w:rPr>
                <w:rFonts w:ascii="Calibri" w:eastAsia="Times New Roman" w:hAnsi="Calibri" w:cs="Calibri"/>
                <w:color w:val="000000"/>
                <w:kern w:val="0"/>
                <w:sz w:val="20"/>
                <w:szCs w:val="20"/>
                <w:lang w:eastAsia="en-IN"/>
                <w14:ligatures w14:val="none"/>
              </w:rPr>
              <w:t>fatima</w:t>
            </w:r>
            <w:proofErr w:type="spellEnd"/>
            <w:r w:rsidRPr="00F7210B">
              <w:rPr>
                <w:rFonts w:ascii="Calibri" w:eastAsia="Times New Roman" w:hAnsi="Calibri" w:cs="Calibri"/>
                <w:color w:val="000000"/>
                <w:kern w:val="0"/>
                <w:sz w:val="20"/>
                <w:szCs w:val="20"/>
                <w:lang w:eastAsia="en-IN"/>
                <w14:ligatures w14:val="none"/>
              </w:rPr>
              <w:t xml:space="preserve"> </w:t>
            </w:r>
          </w:p>
        </w:tc>
        <w:tc>
          <w:tcPr>
            <w:tcW w:w="2530" w:type="dxa"/>
            <w:tcBorders>
              <w:top w:val="nil"/>
              <w:left w:val="nil"/>
              <w:bottom w:val="single" w:sz="4" w:space="0" w:color="auto"/>
              <w:right w:val="single" w:sz="4" w:space="0" w:color="auto"/>
            </w:tcBorders>
            <w:noWrap/>
            <w:vAlign w:val="center"/>
            <w:hideMark/>
          </w:tcPr>
          <w:p w14:paraId="13E4D822"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6291A715" w14:textId="77777777" w:rsidTr="00A743B7">
        <w:trPr>
          <w:trHeight w:val="300"/>
        </w:trPr>
        <w:tc>
          <w:tcPr>
            <w:tcW w:w="1840" w:type="dxa"/>
            <w:tcBorders>
              <w:top w:val="nil"/>
              <w:left w:val="single" w:sz="4" w:space="0" w:color="auto"/>
              <w:bottom w:val="single" w:sz="4" w:space="0" w:color="auto"/>
              <w:right w:val="single" w:sz="4" w:space="0" w:color="auto"/>
            </w:tcBorders>
          </w:tcPr>
          <w:p w14:paraId="50DC3750"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12</w:t>
            </w:r>
          </w:p>
        </w:tc>
        <w:tc>
          <w:tcPr>
            <w:tcW w:w="1840" w:type="dxa"/>
            <w:tcBorders>
              <w:top w:val="nil"/>
              <w:left w:val="single" w:sz="4" w:space="0" w:color="auto"/>
              <w:bottom w:val="single" w:sz="4" w:space="0" w:color="auto"/>
              <w:right w:val="single" w:sz="4" w:space="0" w:color="auto"/>
            </w:tcBorders>
            <w:noWrap/>
            <w:vAlign w:val="center"/>
            <w:hideMark/>
          </w:tcPr>
          <w:p w14:paraId="2B42E16A"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111723039017 </w:t>
            </w:r>
          </w:p>
        </w:tc>
        <w:tc>
          <w:tcPr>
            <w:tcW w:w="1737" w:type="dxa"/>
            <w:tcBorders>
              <w:top w:val="nil"/>
              <w:left w:val="nil"/>
              <w:bottom w:val="single" w:sz="4" w:space="0" w:color="auto"/>
              <w:right w:val="single" w:sz="4" w:space="0" w:color="auto"/>
            </w:tcBorders>
            <w:noWrap/>
            <w:vAlign w:val="center"/>
            <w:hideMark/>
          </w:tcPr>
          <w:p w14:paraId="3FCE61D2"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Abraham Wallace</w:t>
            </w:r>
          </w:p>
        </w:tc>
        <w:tc>
          <w:tcPr>
            <w:tcW w:w="2530" w:type="dxa"/>
            <w:tcBorders>
              <w:top w:val="nil"/>
              <w:left w:val="nil"/>
              <w:bottom w:val="single" w:sz="4" w:space="0" w:color="auto"/>
              <w:right w:val="single" w:sz="4" w:space="0" w:color="auto"/>
            </w:tcBorders>
            <w:noWrap/>
            <w:vAlign w:val="center"/>
            <w:hideMark/>
          </w:tcPr>
          <w:p w14:paraId="6B8B859C"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30395639" w14:textId="77777777" w:rsidTr="00A743B7">
        <w:trPr>
          <w:trHeight w:val="300"/>
        </w:trPr>
        <w:tc>
          <w:tcPr>
            <w:tcW w:w="1840" w:type="dxa"/>
            <w:tcBorders>
              <w:top w:val="nil"/>
              <w:left w:val="single" w:sz="4" w:space="0" w:color="auto"/>
              <w:bottom w:val="single" w:sz="4" w:space="0" w:color="auto"/>
              <w:right w:val="single" w:sz="4" w:space="0" w:color="auto"/>
            </w:tcBorders>
          </w:tcPr>
          <w:p w14:paraId="08C3C2C0"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13</w:t>
            </w:r>
          </w:p>
        </w:tc>
        <w:tc>
          <w:tcPr>
            <w:tcW w:w="1840" w:type="dxa"/>
            <w:tcBorders>
              <w:top w:val="nil"/>
              <w:left w:val="single" w:sz="4" w:space="0" w:color="auto"/>
              <w:bottom w:val="single" w:sz="4" w:space="0" w:color="auto"/>
              <w:right w:val="single" w:sz="4" w:space="0" w:color="auto"/>
            </w:tcBorders>
            <w:noWrap/>
            <w:vAlign w:val="center"/>
            <w:hideMark/>
          </w:tcPr>
          <w:p w14:paraId="5912E55D"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111723039022 </w:t>
            </w:r>
          </w:p>
        </w:tc>
        <w:tc>
          <w:tcPr>
            <w:tcW w:w="1737" w:type="dxa"/>
            <w:tcBorders>
              <w:top w:val="nil"/>
              <w:left w:val="nil"/>
              <w:bottom w:val="single" w:sz="4" w:space="0" w:color="auto"/>
              <w:right w:val="single" w:sz="4" w:space="0" w:color="auto"/>
            </w:tcBorders>
            <w:noWrap/>
            <w:vAlign w:val="center"/>
            <w:hideMark/>
          </w:tcPr>
          <w:p w14:paraId="44F601AB"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Siril Anush</w:t>
            </w:r>
          </w:p>
        </w:tc>
        <w:tc>
          <w:tcPr>
            <w:tcW w:w="2530" w:type="dxa"/>
            <w:tcBorders>
              <w:top w:val="nil"/>
              <w:left w:val="nil"/>
              <w:bottom w:val="single" w:sz="4" w:space="0" w:color="auto"/>
              <w:right w:val="single" w:sz="4" w:space="0" w:color="auto"/>
            </w:tcBorders>
            <w:noWrap/>
            <w:vAlign w:val="center"/>
            <w:hideMark/>
          </w:tcPr>
          <w:p w14:paraId="2CAAD1A4"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6A369B4D" w14:textId="77777777" w:rsidTr="00A743B7">
        <w:trPr>
          <w:trHeight w:val="300"/>
        </w:trPr>
        <w:tc>
          <w:tcPr>
            <w:tcW w:w="1840" w:type="dxa"/>
            <w:tcBorders>
              <w:top w:val="nil"/>
              <w:left w:val="single" w:sz="4" w:space="0" w:color="auto"/>
              <w:bottom w:val="single" w:sz="4" w:space="0" w:color="auto"/>
              <w:right w:val="single" w:sz="4" w:space="0" w:color="auto"/>
            </w:tcBorders>
          </w:tcPr>
          <w:p w14:paraId="22AD93CA"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14</w:t>
            </w:r>
          </w:p>
        </w:tc>
        <w:tc>
          <w:tcPr>
            <w:tcW w:w="1840" w:type="dxa"/>
            <w:tcBorders>
              <w:top w:val="nil"/>
              <w:left w:val="single" w:sz="4" w:space="0" w:color="auto"/>
              <w:bottom w:val="single" w:sz="4" w:space="0" w:color="auto"/>
              <w:right w:val="single" w:sz="4" w:space="0" w:color="auto"/>
            </w:tcBorders>
            <w:noWrap/>
            <w:vAlign w:val="center"/>
            <w:hideMark/>
          </w:tcPr>
          <w:p w14:paraId="780B6001"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111723039031 </w:t>
            </w:r>
          </w:p>
        </w:tc>
        <w:tc>
          <w:tcPr>
            <w:tcW w:w="1737" w:type="dxa"/>
            <w:tcBorders>
              <w:top w:val="nil"/>
              <w:left w:val="nil"/>
              <w:bottom w:val="single" w:sz="4" w:space="0" w:color="auto"/>
              <w:right w:val="single" w:sz="4" w:space="0" w:color="auto"/>
            </w:tcBorders>
            <w:noWrap/>
            <w:vAlign w:val="center"/>
            <w:hideMark/>
          </w:tcPr>
          <w:p w14:paraId="676F0C55"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K </w:t>
            </w:r>
            <w:proofErr w:type="spellStart"/>
            <w:r w:rsidRPr="00F7210B">
              <w:rPr>
                <w:rFonts w:ascii="Calibri" w:eastAsia="Times New Roman" w:hAnsi="Calibri" w:cs="Calibri"/>
                <w:color w:val="000000"/>
                <w:kern w:val="0"/>
                <w:sz w:val="20"/>
                <w:szCs w:val="20"/>
                <w:lang w:eastAsia="en-IN"/>
                <w14:ligatures w14:val="none"/>
              </w:rPr>
              <w:t>sampath</w:t>
            </w:r>
            <w:proofErr w:type="spellEnd"/>
          </w:p>
        </w:tc>
        <w:tc>
          <w:tcPr>
            <w:tcW w:w="2530" w:type="dxa"/>
            <w:tcBorders>
              <w:top w:val="nil"/>
              <w:left w:val="nil"/>
              <w:bottom w:val="single" w:sz="4" w:space="0" w:color="auto"/>
              <w:right w:val="single" w:sz="4" w:space="0" w:color="auto"/>
            </w:tcBorders>
            <w:noWrap/>
            <w:vAlign w:val="center"/>
            <w:hideMark/>
          </w:tcPr>
          <w:p w14:paraId="2A391064"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2E4C5940" w14:textId="77777777" w:rsidTr="00A743B7">
        <w:trPr>
          <w:trHeight w:val="300"/>
        </w:trPr>
        <w:tc>
          <w:tcPr>
            <w:tcW w:w="1840" w:type="dxa"/>
            <w:tcBorders>
              <w:top w:val="nil"/>
              <w:left w:val="single" w:sz="4" w:space="0" w:color="auto"/>
              <w:bottom w:val="single" w:sz="4" w:space="0" w:color="auto"/>
              <w:right w:val="single" w:sz="4" w:space="0" w:color="auto"/>
            </w:tcBorders>
          </w:tcPr>
          <w:p w14:paraId="4BF0C40B"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15</w:t>
            </w:r>
          </w:p>
        </w:tc>
        <w:tc>
          <w:tcPr>
            <w:tcW w:w="1840" w:type="dxa"/>
            <w:tcBorders>
              <w:top w:val="nil"/>
              <w:left w:val="single" w:sz="4" w:space="0" w:color="auto"/>
              <w:bottom w:val="single" w:sz="4" w:space="0" w:color="auto"/>
              <w:right w:val="single" w:sz="4" w:space="0" w:color="auto"/>
            </w:tcBorders>
            <w:noWrap/>
            <w:vAlign w:val="center"/>
            <w:hideMark/>
          </w:tcPr>
          <w:p w14:paraId="6E9DC97D"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111723039033 </w:t>
            </w:r>
          </w:p>
        </w:tc>
        <w:tc>
          <w:tcPr>
            <w:tcW w:w="1737" w:type="dxa"/>
            <w:tcBorders>
              <w:top w:val="nil"/>
              <w:left w:val="nil"/>
              <w:bottom w:val="single" w:sz="4" w:space="0" w:color="auto"/>
              <w:right w:val="single" w:sz="4" w:space="0" w:color="auto"/>
            </w:tcBorders>
            <w:noWrap/>
            <w:vAlign w:val="center"/>
            <w:hideMark/>
          </w:tcPr>
          <w:p w14:paraId="3647A50A"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Manoj</w:t>
            </w:r>
          </w:p>
        </w:tc>
        <w:tc>
          <w:tcPr>
            <w:tcW w:w="2530" w:type="dxa"/>
            <w:tcBorders>
              <w:top w:val="nil"/>
              <w:left w:val="nil"/>
              <w:bottom w:val="single" w:sz="4" w:space="0" w:color="auto"/>
              <w:right w:val="single" w:sz="4" w:space="0" w:color="auto"/>
            </w:tcBorders>
            <w:noWrap/>
            <w:vAlign w:val="center"/>
            <w:hideMark/>
          </w:tcPr>
          <w:p w14:paraId="7593485F"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0791487B" w14:textId="77777777" w:rsidTr="00A743B7">
        <w:trPr>
          <w:trHeight w:val="300"/>
        </w:trPr>
        <w:tc>
          <w:tcPr>
            <w:tcW w:w="1840" w:type="dxa"/>
            <w:tcBorders>
              <w:top w:val="nil"/>
              <w:left w:val="single" w:sz="4" w:space="0" w:color="auto"/>
              <w:bottom w:val="single" w:sz="4" w:space="0" w:color="auto"/>
              <w:right w:val="single" w:sz="4" w:space="0" w:color="auto"/>
            </w:tcBorders>
          </w:tcPr>
          <w:p w14:paraId="4208C617"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16</w:t>
            </w:r>
          </w:p>
        </w:tc>
        <w:tc>
          <w:tcPr>
            <w:tcW w:w="1840" w:type="dxa"/>
            <w:tcBorders>
              <w:top w:val="nil"/>
              <w:left w:val="single" w:sz="4" w:space="0" w:color="auto"/>
              <w:bottom w:val="single" w:sz="4" w:space="0" w:color="auto"/>
              <w:right w:val="single" w:sz="4" w:space="0" w:color="auto"/>
            </w:tcBorders>
            <w:noWrap/>
            <w:vAlign w:val="center"/>
            <w:hideMark/>
          </w:tcPr>
          <w:p w14:paraId="65A43206"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111723039039 </w:t>
            </w:r>
          </w:p>
        </w:tc>
        <w:tc>
          <w:tcPr>
            <w:tcW w:w="1737" w:type="dxa"/>
            <w:tcBorders>
              <w:top w:val="nil"/>
              <w:left w:val="nil"/>
              <w:bottom w:val="single" w:sz="4" w:space="0" w:color="auto"/>
              <w:right w:val="single" w:sz="4" w:space="0" w:color="auto"/>
            </w:tcBorders>
            <w:noWrap/>
            <w:vAlign w:val="center"/>
            <w:hideMark/>
          </w:tcPr>
          <w:p w14:paraId="67200FEE"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NALLA MANIKANTA </w:t>
            </w:r>
          </w:p>
        </w:tc>
        <w:tc>
          <w:tcPr>
            <w:tcW w:w="2530" w:type="dxa"/>
            <w:tcBorders>
              <w:top w:val="nil"/>
              <w:left w:val="nil"/>
              <w:bottom w:val="single" w:sz="4" w:space="0" w:color="auto"/>
              <w:right w:val="single" w:sz="4" w:space="0" w:color="auto"/>
            </w:tcBorders>
            <w:noWrap/>
            <w:vAlign w:val="center"/>
            <w:hideMark/>
          </w:tcPr>
          <w:p w14:paraId="5410120C"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438AFFAB" w14:textId="77777777" w:rsidTr="00A743B7">
        <w:trPr>
          <w:trHeight w:val="300"/>
        </w:trPr>
        <w:tc>
          <w:tcPr>
            <w:tcW w:w="1840" w:type="dxa"/>
            <w:tcBorders>
              <w:top w:val="nil"/>
              <w:left w:val="single" w:sz="4" w:space="0" w:color="auto"/>
              <w:bottom w:val="single" w:sz="4" w:space="0" w:color="auto"/>
              <w:right w:val="single" w:sz="4" w:space="0" w:color="auto"/>
            </w:tcBorders>
          </w:tcPr>
          <w:p w14:paraId="6B963C4C"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17</w:t>
            </w:r>
          </w:p>
        </w:tc>
        <w:tc>
          <w:tcPr>
            <w:tcW w:w="1840" w:type="dxa"/>
            <w:tcBorders>
              <w:top w:val="nil"/>
              <w:left w:val="single" w:sz="4" w:space="0" w:color="auto"/>
              <w:bottom w:val="single" w:sz="4" w:space="0" w:color="auto"/>
              <w:right w:val="single" w:sz="4" w:space="0" w:color="auto"/>
            </w:tcBorders>
            <w:noWrap/>
            <w:vAlign w:val="center"/>
            <w:hideMark/>
          </w:tcPr>
          <w:p w14:paraId="7D94107D"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111723039047 </w:t>
            </w:r>
          </w:p>
        </w:tc>
        <w:tc>
          <w:tcPr>
            <w:tcW w:w="1737" w:type="dxa"/>
            <w:tcBorders>
              <w:top w:val="nil"/>
              <w:left w:val="nil"/>
              <w:bottom w:val="single" w:sz="4" w:space="0" w:color="auto"/>
              <w:right w:val="single" w:sz="4" w:space="0" w:color="auto"/>
            </w:tcBorders>
            <w:noWrap/>
            <w:vAlign w:val="center"/>
            <w:hideMark/>
          </w:tcPr>
          <w:p w14:paraId="3449865E"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Raju Tirumani Kumar</w:t>
            </w:r>
          </w:p>
        </w:tc>
        <w:tc>
          <w:tcPr>
            <w:tcW w:w="2530" w:type="dxa"/>
            <w:tcBorders>
              <w:top w:val="nil"/>
              <w:left w:val="nil"/>
              <w:bottom w:val="single" w:sz="4" w:space="0" w:color="auto"/>
              <w:right w:val="single" w:sz="4" w:space="0" w:color="auto"/>
            </w:tcBorders>
            <w:noWrap/>
            <w:vAlign w:val="center"/>
            <w:hideMark/>
          </w:tcPr>
          <w:p w14:paraId="03B4A0D7"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3E598BD3" w14:textId="77777777" w:rsidTr="00A743B7">
        <w:trPr>
          <w:trHeight w:val="300"/>
        </w:trPr>
        <w:tc>
          <w:tcPr>
            <w:tcW w:w="1840" w:type="dxa"/>
            <w:tcBorders>
              <w:top w:val="nil"/>
              <w:left w:val="single" w:sz="4" w:space="0" w:color="auto"/>
              <w:bottom w:val="single" w:sz="4" w:space="0" w:color="auto"/>
              <w:right w:val="single" w:sz="4" w:space="0" w:color="auto"/>
            </w:tcBorders>
          </w:tcPr>
          <w:p w14:paraId="467F195D"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18</w:t>
            </w:r>
          </w:p>
        </w:tc>
        <w:tc>
          <w:tcPr>
            <w:tcW w:w="1840" w:type="dxa"/>
            <w:tcBorders>
              <w:top w:val="nil"/>
              <w:left w:val="single" w:sz="4" w:space="0" w:color="auto"/>
              <w:bottom w:val="single" w:sz="4" w:space="0" w:color="auto"/>
              <w:right w:val="single" w:sz="4" w:space="0" w:color="auto"/>
            </w:tcBorders>
            <w:noWrap/>
            <w:vAlign w:val="center"/>
          </w:tcPr>
          <w:p w14:paraId="14FCE140"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111723039046 </w:t>
            </w:r>
          </w:p>
        </w:tc>
        <w:tc>
          <w:tcPr>
            <w:tcW w:w="1737" w:type="dxa"/>
            <w:tcBorders>
              <w:top w:val="nil"/>
              <w:left w:val="nil"/>
              <w:bottom w:val="single" w:sz="4" w:space="0" w:color="auto"/>
              <w:right w:val="single" w:sz="4" w:space="0" w:color="auto"/>
            </w:tcBorders>
            <w:noWrap/>
            <w:vAlign w:val="center"/>
          </w:tcPr>
          <w:p w14:paraId="445A0D45"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S John Vijay </w:t>
            </w:r>
          </w:p>
        </w:tc>
        <w:tc>
          <w:tcPr>
            <w:tcW w:w="2530" w:type="dxa"/>
            <w:tcBorders>
              <w:top w:val="nil"/>
              <w:left w:val="nil"/>
              <w:bottom w:val="single" w:sz="4" w:space="0" w:color="auto"/>
              <w:right w:val="single" w:sz="4" w:space="0" w:color="auto"/>
            </w:tcBorders>
            <w:noWrap/>
            <w:vAlign w:val="center"/>
            <w:hideMark/>
          </w:tcPr>
          <w:p w14:paraId="4DBBF2AC"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173D31FA" w14:textId="77777777" w:rsidTr="00A743B7">
        <w:trPr>
          <w:trHeight w:val="300"/>
        </w:trPr>
        <w:tc>
          <w:tcPr>
            <w:tcW w:w="1840" w:type="dxa"/>
            <w:tcBorders>
              <w:top w:val="nil"/>
              <w:left w:val="single" w:sz="4" w:space="0" w:color="auto"/>
              <w:bottom w:val="single" w:sz="4" w:space="0" w:color="auto"/>
              <w:right w:val="single" w:sz="4" w:space="0" w:color="auto"/>
            </w:tcBorders>
          </w:tcPr>
          <w:p w14:paraId="0C55E13E"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19</w:t>
            </w:r>
          </w:p>
        </w:tc>
        <w:tc>
          <w:tcPr>
            <w:tcW w:w="1840" w:type="dxa"/>
            <w:tcBorders>
              <w:top w:val="nil"/>
              <w:left w:val="single" w:sz="4" w:space="0" w:color="auto"/>
              <w:bottom w:val="single" w:sz="4" w:space="0" w:color="auto"/>
              <w:right w:val="single" w:sz="4" w:space="0" w:color="auto"/>
            </w:tcBorders>
            <w:noWrap/>
            <w:vAlign w:val="bottom"/>
          </w:tcPr>
          <w:p w14:paraId="55AEB4DB"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111723039005</w:t>
            </w:r>
          </w:p>
        </w:tc>
        <w:tc>
          <w:tcPr>
            <w:tcW w:w="1737" w:type="dxa"/>
            <w:tcBorders>
              <w:top w:val="nil"/>
              <w:left w:val="nil"/>
              <w:bottom w:val="single" w:sz="4" w:space="0" w:color="auto"/>
              <w:right w:val="single" w:sz="4" w:space="0" w:color="auto"/>
            </w:tcBorders>
            <w:noWrap/>
            <w:vAlign w:val="bottom"/>
          </w:tcPr>
          <w:p w14:paraId="2A5D0B47"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Alice </w:t>
            </w:r>
          </w:p>
        </w:tc>
        <w:tc>
          <w:tcPr>
            <w:tcW w:w="2530" w:type="dxa"/>
            <w:tcBorders>
              <w:top w:val="nil"/>
              <w:left w:val="nil"/>
              <w:bottom w:val="single" w:sz="4" w:space="0" w:color="auto"/>
              <w:right w:val="single" w:sz="4" w:space="0" w:color="auto"/>
            </w:tcBorders>
            <w:noWrap/>
            <w:vAlign w:val="center"/>
            <w:hideMark/>
          </w:tcPr>
          <w:p w14:paraId="4E8674D7"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73F4C400" w14:textId="77777777" w:rsidTr="00A743B7">
        <w:trPr>
          <w:trHeight w:val="300"/>
        </w:trPr>
        <w:tc>
          <w:tcPr>
            <w:tcW w:w="1840" w:type="dxa"/>
            <w:tcBorders>
              <w:top w:val="nil"/>
              <w:left w:val="single" w:sz="4" w:space="0" w:color="auto"/>
              <w:bottom w:val="single" w:sz="4" w:space="0" w:color="auto"/>
              <w:right w:val="single" w:sz="4" w:space="0" w:color="auto"/>
            </w:tcBorders>
          </w:tcPr>
          <w:p w14:paraId="21B2FD71"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20</w:t>
            </w:r>
          </w:p>
        </w:tc>
        <w:tc>
          <w:tcPr>
            <w:tcW w:w="1840" w:type="dxa"/>
            <w:tcBorders>
              <w:top w:val="nil"/>
              <w:left w:val="single" w:sz="4" w:space="0" w:color="auto"/>
              <w:bottom w:val="single" w:sz="4" w:space="0" w:color="auto"/>
              <w:right w:val="single" w:sz="4" w:space="0" w:color="auto"/>
            </w:tcBorders>
            <w:noWrap/>
            <w:vAlign w:val="bottom"/>
          </w:tcPr>
          <w:p w14:paraId="6AB1A5AD"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111723039035</w:t>
            </w:r>
          </w:p>
        </w:tc>
        <w:tc>
          <w:tcPr>
            <w:tcW w:w="1737" w:type="dxa"/>
            <w:tcBorders>
              <w:top w:val="nil"/>
              <w:left w:val="nil"/>
              <w:bottom w:val="single" w:sz="4" w:space="0" w:color="auto"/>
              <w:right w:val="single" w:sz="4" w:space="0" w:color="auto"/>
            </w:tcBorders>
            <w:noWrap/>
            <w:vAlign w:val="bottom"/>
          </w:tcPr>
          <w:p w14:paraId="3C2DBE95"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A Manikanta</w:t>
            </w:r>
          </w:p>
        </w:tc>
        <w:tc>
          <w:tcPr>
            <w:tcW w:w="2530" w:type="dxa"/>
            <w:tcBorders>
              <w:top w:val="nil"/>
              <w:left w:val="nil"/>
              <w:bottom w:val="single" w:sz="4" w:space="0" w:color="auto"/>
              <w:right w:val="single" w:sz="4" w:space="0" w:color="auto"/>
            </w:tcBorders>
            <w:noWrap/>
            <w:vAlign w:val="center"/>
            <w:hideMark/>
          </w:tcPr>
          <w:p w14:paraId="41F520B6"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6701B3C4" w14:textId="77777777" w:rsidTr="00A743B7">
        <w:trPr>
          <w:trHeight w:val="300"/>
        </w:trPr>
        <w:tc>
          <w:tcPr>
            <w:tcW w:w="1840" w:type="dxa"/>
            <w:tcBorders>
              <w:top w:val="nil"/>
              <w:left w:val="single" w:sz="4" w:space="0" w:color="auto"/>
              <w:bottom w:val="nil"/>
              <w:right w:val="single" w:sz="4" w:space="0" w:color="auto"/>
            </w:tcBorders>
          </w:tcPr>
          <w:p w14:paraId="101024B2"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 xml:space="preserve">21 </w:t>
            </w:r>
          </w:p>
        </w:tc>
        <w:tc>
          <w:tcPr>
            <w:tcW w:w="1840" w:type="dxa"/>
            <w:tcBorders>
              <w:top w:val="nil"/>
              <w:left w:val="single" w:sz="4" w:space="0" w:color="auto"/>
              <w:bottom w:val="nil"/>
              <w:right w:val="single" w:sz="4" w:space="0" w:color="auto"/>
            </w:tcBorders>
            <w:noWrap/>
            <w:vAlign w:val="bottom"/>
          </w:tcPr>
          <w:p w14:paraId="565C7B55"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111723039038</w:t>
            </w:r>
          </w:p>
        </w:tc>
        <w:tc>
          <w:tcPr>
            <w:tcW w:w="1737" w:type="dxa"/>
            <w:tcBorders>
              <w:top w:val="nil"/>
              <w:left w:val="nil"/>
              <w:bottom w:val="nil"/>
              <w:right w:val="single" w:sz="4" w:space="0" w:color="auto"/>
            </w:tcBorders>
            <w:noWrap/>
            <w:vAlign w:val="bottom"/>
          </w:tcPr>
          <w:p w14:paraId="34F44E56"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Muzammil</w:t>
            </w:r>
          </w:p>
        </w:tc>
        <w:tc>
          <w:tcPr>
            <w:tcW w:w="2530" w:type="dxa"/>
            <w:tcBorders>
              <w:top w:val="nil"/>
              <w:left w:val="nil"/>
              <w:bottom w:val="nil"/>
              <w:right w:val="single" w:sz="4" w:space="0" w:color="auto"/>
            </w:tcBorders>
            <w:noWrap/>
            <w:vAlign w:val="center"/>
            <w:hideMark/>
          </w:tcPr>
          <w:p w14:paraId="1B6E06A5"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p>
        </w:tc>
      </w:tr>
      <w:tr w:rsidR="00226B14" w:rsidRPr="00F7210B" w14:paraId="1F8B3B88" w14:textId="77777777" w:rsidTr="00A743B7">
        <w:trPr>
          <w:trHeight w:val="300"/>
        </w:trPr>
        <w:tc>
          <w:tcPr>
            <w:tcW w:w="1840" w:type="dxa"/>
            <w:tcBorders>
              <w:top w:val="nil"/>
              <w:left w:val="single" w:sz="4" w:space="0" w:color="auto"/>
              <w:bottom w:val="single" w:sz="4" w:space="0" w:color="auto"/>
              <w:right w:val="single" w:sz="4" w:space="0" w:color="auto"/>
            </w:tcBorders>
          </w:tcPr>
          <w:p w14:paraId="475A5F83" w14:textId="77777777" w:rsidR="00226B14" w:rsidRDefault="00226B14" w:rsidP="00A743B7">
            <w:pPr>
              <w:spacing w:after="0" w:line="240" w:lineRule="auto"/>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22</w:t>
            </w:r>
          </w:p>
        </w:tc>
        <w:tc>
          <w:tcPr>
            <w:tcW w:w="1840" w:type="dxa"/>
            <w:tcBorders>
              <w:top w:val="nil"/>
              <w:left w:val="single" w:sz="4" w:space="0" w:color="auto"/>
              <w:bottom w:val="single" w:sz="4" w:space="0" w:color="auto"/>
              <w:right w:val="single" w:sz="4" w:space="0" w:color="auto"/>
            </w:tcBorders>
            <w:noWrap/>
            <w:vAlign w:val="center"/>
          </w:tcPr>
          <w:p w14:paraId="710F0159"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111723039041 </w:t>
            </w:r>
          </w:p>
        </w:tc>
        <w:tc>
          <w:tcPr>
            <w:tcW w:w="1737" w:type="dxa"/>
            <w:tcBorders>
              <w:top w:val="nil"/>
              <w:left w:val="nil"/>
              <w:bottom w:val="single" w:sz="4" w:space="0" w:color="auto"/>
              <w:right w:val="single" w:sz="4" w:space="0" w:color="auto"/>
            </w:tcBorders>
            <w:noWrap/>
            <w:vAlign w:val="center"/>
          </w:tcPr>
          <w:p w14:paraId="67B3AE96"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Philip Paul James </w:t>
            </w:r>
          </w:p>
        </w:tc>
        <w:tc>
          <w:tcPr>
            <w:tcW w:w="2530" w:type="dxa"/>
            <w:tcBorders>
              <w:top w:val="nil"/>
              <w:left w:val="nil"/>
              <w:bottom w:val="single" w:sz="4" w:space="0" w:color="auto"/>
              <w:right w:val="single" w:sz="4" w:space="0" w:color="auto"/>
            </w:tcBorders>
            <w:noWrap/>
            <w:vAlign w:val="center"/>
          </w:tcPr>
          <w:p w14:paraId="733DA90D"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Blockchain and cryptocurrency</w:t>
            </w:r>
            <w:r>
              <w:rPr>
                <w:rFonts w:ascii="Calibri" w:eastAsia="Times New Roman" w:hAnsi="Calibri" w:cs="Calibri"/>
                <w:color w:val="000000"/>
                <w:kern w:val="0"/>
                <w:sz w:val="20"/>
                <w:szCs w:val="20"/>
                <w:lang w:eastAsia="en-IN"/>
                <w14:ligatures w14:val="none"/>
              </w:rPr>
              <w:t xml:space="preserve"> </w:t>
            </w:r>
          </w:p>
        </w:tc>
      </w:tr>
    </w:tbl>
    <w:p w14:paraId="3B7781C9" w14:textId="77777777" w:rsidR="00226B14" w:rsidRDefault="00226B14" w:rsidP="00226B14">
      <w:pPr>
        <w:rPr>
          <w:lang w:val="en-US"/>
        </w:rPr>
      </w:pPr>
    </w:p>
    <w:tbl>
      <w:tblPr>
        <w:tblW w:w="7088" w:type="dxa"/>
        <w:tblLook w:val="04A0" w:firstRow="1" w:lastRow="0" w:firstColumn="1" w:lastColumn="0" w:noHBand="0" w:noVBand="1"/>
      </w:tblPr>
      <w:tblGrid>
        <w:gridCol w:w="964"/>
        <w:gridCol w:w="1840"/>
        <w:gridCol w:w="1863"/>
        <w:gridCol w:w="2421"/>
      </w:tblGrid>
      <w:tr w:rsidR="00226B14" w:rsidRPr="00F7210B" w14:paraId="388E34BF" w14:textId="77777777" w:rsidTr="00A743B7">
        <w:trPr>
          <w:trHeight w:val="300"/>
        </w:trPr>
        <w:tc>
          <w:tcPr>
            <w:tcW w:w="964" w:type="dxa"/>
            <w:tcBorders>
              <w:top w:val="single" w:sz="4" w:space="0" w:color="auto"/>
              <w:left w:val="single" w:sz="4" w:space="0" w:color="auto"/>
              <w:bottom w:val="single" w:sz="4" w:space="0" w:color="auto"/>
              <w:right w:val="single" w:sz="4" w:space="0" w:color="auto"/>
            </w:tcBorders>
          </w:tcPr>
          <w:p w14:paraId="72BACA64" w14:textId="77777777" w:rsidR="00226B14" w:rsidRPr="00F7210B" w:rsidRDefault="00226B14" w:rsidP="00A743B7">
            <w:pPr>
              <w:spacing w:after="0" w:line="240" w:lineRule="auto"/>
              <w:jc w:val="right"/>
              <w:rPr>
                <w:rFonts w:ascii="Calibri" w:eastAsia="Times New Roman" w:hAnsi="Calibri" w:cs="Calibri"/>
                <w:b/>
                <w:bCs/>
                <w:color w:val="000000"/>
                <w:kern w:val="0"/>
                <w:sz w:val="20"/>
                <w:szCs w:val="20"/>
                <w:lang w:eastAsia="en-IN"/>
                <w14:ligatures w14:val="none"/>
              </w:rPr>
            </w:pPr>
            <w:proofErr w:type="spellStart"/>
            <w:proofErr w:type="gramStart"/>
            <w:r>
              <w:rPr>
                <w:rFonts w:ascii="Calibri" w:eastAsia="Times New Roman" w:hAnsi="Calibri" w:cs="Calibri"/>
                <w:b/>
                <w:bCs/>
                <w:color w:val="000000"/>
                <w:kern w:val="0"/>
                <w:sz w:val="20"/>
                <w:szCs w:val="20"/>
                <w:lang w:eastAsia="en-IN"/>
                <w14:ligatures w14:val="none"/>
              </w:rPr>
              <w:lastRenderedPageBreak/>
              <w:t>S.No</w:t>
            </w:r>
            <w:proofErr w:type="spellEnd"/>
            <w:proofErr w:type="gramEnd"/>
          </w:p>
        </w:tc>
        <w:tc>
          <w:tcPr>
            <w:tcW w:w="1840" w:type="dxa"/>
            <w:tcBorders>
              <w:top w:val="single" w:sz="4" w:space="0" w:color="auto"/>
              <w:left w:val="single" w:sz="4" w:space="0" w:color="auto"/>
              <w:bottom w:val="single" w:sz="4" w:space="0" w:color="auto"/>
              <w:right w:val="single" w:sz="4" w:space="0" w:color="auto"/>
            </w:tcBorders>
            <w:noWrap/>
            <w:vAlign w:val="center"/>
          </w:tcPr>
          <w:p w14:paraId="02F35E62" w14:textId="77777777" w:rsidR="00226B14" w:rsidRPr="00F7210B" w:rsidRDefault="00226B14" w:rsidP="00A743B7">
            <w:pPr>
              <w:spacing w:after="0" w:line="240" w:lineRule="auto"/>
              <w:jc w:val="right"/>
              <w:rPr>
                <w:rFonts w:ascii="Calibri" w:eastAsia="Times New Roman" w:hAnsi="Calibri" w:cs="Calibri"/>
                <w:b/>
                <w:bCs/>
                <w:color w:val="000000"/>
                <w:kern w:val="0"/>
                <w:sz w:val="20"/>
                <w:szCs w:val="20"/>
                <w:lang w:eastAsia="en-IN"/>
                <w14:ligatures w14:val="none"/>
              </w:rPr>
            </w:pPr>
            <w:proofErr w:type="spellStart"/>
            <w:r w:rsidRPr="00F7210B">
              <w:rPr>
                <w:rFonts w:ascii="Calibri" w:eastAsia="Times New Roman" w:hAnsi="Calibri" w:cs="Calibri"/>
                <w:b/>
                <w:bCs/>
                <w:color w:val="000000"/>
                <w:kern w:val="0"/>
                <w:sz w:val="20"/>
                <w:szCs w:val="20"/>
                <w:lang w:eastAsia="en-IN"/>
                <w14:ligatures w14:val="none"/>
              </w:rPr>
              <w:t>uid</w:t>
            </w:r>
            <w:proofErr w:type="spellEnd"/>
          </w:p>
        </w:tc>
        <w:tc>
          <w:tcPr>
            <w:tcW w:w="1863" w:type="dxa"/>
            <w:tcBorders>
              <w:top w:val="single" w:sz="4" w:space="0" w:color="auto"/>
              <w:left w:val="nil"/>
              <w:bottom w:val="single" w:sz="4" w:space="0" w:color="auto"/>
              <w:right w:val="single" w:sz="4" w:space="0" w:color="auto"/>
            </w:tcBorders>
            <w:noWrap/>
            <w:vAlign w:val="center"/>
          </w:tcPr>
          <w:p w14:paraId="4D789969" w14:textId="77777777" w:rsidR="00226B14" w:rsidRPr="00F7210B" w:rsidRDefault="00226B14" w:rsidP="00A743B7">
            <w:pPr>
              <w:spacing w:after="0" w:line="240" w:lineRule="auto"/>
              <w:rPr>
                <w:rFonts w:ascii="Calibri" w:eastAsia="Times New Roman" w:hAnsi="Calibri" w:cs="Calibri"/>
                <w:b/>
                <w:bCs/>
                <w:color w:val="000000"/>
                <w:kern w:val="0"/>
                <w:sz w:val="20"/>
                <w:szCs w:val="20"/>
                <w:lang w:eastAsia="en-IN"/>
                <w14:ligatures w14:val="none"/>
              </w:rPr>
            </w:pPr>
            <w:r w:rsidRPr="00F7210B">
              <w:rPr>
                <w:rFonts w:ascii="Calibri" w:eastAsia="Times New Roman" w:hAnsi="Calibri" w:cs="Calibri"/>
                <w:b/>
                <w:bCs/>
                <w:color w:val="000000"/>
                <w:kern w:val="0"/>
                <w:sz w:val="20"/>
                <w:szCs w:val="20"/>
                <w:lang w:eastAsia="en-IN"/>
                <w14:ligatures w14:val="none"/>
              </w:rPr>
              <w:t>Name</w:t>
            </w:r>
          </w:p>
        </w:tc>
        <w:tc>
          <w:tcPr>
            <w:tcW w:w="2421" w:type="dxa"/>
            <w:tcBorders>
              <w:top w:val="single" w:sz="4" w:space="0" w:color="auto"/>
              <w:left w:val="nil"/>
              <w:bottom w:val="single" w:sz="4" w:space="0" w:color="auto"/>
              <w:right w:val="single" w:sz="4" w:space="0" w:color="auto"/>
            </w:tcBorders>
            <w:noWrap/>
            <w:vAlign w:val="center"/>
          </w:tcPr>
          <w:p w14:paraId="26A239C0" w14:textId="77777777" w:rsidR="00226B14" w:rsidRPr="00F7210B" w:rsidRDefault="00226B14" w:rsidP="00A743B7">
            <w:pPr>
              <w:spacing w:after="0" w:line="240" w:lineRule="auto"/>
              <w:rPr>
                <w:rFonts w:ascii="Calibri" w:eastAsia="Times New Roman" w:hAnsi="Calibri" w:cs="Calibri"/>
                <w:b/>
                <w:bCs/>
                <w:color w:val="000000"/>
                <w:kern w:val="0"/>
                <w:sz w:val="20"/>
                <w:szCs w:val="20"/>
                <w:lang w:eastAsia="en-IN"/>
                <w14:ligatures w14:val="none"/>
              </w:rPr>
            </w:pPr>
            <w:r w:rsidRPr="00F7210B">
              <w:rPr>
                <w:rFonts w:ascii="Calibri" w:eastAsia="Times New Roman" w:hAnsi="Calibri" w:cs="Calibri"/>
                <w:b/>
                <w:bCs/>
                <w:color w:val="000000"/>
                <w:kern w:val="0"/>
                <w:sz w:val="20"/>
                <w:szCs w:val="20"/>
                <w:lang w:eastAsia="en-IN"/>
                <w14:ligatures w14:val="none"/>
              </w:rPr>
              <w:t>Subject</w:t>
            </w:r>
          </w:p>
        </w:tc>
      </w:tr>
      <w:tr w:rsidR="00226B14" w:rsidRPr="00F7210B" w14:paraId="631C15B5" w14:textId="77777777" w:rsidTr="00A743B7">
        <w:trPr>
          <w:trHeight w:val="300"/>
        </w:trPr>
        <w:tc>
          <w:tcPr>
            <w:tcW w:w="964" w:type="dxa"/>
            <w:tcBorders>
              <w:top w:val="single" w:sz="4" w:space="0" w:color="auto"/>
              <w:left w:val="single" w:sz="4" w:space="0" w:color="auto"/>
              <w:bottom w:val="single" w:sz="4" w:space="0" w:color="auto"/>
              <w:right w:val="single" w:sz="4" w:space="0" w:color="auto"/>
            </w:tcBorders>
          </w:tcPr>
          <w:p w14:paraId="428A4D7E"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w:t>
            </w:r>
          </w:p>
        </w:tc>
        <w:tc>
          <w:tcPr>
            <w:tcW w:w="1840" w:type="dxa"/>
            <w:tcBorders>
              <w:top w:val="single" w:sz="4" w:space="0" w:color="auto"/>
              <w:left w:val="single" w:sz="4" w:space="0" w:color="auto"/>
              <w:bottom w:val="single" w:sz="4" w:space="0" w:color="auto"/>
              <w:right w:val="single" w:sz="4" w:space="0" w:color="auto"/>
            </w:tcBorders>
            <w:noWrap/>
            <w:vAlign w:val="center"/>
          </w:tcPr>
          <w:p w14:paraId="4ECBA6E6"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111723039001 </w:t>
            </w:r>
          </w:p>
        </w:tc>
        <w:tc>
          <w:tcPr>
            <w:tcW w:w="1863" w:type="dxa"/>
            <w:tcBorders>
              <w:top w:val="single" w:sz="4" w:space="0" w:color="auto"/>
              <w:left w:val="nil"/>
              <w:bottom w:val="single" w:sz="4" w:space="0" w:color="auto"/>
              <w:right w:val="single" w:sz="4" w:space="0" w:color="auto"/>
            </w:tcBorders>
            <w:noWrap/>
            <w:vAlign w:val="center"/>
          </w:tcPr>
          <w:p w14:paraId="75CEB45F"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Sowmya </w:t>
            </w:r>
          </w:p>
        </w:tc>
        <w:tc>
          <w:tcPr>
            <w:tcW w:w="2421" w:type="dxa"/>
            <w:tcBorders>
              <w:top w:val="single" w:sz="4" w:space="0" w:color="auto"/>
              <w:left w:val="nil"/>
              <w:bottom w:val="single" w:sz="4" w:space="0" w:color="auto"/>
              <w:right w:val="single" w:sz="4" w:space="0" w:color="auto"/>
            </w:tcBorders>
            <w:noWrap/>
          </w:tcPr>
          <w:p w14:paraId="15EA9328"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A2941">
              <w:rPr>
                <w:rFonts w:ascii="Calibri" w:eastAsia="Times New Roman" w:hAnsi="Calibri" w:cs="Calibri"/>
                <w:color w:val="000000"/>
                <w:kern w:val="0"/>
                <w:sz w:val="20"/>
                <w:szCs w:val="20"/>
                <w:lang w:eastAsia="en-IN"/>
                <w14:ligatures w14:val="none"/>
              </w:rPr>
              <w:t>Cyber Threat and Intelligence</w:t>
            </w:r>
          </w:p>
        </w:tc>
      </w:tr>
      <w:tr w:rsidR="00226B14" w:rsidRPr="00F7210B" w14:paraId="508513F9" w14:textId="77777777" w:rsidTr="00A743B7">
        <w:trPr>
          <w:trHeight w:val="300"/>
        </w:trPr>
        <w:tc>
          <w:tcPr>
            <w:tcW w:w="964" w:type="dxa"/>
            <w:tcBorders>
              <w:top w:val="single" w:sz="4" w:space="0" w:color="auto"/>
              <w:left w:val="single" w:sz="4" w:space="0" w:color="auto"/>
              <w:bottom w:val="single" w:sz="4" w:space="0" w:color="auto"/>
              <w:right w:val="single" w:sz="4" w:space="0" w:color="auto"/>
            </w:tcBorders>
          </w:tcPr>
          <w:p w14:paraId="4779B917" w14:textId="77777777" w:rsidR="00226B14"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2</w:t>
            </w:r>
          </w:p>
        </w:tc>
        <w:tc>
          <w:tcPr>
            <w:tcW w:w="1840" w:type="dxa"/>
            <w:tcBorders>
              <w:top w:val="single" w:sz="4" w:space="0" w:color="auto"/>
              <w:left w:val="single" w:sz="4" w:space="0" w:color="auto"/>
              <w:bottom w:val="single" w:sz="4" w:space="0" w:color="auto"/>
              <w:right w:val="single" w:sz="4" w:space="0" w:color="auto"/>
            </w:tcBorders>
            <w:noWrap/>
            <w:vAlign w:val="center"/>
          </w:tcPr>
          <w:p w14:paraId="23BE7642"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111723039009 </w:t>
            </w:r>
          </w:p>
        </w:tc>
        <w:tc>
          <w:tcPr>
            <w:tcW w:w="1863" w:type="dxa"/>
            <w:tcBorders>
              <w:top w:val="single" w:sz="4" w:space="0" w:color="auto"/>
              <w:left w:val="nil"/>
              <w:bottom w:val="single" w:sz="4" w:space="0" w:color="auto"/>
              <w:right w:val="single" w:sz="4" w:space="0" w:color="auto"/>
            </w:tcBorders>
            <w:noWrap/>
            <w:vAlign w:val="center"/>
          </w:tcPr>
          <w:p w14:paraId="5CCB7FB7"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L </w:t>
            </w:r>
            <w:proofErr w:type="spellStart"/>
            <w:r w:rsidRPr="00F7210B">
              <w:rPr>
                <w:rFonts w:ascii="Calibri" w:eastAsia="Times New Roman" w:hAnsi="Calibri" w:cs="Calibri"/>
                <w:color w:val="000000"/>
                <w:kern w:val="0"/>
                <w:sz w:val="20"/>
                <w:szCs w:val="20"/>
                <w:lang w:eastAsia="en-IN"/>
                <w14:ligatures w14:val="none"/>
              </w:rPr>
              <w:t>Rajarani</w:t>
            </w:r>
            <w:proofErr w:type="spellEnd"/>
          </w:p>
        </w:tc>
        <w:tc>
          <w:tcPr>
            <w:tcW w:w="2421" w:type="dxa"/>
            <w:tcBorders>
              <w:top w:val="single" w:sz="4" w:space="0" w:color="auto"/>
              <w:left w:val="nil"/>
              <w:bottom w:val="single" w:sz="4" w:space="0" w:color="auto"/>
              <w:right w:val="single" w:sz="4" w:space="0" w:color="auto"/>
            </w:tcBorders>
            <w:noWrap/>
          </w:tcPr>
          <w:p w14:paraId="05EF8319"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A2941">
              <w:rPr>
                <w:rFonts w:ascii="Calibri" w:eastAsia="Times New Roman" w:hAnsi="Calibri" w:cs="Calibri"/>
                <w:color w:val="000000"/>
                <w:kern w:val="0"/>
                <w:sz w:val="20"/>
                <w:szCs w:val="20"/>
                <w:lang w:eastAsia="en-IN"/>
                <w14:ligatures w14:val="none"/>
              </w:rPr>
              <w:t>Cyber Threat and Intelligence</w:t>
            </w:r>
          </w:p>
        </w:tc>
      </w:tr>
      <w:tr w:rsidR="00226B14" w:rsidRPr="00F7210B" w14:paraId="39432663" w14:textId="77777777" w:rsidTr="00A743B7">
        <w:trPr>
          <w:trHeight w:val="300"/>
        </w:trPr>
        <w:tc>
          <w:tcPr>
            <w:tcW w:w="964" w:type="dxa"/>
            <w:tcBorders>
              <w:top w:val="single" w:sz="4" w:space="0" w:color="auto"/>
              <w:left w:val="single" w:sz="4" w:space="0" w:color="auto"/>
              <w:bottom w:val="single" w:sz="4" w:space="0" w:color="auto"/>
              <w:right w:val="single" w:sz="4" w:space="0" w:color="auto"/>
            </w:tcBorders>
          </w:tcPr>
          <w:p w14:paraId="1C5C12A6" w14:textId="77777777" w:rsidR="00226B14"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3</w:t>
            </w:r>
          </w:p>
        </w:tc>
        <w:tc>
          <w:tcPr>
            <w:tcW w:w="1840" w:type="dxa"/>
            <w:tcBorders>
              <w:top w:val="single" w:sz="4" w:space="0" w:color="auto"/>
              <w:left w:val="single" w:sz="4" w:space="0" w:color="auto"/>
              <w:bottom w:val="single" w:sz="4" w:space="0" w:color="auto"/>
              <w:right w:val="single" w:sz="4" w:space="0" w:color="auto"/>
            </w:tcBorders>
            <w:noWrap/>
            <w:vAlign w:val="center"/>
          </w:tcPr>
          <w:p w14:paraId="13441FF5"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111723039014 </w:t>
            </w:r>
          </w:p>
        </w:tc>
        <w:tc>
          <w:tcPr>
            <w:tcW w:w="1863" w:type="dxa"/>
            <w:tcBorders>
              <w:top w:val="single" w:sz="4" w:space="0" w:color="auto"/>
              <w:left w:val="nil"/>
              <w:bottom w:val="single" w:sz="4" w:space="0" w:color="auto"/>
              <w:right w:val="single" w:sz="4" w:space="0" w:color="auto"/>
            </w:tcBorders>
            <w:noWrap/>
            <w:vAlign w:val="center"/>
          </w:tcPr>
          <w:p w14:paraId="378AAF94"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S Lasya Reddy </w:t>
            </w:r>
          </w:p>
        </w:tc>
        <w:tc>
          <w:tcPr>
            <w:tcW w:w="2421" w:type="dxa"/>
            <w:tcBorders>
              <w:top w:val="single" w:sz="4" w:space="0" w:color="auto"/>
              <w:left w:val="nil"/>
              <w:bottom w:val="single" w:sz="4" w:space="0" w:color="auto"/>
              <w:right w:val="single" w:sz="4" w:space="0" w:color="auto"/>
            </w:tcBorders>
            <w:noWrap/>
          </w:tcPr>
          <w:p w14:paraId="5E7E95BC"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A2941">
              <w:rPr>
                <w:rFonts w:ascii="Calibri" w:eastAsia="Times New Roman" w:hAnsi="Calibri" w:cs="Calibri"/>
                <w:color w:val="000000"/>
                <w:kern w:val="0"/>
                <w:sz w:val="20"/>
                <w:szCs w:val="20"/>
                <w:lang w:eastAsia="en-IN"/>
                <w14:ligatures w14:val="none"/>
              </w:rPr>
              <w:t>Cyber Threat and Intelligence</w:t>
            </w:r>
          </w:p>
        </w:tc>
      </w:tr>
      <w:tr w:rsidR="00226B14" w:rsidRPr="00F7210B" w14:paraId="5A160715" w14:textId="77777777" w:rsidTr="00A743B7">
        <w:trPr>
          <w:trHeight w:val="300"/>
        </w:trPr>
        <w:tc>
          <w:tcPr>
            <w:tcW w:w="964" w:type="dxa"/>
            <w:tcBorders>
              <w:top w:val="single" w:sz="4" w:space="0" w:color="auto"/>
              <w:left w:val="single" w:sz="4" w:space="0" w:color="auto"/>
              <w:bottom w:val="single" w:sz="4" w:space="0" w:color="auto"/>
              <w:right w:val="single" w:sz="4" w:space="0" w:color="auto"/>
            </w:tcBorders>
          </w:tcPr>
          <w:p w14:paraId="60247CAE" w14:textId="77777777" w:rsidR="00226B14"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4</w:t>
            </w:r>
          </w:p>
        </w:tc>
        <w:tc>
          <w:tcPr>
            <w:tcW w:w="1840" w:type="dxa"/>
            <w:tcBorders>
              <w:top w:val="single" w:sz="4" w:space="0" w:color="auto"/>
              <w:left w:val="single" w:sz="4" w:space="0" w:color="auto"/>
              <w:bottom w:val="single" w:sz="4" w:space="0" w:color="auto"/>
              <w:right w:val="single" w:sz="4" w:space="0" w:color="auto"/>
            </w:tcBorders>
            <w:noWrap/>
            <w:vAlign w:val="center"/>
          </w:tcPr>
          <w:p w14:paraId="72CFFB72"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111723039018 </w:t>
            </w:r>
          </w:p>
        </w:tc>
        <w:tc>
          <w:tcPr>
            <w:tcW w:w="1863" w:type="dxa"/>
            <w:tcBorders>
              <w:top w:val="single" w:sz="4" w:space="0" w:color="auto"/>
              <w:left w:val="nil"/>
              <w:bottom w:val="single" w:sz="4" w:space="0" w:color="auto"/>
              <w:right w:val="single" w:sz="4" w:space="0" w:color="auto"/>
            </w:tcBorders>
            <w:noWrap/>
            <w:vAlign w:val="center"/>
          </w:tcPr>
          <w:p w14:paraId="2FEE3542"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Aditya </w:t>
            </w:r>
            <w:proofErr w:type="spellStart"/>
            <w:r w:rsidRPr="00F7210B">
              <w:rPr>
                <w:rFonts w:ascii="Calibri" w:eastAsia="Times New Roman" w:hAnsi="Calibri" w:cs="Calibri"/>
                <w:color w:val="000000"/>
                <w:kern w:val="0"/>
                <w:sz w:val="20"/>
                <w:szCs w:val="20"/>
                <w:lang w:eastAsia="en-IN"/>
                <w14:ligatures w14:val="none"/>
              </w:rPr>
              <w:t>kishore</w:t>
            </w:r>
            <w:proofErr w:type="spellEnd"/>
            <w:r w:rsidRPr="00F7210B">
              <w:rPr>
                <w:rFonts w:ascii="Calibri" w:eastAsia="Times New Roman" w:hAnsi="Calibri" w:cs="Calibri"/>
                <w:color w:val="000000"/>
                <w:kern w:val="0"/>
                <w:sz w:val="20"/>
                <w:szCs w:val="20"/>
                <w:lang w:eastAsia="en-IN"/>
                <w14:ligatures w14:val="none"/>
              </w:rPr>
              <w:t xml:space="preserve"> </w:t>
            </w:r>
            <w:proofErr w:type="spellStart"/>
            <w:r w:rsidRPr="00F7210B">
              <w:rPr>
                <w:rFonts w:ascii="Calibri" w:eastAsia="Times New Roman" w:hAnsi="Calibri" w:cs="Calibri"/>
                <w:color w:val="000000"/>
                <w:kern w:val="0"/>
                <w:sz w:val="20"/>
                <w:szCs w:val="20"/>
                <w:lang w:eastAsia="en-IN"/>
                <w14:ligatures w14:val="none"/>
              </w:rPr>
              <w:t>singh</w:t>
            </w:r>
            <w:proofErr w:type="spellEnd"/>
          </w:p>
        </w:tc>
        <w:tc>
          <w:tcPr>
            <w:tcW w:w="2421" w:type="dxa"/>
            <w:tcBorders>
              <w:top w:val="single" w:sz="4" w:space="0" w:color="auto"/>
              <w:left w:val="nil"/>
              <w:bottom w:val="single" w:sz="4" w:space="0" w:color="auto"/>
              <w:right w:val="single" w:sz="4" w:space="0" w:color="auto"/>
            </w:tcBorders>
            <w:noWrap/>
            <w:vAlign w:val="center"/>
          </w:tcPr>
          <w:p w14:paraId="607DEDBB"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47449770" w14:textId="77777777" w:rsidTr="00A743B7">
        <w:trPr>
          <w:trHeight w:val="300"/>
        </w:trPr>
        <w:tc>
          <w:tcPr>
            <w:tcW w:w="964" w:type="dxa"/>
            <w:tcBorders>
              <w:top w:val="nil"/>
              <w:left w:val="single" w:sz="4" w:space="0" w:color="auto"/>
              <w:bottom w:val="single" w:sz="4" w:space="0" w:color="auto"/>
              <w:right w:val="single" w:sz="4" w:space="0" w:color="auto"/>
            </w:tcBorders>
          </w:tcPr>
          <w:p w14:paraId="1A1A9CE7"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5</w:t>
            </w:r>
          </w:p>
        </w:tc>
        <w:tc>
          <w:tcPr>
            <w:tcW w:w="1840" w:type="dxa"/>
            <w:tcBorders>
              <w:top w:val="nil"/>
              <w:left w:val="single" w:sz="4" w:space="0" w:color="auto"/>
              <w:bottom w:val="single" w:sz="4" w:space="0" w:color="auto"/>
              <w:right w:val="single" w:sz="4" w:space="0" w:color="auto"/>
            </w:tcBorders>
            <w:noWrap/>
            <w:vAlign w:val="center"/>
            <w:hideMark/>
          </w:tcPr>
          <w:p w14:paraId="0A020F74"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111723039019 </w:t>
            </w:r>
          </w:p>
        </w:tc>
        <w:tc>
          <w:tcPr>
            <w:tcW w:w="1863" w:type="dxa"/>
            <w:tcBorders>
              <w:top w:val="nil"/>
              <w:left w:val="nil"/>
              <w:bottom w:val="single" w:sz="4" w:space="0" w:color="auto"/>
              <w:right w:val="single" w:sz="4" w:space="0" w:color="auto"/>
            </w:tcBorders>
            <w:noWrap/>
            <w:vAlign w:val="center"/>
            <w:hideMark/>
          </w:tcPr>
          <w:p w14:paraId="0C179E33"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Aryan Gupta</w:t>
            </w:r>
          </w:p>
        </w:tc>
        <w:tc>
          <w:tcPr>
            <w:tcW w:w="2421" w:type="dxa"/>
            <w:tcBorders>
              <w:top w:val="nil"/>
              <w:left w:val="nil"/>
              <w:bottom w:val="single" w:sz="4" w:space="0" w:color="auto"/>
              <w:right w:val="single" w:sz="4" w:space="0" w:color="auto"/>
            </w:tcBorders>
            <w:noWrap/>
            <w:vAlign w:val="center"/>
            <w:hideMark/>
          </w:tcPr>
          <w:p w14:paraId="011CC1D4"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22459D3F" w14:textId="77777777" w:rsidTr="00A743B7">
        <w:trPr>
          <w:trHeight w:val="300"/>
        </w:trPr>
        <w:tc>
          <w:tcPr>
            <w:tcW w:w="964" w:type="dxa"/>
            <w:tcBorders>
              <w:top w:val="nil"/>
              <w:left w:val="single" w:sz="4" w:space="0" w:color="auto"/>
              <w:bottom w:val="single" w:sz="4" w:space="0" w:color="auto"/>
              <w:right w:val="single" w:sz="4" w:space="0" w:color="auto"/>
            </w:tcBorders>
          </w:tcPr>
          <w:p w14:paraId="2D729116"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6</w:t>
            </w:r>
          </w:p>
        </w:tc>
        <w:tc>
          <w:tcPr>
            <w:tcW w:w="1840" w:type="dxa"/>
            <w:tcBorders>
              <w:top w:val="nil"/>
              <w:left w:val="single" w:sz="4" w:space="0" w:color="auto"/>
              <w:bottom w:val="single" w:sz="4" w:space="0" w:color="auto"/>
              <w:right w:val="single" w:sz="4" w:space="0" w:color="auto"/>
            </w:tcBorders>
            <w:noWrap/>
            <w:vAlign w:val="center"/>
            <w:hideMark/>
          </w:tcPr>
          <w:p w14:paraId="1F34BF6D"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111723039020 </w:t>
            </w:r>
          </w:p>
        </w:tc>
        <w:tc>
          <w:tcPr>
            <w:tcW w:w="1863" w:type="dxa"/>
            <w:tcBorders>
              <w:top w:val="nil"/>
              <w:left w:val="nil"/>
              <w:bottom w:val="single" w:sz="4" w:space="0" w:color="auto"/>
              <w:right w:val="single" w:sz="4" w:space="0" w:color="auto"/>
            </w:tcBorders>
            <w:noWrap/>
            <w:vAlign w:val="center"/>
            <w:hideMark/>
          </w:tcPr>
          <w:p w14:paraId="45A0888C"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proofErr w:type="spellStart"/>
            <w:r w:rsidRPr="00F7210B">
              <w:rPr>
                <w:rFonts w:ascii="Calibri" w:eastAsia="Times New Roman" w:hAnsi="Calibri" w:cs="Calibri"/>
                <w:color w:val="000000"/>
                <w:kern w:val="0"/>
                <w:sz w:val="20"/>
                <w:szCs w:val="20"/>
                <w:lang w:eastAsia="en-IN"/>
                <w14:ligatures w14:val="none"/>
              </w:rPr>
              <w:t>Batthula</w:t>
            </w:r>
            <w:proofErr w:type="spellEnd"/>
            <w:r w:rsidRPr="00F7210B">
              <w:rPr>
                <w:rFonts w:ascii="Calibri" w:eastAsia="Times New Roman" w:hAnsi="Calibri" w:cs="Calibri"/>
                <w:color w:val="000000"/>
                <w:kern w:val="0"/>
                <w:sz w:val="20"/>
                <w:szCs w:val="20"/>
                <w:lang w:eastAsia="en-IN"/>
                <w14:ligatures w14:val="none"/>
              </w:rPr>
              <w:t xml:space="preserve"> Vamshi </w:t>
            </w:r>
          </w:p>
        </w:tc>
        <w:tc>
          <w:tcPr>
            <w:tcW w:w="2421" w:type="dxa"/>
            <w:tcBorders>
              <w:top w:val="nil"/>
              <w:left w:val="nil"/>
              <w:bottom w:val="single" w:sz="4" w:space="0" w:color="auto"/>
              <w:right w:val="single" w:sz="4" w:space="0" w:color="auto"/>
            </w:tcBorders>
            <w:noWrap/>
            <w:vAlign w:val="center"/>
            <w:hideMark/>
          </w:tcPr>
          <w:p w14:paraId="3AA3356E"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113796BF" w14:textId="77777777" w:rsidTr="00A743B7">
        <w:trPr>
          <w:trHeight w:val="300"/>
        </w:trPr>
        <w:tc>
          <w:tcPr>
            <w:tcW w:w="964" w:type="dxa"/>
            <w:tcBorders>
              <w:top w:val="nil"/>
              <w:left w:val="single" w:sz="4" w:space="0" w:color="auto"/>
              <w:bottom w:val="single" w:sz="4" w:space="0" w:color="auto"/>
              <w:right w:val="single" w:sz="4" w:space="0" w:color="auto"/>
            </w:tcBorders>
          </w:tcPr>
          <w:p w14:paraId="63AE3D05"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7</w:t>
            </w:r>
          </w:p>
        </w:tc>
        <w:tc>
          <w:tcPr>
            <w:tcW w:w="1840" w:type="dxa"/>
            <w:tcBorders>
              <w:top w:val="nil"/>
              <w:left w:val="single" w:sz="4" w:space="0" w:color="auto"/>
              <w:bottom w:val="single" w:sz="4" w:space="0" w:color="auto"/>
              <w:right w:val="single" w:sz="4" w:space="0" w:color="auto"/>
            </w:tcBorders>
            <w:noWrap/>
            <w:vAlign w:val="center"/>
            <w:hideMark/>
          </w:tcPr>
          <w:p w14:paraId="2E67DF6E"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111723039021 </w:t>
            </w:r>
          </w:p>
        </w:tc>
        <w:tc>
          <w:tcPr>
            <w:tcW w:w="1863" w:type="dxa"/>
            <w:tcBorders>
              <w:top w:val="nil"/>
              <w:left w:val="nil"/>
              <w:bottom w:val="single" w:sz="4" w:space="0" w:color="auto"/>
              <w:right w:val="single" w:sz="4" w:space="0" w:color="auto"/>
            </w:tcBorders>
            <w:noWrap/>
            <w:vAlign w:val="center"/>
            <w:hideMark/>
          </w:tcPr>
          <w:p w14:paraId="61F3470A"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B.</w:t>
            </w:r>
            <w:proofErr w:type="gramStart"/>
            <w:r w:rsidRPr="00F7210B">
              <w:rPr>
                <w:rFonts w:ascii="Calibri" w:eastAsia="Times New Roman" w:hAnsi="Calibri" w:cs="Calibri"/>
                <w:color w:val="000000"/>
                <w:kern w:val="0"/>
                <w:sz w:val="20"/>
                <w:szCs w:val="20"/>
                <w:lang w:eastAsia="en-IN"/>
                <w14:ligatures w14:val="none"/>
              </w:rPr>
              <w:t>K.RISHIKESH</w:t>
            </w:r>
            <w:proofErr w:type="gramEnd"/>
            <w:r w:rsidRPr="00F7210B">
              <w:rPr>
                <w:rFonts w:ascii="Calibri" w:eastAsia="Times New Roman" w:hAnsi="Calibri" w:cs="Calibri"/>
                <w:color w:val="000000"/>
                <w:kern w:val="0"/>
                <w:sz w:val="20"/>
                <w:szCs w:val="20"/>
                <w:lang w:eastAsia="en-IN"/>
                <w14:ligatures w14:val="none"/>
              </w:rPr>
              <w:t xml:space="preserve"> REDDY</w:t>
            </w:r>
          </w:p>
        </w:tc>
        <w:tc>
          <w:tcPr>
            <w:tcW w:w="2421" w:type="dxa"/>
            <w:tcBorders>
              <w:top w:val="nil"/>
              <w:left w:val="nil"/>
              <w:bottom w:val="single" w:sz="4" w:space="0" w:color="auto"/>
              <w:right w:val="single" w:sz="4" w:space="0" w:color="auto"/>
            </w:tcBorders>
            <w:noWrap/>
            <w:vAlign w:val="center"/>
            <w:hideMark/>
          </w:tcPr>
          <w:p w14:paraId="4CF940CB"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394AA273" w14:textId="77777777" w:rsidTr="00A743B7">
        <w:trPr>
          <w:trHeight w:val="300"/>
        </w:trPr>
        <w:tc>
          <w:tcPr>
            <w:tcW w:w="964" w:type="dxa"/>
            <w:tcBorders>
              <w:top w:val="nil"/>
              <w:left w:val="single" w:sz="4" w:space="0" w:color="auto"/>
              <w:bottom w:val="single" w:sz="4" w:space="0" w:color="auto"/>
              <w:right w:val="single" w:sz="4" w:space="0" w:color="auto"/>
            </w:tcBorders>
          </w:tcPr>
          <w:p w14:paraId="1C9EDF8D"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8</w:t>
            </w:r>
          </w:p>
        </w:tc>
        <w:tc>
          <w:tcPr>
            <w:tcW w:w="1840" w:type="dxa"/>
            <w:tcBorders>
              <w:top w:val="nil"/>
              <w:left w:val="single" w:sz="4" w:space="0" w:color="auto"/>
              <w:bottom w:val="single" w:sz="4" w:space="0" w:color="auto"/>
              <w:right w:val="single" w:sz="4" w:space="0" w:color="auto"/>
            </w:tcBorders>
            <w:noWrap/>
            <w:vAlign w:val="center"/>
            <w:hideMark/>
          </w:tcPr>
          <w:p w14:paraId="15F2E69D"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111723039023 </w:t>
            </w:r>
          </w:p>
        </w:tc>
        <w:tc>
          <w:tcPr>
            <w:tcW w:w="1863" w:type="dxa"/>
            <w:tcBorders>
              <w:top w:val="nil"/>
              <w:left w:val="nil"/>
              <w:bottom w:val="single" w:sz="4" w:space="0" w:color="auto"/>
              <w:right w:val="single" w:sz="4" w:space="0" w:color="auto"/>
            </w:tcBorders>
            <w:noWrap/>
            <w:vAlign w:val="center"/>
            <w:hideMark/>
          </w:tcPr>
          <w:p w14:paraId="2285C5F7"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Clemence Kerron</w:t>
            </w:r>
          </w:p>
        </w:tc>
        <w:tc>
          <w:tcPr>
            <w:tcW w:w="2421" w:type="dxa"/>
            <w:tcBorders>
              <w:top w:val="nil"/>
              <w:left w:val="nil"/>
              <w:bottom w:val="single" w:sz="4" w:space="0" w:color="auto"/>
              <w:right w:val="single" w:sz="4" w:space="0" w:color="auto"/>
            </w:tcBorders>
            <w:noWrap/>
            <w:vAlign w:val="center"/>
            <w:hideMark/>
          </w:tcPr>
          <w:p w14:paraId="01085FAA"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115DD894" w14:textId="77777777" w:rsidTr="00A743B7">
        <w:trPr>
          <w:trHeight w:val="300"/>
        </w:trPr>
        <w:tc>
          <w:tcPr>
            <w:tcW w:w="964" w:type="dxa"/>
            <w:tcBorders>
              <w:top w:val="nil"/>
              <w:left w:val="single" w:sz="4" w:space="0" w:color="auto"/>
              <w:bottom w:val="single" w:sz="4" w:space="0" w:color="auto"/>
              <w:right w:val="single" w:sz="4" w:space="0" w:color="auto"/>
            </w:tcBorders>
          </w:tcPr>
          <w:p w14:paraId="7F46D743"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9</w:t>
            </w:r>
          </w:p>
        </w:tc>
        <w:tc>
          <w:tcPr>
            <w:tcW w:w="1840" w:type="dxa"/>
            <w:tcBorders>
              <w:top w:val="nil"/>
              <w:left w:val="single" w:sz="4" w:space="0" w:color="auto"/>
              <w:bottom w:val="single" w:sz="4" w:space="0" w:color="auto"/>
              <w:right w:val="single" w:sz="4" w:space="0" w:color="auto"/>
            </w:tcBorders>
            <w:noWrap/>
            <w:vAlign w:val="center"/>
            <w:hideMark/>
          </w:tcPr>
          <w:p w14:paraId="5BBD2790"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111723039024 </w:t>
            </w:r>
          </w:p>
        </w:tc>
        <w:tc>
          <w:tcPr>
            <w:tcW w:w="1863" w:type="dxa"/>
            <w:tcBorders>
              <w:top w:val="nil"/>
              <w:left w:val="nil"/>
              <w:bottom w:val="single" w:sz="4" w:space="0" w:color="auto"/>
              <w:right w:val="single" w:sz="4" w:space="0" w:color="auto"/>
            </w:tcBorders>
            <w:noWrap/>
            <w:vAlign w:val="center"/>
            <w:hideMark/>
          </w:tcPr>
          <w:p w14:paraId="02A3B3D4"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Durga prasad</w:t>
            </w:r>
          </w:p>
        </w:tc>
        <w:tc>
          <w:tcPr>
            <w:tcW w:w="2421" w:type="dxa"/>
            <w:tcBorders>
              <w:top w:val="nil"/>
              <w:left w:val="nil"/>
              <w:bottom w:val="single" w:sz="4" w:space="0" w:color="auto"/>
              <w:right w:val="single" w:sz="4" w:space="0" w:color="auto"/>
            </w:tcBorders>
            <w:noWrap/>
            <w:vAlign w:val="center"/>
            <w:hideMark/>
          </w:tcPr>
          <w:p w14:paraId="5D3690CC"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34CD8583" w14:textId="77777777" w:rsidTr="00A743B7">
        <w:trPr>
          <w:trHeight w:val="300"/>
        </w:trPr>
        <w:tc>
          <w:tcPr>
            <w:tcW w:w="964" w:type="dxa"/>
            <w:tcBorders>
              <w:top w:val="nil"/>
              <w:left w:val="single" w:sz="4" w:space="0" w:color="auto"/>
              <w:bottom w:val="single" w:sz="4" w:space="0" w:color="auto"/>
              <w:right w:val="single" w:sz="4" w:space="0" w:color="auto"/>
            </w:tcBorders>
          </w:tcPr>
          <w:p w14:paraId="584A508C"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10</w:t>
            </w:r>
          </w:p>
        </w:tc>
        <w:tc>
          <w:tcPr>
            <w:tcW w:w="1840" w:type="dxa"/>
            <w:tcBorders>
              <w:top w:val="nil"/>
              <w:left w:val="single" w:sz="4" w:space="0" w:color="auto"/>
              <w:bottom w:val="single" w:sz="4" w:space="0" w:color="auto"/>
              <w:right w:val="single" w:sz="4" w:space="0" w:color="auto"/>
            </w:tcBorders>
            <w:noWrap/>
            <w:vAlign w:val="center"/>
            <w:hideMark/>
          </w:tcPr>
          <w:p w14:paraId="36010033"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111723039025 </w:t>
            </w:r>
          </w:p>
        </w:tc>
        <w:tc>
          <w:tcPr>
            <w:tcW w:w="1863" w:type="dxa"/>
            <w:tcBorders>
              <w:top w:val="nil"/>
              <w:left w:val="nil"/>
              <w:bottom w:val="single" w:sz="4" w:space="0" w:color="auto"/>
              <w:right w:val="single" w:sz="4" w:space="0" w:color="auto"/>
            </w:tcBorders>
            <w:noWrap/>
            <w:vAlign w:val="center"/>
            <w:hideMark/>
          </w:tcPr>
          <w:p w14:paraId="5F71693C"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proofErr w:type="spellStart"/>
            <w:r w:rsidRPr="00F7210B">
              <w:rPr>
                <w:rFonts w:ascii="Calibri" w:eastAsia="Times New Roman" w:hAnsi="Calibri" w:cs="Calibri"/>
                <w:color w:val="000000"/>
                <w:kern w:val="0"/>
                <w:sz w:val="20"/>
                <w:szCs w:val="20"/>
                <w:lang w:eastAsia="en-IN"/>
                <w14:ligatures w14:val="none"/>
              </w:rPr>
              <w:t>Gabbula</w:t>
            </w:r>
            <w:proofErr w:type="spellEnd"/>
            <w:r w:rsidRPr="00F7210B">
              <w:rPr>
                <w:rFonts w:ascii="Calibri" w:eastAsia="Times New Roman" w:hAnsi="Calibri" w:cs="Calibri"/>
                <w:color w:val="000000"/>
                <w:kern w:val="0"/>
                <w:sz w:val="20"/>
                <w:szCs w:val="20"/>
                <w:lang w:eastAsia="en-IN"/>
                <w14:ligatures w14:val="none"/>
              </w:rPr>
              <w:t xml:space="preserve"> Sai </w:t>
            </w:r>
            <w:proofErr w:type="spellStart"/>
            <w:r w:rsidRPr="00F7210B">
              <w:rPr>
                <w:rFonts w:ascii="Calibri" w:eastAsia="Times New Roman" w:hAnsi="Calibri" w:cs="Calibri"/>
                <w:color w:val="000000"/>
                <w:kern w:val="0"/>
                <w:sz w:val="20"/>
                <w:szCs w:val="20"/>
                <w:lang w:eastAsia="en-IN"/>
                <w14:ligatures w14:val="none"/>
              </w:rPr>
              <w:t>teja</w:t>
            </w:r>
            <w:proofErr w:type="spellEnd"/>
          </w:p>
        </w:tc>
        <w:tc>
          <w:tcPr>
            <w:tcW w:w="2421" w:type="dxa"/>
            <w:tcBorders>
              <w:top w:val="nil"/>
              <w:left w:val="nil"/>
              <w:bottom w:val="single" w:sz="4" w:space="0" w:color="auto"/>
              <w:right w:val="single" w:sz="4" w:space="0" w:color="auto"/>
            </w:tcBorders>
            <w:noWrap/>
            <w:vAlign w:val="center"/>
            <w:hideMark/>
          </w:tcPr>
          <w:p w14:paraId="1CDF124B"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41FA10CD" w14:textId="77777777" w:rsidTr="00A743B7">
        <w:trPr>
          <w:trHeight w:val="300"/>
        </w:trPr>
        <w:tc>
          <w:tcPr>
            <w:tcW w:w="964" w:type="dxa"/>
            <w:tcBorders>
              <w:top w:val="nil"/>
              <w:left w:val="single" w:sz="4" w:space="0" w:color="auto"/>
              <w:bottom w:val="single" w:sz="4" w:space="0" w:color="auto"/>
              <w:right w:val="single" w:sz="4" w:space="0" w:color="auto"/>
            </w:tcBorders>
          </w:tcPr>
          <w:p w14:paraId="4B87CA41"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11</w:t>
            </w:r>
          </w:p>
        </w:tc>
        <w:tc>
          <w:tcPr>
            <w:tcW w:w="1840" w:type="dxa"/>
            <w:tcBorders>
              <w:top w:val="nil"/>
              <w:left w:val="single" w:sz="4" w:space="0" w:color="auto"/>
              <w:bottom w:val="single" w:sz="4" w:space="0" w:color="auto"/>
              <w:right w:val="single" w:sz="4" w:space="0" w:color="auto"/>
            </w:tcBorders>
            <w:noWrap/>
            <w:vAlign w:val="center"/>
            <w:hideMark/>
          </w:tcPr>
          <w:p w14:paraId="33670D62"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111723039026 </w:t>
            </w:r>
          </w:p>
        </w:tc>
        <w:tc>
          <w:tcPr>
            <w:tcW w:w="1863" w:type="dxa"/>
            <w:tcBorders>
              <w:top w:val="nil"/>
              <w:left w:val="nil"/>
              <w:bottom w:val="single" w:sz="4" w:space="0" w:color="auto"/>
              <w:right w:val="single" w:sz="4" w:space="0" w:color="auto"/>
            </w:tcBorders>
            <w:noWrap/>
            <w:vAlign w:val="center"/>
            <w:hideMark/>
          </w:tcPr>
          <w:p w14:paraId="1379466A"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Paul Thomas </w:t>
            </w:r>
          </w:p>
        </w:tc>
        <w:tc>
          <w:tcPr>
            <w:tcW w:w="2421" w:type="dxa"/>
            <w:tcBorders>
              <w:top w:val="nil"/>
              <w:left w:val="nil"/>
              <w:bottom w:val="single" w:sz="4" w:space="0" w:color="auto"/>
              <w:right w:val="single" w:sz="4" w:space="0" w:color="auto"/>
            </w:tcBorders>
            <w:noWrap/>
            <w:vAlign w:val="center"/>
            <w:hideMark/>
          </w:tcPr>
          <w:p w14:paraId="2E8F13DF"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3A224C9A" w14:textId="77777777" w:rsidTr="00A743B7">
        <w:trPr>
          <w:trHeight w:val="300"/>
        </w:trPr>
        <w:tc>
          <w:tcPr>
            <w:tcW w:w="964" w:type="dxa"/>
            <w:tcBorders>
              <w:top w:val="nil"/>
              <w:left w:val="single" w:sz="4" w:space="0" w:color="auto"/>
              <w:bottom w:val="single" w:sz="4" w:space="0" w:color="auto"/>
              <w:right w:val="single" w:sz="4" w:space="0" w:color="auto"/>
            </w:tcBorders>
          </w:tcPr>
          <w:p w14:paraId="31636A8E"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12</w:t>
            </w:r>
          </w:p>
        </w:tc>
        <w:tc>
          <w:tcPr>
            <w:tcW w:w="1840" w:type="dxa"/>
            <w:tcBorders>
              <w:top w:val="nil"/>
              <w:left w:val="single" w:sz="4" w:space="0" w:color="auto"/>
              <w:bottom w:val="single" w:sz="4" w:space="0" w:color="auto"/>
              <w:right w:val="single" w:sz="4" w:space="0" w:color="auto"/>
            </w:tcBorders>
            <w:noWrap/>
            <w:vAlign w:val="center"/>
            <w:hideMark/>
          </w:tcPr>
          <w:p w14:paraId="4DFB9A82"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111723039027 </w:t>
            </w:r>
          </w:p>
        </w:tc>
        <w:tc>
          <w:tcPr>
            <w:tcW w:w="1863" w:type="dxa"/>
            <w:tcBorders>
              <w:top w:val="nil"/>
              <w:left w:val="nil"/>
              <w:bottom w:val="single" w:sz="4" w:space="0" w:color="auto"/>
              <w:right w:val="single" w:sz="4" w:space="0" w:color="auto"/>
            </w:tcBorders>
            <w:noWrap/>
            <w:vAlign w:val="center"/>
            <w:hideMark/>
          </w:tcPr>
          <w:p w14:paraId="48634DA9"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Hamad Saleh Mahfooz</w:t>
            </w:r>
          </w:p>
        </w:tc>
        <w:tc>
          <w:tcPr>
            <w:tcW w:w="2421" w:type="dxa"/>
            <w:tcBorders>
              <w:top w:val="nil"/>
              <w:left w:val="nil"/>
              <w:bottom w:val="single" w:sz="4" w:space="0" w:color="auto"/>
              <w:right w:val="single" w:sz="4" w:space="0" w:color="auto"/>
            </w:tcBorders>
            <w:noWrap/>
            <w:vAlign w:val="center"/>
            <w:hideMark/>
          </w:tcPr>
          <w:p w14:paraId="24A71D78"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7BEC71C5" w14:textId="77777777" w:rsidTr="00A743B7">
        <w:trPr>
          <w:trHeight w:val="300"/>
        </w:trPr>
        <w:tc>
          <w:tcPr>
            <w:tcW w:w="964" w:type="dxa"/>
            <w:tcBorders>
              <w:top w:val="nil"/>
              <w:left w:val="single" w:sz="4" w:space="0" w:color="auto"/>
              <w:bottom w:val="single" w:sz="4" w:space="0" w:color="auto"/>
              <w:right w:val="single" w:sz="4" w:space="0" w:color="auto"/>
            </w:tcBorders>
          </w:tcPr>
          <w:p w14:paraId="50E178C6"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13</w:t>
            </w:r>
          </w:p>
        </w:tc>
        <w:tc>
          <w:tcPr>
            <w:tcW w:w="1840" w:type="dxa"/>
            <w:tcBorders>
              <w:top w:val="nil"/>
              <w:left w:val="single" w:sz="4" w:space="0" w:color="auto"/>
              <w:bottom w:val="single" w:sz="4" w:space="0" w:color="auto"/>
              <w:right w:val="single" w:sz="4" w:space="0" w:color="auto"/>
            </w:tcBorders>
            <w:noWrap/>
            <w:vAlign w:val="center"/>
            <w:hideMark/>
          </w:tcPr>
          <w:p w14:paraId="74E3330C"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111723039028 </w:t>
            </w:r>
          </w:p>
        </w:tc>
        <w:tc>
          <w:tcPr>
            <w:tcW w:w="1863" w:type="dxa"/>
            <w:tcBorders>
              <w:top w:val="nil"/>
              <w:left w:val="nil"/>
              <w:bottom w:val="single" w:sz="4" w:space="0" w:color="auto"/>
              <w:right w:val="single" w:sz="4" w:space="0" w:color="auto"/>
            </w:tcBorders>
            <w:noWrap/>
            <w:vAlign w:val="center"/>
            <w:hideMark/>
          </w:tcPr>
          <w:p w14:paraId="4B2A3B82"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Sathish</w:t>
            </w:r>
          </w:p>
        </w:tc>
        <w:tc>
          <w:tcPr>
            <w:tcW w:w="2421" w:type="dxa"/>
            <w:tcBorders>
              <w:top w:val="nil"/>
              <w:left w:val="nil"/>
              <w:bottom w:val="single" w:sz="4" w:space="0" w:color="auto"/>
              <w:right w:val="single" w:sz="4" w:space="0" w:color="auto"/>
            </w:tcBorders>
            <w:noWrap/>
            <w:vAlign w:val="center"/>
            <w:hideMark/>
          </w:tcPr>
          <w:p w14:paraId="2E39D6A6"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4700746A" w14:textId="77777777" w:rsidTr="00A743B7">
        <w:trPr>
          <w:trHeight w:val="300"/>
        </w:trPr>
        <w:tc>
          <w:tcPr>
            <w:tcW w:w="964" w:type="dxa"/>
            <w:tcBorders>
              <w:top w:val="nil"/>
              <w:left w:val="single" w:sz="4" w:space="0" w:color="auto"/>
              <w:bottom w:val="single" w:sz="4" w:space="0" w:color="auto"/>
              <w:right w:val="single" w:sz="4" w:space="0" w:color="auto"/>
            </w:tcBorders>
          </w:tcPr>
          <w:p w14:paraId="38D5A01B"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14</w:t>
            </w:r>
          </w:p>
        </w:tc>
        <w:tc>
          <w:tcPr>
            <w:tcW w:w="1840" w:type="dxa"/>
            <w:tcBorders>
              <w:top w:val="nil"/>
              <w:left w:val="single" w:sz="4" w:space="0" w:color="auto"/>
              <w:bottom w:val="single" w:sz="4" w:space="0" w:color="auto"/>
              <w:right w:val="single" w:sz="4" w:space="0" w:color="auto"/>
            </w:tcBorders>
            <w:noWrap/>
            <w:vAlign w:val="center"/>
            <w:hideMark/>
          </w:tcPr>
          <w:p w14:paraId="766C0A4A"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111723039030 </w:t>
            </w:r>
          </w:p>
        </w:tc>
        <w:tc>
          <w:tcPr>
            <w:tcW w:w="1863" w:type="dxa"/>
            <w:tcBorders>
              <w:top w:val="nil"/>
              <w:left w:val="nil"/>
              <w:bottom w:val="single" w:sz="4" w:space="0" w:color="auto"/>
              <w:right w:val="single" w:sz="4" w:space="0" w:color="auto"/>
            </w:tcBorders>
            <w:noWrap/>
            <w:vAlign w:val="center"/>
            <w:hideMark/>
          </w:tcPr>
          <w:p w14:paraId="29D3BAF6"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Varun </w:t>
            </w:r>
          </w:p>
        </w:tc>
        <w:tc>
          <w:tcPr>
            <w:tcW w:w="2421" w:type="dxa"/>
            <w:tcBorders>
              <w:top w:val="nil"/>
              <w:left w:val="nil"/>
              <w:bottom w:val="single" w:sz="4" w:space="0" w:color="auto"/>
              <w:right w:val="single" w:sz="4" w:space="0" w:color="auto"/>
            </w:tcBorders>
            <w:noWrap/>
            <w:vAlign w:val="center"/>
            <w:hideMark/>
          </w:tcPr>
          <w:p w14:paraId="3AB82F6E"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03F4094B" w14:textId="77777777" w:rsidTr="00A743B7">
        <w:trPr>
          <w:trHeight w:val="300"/>
        </w:trPr>
        <w:tc>
          <w:tcPr>
            <w:tcW w:w="964" w:type="dxa"/>
            <w:tcBorders>
              <w:top w:val="nil"/>
              <w:left w:val="single" w:sz="4" w:space="0" w:color="auto"/>
              <w:bottom w:val="single" w:sz="4" w:space="0" w:color="auto"/>
              <w:right w:val="single" w:sz="4" w:space="0" w:color="auto"/>
            </w:tcBorders>
          </w:tcPr>
          <w:p w14:paraId="777EDE19"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15</w:t>
            </w:r>
          </w:p>
        </w:tc>
        <w:tc>
          <w:tcPr>
            <w:tcW w:w="1840" w:type="dxa"/>
            <w:tcBorders>
              <w:top w:val="nil"/>
              <w:left w:val="single" w:sz="4" w:space="0" w:color="auto"/>
              <w:bottom w:val="single" w:sz="4" w:space="0" w:color="auto"/>
              <w:right w:val="single" w:sz="4" w:space="0" w:color="auto"/>
            </w:tcBorders>
            <w:noWrap/>
            <w:vAlign w:val="center"/>
            <w:hideMark/>
          </w:tcPr>
          <w:p w14:paraId="591B4BE2"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111723039034 </w:t>
            </w:r>
          </w:p>
        </w:tc>
        <w:tc>
          <w:tcPr>
            <w:tcW w:w="1863" w:type="dxa"/>
            <w:tcBorders>
              <w:top w:val="nil"/>
              <w:left w:val="nil"/>
              <w:bottom w:val="single" w:sz="4" w:space="0" w:color="auto"/>
              <w:right w:val="single" w:sz="4" w:space="0" w:color="auto"/>
            </w:tcBorders>
            <w:noWrap/>
            <w:vAlign w:val="center"/>
            <w:hideMark/>
          </w:tcPr>
          <w:p w14:paraId="073AFF09"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Yashwanth</w:t>
            </w:r>
          </w:p>
        </w:tc>
        <w:tc>
          <w:tcPr>
            <w:tcW w:w="2421" w:type="dxa"/>
            <w:tcBorders>
              <w:top w:val="nil"/>
              <w:left w:val="nil"/>
              <w:bottom w:val="single" w:sz="4" w:space="0" w:color="auto"/>
              <w:right w:val="single" w:sz="4" w:space="0" w:color="auto"/>
            </w:tcBorders>
            <w:noWrap/>
            <w:vAlign w:val="center"/>
            <w:hideMark/>
          </w:tcPr>
          <w:p w14:paraId="7D56BF41"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66BB791C" w14:textId="77777777" w:rsidTr="00A743B7">
        <w:trPr>
          <w:trHeight w:val="300"/>
        </w:trPr>
        <w:tc>
          <w:tcPr>
            <w:tcW w:w="964" w:type="dxa"/>
            <w:tcBorders>
              <w:top w:val="nil"/>
              <w:left w:val="single" w:sz="4" w:space="0" w:color="auto"/>
              <w:bottom w:val="single" w:sz="4" w:space="0" w:color="auto"/>
              <w:right w:val="single" w:sz="4" w:space="0" w:color="auto"/>
            </w:tcBorders>
          </w:tcPr>
          <w:p w14:paraId="44152C48"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16</w:t>
            </w:r>
          </w:p>
        </w:tc>
        <w:tc>
          <w:tcPr>
            <w:tcW w:w="1840" w:type="dxa"/>
            <w:tcBorders>
              <w:top w:val="nil"/>
              <w:left w:val="single" w:sz="4" w:space="0" w:color="auto"/>
              <w:bottom w:val="single" w:sz="4" w:space="0" w:color="auto"/>
              <w:right w:val="single" w:sz="4" w:space="0" w:color="auto"/>
            </w:tcBorders>
            <w:noWrap/>
            <w:vAlign w:val="center"/>
            <w:hideMark/>
          </w:tcPr>
          <w:p w14:paraId="7B509C2C"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111723039037 </w:t>
            </w:r>
          </w:p>
        </w:tc>
        <w:tc>
          <w:tcPr>
            <w:tcW w:w="1863" w:type="dxa"/>
            <w:tcBorders>
              <w:top w:val="nil"/>
              <w:left w:val="nil"/>
              <w:bottom w:val="single" w:sz="4" w:space="0" w:color="auto"/>
              <w:right w:val="single" w:sz="4" w:space="0" w:color="auto"/>
            </w:tcBorders>
            <w:noWrap/>
            <w:vAlign w:val="center"/>
            <w:hideMark/>
          </w:tcPr>
          <w:p w14:paraId="5E8431E7"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M </w:t>
            </w:r>
            <w:proofErr w:type="spellStart"/>
            <w:r w:rsidRPr="00F7210B">
              <w:rPr>
                <w:rFonts w:ascii="Calibri" w:eastAsia="Times New Roman" w:hAnsi="Calibri" w:cs="Calibri"/>
                <w:color w:val="000000"/>
                <w:kern w:val="0"/>
                <w:sz w:val="20"/>
                <w:szCs w:val="20"/>
                <w:lang w:eastAsia="en-IN"/>
                <w14:ligatures w14:val="none"/>
              </w:rPr>
              <w:t>sampath</w:t>
            </w:r>
            <w:proofErr w:type="spellEnd"/>
            <w:r w:rsidRPr="00F7210B">
              <w:rPr>
                <w:rFonts w:ascii="Calibri" w:eastAsia="Times New Roman" w:hAnsi="Calibri" w:cs="Calibri"/>
                <w:color w:val="000000"/>
                <w:kern w:val="0"/>
                <w:sz w:val="20"/>
                <w:szCs w:val="20"/>
                <w:lang w:eastAsia="en-IN"/>
                <w14:ligatures w14:val="none"/>
              </w:rPr>
              <w:t xml:space="preserve"> </w:t>
            </w:r>
          </w:p>
        </w:tc>
        <w:tc>
          <w:tcPr>
            <w:tcW w:w="2421" w:type="dxa"/>
            <w:tcBorders>
              <w:top w:val="nil"/>
              <w:left w:val="nil"/>
              <w:bottom w:val="single" w:sz="4" w:space="0" w:color="auto"/>
              <w:right w:val="single" w:sz="4" w:space="0" w:color="auto"/>
            </w:tcBorders>
            <w:noWrap/>
            <w:vAlign w:val="center"/>
            <w:hideMark/>
          </w:tcPr>
          <w:p w14:paraId="107B56BE"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23F88443" w14:textId="77777777" w:rsidTr="00A743B7">
        <w:trPr>
          <w:trHeight w:val="300"/>
        </w:trPr>
        <w:tc>
          <w:tcPr>
            <w:tcW w:w="964" w:type="dxa"/>
            <w:tcBorders>
              <w:top w:val="nil"/>
              <w:left w:val="single" w:sz="4" w:space="0" w:color="auto"/>
              <w:bottom w:val="single" w:sz="4" w:space="0" w:color="auto"/>
              <w:right w:val="single" w:sz="4" w:space="0" w:color="auto"/>
            </w:tcBorders>
          </w:tcPr>
          <w:p w14:paraId="412208F4"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17</w:t>
            </w:r>
          </w:p>
        </w:tc>
        <w:tc>
          <w:tcPr>
            <w:tcW w:w="1840" w:type="dxa"/>
            <w:tcBorders>
              <w:top w:val="nil"/>
              <w:left w:val="single" w:sz="4" w:space="0" w:color="auto"/>
              <w:bottom w:val="single" w:sz="4" w:space="0" w:color="auto"/>
              <w:right w:val="single" w:sz="4" w:space="0" w:color="auto"/>
            </w:tcBorders>
            <w:noWrap/>
            <w:vAlign w:val="center"/>
            <w:hideMark/>
          </w:tcPr>
          <w:p w14:paraId="51BE540D"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111723039040 </w:t>
            </w:r>
          </w:p>
        </w:tc>
        <w:tc>
          <w:tcPr>
            <w:tcW w:w="1863" w:type="dxa"/>
            <w:tcBorders>
              <w:top w:val="nil"/>
              <w:left w:val="nil"/>
              <w:bottom w:val="single" w:sz="4" w:space="0" w:color="auto"/>
              <w:right w:val="single" w:sz="4" w:space="0" w:color="auto"/>
            </w:tcBorders>
            <w:noWrap/>
            <w:vAlign w:val="center"/>
            <w:hideMark/>
          </w:tcPr>
          <w:p w14:paraId="0DAB67A5"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Varshith Pasala</w:t>
            </w:r>
          </w:p>
        </w:tc>
        <w:tc>
          <w:tcPr>
            <w:tcW w:w="2421" w:type="dxa"/>
            <w:tcBorders>
              <w:top w:val="nil"/>
              <w:left w:val="nil"/>
              <w:bottom w:val="single" w:sz="4" w:space="0" w:color="auto"/>
              <w:right w:val="single" w:sz="4" w:space="0" w:color="auto"/>
            </w:tcBorders>
            <w:noWrap/>
            <w:vAlign w:val="center"/>
            <w:hideMark/>
          </w:tcPr>
          <w:p w14:paraId="03B3CE28"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7DB64588" w14:textId="77777777" w:rsidTr="00A743B7">
        <w:trPr>
          <w:trHeight w:val="300"/>
        </w:trPr>
        <w:tc>
          <w:tcPr>
            <w:tcW w:w="964" w:type="dxa"/>
            <w:tcBorders>
              <w:top w:val="nil"/>
              <w:left w:val="single" w:sz="4" w:space="0" w:color="auto"/>
              <w:bottom w:val="single" w:sz="4" w:space="0" w:color="auto"/>
              <w:right w:val="single" w:sz="4" w:space="0" w:color="auto"/>
            </w:tcBorders>
          </w:tcPr>
          <w:p w14:paraId="0FF6CCDE"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18</w:t>
            </w:r>
          </w:p>
        </w:tc>
        <w:tc>
          <w:tcPr>
            <w:tcW w:w="1840" w:type="dxa"/>
            <w:tcBorders>
              <w:top w:val="nil"/>
              <w:left w:val="single" w:sz="4" w:space="0" w:color="auto"/>
              <w:bottom w:val="single" w:sz="4" w:space="0" w:color="auto"/>
              <w:right w:val="single" w:sz="4" w:space="0" w:color="auto"/>
            </w:tcBorders>
            <w:noWrap/>
            <w:vAlign w:val="center"/>
          </w:tcPr>
          <w:p w14:paraId="0A1E21EA"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111723039042 </w:t>
            </w:r>
          </w:p>
        </w:tc>
        <w:tc>
          <w:tcPr>
            <w:tcW w:w="1863" w:type="dxa"/>
            <w:tcBorders>
              <w:top w:val="nil"/>
              <w:left w:val="nil"/>
              <w:bottom w:val="single" w:sz="4" w:space="0" w:color="auto"/>
              <w:right w:val="single" w:sz="4" w:space="0" w:color="auto"/>
            </w:tcBorders>
            <w:noWrap/>
            <w:vAlign w:val="center"/>
          </w:tcPr>
          <w:p w14:paraId="4107C980"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P MANIKANTA </w:t>
            </w:r>
          </w:p>
        </w:tc>
        <w:tc>
          <w:tcPr>
            <w:tcW w:w="2421" w:type="dxa"/>
            <w:tcBorders>
              <w:top w:val="nil"/>
              <w:left w:val="nil"/>
              <w:bottom w:val="single" w:sz="4" w:space="0" w:color="auto"/>
              <w:right w:val="single" w:sz="4" w:space="0" w:color="auto"/>
            </w:tcBorders>
            <w:noWrap/>
            <w:vAlign w:val="center"/>
            <w:hideMark/>
          </w:tcPr>
          <w:p w14:paraId="62CA15E1"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1121E78E" w14:textId="77777777" w:rsidTr="00A743B7">
        <w:trPr>
          <w:trHeight w:val="300"/>
        </w:trPr>
        <w:tc>
          <w:tcPr>
            <w:tcW w:w="964" w:type="dxa"/>
            <w:tcBorders>
              <w:top w:val="nil"/>
              <w:left w:val="single" w:sz="4" w:space="0" w:color="auto"/>
              <w:bottom w:val="single" w:sz="4" w:space="0" w:color="auto"/>
              <w:right w:val="single" w:sz="4" w:space="0" w:color="auto"/>
            </w:tcBorders>
          </w:tcPr>
          <w:p w14:paraId="549668B8"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19</w:t>
            </w:r>
          </w:p>
        </w:tc>
        <w:tc>
          <w:tcPr>
            <w:tcW w:w="1840" w:type="dxa"/>
            <w:tcBorders>
              <w:top w:val="nil"/>
              <w:left w:val="single" w:sz="4" w:space="0" w:color="auto"/>
              <w:bottom w:val="single" w:sz="4" w:space="0" w:color="auto"/>
              <w:right w:val="single" w:sz="4" w:space="0" w:color="auto"/>
            </w:tcBorders>
            <w:noWrap/>
            <w:vAlign w:val="center"/>
          </w:tcPr>
          <w:p w14:paraId="293C2D7E"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111723039043 </w:t>
            </w:r>
          </w:p>
        </w:tc>
        <w:tc>
          <w:tcPr>
            <w:tcW w:w="1863" w:type="dxa"/>
            <w:tcBorders>
              <w:top w:val="nil"/>
              <w:left w:val="nil"/>
              <w:bottom w:val="single" w:sz="4" w:space="0" w:color="auto"/>
              <w:right w:val="single" w:sz="4" w:space="0" w:color="auto"/>
            </w:tcBorders>
            <w:noWrap/>
            <w:vAlign w:val="center"/>
          </w:tcPr>
          <w:p w14:paraId="04A9FBAA"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P S SHIVA KUMAR </w:t>
            </w:r>
          </w:p>
        </w:tc>
        <w:tc>
          <w:tcPr>
            <w:tcW w:w="2421" w:type="dxa"/>
            <w:tcBorders>
              <w:top w:val="nil"/>
              <w:left w:val="nil"/>
              <w:bottom w:val="single" w:sz="4" w:space="0" w:color="auto"/>
              <w:right w:val="single" w:sz="4" w:space="0" w:color="auto"/>
            </w:tcBorders>
            <w:noWrap/>
            <w:vAlign w:val="center"/>
            <w:hideMark/>
          </w:tcPr>
          <w:p w14:paraId="082867C7"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085C61E5" w14:textId="77777777" w:rsidTr="00A743B7">
        <w:trPr>
          <w:trHeight w:val="300"/>
        </w:trPr>
        <w:tc>
          <w:tcPr>
            <w:tcW w:w="964" w:type="dxa"/>
            <w:tcBorders>
              <w:top w:val="nil"/>
              <w:left w:val="single" w:sz="4" w:space="0" w:color="auto"/>
              <w:bottom w:val="single" w:sz="4" w:space="0" w:color="auto"/>
              <w:right w:val="single" w:sz="4" w:space="0" w:color="auto"/>
            </w:tcBorders>
          </w:tcPr>
          <w:p w14:paraId="5CBCF725"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20</w:t>
            </w:r>
          </w:p>
        </w:tc>
        <w:tc>
          <w:tcPr>
            <w:tcW w:w="1840" w:type="dxa"/>
            <w:tcBorders>
              <w:top w:val="nil"/>
              <w:left w:val="single" w:sz="4" w:space="0" w:color="auto"/>
              <w:bottom w:val="single" w:sz="4" w:space="0" w:color="auto"/>
              <w:right w:val="single" w:sz="4" w:space="0" w:color="auto"/>
            </w:tcBorders>
            <w:noWrap/>
            <w:vAlign w:val="center"/>
          </w:tcPr>
          <w:p w14:paraId="586227FF"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111723039044 </w:t>
            </w:r>
          </w:p>
        </w:tc>
        <w:tc>
          <w:tcPr>
            <w:tcW w:w="1863" w:type="dxa"/>
            <w:tcBorders>
              <w:top w:val="nil"/>
              <w:left w:val="nil"/>
              <w:bottom w:val="single" w:sz="4" w:space="0" w:color="auto"/>
              <w:right w:val="single" w:sz="4" w:space="0" w:color="auto"/>
            </w:tcBorders>
            <w:noWrap/>
            <w:vAlign w:val="center"/>
          </w:tcPr>
          <w:p w14:paraId="48A54E82"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proofErr w:type="spellStart"/>
            <w:r w:rsidRPr="00F7210B">
              <w:rPr>
                <w:rFonts w:ascii="Calibri" w:eastAsia="Times New Roman" w:hAnsi="Calibri" w:cs="Calibri"/>
                <w:color w:val="000000"/>
                <w:kern w:val="0"/>
                <w:sz w:val="20"/>
                <w:szCs w:val="20"/>
                <w:lang w:eastAsia="en-IN"/>
                <w14:ligatures w14:val="none"/>
              </w:rPr>
              <w:t>rohith</w:t>
            </w:r>
            <w:proofErr w:type="spellEnd"/>
            <w:r w:rsidRPr="00F7210B">
              <w:rPr>
                <w:rFonts w:ascii="Calibri" w:eastAsia="Times New Roman" w:hAnsi="Calibri" w:cs="Calibri"/>
                <w:color w:val="000000"/>
                <w:kern w:val="0"/>
                <w:sz w:val="20"/>
                <w:szCs w:val="20"/>
                <w:lang w:eastAsia="en-IN"/>
                <w14:ligatures w14:val="none"/>
              </w:rPr>
              <w:t xml:space="preserve"> </w:t>
            </w:r>
            <w:proofErr w:type="spellStart"/>
            <w:r w:rsidRPr="00F7210B">
              <w:rPr>
                <w:rFonts w:ascii="Calibri" w:eastAsia="Times New Roman" w:hAnsi="Calibri" w:cs="Calibri"/>
                <w:color w:val="000000"/>
                <w:kern w:val="0"/>
                <w:sz w:val="20"/>
                <w:szCs w:val="20"/>
                <w:lang w:eastAsia="en-IN"/>
                <w14:ligatures w14:val="none"/>
              </w:rPr>
              <w:t>singh</w:t>
            </w:r>
            <w:proofErr w:type="spellEnd"/>
          </w:p>
        </w:tc>
        <w:tc>
          <w:tcPr>
            <w:tcW w:w="2421" w:type="dxa"/>
            <w:tcBorders>
              <w:top w:val="nil"/>
              <w:left w:val="nil"/>
              <w:bottom w:val="single" w:sz="4" w:space="0" w:color="auto"/>
              <w:right w:val="single" w:sz="4" w:space="0" w:color="auto"/>
            </w:tcBorders>
            <w:noWrap/>
            <w:vAlign w:val="center"/>
            <w:hideMark/>
          </w:tcPr>
          <w:p w14:paraId="08C1A826"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0D6646E3" w14:textId="77777777" w:rsidTr="00A743B7">
        <w:trPr>
          <w:trHeight w:val="300"/>
        </w:trPr>
        <w:tc>
          <w:tcPr>
            <w:tcW w:w="964" w:type="dxa"/>
            <w:tcBorders>
              <w:top w:val="nil"/>
              <w:left w:val="single" w:sz="4" w:space="0" w:color="auto"/>
              <w:bottom w:val="single" w:sz="4" w:space="0" w:color="auto"/>
              <w:right w:val="single" w:sz="4" w:space="0" w:color="auto"/>
            </w:tcBorders>
          </w:tcPr>
          <w:p w14:paraId="5B24487C"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21</w:t>
            </w:r>
          </w:p>
        </w:tc>
        <w:tc>
          <w:tcPr>
            <w:tcW w:w="1840" w:type="dxa"/>
            <w:tcBorders>
              <w:top w:val="nil"/>
              <w:left w:val="single" w:sz="4" w:space="0" w:color="auto"/>
              <w:bottom w:val="single" w:sz="4" w:space="0" w:color="auto"/>
              <w:right w:val="single" w:sz="4" w:space="0" w:color="auto"/>
            </w:tcBorders>
            <w:noWrap/>
            <w:vAlign w:val="center"/>
          </w:tcPr>
          <w:p w14:paraId="19FDA307"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111723039045 </w:t>
            </w:r>
          </w:p>
        </w:tc>
        <w:tc>
          <w:tcPr>
            <w:tcW w:w="1863" w:type="dxa"/>
            <w:tcBorders>
              <w:top w:val="nil"/>
              <w:left w:val="nil"/>
              <w:bottom w:val="single" w:sz="4" w:space="0" w:color="auto"/>
              <w:right w:val="single" w:sz="4" w:space="0" w:color="auto"/>
            </w:tcBorders>
            <w:noWrap/>
            <w:vAlign w:val="center"/>
          </w:tcPr>
          <w:p w14:paraId="3263FF30"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R </w:t>
            </w:r>
            <w:proofErr w:type="spellStart"/>
            <w:r w:rsidRPr="00F7210B">
              <w:rPr>
                <w:rFonts w:ascii="Calibri" w:eastAsia="Times New Roman" w:hAnsi="Calibri" w:cs="Calibri"/>
                <w:color w:val="000000"/>
                <w:kern w:val="0"/>
                <w:sz w:val="20"/>
                <w:szCs w:val="20"/>
                <w:lang w:eastAsia="en-IN"/>
                <w14:ligatures w14:val="none"/>
              </w:rPr>
              <w:t>saikishor</w:t>
            </w:r>
            <w:proofErr w:type="spellEnd"/>
            <w:r w:rsidRPr="00F7210B">
              <w:rPr>
                <w:rFonts w:ascii="Calibri" w:eastAsia="Times New Roman" w:hAnsi="Calibri" w:cs="Calibri"/>
                <w:color w:val="000000"/>
                <w:kern w:val="0"/>
                <w:sz w:val="20"/>
                <w:szCs w:val="20"/>
                <w:lang w:eastAsia="en-IN"/>
                <w14:ligatures w14:val="none"/>
              </w:rPr>
              <w:t xml:space="preserve"> </w:t>
            </w:r>
          </w:p>
        </w:tc>
        <w:tc>
          <w:tcPr>
            <w:tcW w:w="2421" w:type="dxa"/>
            <w:tcBorders>
              <w:top w:val="nil"/>
              <w:left w:val="nil"/>
              <w:bottom w:val="single" w:sz="4" w:space="0" w:color="auto"/>
              <w:right w:val="single" w:sz="4" w:space="0" w:color="auto"/>
            </w:tcBorders>
            <w:noWrap/>
            <w:vAlign w:val="center"/>
            <w:hideMark/>
          </w:tcPr>
          <w:p w14:paraId="41419E64"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1A8A9C96" w14:textId="77777777" w:rsidTr="00A743B7">
        <w:trPr>
          <w:trHeight w:val="300"/>
        </w:trPr>
        <w:tc>
          <w:tcPr>
            <w:tcW w:w="964" w:type="dxa"/>
            <w:tcBorders>
              <w:top w:val="nil"/>
              <w:left w:val="single" w:sz="4" w:space="0" w:color="auto"/>
              <w:bottom w:val="single" w:sz="4" w:space="0" w:color="auto"/>
              <w:right w:val="single" w:sz="4" w:space="0" w:color="auto"/>
            </w:tcBorders>
          </w:tcPr>
          <w:p w14:paraId="27BA1CCD"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22</w:t>
            </w:r>
          </w:p>
        </w:tc>
        <w:tc>
          <w:tcPr>
            <w:tcW w:w="1840" w:type="dxa"/>
            <w:tcBorders>
              <w:top w:val="nil"/>
              <w:left w:val="single" w:sz="4" w:space="0" w:color="auto"/>
              <w:bottom w:val="single" w:sz="4" w:space="0" w:color="auto"/>
              <w:right w:val="single" w:sz="4" w:space="0" w:color="auto"/>
            </w:tcBorders>
            <w:noWrap/>
            <w:vAlign w:val="center"/>
          </w:tcPr>
          <w:p w14:paraId="29EFB001"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111723039048 </w:t>
            </w:r>
          </w:p>
        </w:tc>
        <w:tc>
          <w:tcPr>
            <w:tcW w:w="1863" w:type="dxa"/>
            <w:tcBorders>
              <w:top w:val="nil"/>
              <w:left w:val="nil"/>
              <w:bottom w:val="single" w:sz="4" w:space="0" w:color="auto"/>
              <w:right w:val="single" w:sz="4" w:space="0" w:color="auto"/>
            </w:tcBorders>
            <w:noWrap/>
            <w:vAlign w:val="center"/>
          </w:tcPr>
          <w:p w14:paraId="6B3FCD6F"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V Jason</w:t>
            </w:r>
          </w:p>
        </w:tc>
        <w:tc>
          <w:tcPr>
            <w:tcW w:w="2421" w:type="dxa"/>
            <w:tcBorders>
              <w:top w:val="nil"/>
              <w:left w:val="nil"/>
              <w:bottom w:val="single" w:sz="4" w:space="0" w:color="auto"/>
              <w:right w:val="single" w:sz="4" w:space="0" w:color="auto"/>
            </w:tcBorders>
            <w:noWrap/>
            <w:vAlign w:val="center"/>
            <w:hideMark/>
          </w:tcPr>
          <w:p w14:paraId="09B90893"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53B2072A" w14:textId="77777777" w:rsidTr="00A743B7">
        <w:trPr>
          <w:trHeight w:val="300"/>
        </w:trPr>
        <w:tc>
          <w:tcPr>
            <w:tcW w:w="964" w:type="dxa"/>
            <w:tcBorders>
              <w:top w:val="nil"/>
              <w:left w:val="single" w:sz="4" w:space="0" w:color="auto"/>
              <w:bottom w:val="single" w:sz="4" w:space="0" w:color="auto"/>
              <w:right w:val="single" w:sz="4" w:space="0" w:color="auto"/>
            </w:tcBorders>
          </w:tcPr>
          <w:p w14:paraId="52A5EE46"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23</w:t>
            </w:r>
          </w:p>
        </w:tc>
        <w:tc>
          <w:tcPr>
            <w:tcW w:w="1840" w:type="dxa"/>
            <w:tcBorders>
              <w:top w:val="nil"/>
              <w:left w:val="single" w:sz="4" w:space="0" w:color="auto"/>
              <w:bottom w:val="single" w:sz="4" w:space="0" w:color="auto"/>
              <w:right w:val="single" w:sz="4" w:space="0" w:color="auto"/>
            </w:tcBorders>
            <w:noWrap/>
            <w:vAlign w:val="center"/>
          </w:tcPr>
          <w:p w14:paraId="42B2CDB8"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111723039049 </w:t>
            </w:r>
          </w:p>
        </w:tc>
        <w:tc>
          <w:tcPr>
            <w:tcW w:w="1863" w:type="dxa"/>
            <w:tcBorders>
              <w:top w:val="nil"/>
              <w:left w:val="nil"/>
              <w:bottom w:val="single" w:sz="4" w:space="0" w:color="auto"/>
              <w:right w:val="single" w:sz="4" w:space="0" w:color="auto"/>
            </w:tcBorders>
            <w:noWrap/>
            <w:vAlign w:val="center"/>
          </w:tcPr>
          <w:p w14:paraId="608AE0F6"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Srujan </w:t>
            </w:r>
            <w:proofErr w:type="spellStart"/>
            <w:r w:rsidRPr="00F7210B">
              <w:rPr>
                <w:rFonts w:ascii="Calibri" w:eastAsia="Times New Roman" w:hAnsi="Calibri" w:cs="Calibri"/>
                <w:color w:val="000000"/>
                <w:kern w:val="0"/>
                <w:sz w:val="20"/>
                <w:szCs w:val="20"/>
                <w:lang w:eastAsia="en-IN"/>
                <w14:ligatures w14:val="none"/>
              </w:rPr>
              <w:t>vempati</w:t>
            </w:r>
            <w:proofErr w:type="spellEnd"/>
            <w:r w:rsidRPr="00F7210B">
              <w:rPr>
                <w:rFonts w:ascii="Calibri" w:eastAsia="Times New Roman" w:hAnsi="Calibri" w:cs="Calibri"/>
                <w:color w:val="000000"/>
                <w:kern w:val="0"/>
                <w:sz w:val="20"/>
                <w:szCs w:val="20"/>
                <w:lang w:eastAsia="en-IN"/>
                <w14:ligatures w14:val="none"/>
              </w:rPr>
              <w:t xml:space="preserve"> </w:t>
            </w:r>
          </w:p>
        </w:tc>
        <w:tc>
          <w:tcPr>
            <w:tcW w:w="2421" w:type="dxa"/>
            <w:tcBorders>
              <w:top w:val="nil"/>
              <w:left w:val="nil"/>
              <w:bottom w:val="single" w:sz="4" w:space="0" w:color="auto"/>
              <w:right w:val="single" w:sz="4" w:space="0" w:color="auto"/>
            </w:tcBorders>
            <w:noWrap/>
            <w:vAlign w:val="center"/>
            <w:hideMark/>
          </w:tcPr>
          <w:p w14:paraId="4AE52465"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r w:rsidR="00226B14" w:rsidRPr="00F7210B" w14:paraId="15C4BF87" w14:textId="77777777" w:rsidTr="00A743B7">
        <w:trPr>
          <w:trHeight w:val="300"/>
        </w:trPr>
        <w:tc>
          <w:tcPr>
            <w:tcW w:w="964" w:type="dxa"/>
            <w:tcBorders>
              <w:top w:val="nil"/>
              <w:left w:val="single" w:sz="4" w:space="0" w:color="auto"/>
              <w:bottom w:val="single" w:sz="4" w:space="0" w:color="auto"/>
              <w:right w:val="single" w:sz="4" w:space="0" w:color="auto"/>
            </w:tcBorders>
          </w:tcPr>
          <w:p w14:paraId="6FC9B33E"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Pr>
                <w:rFonts w:ascii="Calibri" w:eastAsia="Times New Roman" w:hAnsi="Calibri" w:cs="Calibri"/>
                <w:color w:val="000000"/>
                <w:kern w:val="0"/>
                <w:sz w:val="20"/>
                <w:szCs w:val="20"/>
                <w:lang w:eastAsia="en-IN"/>
                <w14:ligatures w14:val="none"/>
              </w:rPr>
              <w:t>24</w:t>
            </w:r>
          </w:p>
        </w:tc>
        <w:tc>
          <w:tcPr>
            <w:tcW w:w="1840" w:type="dxa"/>
            <w:tcBorders>
              <w:top w:val="nil"/>
              <w:left w:val="single" w:sz="4" w:space="0" w:color="auto"/>
              <w:bottom w:val="single" w:sz="4" w:space="0" w:color="auto"/>
              <w:right w:val="single" w:sz="4" w:space="0" w:color="auto"/>
            </w:tcBorders>
            <w:noWrap/>
            <w:vAlign w:val="center"/>
          </w:tcPr>
          <w:p w14:paraId="27EE3B53" w14:textId="77777777" w:rsidR="00226B14" w:rsidRPr="00F7210B" w:rsidRDefault="00226B14" w:rsidP="00A743B7">
            <w:pPr>
              <w:spacing w:after="0" w:line="240" w:lineRule="auto"/>
              <w:jc w:val="right"/>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111723039050 </w:t>
            </w:r>
          </w:p>
        </w:tc>
        <w:tc>
          <w:tcPr>
            <w:tcW w:w="1863" w:type="dxa"/>
            <w:tcBorders>
              <w:top w:val="nil"/>
              <w:left w:val="nil"/>
              <w:bottom w:val="single" w:sz="4" w:space="0" w:color="auto"/>
              <w:right w:val="single" w:sz="4" w:space="0" w:color="auto"/>
            </w:tcBorders>
            <w:noWrap/>
            <w:vAlign w:val="center"/>
          </w:tcPr>
          <w:p w14:paraId="7966A4E8" w14:textId="77777777" w:rsidR="00226B14"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 xml:space="preserve">Bhanu </w:t>
            </w:r>
            <w:proofErr w:type="spellStart"/>
            <w:r w:rsidRPr="00F7210B">
              <w:rPr>
                <w:rFonts w:ascii="Calibri" w:eastAsia="Times New Roman" w:hAnsi="Calibri" w:cs="Calibri"/>
                <w:color w:val="000000"/>
                <w:kern w:val="0"/>
                <w:sz w:val="20"/>
                <w:szCs w:val="20"/>
                <w:lang w:eastAsia="en-IN"/>
                <w14:ligatures w14:val="none"/>
              </w:rPr>
              <w:t>preetham</w:t>
            </w:r>
            <w:proofErr w:type="spellEnd"/>
            <w:r w:rsidRPr="00F7210B">
              <w:rPr>
                <w:rFonts w:ascii="Calibri" w:eastAsia="Times New Roman" w:hAnsi="Calibri" w:cs="Calibri"/>
                <w:color w:val="000000"/>
                <w:kern w:val="0"/>
                <w:sz w:val="20"/>
                <w:szCs w:val="20"/>
                <w:lang w:eastAsia="en-IN"/>
                <w14:ligatures w14:val="none"/>
              </w:rPr>
              <w:t xml:space="preserve"> </w:t>
            </w:r>
          </w:p>
          <w:p w14:paraId="71D15C9A" w14:textId="77777777" w:rsidR="00226B14" w:rsidRDefault="00226B14" w:rsidP="00A743B7">
            <w:pPr>
              <w:spacing w:after="0" w:line="240" w:lineRule="auto"/>
              <w:rPr>
                <w:rFonts w:ascii="Calibri" w:eastAsia="Times New Roman" w:hAnsi="Calibri" w:cs="Calibri"/>
                <w:color w:val="000000"/>
                <w:kern w:val="0"/>
                <w:sz w:val="20"/>
                <w:szCs w:val="20"/>
                <w:lang w:eastAsia="en-IN"/>
                <w14:ligatures w14:val="none"/>
              </w:rPr>
            </w:pPr>
          </w:p>
          <w:p w14:paraId="07DA77C2" w14:textId="77777777" w:rsidR="00226B14" w:rsidRDefault="00226B14" w:rsidP="00A743B7">
            <w:pPr>
              <w:spacing w:after="0" w:line="240" w:lineRule="auto"/>
              <w:rPr>
                <w:rFonts w:ascii="Calibri" w:eastAsia="Times New Roman" w:hAnsi="Calibri" w:cs="Calibri"/>
                <w:color w:val="000000"/>
                <w:kern w:val="0"/>
                <w:sz w:val="20"/>
                <w:szCs w:val="20"/>
                <w:lang w:eastAsia="en-IN"/>
                <w14:ligatures w14:val="none"/>
              </w:rPr>
            </w:pPr>
          </w:p>
          <w:p w14:paraId="63311209"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p>
        </w:tc>
        <w:tc>
          <w:tcPr>
            <w:tcW w:w="2421" w:type="dxa"/>
            <w:tcBorders>
              <w:top w:val="nil"/>
              <w:left w:val="nil"/>
              <w:bottom w:val="single" w:sz="4" w:space="0" w:color="auto"/>
              <w:right w:val="single" w:sz="4" w:space="0" w:color="auto"/>
            </w:tcBorders>
            <w:noWrap/>
            <w:vAlign w:val="center"/>
            <w:hideMark/>
          </w:tcPr>
          <w:p w14:paraId="6C8DC4D3" w14:textId="77777777" w:rsidR="00226B14" w:rsidRPr="00F7210B" w:rsidRDefault="00226B14" w:rsidP="00A743B7">
            <w:pPr>
              <w:spacing w:after="0" w:line="240" w:lineRule="auto"/>
              <w:rPr>
                <w:rFonts w:ascii="Calibri" w:eastAsia="Times New Roman" w:hAnsi="Calibri" w:cs="Calibri"/>
                <w:color w:val="000000"/>
                <w:kern w:val="0"/>
                <w:sz w:val="20"/>
                <w:szCs w:val="20"/>
                <w:lang w:eastAsia="en-IN"/>
                <w14:ligatures w14:val="none"/>
              </w:rPr>
            </w:pPr>
            <w:r w:rsidRPr="00F7210B">
              <w:rPr>
                <w:rFonts w:ascii="Calibri" w:eastAsia="Times New Roman" w:hAnsi="Calibri" w:cs="Calibri"/>
                <w:color w:val="000000"/>
                <w:kern w:val="0"/>
                <w:sz w:val="20"/>
                <w:szCs w:val="20"/>
                <w:lang w:eastAsia="en-IN"/>
                <w14:ligatures w14:val="none"/>
              </w:rPr>
              <w:t>Cyber Threat and Intelligence</w:t>
            </w:r>
          </w:p>
        </w:tc>
      </w:tr>
    </w:tbl>
    <w:p w14:paraId="37F44EAC" w14:textId="77777777" w:rsidR="00226B14" w:rsidRPr="00F7210B" w:rsidRDefault="00226B14" w:rsidP="00226B14">
      <w:pPr>
        <w:rPr>
          <w:lang w:val="en-US"/>
        </w:rPr>
      </w:pPr>
      <w:r>
        <w:rPr>
          <w:lang w:val="en-US"/>
        </w:rPr>
        <w:t xml:space="preserve">   </w:t>
      </w:r>
    </w:p>
    <w:p w14:paraId="327AF1E7" w14:textId="77777777" w:rsidR="00226B14" w:rsidRPr="00F7210B" w:rsidRDefault="00226B14" w:rsidP="00226B14">
      <w:pPr>
        <w:rPr>
          <w:lang w:val="en-US"/>
        </w:rPr>
      </w:pPr>
    </w:p>
    <w:p w14:paraId="11A13363" w14:textId="3B70F14E" w:rsidR="00DA02CE" w:rsidRPr="00D00DBF" w:rsidRDefault="006503B0" w:rsidP="00DA02CE">
      <w:pPr>
        <w:pStyle w:val="NormalWeb"/>
        <w:spacing w:beforeAutospacing="0" w:after="200" w:afterAutospacing="0"/>
        <w:jc w:val="both"/>
        <w:rPr>
          <w:b/>
          <w:bCs/>
          <w:color w:val="000000"/>
        </w:rPr>
      </w:pPr>
      <w:r>
        <w:rPr>
          <w:b/>
          <w:bCs/>
          <w:sz w:val="28"/>
          <w:szCs w:val="28"/>
        </w:rPr>
        <w:lastRenderedPageBreak/>
        <w:t>8</w:t>
      </w:r>
      <w:r w:rsidR="00226B14">
        <w:rPr>
          <w:b/>
          <w:bCs/>
          <w:sz w:val="28"/>
          <w:szCs w:val="28"/>
        </w:rPr>
        <w:t>. REPORT ON REMEDIAL CLASS:</w:t>
      </w:r>
      <w:r w:rsidR="00DA02CE" w:rsidRPr="00DA02CE">
        <w:rPr>
          <w:b/>
          <w:bCs/>
          <w:color w:val="000000"/>
        </w:rPr>
        <w:t xml:space="preserve"> </w:t>
      </w:r>
      <w:r w:rsidR="00DA02CE" w:rsidRPr="00D00DBF">
        <w:rPr>
          <w:b/>
          <w:bCs/>
          <w:color w:val="000000"/>
        </w:rPr>
        <w:t>Courses Name: Database Management System (B.Sc. NCSCS</w:t>
      </w:r>
      <w:r w:rsidR="00DA02CE">
        <w:rPr>
          <w:b/>
          <w:bCs/>
          <w:color w:val="000000"/>
        </w:rPr>
        <w:t>) –Mr. Ajay K</w:t>
      </w:r>
      <w:r w:rsidR="00DA02CE" w:rsidRPr="00D00DBF">
        <w:rPr>
          <w:b/>
          <w:bCs/>
          <w:color w:val="000000"/>
        </w:rPr>
        <w:t>oka</w:t>
      </w:r>
    </w:p>
    <w:p w14:paraId="703D1888" w14:textId="77777777" w:rsidR="00DA02CE" w:rsidRPr="00D00DBF" w:rsidRDefault="00DA02CE" w:rsidP="00DA02CE">
      <w:pPr>
        <w:pStyle w:val="NormalWeb"/>
        <w:spacing w:beforeAutospacing="0" w:after="200" w:afterAutospacing="0"/>
        <w:jc w:val="both"/>
      </w:pPr>
      <w:r w:rsidRPr="00D00DBF">
        <w:rPr>
          <w:rStyle w:val="Strong"/>
        </w:rPr>
        <w:t>Date:</w:t>
      </w:r>
      <w:r w:rsidRPr="00D00DBF">
        <w:t xml:space="preserve"> 02-09-2025 to 24-09-2025</w:t>
      </w:r>
    </w:p>
    <w:p w14:paraId="72E302C1" w14:textId="77777777" w:rsidR="00DA02CE" w:rsidRPr="00D00DBF" w:rsidRDefault="00DA02CE" w:rsidP="00DA02CE">
      <w:pPr>
        <w:pStyle w:val="NoSpacing"/>
        <w:rPr>
          <w:rFonts w:ascii="Times New Roman" w:hAnsi="Times New Roman" w:cs="Times New Roman"/>
          <w:b/>
          <w:sz w:val="24"/>
          <w:szCs w:val="24"/>
        </w:rPr>
      </w:pPr>
      <w:r w:rsidRPr="00D00DBF">
        <w:rPr>
          <w:rFonts w:ascii="Times New Roman" w:hAnsi="Times New Roman" w:cs="Times New Roman"/>
          <w:b/>
          <w:sz w:val="24"/>
          <w:szCs w:val="24"/>
        </w:rPr>
        <w:t>Objectives:</w:t>
      </w:r>
    </w:p>
    <w:p w14:paraId="09ED8EF1" w14:textId="77777777" w:rsidR="00DA02CE" w:rsidRPr="00FA43CC" w:rsidRDefault="00DA02CE">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FA43CC">
        <w:rPr>
          <w:rFonts w:ascii="Times New Roman" w:eastAsia="Times New Roman" w:hAnsi="Times New Roman" w:cs="Times New Roman"/>
          <w:sz w:val="24"/>
          <w:szCs w:val="24"/>
        </w:rPr>
        <w:t xml:space="preserve">To provide focused </w:t>
      </w:r>
      <w:r w:rsidRPr="00D00DBF">
        <w:rPr>
          <w:rFonts w:ascii="Times New Roman" w:eastAsia="Times New Roman" w:hAnsi="Times New Roman" w:cs="Times New Roman"/>
          <w:b/>
          <w:bCs/>
          <w:sz w:val="24"/>
          <w:szCs w:val="24"/>
        </w:rPr>
        <w:t>remedial coaching for Database Management Systems (DBMS)</w:t>
      </w:r>
      <w:r w:rsidRPr="00FA43CC">
        <w:rPr>
          <w:rFonts w:ascii="Times New Roman" w:eastAsia="Times New Roman" w:hAnsi="Times New Roman" w:cs="Times New Roman"/>
          <w:sz w:val="24"/>
          <w:szCs w:val="24"/>
        </w:rPr>
        <w:t xml:space="preserve"> to address learning challenges and enhance student understanding.</w:t>
      </w:r>
    </w:p>
    <w:p w14:paraId="79916B85" w14:textId="77777777" w:rsidR="00DA02CE" w:rsidRPr="00D00DBF" w:rsidRDefault="00DA02CE">
      <w:pPr>
        <w:pStyle w:val="NormalWeb"/>
        <w:numPr>
          <w:ilvl w:val="0"/>
          <w:numId w:val="5"/>
        </w:numPr>
        <w:spacing w:before="100" w:after="100"/>
      </w:pPr>
      <w:r w:rsidRPr="00D00DBF">
        <w:t xml:space="preserve">To support learning through </w:t>
      </w:r>
      <w:r w:rsidRPr="00D00DBF">
        <w:rPr>
          <w:rStyle w:val="Strong"/>
        </w:rPr>
        <w:t>interactive resources</w:t>
      </w:r>
      <w:r w:rsidRPr="00D00DBF">
        <w:t xml:space="preserve">, including </w:t>
      </w:r>
      <w:r w:rsidRPr="00D00DBF">
        <w:rPr>
          <w:rStyle w:val="Strong"/>
        </w:rPr>
        <w:t>SQL simulators, video tutorials, database design tools, and virtual lab sessions</w:t>
      </w:r>
      <w:r w:rsidRPr="00D00DBF">
        <w:t>, to help students effectively understand and apply key DBMS concepts.</w:t>
      </w:r>
    </w:p>
    <w:p w14:paraId="5AD6C174" w14:textId="77777777" w:rsidR="00DA02CE" w:rsidRPr="00FA43CC" w:rsidRDefault="00DA02CE">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FA43CC">
        <w:rPr>
          <w:rFonts w:ascii="Times New Roman" w:eastAsia="Times New Roman" w:hAnsi="Times New Roman" w:cs="Times New Roman"/>
          <w:sz w:val="24"/>
          <w:szCs w:val="24"/>
        </w:rPr>
        <w:t xml:space="preserve">To reinforce foundational knowledge by </w:t>
      </w:r>
      <w:r w:rsidRPr="00D00DBF">
        <w:rPr>
          <w:rFonts w:ascii="Times New Roman" w:eastAsia="Times New Roman" w:hAnsi="Times New Roman" w:cs="Times New Roman"/>
          <w:b/>
          <w:bCs/>
          <w:sz w:val="24"/>
          <w:szCs w:val="24"/>
        </w:rPr>
        <w:t>revisiting the syllabus</w:t>
      </w:r>
      <w:r w:rsidRPr="00FA43CC">
        <w:rPr>
          <w:rFonts w:ascii="Times New Roman" w:eastAsia="Times New Roman" w:hAnsi="Times New Roman" w:cs="Times New Roman"/>
          <w:sz w:val="24"/>
          <w:szCs w:val="24"/>
        </w:rPr>
        <w:t xml:space="preserve"> and conducting </w:t>
      </w:r>
      <w:r w:rsidRPr="00D00DBF">
        <w:rPr>
          <w:rFonts w:ascii="Times New Roman" w:eastAsia="Times New Roman" w:hAnsi="Times New Roman" w:cs="Times New Roman"/>
          <w:b/>
          <w:bCs/>
          <w:sz w:val="24"/>
          <w:szCs w:val="24"/>
        </w:rPr>
        <w:t>frequent short tests and quizzes</w:t>
      </w:r>
      <w:r w:rsidRPr="00FA43CC">
        <w:rPr>
          <w:rFonts w:ascii="Times New Roman" w:eastAsia="Times New Roman" w:hAnsi="Times New Roman" w:cs="Times New Roman"/>
          <w:sz w:val="24"/>
          <w:szCs w:val="24"/>
        </w:rPr>
        <w:t xml:space="preserve"> to assess and improve student progress.</w:t>
      </w:r>
    </w:p>
    <w:p w14:paraId="7BC86DF5" w14:textId="77777777" w:rsidR="00DA02CE" w:rsidRPr="00FA43CC" w:rsidRDefault="00DA02CE">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FA43CC">
        <w:rPr>
          <w:rFonts w:ascii="Times New Roman" w:eastAsia="Times New Roman" w:hAnsi="Times New Roman" w:cs="Times New Roman"/>
          <w:sz w:val="24"/>
          <w:szCs w:val="24"/>
        </w:rPr>
        <w:t xml:space="preserve">To offer </w:t>
      </w:r>
      <w:r w:rsidRPr="00D00DBF">
        <w:rPr>
          <w:rFonts w:ascii="Times New Roman" w:eastAsia="Times New Roman" w:hAnsi="Times New Roman" w:cs="Times New Roman"/>
          <w:b/>
          <w:bCs/>
          <w:sz w:val="24"/>
          <w:szCs w:val="24"/>
        </w:rPr>
        <w:t>practical sessions on SQL, relational models, normalization, and database design</w:t>
      </w:r>
      <w:r w:rsidRPr="00FA43CC">
        <w:rPr>
          <w:rFonts w:ascii="Times New Roman" w:eastAsia="Times New Roman" w:hAnsi="Times New Roman" w:cs="Times New Roman"/>
          <w:sz w:val="24"/>
          <w:szCs w:val="24"/>
        </w:rPr>
        <w:t>, ensuring students gain hands-on experience.</w:t>
      </w:r>
    </w:p>
    <w:p w14:paraId="532F42A5" w14:textId="77777777" w:rsidR="00DA02CE" w:rsidRPr="00D00DBF" w:rsidRDefault="00DA02CE">
      <w:pPr>
        <w:numPr>
          <w:ilvl w:val="0"/>
          <w:numId w:val="5"/>
        </w:numPr>
        <w:spacing w:before="100" w:beforeAutospacing="1" w:after="100" w:afterAutospacing="1" w:line="240" w:lineRule="auto"/>
        <w:rPr>
          <w:rFonts w:ascii="Times New Roman" w:eastAsia="Times New Roman" w:hAnsi="Times New Roman" w:cs="Times New Roman"/>
          <w:sz w:val="24"/>
          <w:szCs w:val="24"/>
        </w:rPr>
      </w:pPr>
      <w:r w:rsidRPr="00FA43CC">
        <w:rPr>
          <w:rFonts w:ascii="Times New Roman" w:eastAsia="Times New Roman" w:hAnsi="Times New Roman" w:cs="Times New Roman"/>
          <w:sz w:val="24"/>
          <w:szCs w:val="24"/>
        </w:rPr>
        <w:t xml:space="preserve">To conduct </w:t>
      </w:r>
      <w:r w:rsidRPr="00D00DBF">
        <w:rPr>
          <w:rFonts w:ascii="Times New Roman" w:eastAsia="Times New Roman" w:hAnsi="Times New Roman" w:cs="Times New Roman"/>
          <w:b/>
          <w:bCs/>
          <w:sz w:val="24"/>
          <w:szCs w:val="24"/>
        </w:rPr>
        <w:t xml:space="preserve">mentoring and personalized academic </w:t>
      </w:r>
      <w:proofErr w:type="spellStart"/>
      <w:r w:rsidRPr="00D00DBF">
        <w:rPr>
          <w:rFonts w:ascii="Times New Roman" w:eastAsia="Times New Roman" w:hAnsi="Times New Roman" w:cs="Times New Roman"/>
          <w:b/>
          <w:bCs/>
          <w:sz w:val="24"/>
          <w:szCs w:val="24"/>
        </w:rPr>
        <w:t>counseling</w:t>
      </w:r>
      <w:proofErr w:type="spellEnd"/>
      <w:r w:rsidRPr="00FA43CC">
        <w:rPr>
          <w:rFonts w:ascii="Times New Roman" w:eastAsia="Times New Roman" w:hAnsi="Times New Roman" w:cs="Times New Roman"/>
          <w:sz w:val="24"/>
          <w:szCs w:val="24"/>
        </w:rPr>
        <w:t>, aimed at motivating students and guiding them through difficult topics in DBMS.</w:t>
      </w:r>
    </w:p>
    <w:p w14:paraId="571C8A7C" w14:textId="77777777" w:rsidR="00DA02CE" w:rsidRPr="00D00DBF" w:rsidRDefault="00DA02CE" w:rsidP="00DA02CE">
      <w:pPr>
        <w:spacing w:before="100" w:beforeAutospacing="1" w:after="100" w:afterAutospacing="1" w:line="240" w:lineRule="auto"/>
        <w:rPr>
          <w:rFonts w:ascii="Times New Roman" w:eastAsia="Times New Roman" w:hAnsi="Times New Roman" w:cs="Times New Roman"/>
          <w:sz w:val="24"/>
          <w:szCs w:val="24"/>
        </w:rPr>
      </w:pPr>
      <w:r w:rsidRPr="00D00DBF">
        <w:rPr>
          <w:rFonts w:ascii="Times New Roman" w:eastAsia="Times New Roman" w:hAnsi="Times New Roman" w:cs="Times New Roman"/>
          <w:noProof/>
          <w:sz w:val="24"/>
          <w:szCs w:val="24"/>
        </w:rPr>
        <w:lastRenderedPageBreak/>
        <w:drawing>
          <wp:inline distT="0" distB="0" distL="0" distR="0" wp14:anchorId="4F1E8BFC" wp14:editId="61ED20CE">
            <wp:extent cx="2866127" cy="3821502"/>
            <wp:effectExtent l="19050" t="0" r="0" b="0"/>
            <wp:docPr id="20" name="Picture 1" descr="WhatsApp Image 2025-10-10 at 12.05.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10-10 at 12.05.47 PM.jpeg"/>
                    <pic:cNvPicPr/>
                  </pic:nvPicPr>
                  <pic:blipFill>
                    <a:blip r:embed="rId67"/>
                    <a:stretch>
                      <a:fillRect/>
                    </a:stretch>
                  </pic:blipFill>
                  <pic:spPr>
                    <a:xfrm>
                      <a:off x="0" y="0"/>
                      <a:ext cx="2868469" cy="3824625"/>
                    </a:xfrm>
                    <a:prstGeom prst="rect">
                      <a:avLst/>
                    </a:prstGeom>
                  </pic:spPr>
                </pic:pic>
              </a:graphicData>
            </a:graphic>
          </wp:inline>
        </w:drawing>
      </w:r>
      <w:r w:rsidRPr="00D00DBF">
        <w:rPr>
          <w:rFonts w:ascii="Times New Roman" w:hAnsi="Times New Roman" w:cs="Times New Roman"/>
          <w:sz w:val="24"/>
          <w:szCs w:val="24"/>
        </w:rPr>
        <w:t xml:space="preserve"> </w:t>
      </w:r>
      <w:r w:rsidRPr="00D00DBF">
        <w:rPr>
          <w:rFonts w:ascii="Times New Roman" w:eastAsia="Times New Roman" w:hAnsi="Times New Roman" w:cs="Times New Roman"/>
          <w:noProof/>
          <w:sz w:val="24"/>
          <w:szCs w:val="24"/>
        </w:rPr>
        <w:drawing>
          <wp:inline distT="0" distB="0" distL="0" distR="0" wp14:anchorId="61106C01" wp14:editId="4E0C5527">
            <wp:extent cx="2853547" cy="3804730"/>
            <wp:effectExtent l="19050" t="0" r="3953" b="0"/>
            <wp:docPr id="21" name="Picture 0" descr="WhatsApp Image 2025-10-10 at 12.05.4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10-10 at 12.05.47 PM (1).jpeg"/>
                    <pic:cNvPicPr/>
                  </pic:nvPicPr>
                  <pic:blipFill>
                    <a:blip r:embed="rId68"/>
                    <a:stretch>
                      <a:fillRect/>
                    </a:stretch>
                  </pic:blipFill>
                  <pic:spPr>
                    <a:xfrm>
                      <a:off x="0" y="0"/>
                      <a:ext cx="2855149" cy="3806866"/>
                    </a:xfrm>
                    <a:prstGeom prst="rect">
                      <a:avLst/>
                    </a:prstGeom>
                  </pic:spPr>
                </pic:pic>
              </a:graphicData>
            </a:graphic>
          </wp:inline>
        </w:drawing>
      </w:r>
    </w:p>
    <w:p w14:paraId="7CF98904" w14:textId="77777777" w:rsidR="00DA02CE" w:rsidRPr="00D00DBF" w:rsidRDefault="00DA02CE" w:rsidP="00DA02CE">
      <w:pPr>
        <w:pStyle w:val="NormalWeb"/>
      </w:pPr>
      <w:r w:rsidRPr="00D00DBF">
        <w:t xml:space="preserve">This report outlines the remedial measures undertaken to support students who did not achieve a passing grade in </w:t>
      </w:r>
      <w:r w:rsidRPr="00D00DBF">
        <w:rPr>
          <w:rStyle w:val="Strong"/>
        </w:rPr>
        <w:t>Database Management Systems (DBMS)</w:t>
      </w:r>
      <w:r w:rsidRPr="00D00DBF">
        <w:t>. The primary goal of the remedial program was to bridge learning gaps, reinforce foundational database concepts, and equip students with the necessary skills and confidence to succeed in future assessments.</w:t>
      </w:r>
    </w:p>
    <w:p w14:paraId="0C0A53B8" w14:textId="77777777" w:rsidR="00DA02CE" w:rsidRPr="00D00DBF" w:rsidRDefault="00DA02CE" w:rsidP="00DA02CE">
      <w:pPr>
        <w:pStyle w:val="NormalWeb"/>
      </w:pPr>
      <w:r w:rsidRPr="00D00DBF">
        <w:t>The program focused on three key strategies:</w:t>
      </w:r>
    </w:p>
    <w:p w14:paraId="033A77AA" w14:textId="77777777" w:rsidR="00DA02CE" w:rsidRPr="00D00DBF" w:rsidRDefault="00DA02CE">
      <w:pPr>
        <w:pStyle w:val="NormalWeb"/>
        <w:numPr>
          <w:ilvl w:val="0"/>
          <w:numId w:val="6"/>
        </w:numPr>
        <w:spacing w:before="100" w:after="100"/>
      </w:pPr>
      <w:r w:rsidRPr="00D00DBF">
        <w:lastRenderedPageBreak/>
        <w:t>Inclusive Remedial Teaching</w:t>
      </w:r>
    </w:p>
    <w:p w14:paraId="750D629C" w14:textId="77777777" w:rsidR="00DA02CE" w:rsidRPr="00D00DBF" w:rsidRDefault="00DA02CE">
      <w:pPr>
        <w:pStyle w:val="NormalWeb"/>
        <w:numPr>
          <w:ilvl w:val="0"/>
          <w:numId w:val="6"/>
        </w:numPr>
        <w:spacing w:before="100" w:after="100"/>
      </w:pPr>
      <w:r w:rsidRPr="00D00DBF">
        <w:t>Peer-Assisted Remedial Teaching</w:t>
      </w:r>
    </w:p>
    <w:p w14:paraId="1D8D012C" w14:textId="77777777" w:rsidR="00DA02CE" w:rsidRPr="00D00DBF" w:rsidRDefault="00DA02CE">
      <w:pPr>
        <w:pStyle w:val="NormalWeb"/>
        <w:numPr>
          <w:ilvl w:val="0"/>
          <w:numId w:val="6"/>
        </w:numPr>
        <w:spacing w:before="100" w:after="100"/>
      </w:pPr>
      <w:r w:rsidRPr="00D00DBF">
        <w:t>Individualized Teacher Intervention</w:t>
      </w:r>
    </w:p>
    <w:p w14:paraId="4572C130" w14:textId="77777777" w:rsidR="00DA02CE" w:rsidRPr="00D00DBF" w:rsidRDefault="00DA02CE" w:rsidP="00DA02CE">
      <w:pPr>
        <w:pStyle w:val="NormalWeb"/>
      </w:pPr>
      <w:r w:rsidRPr="00D00DBF">
        <w:t>These methods were implemented in a structured and student-centered manner to address the diverse learning needs of the students.</w:t>
      </w:r>
    </w:p>
    <w:p w14:paraId="5E6A1DDC" w14:textId="77777777" w:rsidR="00DA02CE" w:rsidRPr="00D00DBF" w:rsidRDefault="00DA02CE" w:rsidP="00DA02CE">
      <w:pPr>
        <w:pStyle w:val="Heading2"/>
        <w:rPr>
          <w:rFonts w:ascii="Times New Roman" w:hAnsi="Times New Roman" w:cs="Times New Roman"/>
          <w:color w:val="000000" w:themeColor="text1"/>
          <w:sz w:val="24"/>
          <w:szCs w:val="24"/>
        </w:rPr>
      </w:pPr>
      <w:r w:rsidRPr="00D00DBF">
        <w:rPr>
          <w:rStyle w:val="Strong"/>
          <w:rFonts w:ascii="Times New Roman" w:hAnsi="Times New Roman" w:cs="Times New Roman"/>
          <w:b w:val="0"/>
          <w:bCs w:val="0"/>
          <w:color w:val="000000" w:themeColor="text1"/>
          <w:sz w:val="24"/>
          <w:szCs w:val="24"/>
        </w:rPr>
        <w:t>1. Inclusive Remedial Teaching</w:t>
      </w:r>
    </w:p>
    <w:p w14:paraId="28086F71" w14:textId="77777777" w:rsidR="00DA02CE" w:rsidRPr="00D00DBF" w:rsidRDefault="00DA02CE" w:rsidP="00DA02CE">
      <w:pPr>
        <w:pStyle w:val="NormalWeb"/>
      </w:pPr>
      <w:r w:rsidRPr="00D00DBF">
        <w:rPr>
          <w:rStyle w:val="Strong"/>
        </w:rPr>
        <w:t>Objective:</w:t>
      </w:r>
      <w:r w:rsidRPr="00D00DBF">
        <w:br/>
        <w:t>To create a supportive learning environment where all students, regardless of their prior performance, could participate actively and benefit equally from the DBMS remedial sessions.</w:t>
      </w:r>
    </w:p>
    <w:p w14:paraId="66A818D1" w14:textId="77777777" w:rsidR="00DA02CE" w:rsidRPr="00D00DBF" w:rsidRDefault="00DA02CE" w:rsidP="00DA02CE">
      <w:pPr>
        <w:pStyle w:val="NormalWeb"/>
      </w:pPr>
      <w:r w:rsidRPr="00D00DBF">
        <w:rPr>
          <w:rStyle w:val="Strong"/>
        </w:rPr>
        <w:t>Implementation:</w:t>
      </w:r>
    </w:p>
    <w:p w14:paraId="59CCF0CD" w14:textId="77777777" w:rsidR="00DA02CE" w:rsidRPr="00D00DBF" w:rsidRDefault="00DA02CE">
      <w:pPr>
        <w:pStyle w:val="NormalWeb"/>
        <w:numPr>
          <w:ilvl w:val="0"/>
          <w:numId w:val="7"/>
        </w:numPr>
        <w:spacing w:before="100" w:after="100"/>
      </w:pPr>
      <w:r w:rsidRPr="00D00DBF">
        <w:rPr>
          <w:rStyle w:val="Strong"/>
        </w:rPr>
        <w:t>Diagnostic Assessment:</w:t>
      </w:r>
      <w:r w:rsidRPr="00D00DBF">
        <w:t xml:space="preserve"> Initial assessments were conducted to identify gaps in understanding of core DBMS concepts such as relational models, SQL queries, normalization, and transaction management.</w:t>
      </w:r>
    </w:p>
    <w:p w14:paraId="263ED160" w14:textId="77777777" w:rsidR="00DA02CE" w:rsidRPr="00D00DBF" w:rsidRDefault="00DA02CE">
      <w:pPr>
        <w:pStyle w:val="NormalWeb"/>
        <w:numPr>
          <w:ilvl w:val="0"/>
          <w:numId w:val="7"/>
        </w:numPr>
        <w:spacing w:before="100" w:after="100"/>
      </w:pPr>
      <w:r w:rsidRPr="00D00DBF">
        <w:rPr>
          <w:rStyle w:val="Strong"/>
        </w:rPr>
        <w:t>Flexible Grouping:</w:t>
      </w:r>
      <w:r w:rsidRPr="00D00DBF">
        <w:t xml:space="preserve"> Students were grouped heterogeneously to promote collaborative learning and reduce feelings of academic inadequacy.</w:t>
      </w:r>
    </w:p>
    <w:p w14:paraId="52F30EBD" w14:textId="77777777" w:rsidR="00DA02CE" w:rsidRPr="00D00DBF" w:rsidRDefault="00DA02CE">
      <w:pPr>
        <w:pStyle w:val="NormalWeb"/>
        <w:numPr>
          <w:ilvl w:val="0"/>
          <w:numId w:val="7"/>
        </w:numPr>
        <w:spacing w:before="100" w:after="100"/>
      </w:pPr>
      <w:r w:rsidRPr="00D00DBF">
        <w:rPr>
          <w:rStyle w:val="Strong"/>
        </w:rPr>
        <w:t>Differentiated Instruction:</w:t>
      </w:r>
      <w:r w:rsidRPr="00D00DBF">
        <w:t xml:space="preserve"> Teaching methods were adapted to various learning styles using visual aids (e.g., ER diagrams), real-world database examples, hands-on query exercises, and demo videos of database tools.</w:t>
      </w:r>
    </w:p>
    <w:p w14:paraId="518951B5" w14:textId="77777777" w:rsidR="00DA02CE" w:rsidRPr="00D00DBF" w:rsidRDefault="00DA02CE">
      <w:pPr>
        <w:pStyle w:val="NormalWeb"/>
        <w:numPr>
          <w:ilvl w:val="0"/>
          <w:numId w:val="7"/>
        </w:numPr>
        <w:spacing w:before="100" w:after="100"/>
      </w:pPr>
      <w:r w:rsidRPr="00D00DBF">
        <w:rPr>
          <w:rStyle w:val="Strong"/>
        </w:rPr>
        <w:t>Encouraging Participation:</w:t>
      </w:r>
      <w:r w:rsidRPr="00D00DBF">
        <w:t xml:space="preserve"> Sessions included interactive SQL labs, query-solving rounds, and open discussions on practical DBMS applications to increase engagement and comprehension.</w:t>
      </w:r>
    </w:p>
    <w:p w14:paraId="1C107FEC" w14:textId="77777777" w:rsidR="00DA02CE" w:rsidRPr="00D00DBF" w:rsidRDefault="00DA02CE" w:rsidP="00DA02CE">
      <w:pPr>
        <w:pStyle w:val="NormalWeb"/>
      </w:pPr>
      <w:r w:rsidRPr="00D00DBF">
        <w:rPr>
          <w:rStyle w:val="Strong"/>
        </w:rPr>
        <w:t>Outcome:</w:t>
      </w:r>
      <w:r w:rsidRPr="00D00DBF">
        <w:br/>
        <w:t>Students demonstrated improved participation and conceptual clarity. Many reported a better understanding of database structures, query formulation, and normalization techniques in a collaborative, non-judgmental environment.</w:t>
      </w:r>
    </w:p>
    <w:p w14:paraId="40083B2E" w14:textId="77777777" w:rsidR="00DA02CE" w:rsidRPr="00D00DBF" w:rsidRDefault="00DA02CE" w:rsidP="00DA02CE">
      <w:pPr>
        <w:pStyle w:val="Heading2"/>
        <w:rPr>
          <w:rFonts w:ascii="Times New Roman" w:hAnsi="Times New Roman" w:cs="Times New Roman"/>
          <w:color w:val="000000" w:themeColor="text1"/>
          <w:sz w:val="24"/>
          <w:szCs w:val="24"/>
        </w:rPr>
      </w:pPr>
      <w:r w:rsidRPr="00D00DBF">
        <w:rPr>
          <w:rStyle w:val="Strong"/>
          <w:rFonts w:ascii="Times New Roman" w:hAnsi="Times New Roman" w:cs="Times New Roman"/>
          <w:b w:val="0"/>
          <w:bCs w:val="0"/>
          <w:color w:val="000000" w:themeColor="text1"/>
          <w:sz w:val="24"/>
          <w:szCs w:val="24"/>
        </w:rPr>
        <w:t>2. Peer-Assisted Remedial Teaching</w:t>
      </w:r>
    </w:p>
    <w:p w14:paraId="16D32144" w14:textId="77777777" w:rsidR="00DA02CE" w:rsidRPr="00D00DBF" w:rsidRDefault="00DA02CE" w:rsidP="00DA02CE">
      <w:pPr>
        <w:pStyle w:val="NormalWeb"/>
      </w:pPr>
      <w:r w:rsidRPr="00D00DBF">
        <w:rPr>
          <w:rStyle w:val="Strong"/>
        </w:rPr>
        <w:t>Objective:</w:t>
      </w:r>
      <w:r w:rsidRPr="00D00DBF">
        <w:br/>
        <w:t>To leverage the strengths of high-performing students by facilitating collaborative learning and peer mentoring in DBMS.</w:t>
      </w:r>
    </w:p>
    <w:p w14:paraId="3CAFE11B" w14:textId="77777777" w:rsidR="00DA02CE" w:rsidRPr="00D00DBF" w:rsidRDefault="00DA02CE" w:rsidP="00DA02CE">
      <w:pPr>
        <w:pStyle w:val="NormalWeb"/>
      </w:pPr>
      <w:r w:rsidRPr="00D00DBF">
        <w:rPr>
          <w:rStyle w:val="Strong"/>
        </w:rPr>
        <w:t>Implementation:</w:t>
      </w:r>
    </w:p>
    <w:p w14:paraId="425B9383" w14:textId="77777777" w:rsidR="00DA02CE" w:rsidRPr="00D00DBF" w:rsidRDefault="00DA02CE">
      <w:pPr>
        <w:pStyle w:val="NormalWeb"/>
        <w:numPr>
          <w:ilvl w:val="0"/>
          <w:numId w:val="8"/>
        </w:numPr>
        <w:spacing w:before="100" w:after="100"/>
      </w:pPr>
      <w:r w:rsidRPr="00D00DBF">
        <w:rPr>
          <w:rStyle w:val="Strong"/>
        </w:rPr>
        <w:t>Selection of Peer Tutors:</w:t>
      </w:r>
      <w:r w:rsidRPr="00D00DBF">
        <w:t xml:space="preserve"> Proficient students with strong performance in DBMS and effective communication skills were chosen to guide their peers.</w:t>
      </w:r>
    </w:p>
    <w:p w14:paraId="4E36E61A" w14:textId="77777777" w:rsidR="00DA02CE" w:rsidRPr="00D00DBF" w:rsidRDefault="00DA02CE">
      <w:pPr>
        <w:pStyle w:val="NormalWeb"/>
        <w:numPr>
          <w:ilvl w:val="0"/>
          <w:numId w:val="8"/>
        </w:numPr>
        <w:spacing w:before="100" w:after="100"/>
      </w:pPr>
      <w:r w:rsidRPr="00D00DBF">
        <w:rPr>
          <w:rStyle w:val="Strong"/>
        </w:rPr>
        <w:t>Tutor Training:</w:t>
      </w:r>
      <w:r w:rsidRPr="00D00DBF">
        <w:t xml:space="preserve"> Peer tutors were oriented on tutoring techniques, including how to explain technical concepts like JOIN operations, subqueries, and schema design clearly and patiently.</w:t>
      </w:r>
    </w:p>
    <w:p w14:paraId="2B26414C" w14:textId="77777777" w:rsidR="00DA02CE" w:rsidRPr="00D00DBF" w:rsidRDefault="00DA02CE">
      <w:pPr>
        <w:pStyle w:val="NormalWeb"/>
        <w:numPr>
          <w:ilvl w:val="0"/>
          <w:numId w:val="8"/>
        </w:numPr>
        <w:spacing w:before="100" w:after="100"/>
      </w:pPr>
      <w:r w:rsidRPr="00D00DBF">
        <w:rPr>
          <w:rStyle w:val="Strong"/>
        </w:rPr>
        <w:t>Small Group Sessions:</w:t>
      </w:r>
      <w:r w:rsidRPr="00D00DBF">
        <w:t xml:space="preserve"> Tutors worked in small groups (3–5 students), focusing on key DBMS areas such as writing SQL queries, understanding database schemas, and applying normalization rules.</w:t>
      </w:r>
    </w:p>
    <w:p w14:paraId="75A3CFE1" w14:textId="77777777" w:rsidR="00DA02CE" w:rsidRPr="00D00DBF" w:rsidRDefault="00DA02CE">
      <w:pPr>
        <w:pStyle w:val="NormalWeb"/>
        <w:numPr>
          <w:ilvl w:val="0"/>
          <w:numId w:val="8"/>
        </w:numPr>
        <w:spacing w:before="100" w:after="100"/>
      </w:pPr>
      <w:r w:rsidRPr="00D00DBF">
        <w:rPr>
          <w:rStyle w:val="Strong"/>
        </w:rPr>
        <w:lastRenderedPageBreak/>
        <w:t>Feedback Mechanism:</w:t>
      </w:r>
      <w:r w:rsidRPr="00D00DBF">
        <w:t xml:space="preserve"> Continuous feedback was collected from both peer tutors and learners to ensure effectiveness and adapt as needed.</w:t>
      </w:r>
    </w:p>
    <w:p w14:paraId="286AF1B0" w14:textId="77777777" w:rsidR="00DA02CE" w:rsidRPr="00D00DBF" w:rsidRDefault="00DA02CE" w:rsidP="00DA02CE">
      <w:pPr>
        <w:pStyle w:val="NormalWeb"/>
      </w:pPr>
      <w:r w:rsidRPr="00D00DBF">
        <w:rPr>
          <w:rStyle w:val="Strong"/>
        </w:rPr>
        <w:t>Outcome:</w:t>
      </w:r>
      <w:r w:rsidRPr="00D00DBF">
        <w:br/>
        <w:t>The peer-assisted method fostered a comfortable and productive learning atmosphere. Struggling students benefited from relatable explanations, while tutors developed leadership and teaching skills.</w:t>
      </w:r>
    </w:p>
    <w:p w14:paraId="29C6A5A9" w14:textId="77777777" w:rsidR="00DA02CE" w:rsidRPr="00D00DBF" w:rsidRDefault="00DA02CE" w:rsidP="00DA02CE">
      <w:pPr>
        <w:pStyle w:val="Heading2"/>
        <w:rPr>
          <w:rFonts w:ascii="Times New Roman" w:hAnsi="Times New Roman" w:cs="Times New Roman"/>
          <w:color w:val="000000" w:themeColor="text1"/>
          <w:sz w:val="24"/>
          <w:szCs w:val="24"/>
        </w:rPr>
      </w:pPr>
      <w:r w:rsidRPr="00D00DBF">
        <w:rPr>
          <w:rStyle w:val="Strong"/>
          <w:rFonts w:ascii="Times New Roman" w:hAnsi="Times New Roman" w:cs="Times New Roman"/>
          <w:b w:val="0"/>
          <w:bCs w:val="0"/>
          <w:color w:val="000000" w:themeColor="text1"/>
          <w:sz w:val="24"/>
          <w:szCs w:val="24"/>
        </w:rPr>
        <w:t>3. Individualized Teacher Intervention</w:t>
      </w:r>
    </w:p>
    <w:p w14:paraId="44CE0B20" w14:textId="77777777" w:rsidR="00DA02CE" w:rsidRPr="00D00DBF" w:rsidRDefault="00DA02CE" w:rsidP="00DA02CE">
      <w:pPr>
        <w:pStyle w:val="NormalWeb"/>
      </w:pPr>
      <w:r w:rsidRPr="00D00DBF">
        <w:rPr>
          <w:rStyle w:val="Strong"/>
        </w:rPr>
        <w:t>Objective:</w:t>
      </w:r>
      <w:r w:rsidRPr="00D00DBF">
        <w:br/>
        <w:t>To provide targeted, one-on-one support tailored to each student's learning needs and challenges in DBMS.</w:t>
      </w:r>
    </w:p>
    <w:p w14:paraId="2F8DB673" w14:textId="77777777" w:rsidR="00DA02CE" w:rsidRPr="00D00DBF" w:rsidRDefault="00DA02CE" w:rsidP="00DA02CE">
      <w:pPr>
        <w:pStyle w:val="NormalWeb"/>
      </w:pPr>
      <w:r w:rsidRPr="00D00DBF">
        <w:rPr>
          <w:rStyle w:val="Strong"/>
        </w:rPr>
        <w:t>Implementation:</w:t>
      </w:r>
    </w:p>
    <w:p w14:paraId="6A9D1BDD" w14:textId="77777777" w:rsidR="00DA02CE" w:rsidRPr="00D00DBF" w:rsidRDefault="00DA02CE">
      <w:pPr>
        <w:pStyle w:val="NormalWeb"/>
        <w:numPr>
          <w:ilvl w:val="0"/>
          <w:numId w:val="9"/>
        </w:numPr>
        <w:spacing w:before="100" w:after="100"/>
      </w:pPr>
      <w:r w:rsidRPr="00D00DBF">
        <w:rPr>
          <w:rStyle w:val="Strong"/>
        </w:rPr>
        <w:t>One-on-One Sessions:</w:t>
      </w:r>
      <w:r w:rsidRPr="00D00DBF">
        <w:t xml:space="preserve"> Personalized sessions were arranged for students needing intensive support, focusing on areas like complex query writing, relational algebra, and transaction concepts.</w:t>
      </w:r>
    </w:p>
    <w:p w14:paraId="2842CF11" w14:textId="77777777" w:rsidR="00DA02CE" w:rsidRPr="00D00DBF" w:rsidRDefault="00DA02CE">
      <w:pPr>
        <w:pStyle w:val="NormalWeb"/>
        <w:numPr>
          <w:ilvl w:val="0"/>
          <w:numId w:val="9"/>
        </w:numPr>
        <w:spacing w:before="100" w:after="100"/>
      </w:pPr>
      <w:r w:rsidRPr="00D00DBF">
        <w:rPr>
          <w:rStyle w:val="Strong"/>
        </w:rPr>
        <w:t>Customized Study Plans:</w:t>
      </w:r>
      <w:r w:rsidRPr="00D00DBF">
        <w:t xml:space="preserve"> Individualized learning materials—including simplified notes, query-building worksheets, and sample database exercises—were provided to each student.</w:t>
      </w:r>
    </w:p>
    <w:p w14:paraId="260E9A97" w14:textId="77777777" w:rsidR="00DA02CE" w:rsidRPr="00D00DBF" w:rsidRDefault="00DA02CE">
      <w:pPr>
        <w:pStyle w:val="NormalWeb"/>
        <w:numPr>
          <w:ilvl w:val="0"/>
          <w:numId w:val="9"/>
        </w:numPr>
        <w:spacing w:before="100" w:after="100"/>
      </w:pPr>
      <w:r w:rsidRPr="00D00DBF">
        <w:rPr>
          <w:rStyle w:val="Strong"/>
        </w:rPr>
        <w:t>Regular Monitoring:</w:t>
      </w:r>
      <w:r w:rsidRPr="00D00DBF">
        <w:t xml:space="preserve"> Teachers tracked progress using performance logs and adjusted instructional strategies based on ongoing student feedback and quiz results.</w:t>
      </w:r>
    </w:p>
    <w:p w14:paraId="194D5D69" w14:textId="77777777" w:rsidR="00DA02CE" w:rsidRPr="00D00DBF" w:rsidRDefault="00DA02CE">
      <w:pPr>
        <w:pStyle w:val="NormalWeb"/>
        <w:numPr>
          <w:ilvl w:val="0"/>
          <w:numId w:val="9"/>
        </w:numPr>
        <w:spacing w:before="100" w:after="100"/>
      </w:pPr>
      <w:r w:rsidRPr="00D00DBF">
        <w:rPr>
          <w:rStyle w:val="Strong"/>
        </w:rPr>
        <w:t>Parental Involvement:</w:t>
      </w:r>
      <w:r w:rsidRPr="00D00DBF">
        <w:t xml:space="preserve"> In cases where sustained support was necessary, parents were kept informed and were encouraged to motivate consistent practice at home.</w:t>
      </w:r>
    </w:p>
    <w:p w14:paraId="480554B8" w14:textId="77777777" w:rsidR="00DA02CE" w:rsidRPr="00D00DBF" w:rsidRDefault="00DA02CE" w:rsidP="00DA02CE">
      <w:pPr>
        <w:pStyle w:val="NormalWeb"/>
      </w:pPr>
      <w:r w:rsidRPr="00D00DBF">
        <w:rPr>
          <w:rStyle w:val="Strong"/>
        </w:rPr>
        <w:t>Outcome:</w:t>
      </w:r>
      <w:r w:rsidRPr="00D00DBF">
        <w:br/>
        <w:t>Students who received individualized attention showed noticeable improvement in writing accurate queries, understanding relational data, and solving DBMS-related problems. Personalized support helped build their confidence and reduced their anxiety towards technical database subjects.</w:t>
      </w:r>
    </w:p>
    <w:p w14:paraId="0F8FECF1" w14:textId="77777777" w:rsidR="00DA02CE" w:rsidRPr="00D00DBF" w:rsidRDefault="00DA02CE" w:rsidP="00DA02CE">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A2B9D7F" wp14:editId="351846D7">
            <wp:extent cx="2488303" cy="1876425"/>
            <wp:effectExtent l="0" t="0" r="7620"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90447" cy="1878042"/>
                    </a:xfrm>
                    <a:prstGeom prst="rect">
                      <a:avLst/>
                    </a:prstGeom>
                    <a:noFill/>
                    <a:ln>
                      <a:noFill/>
                    </a:ln>
                  </pic:spPr>
                </pic:pic>
              </a:graphicData>
            </a:graphic>
          </wp:inline>
        </w:drawing>
      </w:r>
      <w:r w:rsidRPr="00D00DBF">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14:anchorId="44935C23" wp14:editId="64428706">
            <wp:extent cx="2943225" cy="2209800"/>
            <wp:effectExtent l="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43225" cy="2209800"/>
                    </a:xfrm>
                    <a:prstGeom prst="rect">
                      <a:avLst/>
                    </a:prstGeom>
                    <a:noFill/>
                    <a:ln>
                      <a:noFill/>
                    </a:ln>
                  </pic:spPr>
                </pic:pic>
              </a:graphicData>
            </a:graphic>
          </wp:inline>
        </w:drawing>
      </w:r>
    </w:p>
    <w:p w14:paraId="1F8181B7" w14:textId="77777777" w:rsidR="00DA02CE" w:rsidRPr="00D00DBF" w:rsidRDefault="00DA02CE" w:rsidP="00DA02CE">
      <w:pPr>
        <w:spacing w:before="100" w:beforeAutospacing="1" w:after="100" w:afterAutospacing="1" w:line="240" w:lineRule="auto"/>
        <w:rPr>
          <w:rFonts w:ascii="Times New Roman" w:eastAsia="Times New Roman" w:hAnsi="Times New Roman" w:cs="Times New Roman"/>
          <w:sz w:val="24"/>
          <w:szCs w:val="24"/>
        </w:rPr>
      </w:pPr>
    </w:p>
    <w:p w14:paraId="465A0ABE" w14:textId="77777777" w:rsidR="00DA02CE" w:rsidRPr="00D00DBF" w:rsidRDefault="00DA02CE" w:rsidP="00DA02CE">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6742E8FD" wp14:editId="0CF11CC3">
            <wp:extent cx="2676525" cy="203835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76525" cy="2038350"/>
                    </a:xfrm>
                    <a:prstGeom prst="rect">
                      <a:avLst/>
                    </a:prstGeom>
                    <a:noFill/>
                    <a:ln>
                      <a:noFill/>
                    </a:ln>
                  </pic:spPr>
                </pic:pic>
              </a:graphicData>
            </a:graphic>
          </wp:inline>
        </w:drawing>
      </w:r>
      <w:r w:rsidRPr="00D00DBF">
        <w:rPr>
          <w:rFonts w:ascii="Times New Roman" w:eastAsia="Times New Roman" w:hAnsi="Times New Roman" w:cs="Times New Roman"/>
          <w:sz w:val="24"/>
          <w:szCs w:val="24"/>
        </w:rPr>
        <w:t xml:space="preserve"> </w:t>
      </w:r>
      <w:r>
        <w:rPr>
          <w:rFonts w:ascii="Times New Roman" w:eastAsia="Times New Roman" w:hAnsi="Times New Roman" w:cs="Times New Roman"/>
          <w:noProof/>
          <w:sz w:val="24"/>
          <w:szCs w:val="24"/>
        </w:rPr>
        <w:drawing>
          <wp:inline distT="0" distB="0" distL="0" distR="0" wp14:anchorId="18E91911" wp14:editId="2C5E34B1">
            <wp:extent cx="2333625" cy="2417973"/>
            <wp:effectExtent l="0" t="0" r="0" b="1905"/>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t="22490"/>
                    <a:stretch>
                      <a:fillRect/>
                    </a:stretch>
                  </pic:blipFill>
                  <pic:spPr bwMode="auto">
                    <a:xfrm>
                      <a:off x="0" y="0"/>
                      <a:ext cx="2336781" cy="2421243"/>
                    </a:xfrm>
                    <a:prstGeom prst="rect">
                      <a:avLst/>
                    </a:prstGeom>
                    <a:noFill/>
                    <a:ln>
                      <a:noFill/>
                    </a:ln>
                  </pic:spPr>
                </pic:pic>
              </a:graphicData>
            </a:graphic>
          </wp:inline>
        </w:drawing>
      </w:r>
    </w:p>
    <w:p w14:paraId="075AFCE2" w14:textId="77777777" w:rsidR="00DA02CE" w:rsidRPr="00D00DBF" w:rsidRDefault="00DA02CE" w:rsidP="00DA02CE">
      <w:pPr>
        <w:pStyle w:val="Heading2"/>
        <w:rPr>
          <w:rFonts w:ascii="Times New Roman" w:hAnsi="Times New Roman" w:cs="Times New Roman"/>
          <w:color w:val="000000" w:themeColor="text1"/>
          <w:sz w:val="24"/>
          <w:szCs w:val="24"/>
        </w:rPr>
      </w:pPr>
      <w:r w:rsidRPr="00D00DBF">
        <w:rPr>
          <w:rStyle w:val="Strong"/>
          <w:rFonts w:ascii="Times New Roman" w:hAnsi="Times New Roman" w:cs="Times New Roman"/>
          <w:b w:val="0"/>
          <w:bCs w:val="0"/>
          <w:color w:val="000000" w:themeColor="text1"/>
          <w:sz w:val="24"/>
          <w:szCs w:val="24"/>
        </w:rPr>
        <w:t>Students' Progress Evaluation</w:t>
      </w:r>
    </w:p>
    <w:p w14:paraId="48A4261E" w14:textId="77777777" w:rsidR="00DA02CE" w:rsidRPr="00D00DBF" w:rsidRDefault="00DA02CE" w:rsidP="00DA02CE">
      <w:pPr>
        <w:pStyle w:val="NormalWeb"/>
      </w:pPr>
      <w:r w:rsidRPr="00D00DBF">
        <w:t xml:space="preserve">Baseline tests identified gaps in DBMS concepts. Weekly quizzes, assignments, and practical tasks tracked improvement. Teachers monitored progress and engagement, supported by </w:t>
      </w:r>
      <w:proofErr w:type="gramStart"/>
      <w:r w:rsidRPr="00D00DBF">
        <w:t>peer</w:t>
      </w:r>
      <w:proofErr w:type="gramEnd"/>
      <w:r w:rsidRPr="00D00DBF">
        <w:t xml:space="preserve"> and parental feedback. Comparison of initial and final assessments showed significant gains in SQL skills, normalization, and database design.</w:t>
      </w:r>
    </w:p>
    <w:p w14:paraId="5C5739B1" w14:textId="77777777" w:rsidR="00DA02CE" w:rsidRPr="00D00DBF" w:rsidRDefault="00DA02CE" w:rsidP="00DA02CE">
      <w:pPr>
        <w:pStyle w:val="Heading2"/>
        <w:rPr>
          <w:rFonts w:ascii="Times New Roman" w:hAnsi="Times New Roman" w:cs="Times New Roman"/>
          <w:color w:val="000000" w:themeColor="text1"/>
          <w:sz w:val="24"/>
          <w:szCs w:val="24"/>
        </w:rPr>
      </w:pPr>
      <w:r w:rsidRPr="00D00DBF">
        <w:rPr>
          <w:rStyle w:val="Strong"/>
          <w:rFonts w:ascii="Times New Roman" w:hAnsi="Times New Roman" w:cs="Times New Roman"/>
          <w:b w:val="0"/>
          <w:bCs w:val="0"/>
          <w:color w:val="000000" w:themeColor="text1"/>
          <w:sz w:val="24"/>
          <w:szCs w:val="24"/>
        </w:rPr>
        <w:t>Recommendations</w:t>
      </w:r>
    </w:p>
    <w:p w14:paraId="194D319E" w14:textId="77777777" w:rsidR="00DA02CE" w:rsidRPr="00D00DBF" w:rsidRDefault="00DA02CE">
      <w:pPr>
        <w:pStyle w:val="NormalWeb"/>
        <w:numPr>
          <w:ilvl w:val="0"/>
          <w:numId w:val="10"/>
        </w:numPr>
        <w:spacing w:before="100" w:after="100"/>
      </w:pPr>
      <w:r w:rsidRPr="00D00DBF">
        <w:t>Continue regular remedial sessions for at-risk students.</w:t>
      </w:r>
    </w:p>
    <w:p w14:paraId="4175269B" w14:textId="77777777" w:rsidR="00DA02CE" w:rsidRPr="00D00DBF" w:rsidRDefault="00DA02CE">
      <w:pPr>
        <w:pStyle w:val="NormalWeb"/>
        <w:numPr>
          <w:ilvl w:val="0"/>
          <w:numId w:val="10"/>
        </w:numPr>
        <w:spacing w:before="100" w:after="100"/>
      </w:pPr>
      <w:r w:rsidRPr="00D00DBF">
        <w:t>Use interactive database tools to enhance learning.</w:t>
      </w:r>
    </w:p>
    <w:p w14:paraId="4656E897" w14:textId="77777777" w:rsidR="00DA02CE" w:rsidRPr="00D00DBF" w:rsidRDefault="00DA02CE">
      <w:pPr>
        <w:pStyle w:val="NormalWeb"/>
        <w:numPr>
          <w:ilvl w:val="0"/>
          <w:numId w:val="10"/>
        </w:numPr>
        <w:spacing w:before="100" w:after="100"/>
      </w:pPr>
      <w:r w:rsidRPr="00D00DBF">
        <w:t>Train teachers and peer tutors to improve support methods.</w:t>
      </w:r>
    </w:p>
    <w:p w14:paraId="0F25D25C" w14:textId="77777777" w:rsidR="00DA02CE" w:rsidRPr="00D00DBF" w:rsidRDefault="00DA02CE">
      <w:pPr>
        <w:pStyle w:val="NormalWeb"/>
        <w:numPr>
          <w:ilvl w:val="0"/>
          <w:numId w:val="10"/>
        </w:numPr>
        <w:spacing w:before="100" w:after="100"/>
      </w:pPr>
      <w:r w:rsidRPr="00D00DBF">
        <w:t>Encourage parental involvement and home practice.</w:t>
      </w:r>
    </w:p>
    <w:p w14:paraId="3903BD4F" w14:textId="77777777" w:rsidR="00DA02CE" w:rsidRPr="00D00DBF" w:rsidRDefault="00DA02CE" w:rsidP="00DA02CE">
      <w:pPr>
        <w:pStyle w:val="Heading2"/>
        <w:rPr>
          <w:rFonts w:ascii="Times New Roman" w:hAnsi="Times New Roman" w:cs="Times New Roman"/>
          <w:color w:val="000000" w:themeColor="text1"/>
          <w:sz w:val="24"/>
          <w:szCs w:val="24"/>
        </w:rPr>
      </w:pPr>
      <w:r w:rsidRPr="00D00DBF">
        <w:rPr>
          <w:rStyle w:val="Strong"/>
          <w:rFonts w:ascii="Times New Roman" w:hAnsi="Times New Roman" w:cs="Times New Roman"/>
          <w:b w:val="0"/>
          <w:bCs w:val="0"/>
          <w:color w:val="000000" w:themeColor="text1"/>
          <w:sz w:val="24"/>
          <w:szCs w:val="24"/>
        </w:rPr>
        <w:t>Conclusion</w:t>
      </w:r>
    </w:p>
    <w:p w14:paraId="5F8247C7" w14:textId="77777777" w:rsidR="00DA02CE" w:rsidRPr="00D00DBF" w:rsidRDefault="00DA02CE" w:rsidP="00DA02CE">
      <w:pPr>
        <w:pStyle w:val="NormalWeb"/>
      </w:pPr>
      <w:r w:rsidRPr="00D00DBF">
        <w:t>The combined approach of inclusive, peer-assisted, and individualized teaching improved students’ DBMS performance, confidence, and interest, preparing them better for future challenges in Cyber Security.</w:t>
      </w:r>
    </w:p>
    <w:p w14:paraId="24089375" w14:textId="77777777" w:rsidR="00DA02CE" w:rsidRDefault="00DA02CE" w:rsidP="00DA02CE">
      <w:pPr>
        <w:rPr>
          <w:rFonts w:ascii="Times New Roman" w:hAnsi="Times New Roman" w:cs="Times New Roman"/>
          <w:sz w:val="24"/>
          <w:szCs w:val="24"/>
        </w:rPr>
      </w:pPr>
      <w:r w:rsidRPr="0087174F">
        <w:rPr>
          <w:rFonts w:ascii="Times New Roman" w:hAnsi="Times New Roman" w:cs="Times New Roman"/>
          <w:noProof/>
          <w:sz w:val="24"/>
          <w:szCs w:val="24"/>
        </w:rPr>
        <w:drawing>
          <wp:inline distT="0" distB="0" distL="0" distR="0" wp14:anchorId="03FB9462" wp14:editId="53D7895C">
            <wp:extent cx="2362200" cy="2304869"/>
            <wp:effectExtent l="0" t="0" r="0" b="635"/>
            <wp:docPr id="44095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5009" name=""/>
                    <pic:cNvPicPr/>
                  </pic:nvPicPr>
                  <pic:blipFill>
                    <a:blip r:embed="rId73"/>
                    <a:stretch>
                      <a:fillRect/>
                    </a:stretch>
                  </pic:blipFill>
                  <pic:spPr>
                    <a:xfrm>
                      <a:off x="0" y="0"/>
                      <a:ext cx="2378641" cy="2320911"/>
                    </a:xfrm>
                    <a:prstGeom prst="rect">
                      <a:avLst/>
                    </a:prstGeom>
                  </pic:spPr>
                </pic:pic>
              </a:graphicData>
            </a:graphic>
          </wp:inline>
        </w:drawing>
      </w:r>
    </w:p>
    <w:p w14:paraId="780DB423" w14:textId="77777777" w:rsidR="00DA02CE" w:rsidRDefault="00DA02CE" w:rsidP="00DA02CE">
      <w:pPr>
        <w:rPr>
          <w:rFonts w:ascii="Times New Roman" w:hAnsi="Times New Roman" w:cs="Times New Roman"/>
          <w:sz w:val="24"/>
          <w:szCs w:val="24"/>
        </w:rPr>
      </w:pPr>
      <w:r w:rsidRPr="0087174F">
        <w:rPr>
          <w:rFonts w:ascii="Times New Roman" w:hAnsi="Times New Roman" w:cs="Times New Roman"/>
          <w:noProof/>
          <w:sz w:val="24"/>
          <w:szCs w:val="24"/>
        </w:rPr>
        <w:lastRenderedPageBreak/>
        <w:drawing>
          <wp:inline distT="0" distB="0" distL="0" distR="0" wp14:anchorId="4C522984" wp14:editId="070F9110">
            <wp:extent cx="3496163" cy="2391109"/>
            <wp:effectExtent l="0" t="0" r="9525" b="9525"/>
            <wp:docPr id="540393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393109" name=""/>
                    <pic:cNvPicPr/>
                  </pic:nvPicPr>
                  <pic:blipFill>
                    <a:blip r:embed="rId74"/>
                    <a:stretch>
                      <a:fillRect/>
                    </a:stretch>
                  </pic:blipFill>
                  <pic:spPr>
                    <a:xfrm>
                      <a:off x="0" y="0"/>
                      <a:ext cx="3496163" cy="2391109"/>
                    </a:xfrm>
                    <a:prstGeom prst="rect">
                      <a:avLst/>
                    </a:prstGeom>
                  </pic:spPr>
                </pic:pic>
              </a:graphicData>
            </a:graphic>
          </wp:inline>
        </w:drawing>
      </w:r>
    </w:p>
    <w:p w14:paraId="7FA8B0F8" w14:textId="2B96D565" w:rsidR="00714AEF" w:rsidRPr="009823A7" w:rsidRDefault="00714AEF" w:rsidP="009823A7">
      <w:pPr>
        <w:spacing w:line="429" w:lineRule="auto"/>
        <w:ind w:right="675"/>
        <w:rPr>
          <w:b/>
          <w:spacing w:val="-2"/>
          <w:sz w:val="36"/>
          <w:szCs w:val="36"/>
        </w:rPr>
      </w:pPr>
      <w:r w:rsidRPr="009823A7">
        <w:rPr>
          <w:b/>
          <w:spacing w:val="-2"/>
          <w:sz w:val="36"/>
          <w:szCs w:val="36"/>
        </w:rPr>
        <w:t xml:space="preserve">Remedial Teaching Report </w:t>
      </w:r>
    </w:p>
    <w:p w14:paraId="059A0C97" w14:textId="77777777" w:rsidR="00714AEF" w:rsidRDefault="00714AEF" w:rsidP="00714AEF">
      <w:pPr>
        <w:spacing w:line="429" w:lineRule="auto"/>
        <w:ind w:left="23" w:right="675"/>
        <w:rPr>
          <w:b/>
          <w:spacing w:val="-2"/>
          <w:sz w:val="24"/>
        </w:rPr>
      </w:pPr>
      <w:r>
        <w:rPr>
          <w:b/>
          <w:spacing w:val="-2"/>
          <w:sz w:val="24"/>
        </w:rPr>
        <w:t>Type of Remedial method: Individualized teacher interventions</w:t>
      </w:r>
    </w:p>
    <w:p w14:paraId="01E19EF4" w14:textId="77777777" w:rsidR="00714AEF" w:rsidRDefault="00714AEF" w:rsidP="00714AEF">
      <w:pPr>
        <w:spacing w:line="429" w:lineRule="auto"/>
        <w:ind w:left="23" w:right="675"/>
        <w:rPr>
          <w:sz w:val="24"/>
        </w:rPr>
      </w:pPr>
      <w:r>
        <w:rPr>
          <w:b/>
          <w:sz w:val="24"/>
        </w:rPr>
        <w:t>Departmen</w:t>
      </w:r>
      <w:r>
        <w:rPr>
          <w:sz w:val="24"/>
        </w:rPr>
        <w:t>t: Cyber Security</w:t>
      </w:r>
    </w:p>
    <w:p w14:paraId="479B9C8E" w14:textId="77777777" w:rsidR="00714AEF" w:rsidRDefault="00714AEF" w:rsidP="00714AEF">
      <w:pPr>
        <w:spacing w:before="1" w:line="429" w:lineRule="auto"/>
        <w:ind w:left="23" w:right="2309"/>
        <w:rPr>
          <w:b/>
          <w:spacing w:val="-4"/>
          <w:sz w:val="24"/>
        </w:rPr>
      </w:pPr>
      <w:proofErr w:type="spellStart"/>
      <w:r>
        <w:rPr>
          <w:b/>
          <w:spacing w:val="-4"/>
          <w:sz w:val="24"/>
        </w:rPr>
        <w:t>CourseName</w:t>
      </w:r>
      <w:proofErr w:type="spellEnd"/>
      <w:r>
        <w:rPr>
          <w:b/>
          <w:spacing w:val="-4"/>
          <w:sz w:val="24"/>
        </w:rPr>
        <w:t>: BSc Computer Science &amp; Cyber Security</w:t>
      </w:r>
    </w:p>
    <w:p w14:paraId="37D1C9FB" w14:textId="77777777" w:rsidR="00714AEF" w:rsidRDefault="00714AEF" w:rsidP="00714AEF">
      <w:pPr>
        <w:spacing w:before="1"/>
        <w:ind w:left="23"/>
        <w:rPr>
          <w:sz w:val="24"/>
        </w:rPr>
      </w:pPr>
      <w:r>
        <w:rPr>
          <w:b/>
          <w:spacing w:val="-5"/>
          <w:sz w:val="24"/>
        </w:rPr>
        <w:t>Date:25-03-2026</w:t>
      </w:r>
    </w:p>
    <w:p w14:paraId="063E7D3A" w14:textId="77777777" w:rsidR="00714AEF" w:rsidRPr="006503B0" w:rsidRDefault="00714AEF" w:rsidP="00714AEF">
      <w:pPr>
        <w:pStyle w:val="Heading1"/>
        <w:spacing w:before="220"/>
        <w:rPr>
          <w:rFonts w:ascii="Times New Roman" w:hAnsi="Times New Roman" w:cs="Times New Roman"/>
          <w:color w:val="auto"/>
          <w:spacing w:val="-2"/>
          <w:sz w:val="24"/>
          <w:szCs w:val="24"/>
        </w:rPr>
      </w:pPr>
      <w:r>
        <w:rPr>
          <w:spacing w:val="-2"/>
        </w:rPr>
        <w:t>Objective:</w:t>
      </w:r>
      <w:r w:rsidRPr="00BD5888">
        <w:rPr>
          <w:rFonts w:ascii="Times New Roman" w:eastAsia="Times New Roman" w:hAnsi="Times New Roman" w:cs="Times New Roman"/>
          <w:lang w:eastAsia="en-IN"/>
        </w:rPr>
        <w:t xml:space="preserve"> </w:t>
      </w:r>
      <w:r w:rsidRPr="006503B0">
        <w:rPr>
          <w:rFonts w:ascii="Times New Roman" w:hAnsi="Times New Roman" w:cs="Times New Roman"/>
          <w:color w:val="auto"/>
          <w:spacing w:val="-2"/>
          <w:sz w:val="24"/>
          <w:szCs w:val="24"/>
        </w:rPr>
        <w:t xml:space="preserve">To strengthen basic mathematical concepts and fill learning </w:t>
      </w:r>
      <w:proofErr w:type="spellStart"/>
      <w:proofErr w:type="gramStart"/>
      <w:r w:rsidRPr="006503B0">
        <w:rPr>
          <w:rFonts w:ascii="Times New Roman" w:hAnsi="Times New Roman" w:cs="Times New Roman"/>
          <w:color w:val="auto"/>
          <w:spacing w:val="-2"/>
          <w:sz w:val="24"/>
          <w:szCs w:val="24"/>
        </w:rPr>
        <w:t>gaps.To</w:t>
      </w:r>
      <w:proofErr w:type="spellEnd"/>
      <w:proofErr w:type="gramEnd"/>
      <w:r w:rsidRPr="006503B0">
        <w:rPr>
          <w:rFonts w:ascii="Times New Roman" w:hAnsi="Times New Roman" w:cs="Times New Roman"/>
          <w:color w:val="auto"/>
          <w:spacing w:val="-2"/>
          <w:sz w:val="24"/>
          <w:szCs w:val="24"/>
        </w:rPr>
        <w:t xml:space="preserve"> improve problem-solving skills through guided </w:t>
      </w:r>
      <w:proofErr w:type="spellStart"/>
      <w:proofErr w:type="gramStart"/>
      <w:r w:rsidRPr="006503B0">
        <w:rPr>
          <w:rFonts w:ascii="Times New Roman" w:hAnsi="Times New Roman" w:cs="Times New Roman"/>
          <w:color w:val="auto"/>
          <w:spacing w:val="-2"/>
          <w:sz w:val="24"/>
          <w:szCs w:val="24"/>
        </w:rPr>
        <w:t>practice.To</w:t>
      </w:r>
      <w:proofErr w:type="spellEnd"/>
      <w:proofErr w:type="gramEnd"/>
      <w:r w:rsidRPr="006503B0">
        <w:rPr>
          <w:rFonts w:ascii="Times New Roman" w:hAnsi="Times New Roman" w:cs="Times New Roman"/>
          <w:color w:val="auto"/>
          <w:spacing w:val="-2"/>
          <w:sz w:val="24"/>
          <w:szCs w:val="24"/>
        </w:rPr>
        <w:t xml:space="preserve"> build confidence and reduce fear or anxiety toward </w:t>
      </w:r>
      <w:proofErr w:type="spellStart"/>
      <w:proofErr w:type="gramStart"/>
      <w:r w:rsidRPr="006503B0">
        <w:rPr>
          <w:rFonts w:ascii="Times New Roman" w:hAnsi="Times New Roman" w:cs="Times New Roman"/>
          <w:color w:val="auto"/>
          <w:spacing w:val="-2"/>
          <w:sz w:val="24"/>
          <w:szCs w:val="24"/>
        </w:rPr>
        <w:t>mathematics.To</w:t>
      </w:r>
      <w:proofErr w:type="spellEnd"/>
      <w:proofErr w:type="gramEnd"/>
      <w:r w:rsidRPr="006503B0">
        <w:rPr>
          <w:rFonts w:ascii="Times New Roman" w:hAnsi="Times New Roman" w:cs="Times New Roman"/>
          <w:color w:val="auto"/>
          <w:spacing w:val="-2"/>
          <w:sz w:val="24"/>
          <w:szCs w:val="24"/>
        </w:rPr>
        <w:t xml:space="preserve"> provide individualized attention based on each student’s </w:t>
      </w:r>
      <w:proofErr w:type="spellStart"/>
      <w:proofErr w:type="gramStart"/>
      <w:r w:rsidRPr="006503B0">
        <w:rPr>
          <w:rFonts w:ascii="Times New Roman" w:hAnsi="Times New Roman" w:cs="Times New Roman"/>
          <w:color w:val="auto"/>
          <w:spacing w:val="-2"/>
          <w:sz w:val="24"/>
          <w:szCs w:val="24"/>
        </w:rPr>
        <w:t>needs.To</w:t>
      </w:r>
      <w:proofErr w:type="spellEnd"/>
      <w:proofErr w:type="gramEnd"/>
      <w:r w:rsidRPr="006503B0">
        <w:rPr>
          <w:rFonts w:ascii="Times New Roman" w:hAnsi="Times New Roman" w:cs="Times New Roman"/>
          <w:color w:val="auto"/>
          <w:spacing w:val="-2"/>
          <w:sz w:val="24"/>
          <w:szCs w:val="24"/>
        </w:rPr>
        <w:t xml:space="preserve"> enhance overall academic performance in mathematics.</w:t>
      </w:r>
    </w:p>
    <w:p w14:paraId="2656C1C9" w14:textId="77777777" w:rsidR="00714AEF" w:rsidRDefault="00714AEF" w:rsidP="00714AEF">
      <w:pPr>
        <w:pStyle w:val="BodyText"/>
        <w:spacing w:before="221" w:line="292" w:lineRule="auto"/>
        <w:rPr>
          <w:spacing w:val="-2"/>
        </w:rPr>
      </w:pPr>
      <w:r>
        <w:rPr>
          <w:spacing w:val="-2"/>
        </w:rPr>
        <w:t>Registers pictures:</w:t>
      </w:r>
    </w:p>
    <w:p w14:paraId="6954F9D5" w14:textId="77777777" w:rsidR="00714AEF" w:rsidRDefault="00714AEF" w:rsidP="00714AEF">
      <w:pPr>
        <w:pStyle w:val="BodyText"/>
        <w:spacing w:before="221" w:line="292" w:lineRule="auto"/>
        <w:ind w:left="23"/>
        <w:rPr>
          <w:spacing w:val="-2"/>
        </w:rPr>
      </w:pPr>
      <w:r w:rsidRPr="00BD5888">
        <w:rPr>
          <w:noProof/>
          <w:spacing w:val="-2"/>
        </w:rPr>
        <w:lastRenderedPageBreak/>
        <w:drawing>
          <wp:inline distT="0" distB="0" distL="0" distR="0" wp14:anchorId="3858F152" wp14:editId="472EBB31">
            <wp:extent cx="5380369" cy="2922270"/>
            <wp:effectExtent l="0" t="0" r="0" b="0"/>
            <wp:docPr id="295215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215946" name=""/>
                    <pic:cNvPicPr/>
                  </pic:nvPicPr>
                  <pic:blipFill>
                    <a:blip r:embed="rId75"/>
                    <a:stretch>
                      <a:fillRect/>
                    </a:stretch>
                  </pic:blipFill>
                  <pic:spPr>
                    <a:xfrm>
                      <a:off x="0" y="0"/>
                      <a:ext cx="5445885" cy="2957854"/>
                    </a:xfrm>
                    <a:prstGeom prst="rect">
                      <a:avLst/>
                    </a:prstGeom>
                  </pic:spPr>
                </pic:pic>
              </a:graphicData>
            </a:graphic>
          </wp:inline>
        </w:drawing>
      </w:r>
    </w:p>
    <w:p w14:paraId="7C015AF5" w14:textId="77777777" w:rsidR="00714AEF" w:rsidRDefault="00714AEF" w:rsidP="00714AEF">
      <w:pPr>
        <w:pStyle w:val="BodyText"/>
        <w:spacing w:before="221" w:line="292" w:lineRule="auto"/>
        <w:ind w:left="23"/>
        <w:rPr>
          <w:spacing w:val="-2"/>
        </w:rPr>
      </w:pPr>
    </w:p>
    <w:p w14:paraId="5B0B6F80" w14:textId="77777777" w:rsidR="00714AEF" w:rsidRDefault="00714AEF" w:rsidP="00714AEF">
      <w:pPr>
        <w:pStyle w:val="BodyText"/>
        <w:spacing w:before="221" w:line="292" w:lineRule="auto"/>
        <w:ind w:left="23"/>
        <w:rPr>
          <w:spacing w:val="-2"/>
        </w:rPr>
      </w:pPr>
    </w:p>
    <w:p w14:paraId="60C15D23" w14:textId="77777777" w:rsidR="00714AEF" w:rsidRDefault="00714AEF" w:rsidP="00714AEF">
      <w:pPr>
        <w:pStyle w:val="BodyText"/>
        <w:spacing w:before="221" w:line="292" w:lineRule="auto"/>
        <w:ind w:left="23"/>
        <w:rPr>
          <w:spacing w:val="-2"/>
        </w:rPr>
      </w:pPr>
    </w:p>
    <w:p w14:paraId="751EE72C" w14:textId="77777777" w:rsidR="00714AEF" w:rsidRDefault="00714AEF" w:rsidP="00714AEF">
      <w:pPr>
        <w:pStyle w:val="BodyText"/>
        <w:spacing w:before="221" w:line="292" w:lineRule="auto"/>
        <w:rPr>
          <w:spacing w:val="-2"/>
        </w:rPr>
      </w:pPr>
      <w:r>
        <w:rPr>
          <w:spacing w:val="-2"/>
        </w:rPr>
        <w:t>Remedial class photos:</w:t>
      </w:r>
    </w:p>
    <w:p w14:paraId="3D976C8F" w14:textId="77777777" w:rsidR="00714AEF" w:rsidRDefault="00714AEF" w:rsidP="00714AEF">
      <w:pPr>
        <w:pStyle w:val="BodyText"/>
        <w:spacing w:before="221" w:line="292" w:lineRule="auto"/>
        <w:ind w:left="23"/>
        <w:rPr>
          <w:spacing w:val="-2"/>
        </w:rPr>
      </w:pPr>
    </w:p>
    <w:p w14:paraId="752C813D" w14:textId="77777777" w:rsidR="00714AEF" w:rsidRDefault="00714AEF" w:rsidP="00714AEF">
      <w:pPr>
        <w:pStyle w:val="BodyText"/>
        <w:spacing w:before="221" w:line="292" w:lineRule="auto"/>
        <w:ind w:left="23"/>
        <w:rPr>
          <w:spacing w:val="-2"/>
        </w:rPr>
      </w:pPr>
    </w:p>
    <w:p w14:paraId="4766F274" w14:textId="77777777" w:rsidR="00714AEF" w:rsidRDefault="00714AEF" w:rsidP="00714AEF">
      <w:pPr>
        <w:pStyle w:val="BodyText"/>
        <w:spacing w:before="221" w:line="292" w:lineRule="auto"/>
        <w:ind w:left="23"/>
        <w:rPr>
          <w:spacing w:val="-2"/>
        </w:rPr>
      </w:pPr>
      <w:r w:rsidRPr="00BD5888">
        <w:rPr>
          <w:noProof/>
          <w:spacing w:val="-2"/>
        </w:rPr>
        <w:drawing>
          <wp:inline distT="0" distB="0" distL="0" distR="0" wp14:anchorId="66D02FEC" wp14:editId="5BCB6ADE">
            <wp:extent cx="4342765" cy="2752706"/>
            <wp:effectExtent l="0" t="0" r="0" b="0"/>
            <wp:docPr id="1500503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503549" name=""/>
                    <pic:cNvPicPr/>
                  </pic:nvPicPr>
                  <pic:blipFill>
                    <a:blip r:embed="rId76"/>
                    <a:stretch>
                      <a:fillRect/>
                    </a:stretch>
                  </pic:blipFill>
                  <pic:spPr>
                    <a:xfrm>
                      <a:off x="0" y="0"/>
                      <a:ext cx="4356692" cy="2761534"/>
                    </a:xfrm>
                    <a:prstGeom prst="rect">
                      <a:avLst/>
                    </a:prstGeom>
                  </pic:spPr>
                </pic:pic>
              </a:graphicData>
            </a:graphic>
          </wp:inline>
        </w:drawing>
      </w:r>
    </w:p>
    <w:p w14:paraId="53701831" w14:textId="77777777" w:rsidR="00714AEF" w:rsidRDefault="00714AEF" w:rsidP="00714AEF">
      <w:pPr>
        <w:pStyle w:val="BodyText"/>
        <w:spacing w:before="221" w:line="292" w:lineRule="auto"/>
        <w:ind w:left="23"/>
        <w:rPr>
          <w:spacing w:val="-2"/>
        </w:rPr>
      </w:pPr>
      <w:r w:rsidRPr="00BD5888">
        <w:rPr>
          <w:noProof/>
          <w:spacing w:val="-2"/>
        </w:rPr>
        <w:lastRenderedPageBreak/>
        <w:drawing>
          <wp:inline distT="0" distB="0" distL="0" distR="0" wp14:anchorId="25CFA356" wp14:editId="69898F04">
            <wp:extent cx="3220278" cy="2464527"/>
            <wp:effectExtent l="0" t="0" r="0" b="0"/>
            <wp:docPr id="943295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95030" name=""/>
                    <pic:cNvPicPr/>
                  </pic:nvPicPr>
                  <pic:blipFill>
                    <a:blip r:embed="rId77"/>
                    <a:stretch>
                      <a:fillRect/>
                    </a:stretch>
                  </pic:blipFill>
                  <pic:spPr>
                    <a:xfrm>
                      <a:off x="0" y="0"/>
                      <a:ext cx="3226004" cy="2468909"/>
                    </a:xfrm>
                    <a:prstGeom prst="rect">
                      <a:avLst/>
                    </a:prstGeom>
                  </pic:spPr>
                </pic:pic>
              </a:graphicData>
            </a:graphic>
          </wp:inline>
        </w:drawing>
      </w:r>
    </w:p>
    <w:p w14:paraId="0E5CF7A8" w14:textId="77777777" w:rsidR="00714AEF" w:rsidRDefault="00714AEF" w:rsidP="00714AEF">
      <w:pPr>
        <w:pStyle w:val="BodyText"/>
        <w:spacing w:before="221" w:line="292" w:lineRule="auto"/>
        <w:ind w:left="23"/>
        <w:rPr>
          <w:spacing w:val="-2"/>
        </w:rPr>
      </w:pPr>
    </w:p>
    <w:p w14:paraId="1E1F245A" w14:textId="548558BC" w:rsidR="00714AEF" w:rsidRDefault="00714AEF" w:rsidP="009823A7">
      <w:pPr>
        <w:pStyle w:val="BodyText"/>
        <w:spacing w:before="221" w:line="292" w:lineRule="auto"/>
        <w:rPr>
          <w:spacing w:val="-2"/>
        </w:rPr>
      </w:pPr>
      <w:r>
        <w:rPr>
          <w:spacing w:val="-2"/>
        </w:rPr>
        <w:t>Signature sheets:</w:t>
      </w:r>
    </w:p>
    <w:p w14:paraId="11AA3D79" w14:textId="75D4CB6C" w:rsidR="00622606" w:rsidRPr="009823A7" w:rsidRDefault="00622606" w:rsidP="009823A7">
      <w:pPr>
        <w:pStyle w:val="BodyText"/>
        <w:spacing w:before="221" w:line="292" w:lineRule="auto"/>
        <w:rPr>
          <w:spacing w:val="-2"/>
        </w:rPr>
      </w:pPr>
      <w:r>
        <w:rPr>
          <w:noProof/>
          <w:spacing w:val="-2"/>
        </w:rPr>
        <w:lastRenderedPageBreak/>
        <w:drawing>
          <wp:inline distT="0" distB="0" distL="0" distR="0" wp14:anchorId="239F95D5" wp14:editId="4BE109AF">
            <wp:extent cx="5155438" cy="6909490"/>
            <wp:effectExtent l="0" t="0" r="7620" b="5715"/>
            <wp:docPr id="17994007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8">
                      <a:extLst>
                        <a:ext uri="{28A0092B-C50C-407E-A947-70E740481C1C}">
                          <a14:useLocalDpi xmlns:a14="http://schemas.microsoft.com/office/drawing/2010/main" val="0"/>
                        </a:ext>
                      </a:extLst>
                    </a:blip>
                    <a:srcRect t="9625" b="15022"/>
                    <a:stretch>
                      <a:fillRect/>
                    </a:stretch>
                  </pic:blipFill>
                  <pic:spPr bwMode="auto">
                    <a:xfrm>
                      <a:off x="0" y="0"/>
                      <a:ext cx="5169417" cy="6928226"/>
                    </a:xfrm>
                    <a:prstGeom prst="rect">
                      <a:avLst/>
                    </a:prstGeom>
                    <a:noFill/>
                    <a:ln>
                      <a:noFill/>
                    </a:ln>
                    <a:extLst>
                      <a:ext uri="{53640926-AAD7-44D8-BBD7-CCE9431645EC}">
                        <a14:shadowObscured xmlns:a14="http://schemas.microsoft.com/office/drawing/2010/main"/>
                      </a:ext>
                    </a:extLst>
                  </pic:spPr>
                </pic:pic>
              </a:graphicData>
            </a:graphic>
          </wp:inline>
        </w:drawing>
      </w:r>
    </w:p>
    <w:p w14:paraId="2BC25AA7" w14:textId="27CC0751" w:rsidR="00714AEF" w:rsidRDefault="00714AEF" w:rsidP="00714AEF">
      <w:pPr>
        <w:pStyle w:val="Heading1"/>
        <w:spacing w:before="168"/>
        <w:ind w:left="71"/>
      </w:pPr>
    </w:p>
    <w:p w14:paraId="5A1C76DB" w14:textId="77777777" w:rsidR="00714AEF" w:rsidRDefault="00714AEF" w:rsidP="00714AEF">
      <w:pPr>
        <w:pStyle w:val="Heading1"/>
        <w:spacing w:before="168"/>
        <w:ind w:left="71"/>
      </w:pPr>
    </w:p>
    <w:p w14:paraId="6403C9AB" w14:textId="10A469EC" w:rsidR="00714AEF" w:rsidRPr="00714AEF" w:rsidRDefault="00EB0748" w:rsidP="00714AEF">
      <w:pPr>
        <w:pStyle w:val="Heading1"/>
        <w:spacing w:before="168"/>
        <w:ind w:left="71"/>
      </w:pPr>
      <w:r>
        <w:rPr>
          <w:noProof/>
        </w:rPr>
        <w:drawing>
          <wp:inline distT="0" distB="0" distL="0" distR="0" wp14:anchorId="18674999" wp14:editId="03397528">
            <wp:extent cx="5072932" cy="3092450"/>
            <wp:effectExtent l="0" t="0" r="0" b="0"/>
            <wp:docPr id="7050547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79">
                      <a:extLst>
                        <a:ext uri="{28A0092B-C50C-407E-A947-70E740481C1C}">
                          <a14:useLocalDpi xmlns:a14="http://schemas.microsoft.com/office/drawing/2010/main" val="0"/>
                        </a:ext>
                      </a:extLst>
                    </a:blip>
                    <a:srcRect t="19159" r="15379" b="51838"/>
                    <a:stretch>
                      <a:fillRect/>
                    </a:stretch>
                  </pic:blipFill>
                  <pic:spPr bwMode="auto">
                    <a:xfrm>
                      <a:off x="0" y="0"/>
                      <a:ext cx="5083936" cy="3099158"/>
                    </a:xfrm>
                    <a:prstGeom prst="rect">
                      <a:avLst/>
                    </a:prstGeom>
                    <a:noFill/>
                    <a:ln>
                      <a:noFill/>
                    </a:ln>
                    <a:extLst>
                      <a:ext uri="{53640926-AAD7-44D8-BBD7-CCE9431645EC}">
                        <a14:shadowObscured xmlns:a14="http://schemas.microsoft.com/office/drawing/2010/main"/>
                      </a:ext>
                    </a:extLst>
                  </pic:spPr>
                </pic:pic>
              </a:graphicData>
            </a:graphic>
          </wp:inline>
        </w:drawing>
      </w:r>
    </w:p>
    <w:p w14:paraId="005C9EE2" w14:textId="77777777" w:rsidR="00714AEF" w:rsidRDefault="00714AEF" w:rsidP="00714AEF">
      <w:pPr>
        <w:ind w:left="23"/>
        <w:rPr>
          <w:b/>
          <w:spacing w:val="-2"/>
          <w:sz w:val="24"/>
        </w:rPr>
      </w:pPr>
      <w:proofErr w:type="spellStart"/>
      <w:r>
        <w:rPr>
          <w:b/>
          <w:sz w:val="24"/>
        </w:rPr>
        <w:t>Students</w:t>
      </w:r>
      <w:proofErr w:type="spellEnd"/>
      <w:r>
        <w:rPr>
          <w:b/>
          <w:sz w:val="24"/>
        </w:rPr>
        <w:t xml:space="preserve"> Progress Ev</w:t>
      </w:r>
      <w:r>
        <w:rPr>
          <w:b/>
          <w:spacing w:val="-2"/>
          <w:sz w:val="24"/>
        </w:rPr>
        <w:t>aluation:</w:t>
      </w:r>
    </w:p>
    <w:p w14:paraId="44EB6B3F" w14:textId="3CCF3251" w:rsidR="00714AEF" w:rsidRPr="00714AEF" w:rsidRDefault="00714AEF" w:rsidP="00714AEF">
      <w:pPr>
        <w:ind w:left="23"/>
        <w:rPr>
          <w:bCs/>
          <w:spacing w:val="-2"/>
          <w:sz w:val="24"/>
        </w:rPr>
      </w:pPr>
      <w:r w:rsidRPr="00274D17">
        <w:rPr>
          <w:bCs/>
          <w:spacing w:val="-2"/>
          <w:sz w:val="24"/>
        </w:rPr>
        <w:t>Students are improved in the differentiation chapter</w:t>
      </w:r>
      <w:r>
        <w:rPr>
          <w:bCs/>
          <w:spacing w:val="-2"/>
          <w:sz w:val="24"/>
        </w:rPr>
        <w:t>. They learned the process of differentiation and integration.20 percentage they improved from Mid1 to Mid2 examinations.</w:t>
      </w:r>
    </w:p>
    <w:p w14:paraId="167E19D8" w14:textId="77777777" w:rsidR="00714AEF" w:rsidRDefault="00714AEF" w:rsidP="00714AEF">
      <w:pPr>
        <w:rPr>
          <w:b/>
          <w:sz w:val="24"/>
        </w:rPr>
      </w:pPr>
      <w:r>
        <w:rPr>
          <w:b/>
          <w:sz w:val="24"/>
        </w:rPr>
        <w:t xml:space="preserve">Conclusions </w:t>
      </w:r>
      <w:r>
        <w:rPr>
          <w:b/>
          <w:spacing w:val="-2"/>
          <w:sz w:val="24"/>
        </w:rPr>
        <w:t>Recommendations:</w:t>
      </w:r>
    </w:p>
    <w:p w14:paraId="7EB231A8" w14:textId="77777777" w:rsidR="00714AEF" w:rsidRDefault="00714AEF" w:rsidP="00714AEF">
      <w:pPr>
        <w:pStyle w:val="BodyText"/>
        <w:spacing w:line="292" w:lineRule="auto"/>
      </w:pPr>
      <w:r>
        <w:t xml:space="preserve"> Total 8 students </w:t>
      </w:r>
      <w:proofErr w:type="gramStart"/>
      <w:r>
        <w:t>are attended for</w:t>
      </w:r>
      <w:proofErr w:type="gramEnd"/>
      <w:r>
        <w:t xml:space="preserve"> Remedial classes.</w:t>
      </w:r>
    </w:p>
    <w:p w14:paraId="147ACA23" w14:textId="5EE702A3" w:rsidR="009823A7" w:rsidRDefault="009823A7" w:rsidP="00DA02CE">
      <w:pPr>
        <w:rPr>
          <w:rFonts w:ascii="Times New Roman" w:hAnsi="Times New Roman" w:cs="Times New Roman"/>
          <w:sz w:val="24"/>
          <w:szCs w:val="24"/>
        </w:rPr>
      </w:pPr>
    </w:p>
    <w:p w14:paraId="71F56E40" w14:textId="40C48B3D" w:rsidR="00226B14" w:rsidRDefault="00226B14" w:rsidP="009A5AA2">
      <w:pPr>
        <w:rPr>
          <w:b/>
          <w:bCs/>
          <w:sz w:val="28"/>
          <w:szCs w:val="28"/>
          <w:lang w:val="en-US"/>
        </w:rPr>
      </w:pPr>
    </w:p>
    <w:p w14:paraId="30B18A0B" w14:textId="6FB31BB8" w:rsidR="00226B14" w:rsidRPr="00D74E4D" w:rsidRDefault="006503B0" w:rsidP="00D74E4D">
      <w:pPr>
        <w:rPr>
          <w:b/>
          <w:bCs/>
          <w:sz w:val="28"/>
          <w:szCs w:val="28"/>
          <w:lang w:val="en-US"/>
        </w:rPr>
      </w:pPr>
      <w:r>
        <w:rPr>
          <w:b/>
          <w:bCs/>
          <w:sz w:val="28"/>
          <w:szCs w:val="28"/>
          <w:lang w:val="en-US"/>
        </w:rPr>
        <w:t>9</w:t>
      </w:r>
      <w:r w:rsidR="00D74E4D">
        <w:rPr>
          <w:b/>
          <w:bCs/>
          <w:sz w:val="28"/>
          <w:szCs w:val="28"/>
          <w:lang w:val="en-US"/>
        </w:rPr>
        <w:t>.</w:t>
      </w:r>
      <w:r w:rsidR="00FC3740" w:rsidRPr="00D74E4D">
        <w:rPr>
          <w:b/>
          <w:bCs/>
          <w:sz w:val="28"/>
          <w:szCs w:val="28"/>
          <w:lang w:val="en-US"/>
        </w:rPr>
        <w:t xml:space="preserve">Slow &amp; </w:t>
      </w:r>
      <w:proofErr w:type="gramStart"/>
      <w:r w:rsidR="00FC3740" w:rsidRPr="00D74E4D">
        <w:rPr>
          <w:b/>
          <w:bCs/>
          <w:sz w:val="28"/>
          <w:szCs w:val="28"/>
          <w:lang w:val="en-US"/>
        </w:rPr>
        <w:t>Advanced  Learners</w:t>
      </w:r>
      <w:proofErr w:type="gramEnd"/>
      <w:r w:rsidR="00FC3740" w:rsidRPr="00D74E4D">
        <w:rPr>
          <w:b/>
          <w:bCs/>
          <w:sz w:val="28"/>
          <w:szCs w:val="28"/>
          <w:lang w:val="en-US"/>
        </w:rPr>
        <w:t>:</w:t>
      </w:r>
    </w:p>
    <w:p w14:paraId="51F890FA" w14:textId="77777777" w:rsidR="00082E13" w:rsidRPr="006404F8" w:rsidRDefault="00082E13" w:rsidP="00082E13">
      <w:pPr>
        <w:spacing w:line="240" w:lineRule="auto"/>
        <w:rPr>
          <w:rFonts w:ascii="Times New Roman" w:eastAsia="Times New Roman" w:hAnsi="Times New Roman" w:cs="Times New Roman"/>
          <w:sz w:val="28"/>
          <w:szCs w:val="28"/>
        </w:rPr>
      </w:pPr>
      <w:r w:rsidRPr="006404F8">
        <w:rPr>
          <w:rFonts w:ascii="Calibri" w:eastAsia="Times New Roman" w:hAnsi="Calibri" w:cs="Calibri"/>
          <w:b/>
          <w:bCs/>
          <w:color w:val="000000"/>
          <w:sz w:val="28"/>
          <w:szCs w:val="28"/>
        </w:rPr>
        <w:t>Action Plan for Supporting Slow Learners in the Classroom</w:t>
      </w:r>
    </w:p>
    <w:p w14:paraId="47DEB0B2" w14:textId="77777777" w:rsidR="00082E13" w:rsidRDefault="00082E13" w:rsidP="00082E13">
      <w:pPr>
        <w:spacing w:after="0" w:line="240" w:lineRule="auto"/>
        <w:rPr>
          <w:rFonts w:ascii="Calibri" w:eastAsia="Times New Roman" w:hAnsi="Calibri" w:cs="Calibri"/>
          <w:color w:val="000000"/>
        </w:rPr>
      </w:pPr>
      <w:r w:rsidRPr="00FC6A23">
        <w:rPr>
          <w:rFonts w:ascii="Calibri" w:eastAsia="Times New Roman" w:hAnsi="Calibri" w:cs="Calibri"/>
          <w:color w:val="000000"/>
        </w:rPr>
        <w:t>To effectively support slow learners and ensure they succeed academically, a structured action plan is necessary. This plan focuses on providing targeted support, creating an inclusive learning environment, and helping students build confidence in their abilities.</w:t>
      </w:r>
    </w:p>
    <w:p w14:paraId="452D6964" w14:textId="77777777" w:rsidR="00082E13" w:rsidRDefault="00082E13" w:rsidP="00082E13">
      <w:pPr>
        <w:spacing w:after="0" w:line="240" w:lineRule="auto"/>
        <w:rPr>
          <w:rFonts w:ascii="Calibri" w:eastAsia="Times New Roman" w:hAnsi="Calibri" w:cs="Calibri"/>
        </w:rPr>
      </w:pPr>
    </w:p>
    <w:p w14:paraId="7A30FB2A" w14:textId="77777777" w:rsidR="00082E13" w:rsidRPr="00EF1C3E" w:rsidRDefault="00082E13">
      <w:pPr>
        <w:pStyle w:val="ListParagraph"/>
        <w:numPr>
          <w:ilvl w:val="0"/>
          <w:numId w:val="73"/>
        </w:numPr>
        <w:spacing w:after="0" w:line="240" w:lineRule="auto"/>
        <w:rPr>
          <w:rFonts w:ascii="Calibri" w:eastAsia="Times New Roman" w:hAnsi="Calibri" w:cs="Calibri"/>
        </w:rPr>
      </w:pPr>
      <w:r w:rsidRPr="00EF1C3E">
        <w:rPr>
          <w:rFonts w:ascii="Calibri" w:eastAsia="Times New Roman" w:hAnsi="Calibri" w:cs="Calibri"/>
          <w:b/>
          <w:bCs/>
        </w:rPr>
        <w:t>Assess Individual Needs:</w:t>
      </w:r>
      <w:r w:rsidRPr="00EF1C3E">
        <w:rPr>
          <w:rFonts w:ascii="Calibri" w:eastAsia="Times New Roman" w:hAnsi="Calibri" w:cs="Calibri"/>
        </w:rPr>
        <w:br/>
        <w:t>Identify each student’s learning challenges through assessments and individual consultations to create tailored learning plans.</w:t>
      </w:r>
    </w:p>
    <w:p w14:paraId="4420724B" w14:textId="77777777" w:rsidR="00082E13" w:rsidRPr="00EF1C3E" w:rsidRDefault="00082E13">
      <w:pPr>
        <w:pStyle w:val="ListParagraph"/>
        <w:numPr>
          <w:ilvl w:val="0"/>
          <w:numId w:val="73"/>
        </w:numPr>
        <w:spacing w:after="0" w:line="240" w:lineRule="auto"/>
        <w:rPr>
          <w:rFonts w:ascii="Calibri" w:eastAsia="Times New Roman" w:hAnsi="Calibri" w:cs="Calibri"/>
        </w:rPr>
      </w:pPr>
      <w:r w:rsidRPr="00EF1C3E">
        <w:rPr>
          <w:rFonts w:ascii="Calibri" w:eastAsia="Times New Roman" w:hAnsi="Calibri" w:cs="Calibri"/>
          <w:b/>
          <w:bCs/>
        </w:rPr>
        <w:t>Provide Additional Learning Support:</w:t>
      </w:r>
      <w:r w:rsidRPr="00EF1C3E">
        <w:rPr>
          <w:rFonts w:ascii="Calibri" w:eastAsia="Times New Roman" w:hAnsi="Calibri" w:cs="Calibri"/>
        </w:rPr>
        <w:br/>
        <w:t>Offer one-on-one or small group tutoring and access to extra resources for focused academic support.</w:t>
      </w:r>
    </w:p>
    <w:p w14:paraId="2BCD80C9" w14:textId="77777777" w:rsidR="00082E13" w:rsidRPr="00EF1C3E" w:rsidRDefault="00082E13">
      <w:pPr>
        <w:pStyle w:val="ListParagraph"/>
        <w:numPr>
          <w:ilvl w:val="0"/>
          <w:numId w:val="73"/>
        </w:numPr>
        <w:spacing w:after="0" w:line="240" w:lineRule="auto"/>
        <w:rPr>
          <w:rFonts w:ascii="Calibri" w:eastAsia="Times New Roman" w:hAnsi="Calibri" w:cs="Calibri"/>
        </w:rPr>
      </w:pPr>
      <w:r w:rsidRPr="00EF1C3E">
        <w:rPr>
          <w:rFonts w:ascii="Calibri" w:eastAsia="Times New Roman" w:hAnsi="Calibri" w:cs="Calibri"/>
          <w:b/>
          <w:bCs/>
        </w:rPr>
        <w:lastRenderedPageBreak/>
        <w:t>Foster a Positive and Supportive Environment:</w:t>
      </w:r>
      <w:r w:rsidRPr="00EF1C3E">
        <w:rPr>
          <w:rFonts w:ascii="Calibri" w:eastAsia="Times New Roman" w:hAnsi="Calibri" w:cs="Calibri"/>
        </w:rPr>
        <w:br/>
        <w:t>Create an inclusive and encouraging classroom atmosphere where slow learners feel valued and confident.</w:t>
      </w:r>
    </w:p>
    <w:p w14:paraId="05D27B2F" w14:textId="77777777" w:rsidR="00082E13" w:rsidRPr="00EF1C3E" w:rsidRDefault="00082E13">
      <w:pPr>
        <w:pStyle w:val="ListParagraph"/>
        <w:numPr>
          <w:ilvl w:val="0"/>
          <w:numId w:val="73"/>
        </w:numPr>
        <w:spacing w:after="0" w:line="240" w:lineRule="auto"/>
        <w:rPr>
          <w:rFonts w:ascii="Calibri" w:eastAsia="Times New Roman" w:hAnsi="Calibri" w:cs="Calibri"/>
        </w:rPr>
      </w:pPr>
      <w:r w:rsidRPr="00EF1C3E">
        <w:rPr>
          <w:rFonts w:ascii="Calibri" w:eastAsia="Times New Roman" w:hAnsi="Calibri" w:cs="Calibri"/>
          <w:b/>
          <w:bCs/>
        </w:rPr>
        <w:t>Regular Progress Monitoring and Feedback:</w:t>
      </w:r>
      <w:r w:rsidRPr="00EF1C3E">
        <w:rPr>
          <w:rFonts w:ascii="Calibri" w:eastAsia="Times New Roman" w:hAnsi="Calibri" w:cs="Calibri"/>
        </w:rPr>
        <w:br/>
        <w:t>Track academic progress through regular assessments and provide timely, constructive feedback to guide improvement.</w:t>
      </w:r>
    </w:p>
    <w:p w14:paraId="76CC7D95" w14:textId="77777777" w:rsidR="00082E13" w:rsidRPr="00EF1C3E" w:rsidRDefault="00082E13">
      <w:pPr>
        <w:pStyle w:val="ListParagraph"/>
        <w:numPr>
          <w:ilvl w:val="0"/>
          <w:numId w:val="73"/>
        </w:numPr>
        <w:spacing w:after="0" w:line="240" w:lineRule="auto"/>
        <w:rPr>
          <w:rFonts w:ascii="Calibri" w:eastAsia="Times New Roman" w:hAnsi="Calibri" w:cs="Calibri"/>
        </w:rPr>
      </w:pPr>
      <w:r w:rsidRPr="00EF1C3E">
        <w:rPr>
          <w:rFonts w:ascii="Calibri" w:eastAsia="Times New Roman" w:hAnsi="Calibri" w:cs="Calibri"/>
          <w:b/>
          <w:bCs/>
        </w:rPr>
        <w:t>Encourage Active Learning and Engagement:</w:t>
      </w:r>
      <w:r w:rsidRPr="00EF1C3E">
        <w:rPr>
          <w:rFonts w:ascii="Calibri" w:eastAsia="Times New Roman" w:hAnsi="Calibri" w:cs="Calibri"/>
        </w:rPr>
        <w:br/>
        <w:t>Incorporate interactive activities and group work to keep slow learners actively involved in the learning process.</w:t>
      </w:r>
    </w:p>
    <w:p w14:paraId="1DFAB039" w14:textId="77777777" w:rsidR="00082E13" w:rsidRPr="00EF1C3E" w:rsidRDefault="00082E13">
      <w:pPr>
        <w:pStyle w:val="ListParagraph"/>
        <w:numPr>
          <w:ilvl w:val="0"/>
          <w:numId w:val="73"/>
        </w:numPr>
        <w:spacing w:after="0" w:line="240" w:lineRule="auto"/>
        <w:rPr>
          <w:rFonts w:ascii="Calibri" w:eastAsia="Times New Roman" w:hAnsi="Calibri" w:cs="Calibri"/>
        </w:rPr>
      </w:pPr>
      <w:r w:rsidRPr="00EF1C3E">
        <w:rPr>
          <w:rFonts w:ascii="Calibri" w:eastAsia="Times New Roman" w:hAnsi="Calibri" w:cs="Calibri"/>
          <w:b/>
          <w:bCs/>
        </w:rPr>
        <w:t>Parental Involvement and Communication:</w:t>
      </w:r>
      <w:r w:rsidRPr="00EF1C3E">
        <w:rPr>
          <w:rFonts w:ascii="Calibri" w:eastAsia="Times New Roman" w:hAnsi="Calibri" w:cs="Calibri"/>
        </w:rPr>
        <w:br/>
        <w:t>Engage parents in the learning process by keeping them informed of progress and providing suggestions for home support.</w:t>
      </w:r>
    </w:p>
    <w:p w14:paraId="35472E2F" w14:textId="77777777" w:rsidR="00082E13" w:rsidRPr="00EF1C3E" w:rsidRDefault="00082E13">
      <w:pPr>
        <w:pStyle w:val="ListParagraph"/>
        <w:numPr>
          <w:ilvl w:val="0"/>
          <w:numId w:val="73"/>
        </w:numPr>
        <w:spacing w:after="0" w:line="240" w:lineRule="auto"/>
        <w:rPr>
          <w:rFonts w:ascii="Calibri" w:eastAsia="Times New Roman" w:hAnsi="Calibri" w:cs="Calibri"/>
        </w:rPr>
      </w:pPr>
      <w:r w:rsidRPr="00EF1C3E">
        <w:rPr>
          <w:rFonts w:ascii="Calibri" w:eastAsia="Times New Roman" w:hAnsi="Calibri" w:cs="Calibri"/>
          <w:b/>
          <w:bCs/>
        </w:rPr>
        <w:t>Provide Emotional and Psychological Support:</w:t>
      </w:r>
      <w:r w:rsidRPr="00EF1C3E">
        <w:rPr>
          <w:rFonts w:ascii="Calibri" w:eastAsia="Times New Roman" w:hAnsi="Calibri" w:cs="Calibri"/>
        </w:rPr>
        <w:br/>
        <w:t>Address emotional challenges by fostering a growth mindset and offering counselling when necessary.</w:t>
      </w:r>
    </w:p>
    <w:p w14:paraId="06C392C0" w14:textId="77777777" w:rsidR="00082E13" w:rsidRDefault="00082E13" w:rsidP="00082E13">
      <w:pPr>
        <w:spacing w:after="0" w:line="240" w:lineRule="auto"/>
        <w:rPr>
          <w:rFonts w:ascii="Calibri" w:eastAsia="Times New Roman" w:hAnsi="Calibri" w:cs="Calibri"/>
        </w:rPr>
      </w:pPr>
    </w:p>
    <w:p w14:paraId="17E182C7" w14:textId="77777777" w:rsidR="00082E13" w:rsidRDefault="00082E13" w:rsidP="00082E13">
      <w:pPr>
        <w:spacing w:after="0" w:line="240" w:lineRule="auto"/>
        <w:rPr>
          <w:rFonts w:ascii="Times New Roman" w:eastAsia="Times New Roman" w:hAnsi="Times New Roman" w:cs="Times New Roman"/>
          <w:sz w:val="24"/>
          <w:szCs w:val="24"/>
        </w:rPr>
      </w:pPr>
    </w:p>
    <w:p w14:paraId="153FBB7D" w14:textId="77777777" w:rsidR="00082E13" w:rsidRDefault="00082E13" w:rsidP="00082E13">
      <w:pPr>
        <w:spacing w:after="0" w:line="240" w:lineRule="auto"/>
        <w:rPr>
          <w:rFonts w:ascii="Times New Roman" w:eastAsia="Times New Roman" w:hAnsi="Times New Roman" w:cs="Times New Roman"/>
          <w:sz w:val="24"/>
          <w:szCs w:val="24"/>
        </w:rPr>
      </w:pPr>
    </w:p>
    <w:p w14:paraId="490868AD" w14:textId="77777777" w:rsidR="00082E13" w:rsidRDefault="00082E13" w:rsidP="00082E13">
      <w:pPr>
        <w:spacing w:after="0" w:line="240" w:lineRule="auto"/>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628"/>
        <w:gridCol w:w="1980"/>
        <w:gridCol w:w="5609"/>
      </w:tblGrid>
      <w:tr w:rsidR="00082E13" w14:paraId="4E486F28" w14:textId="77777777" w:rsidTr="002D153A">
        <w:trPr>
          <w:trHeight w:val="300"/>
        </w:trPr>
        <w:tc>
          <w:tcPr>
            <w:tcW w:w="8217"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62A48C83" w14:textId="77777777" w:rsidR="00082E13" w:rsidRDefault="00082E13" w:rsidP="002D153A">
            <w:pPr>
              <w:spacing w:after="0" w:line="240" w:lineRule="auto"/>
              <w:jc w:val="center"/>
              <w:rPr>
                <w:rFonts w:ascii="Calibri" w:eastAsia="Times New Roman" w:hAnsi="Calibri" w:cs="Calibri"/>
                <w:b/>
                <w:bCs/>
                <w:color w:val="000000"/>
              </w:rPr>
            </w:pPr>
            <w:r>
              <w:rPr>
                <w:rFonts w:ascii="Calibri" w:eastAsia="Times New Roman" w:hAnsi="Calibri" w:cs="Calibri"/>
                <w:b/>
                <w:bCs/>
                <w:color w:val="000000"/>
              </w:rPr>
              <w:t>DCSCS A.Y 2025-</w:t>
            </w:r>
            <w:proofErr w:type="gramStart"/>
            <w:r>
              <w:rPr>
                <w:rFonts w:ascii="Calibri" w:eastAsia="Times New Roman" w:hAnsi="Calibri" w:cs="Calibri"/>
                <w:b/>
                <w:bCs/>
                <w:color w:val="000000"/>
              </w:rPr>
              <w:t>26  SLOW</w:t>
            </w:r>
            <w:proofErr w:type="gramEnd"/>
            <w:r>
              <w:rPr>
                <w:rFonts w:ascii="Calibri" w:eastAsia="Times New Roman" w:hAnsi="Calibri" w:cs="Calibri"/>
                <w:b/>
                <w:bCs/>
                <w:color w:val="000000"/>
              </w:rPr>
              <w:t xml:space="preserve"> LEARNERS LIST</w:t>
            </w:r>
          </w:p>
          <w:p w14:paraId="5DAF6B5C" w14:textId="77777777" w:rsidR="00082E13" w:rsidRDefault="00082E13" w:rsidP="002D153A">
            <w:pPr>
              <w:spacing w:after="0" w:line="240" w:lineRule="auto"/>
              <w:jc w:val="center"/>
              <w:rPr>
                <w:rFonts w:ascii="Calibri" w:eastAsia="Times New Roman" w:hAnsi="Calibri" w:cs="Calibri"/>
                <w:b/>
                <w:bCs/>
                <w:color w:val="000000"/>
              </w:rPr>
            </w:pPr>
            <w:r w:rsidRPr="00104066">
              <w:rPr>
                <w:rFonts w:ascii="Calibri" w:eastAsia="Times New Roman" w:hAnsi="Calibri" w:cs="Calibri"/>
                <w:b/>
                <w:bCs/>
                <w:noProof/>
                <w:color w:val="000000"/>
              </w:rPr>
              <w:drawing>
                <wp:inline distT="0" distB="0" distL="0" distR="0" wp14:anchorId="05B7A2A5" wp14:editId="70E7514E">
                  <wp:extent cx="4437380" cy="1815465"/>
                  <wp:effectExtent l="0" t="0" r="1270" b="0"/>
                  <wp:docPr id="14053684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368430" name=""/>
                          <pic:cNvPicPr/>
                        </pic:nvPicPr>
                        <pic:blipFill>
                          <a:blip r:embed="rId80">
                            <a:extLst>
                              <a:ext uri="{28A0092B-C50C-407E-A947-70E740481C1C}">
                                <a14:useLocalDpi xmlns:a14="http://schemas.microsoft.com/office/drawing/2010/main" val="0"/>
                              </a:ext>
                            </a:extLst>
                          </a:blip>
                          <a:stretch>
                            <a:fillRect/>
                          </a:stretch>
                        </pic:blipFill>
                        <pic:spPr>
                          <a:xfrm>
                            <a:off x="0" y="0"/>
                            <a:ext cx="4437380" cy="1815465"/>
                          </a:xfrm>
                          <a:prstGeom prst="rect">
                            <a:avLst/>
                          </a:prstGeom>
                        </pic:spPr>
                      </pic:pic>
                    </a:graphicData>
                  </a:graphic>
                </wp:inline>
              </w:drawing>
            </w:r>
          </w:p>
          <w:p w14:paraId="2DB6863C" w14:textId="77777777" w:rsidR="00082E13" w:rsidRDefault="00082E13" w:rsidP="002D153A">
            <w:pPr>
              <w:spacing w:after="0" w:line="240" w:lineRule="auto"/>
              <w:jc w:val="center"/>
              <w:rPr>
                <w:rFonts w:ascii="Times New Roman" w:eastAsia="Times New Roman" w:hAnsi="Times New Roman" w:cs="Times New Roman"/>
                <w:sz w:val="24"/>
                <w:szCs w:val="24"/>
              </w:rPr>
            </w:pPr>
          </w:p>
        </w:tc>
      </w:tr>
      <w:tr w:rsidR="00082E13" w14:paraId="40B19B13" w14:textId="77777777" w:rsidTr="002D153A">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4BDD36AF" w14:textId="77777777" w:rsidR="00082E13" w:rsidRDefault="00082E13" w:rsidP="002D153A">
            <w:pPr>
              <w:spacing w:after="0" w:line="240" w:lineRule="auto"/>
              <w:jc w:val="center"/>
              <w:rPr>
                <w:rFonts w:ascii="Times New Roman" w:eastAsia="Times New Roman" w:hAnsi="Times New Roman" w:cs="Times New Roman"/>
                <w:sz w:val="24"/>
                <w:szCs w:val="24"/>
              </w:rPr>
            </w:pPr>
            <w:r>
              <w:rPr>
                <w:rFonts w:ascii="Calibri" w:eastAsia="Times New Roman" w:hAnsi="Calibri" w:cs="Calibri"/>
                <w:b/>
                <w:bCs/>
                <w:color w:val="000000"/>
              </w:rPr>
              <w:t>SNO</w:t>
            </w:r>
          </w:p>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0087B9A9" w14:textId="77777777" w:rsidR="00082E13" w:rsidRDefault="00082E13" w:rsidP="002D153A">
            <w:pPr>
              <w:spacing w:after="0" w:line="240" w:lineRule="auto"/>
              <w:jc w:val="center"/>
              <w:rPr>
                <w:rFonts w:ascii="Times New Roman" w:eastAsia="Times New Roman" w:hAnsi="Times New Roman" w:cs="Times New Roman"/>
                <w:sz w:val="24"/>
                <w:szCs w:val="24"/>
              </w:rPr>
            </w:pPr>
            <w:r>
              <w:rPr>
                <w:rFonts w:ascii="Calibri" w:eastAsia="Times New Roman" w:hAnsi="Calibri" w:cs="Calibri"/>
                <w:b/>
                <w:bCs/>
                <w:color w:val="000000"/>
              </w:rPr>
              <w:t>UID</w:t>
            </w:r>
          </w:p>
        </w:tc>
        <w:tc>
          <w:tcPr>
            <w:tcW w:w="56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71EA32F3" w14:textId="77777777" w:rsidR="00082E13" w:rsidRDefault="00082E13" w:rsidP="002D153A">
            <w:pPr>
              <w:spacing w:after="0" w:line="240" w:lineRule="auto"/>
              <w:jc w:val="center"/>
              <w:rPr>
                <w:rFonts w:ascii="Times New Roman" w:eastAsia="Times New Roman" w:hAnsi="Times New Roman" w:cs="Times New Roman"/>
                <w:sz w:val="24"/>
                <w:szCs w:val="24"/>
              </w:rPr>
            </w:pPr>
            <w:r>
              <w:rPr>
                <w:rFonts w:ascii="Calibri" w:eastAsia="Times New Roman" w:hAnsi="Calibri" w:cs="Calibri"/>
                <w:b/>
                <w:bCs/>
                <w:color w:val="000000"/>
              </w:rPr>
              <w:t>NAME</w:t>
            </w:r>
          </w:p>
        </w:tc>
      </w:tr>
      <w:tr w:rsidR="00082E13" w14:paraId="7F6A9C03" w14:textId="77777777" w:rsidTr="002D153A">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8970496" w14:textId="77777777" w:rsidR="00082E13" w:rsidRDefault="00082E13" w:rsidP="002D153A">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497E2C8" w14:textId="77777777" w:rsidR="00082E13" w:rsidRDefault="00082E13" w:rsidP="002D153A">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111723039038</w:t>
            </w:r>
          </w:p>
        </w:tc>
        <w:tc>
          <w:tcPr>
            <w:tcW w:w="56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E3E8E6" w14:textId="77777777" w:rsidR="00082E13" w:rsidRDefault="00082E13" w:rsidP="002D15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Muzzamil</w:t>
            </w:r>
          </w:p>
        </w:tc>
      </w:tr>
      <w:tr w:rsidR="00082E13" w14:paraId="377708F6" w14:textId="77777777" w:rsidTr="002D153A">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7F024D6" w14:textId="77777777" w:rsidR="00082E13" w:rsidRDefault="00082E13" w:rsidP="002D153A">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2C2086D" w14:textId="77777777" w:rsidR="00082E13" w:rsidRDefault="00082E13" w:rsidP="002D153A">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111723039037</w:t>
            </w:r>
          </w:p>
        </w:tc>
        <w:tc>
          <w:tcPr>
            <w:tcW w:w="56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8C9F98B" w14:textId="77777777" w:rsidR="00082E13" w:rsidRDefault="00082E13" w:rsidP="002D153A">
            <w:pPr>
              <w:spacing w:after="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M.Sampath</w:t>
            </w:r>
            <w:proofErr w:type="spellEnd"/>
          </w:p>
        </w:tc>
      </w:tr>
      <w:tr w:rsidR="00082E13" w14:paraId="606A7FE4" w14:textId="77777777" w:rsidTr="002D153A">
        <w:trPr>
          <w:trHeight w:val="30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C9F996F" w14:textId="77777777" w:rsidR="00082E13" w:rsidRDefault="00082E13" w:rsidP="002D153A">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1CE2FE2" w14:textId="77777777" w:rsidR="00082E13" w:rsidRDefault="00082E13" w:rsidP="002D153A">
            <w:pPr>
              <w:spacing w:after="0" w:line="240" w:lineRule="auto"/>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111723039017</w:t>
            </w:r>
          </w:p>
        </w:tc>
        <w:tc>
          <w:tcPr>
            <w:tcW w:w="56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E0FD4FC" w14:textId="77777777" w:rsidR="00082E13" w:rsidRDefault="00082E13" w:rsidP="002D153A">
            <w:pPr>
              <w:spacing w:after="0" w:line="240" w:lineRule="auto"/>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Abhrahim</w:t>
            </w:r>
            <w:proofErr w:type="spellEnd"/>
          </w:p>
        </w:tc>
      </w:tr>
    </w:tbl>
    <w:p w14:paraId="70B93E71" w14:textId="77777777" w:rsidR="00082E13" w:rsidRDefault="00082E13" w:rsidP="00082E13">
      <w:pPr>
        <w:spacing w:after="0" w:line="240" w:lineRule="auto"/>
        <w:rPr>
          <w:rFonts w:ascii="Times New Roman" w:eastAsia="Times New Roman" w:hAnsi="Times New Roman" w:cs="Times New Roman"/>
          <w:sz w:val="24"/>
          <w:szCs w:val="24"/>
        </w:rPr>
      </w:pPr>
    </w:p>
    <w:p w14:paraId="0E6A85FF" w14:textId="77777777" w:rsidR="00F90DC0" w:rsidRDefault="00F90DC0" w:rsidP="00082E13">
      <w:pPr>
        <w:spacing w:after="0" w:line="240" w:lineRule="auto"/>
        <w:rPr>
          <w:rFonts w:ascii="Times New Roman" w:eastAsia="Times New Roman" w:hAnsi="Times New Roman" w:cs="Times New Roman"/>
          <w:sz w:val="24"/>
          <w:szCs w:val="24"/>
        </w:rPr>
      </w:pPr>
    </w:p>
    <w:p w14:paraId="3B05E5E2" w14:textId="77777777" w:rsidR="00F90DC0" w:rsidRDefault="00F90DC0" w:rsidP="00082E13">
      <w:pPr>
        <w:spacing w:after="0" w:line="240" w:lineRule="auto"/>
        <w:rPr>
          <w:rFonts w:ascii="Times New Roman" w:eastAsia="Times New Roman" w:hAnsi="Times New Roman" w:cs="Times New Roman"/>
          <w:sz w:val="24"/>
          <w:szCs w:val="24"/>
        </w:rPr>
      </w:pPr>
    </w:p>
    <w:p w14:paraId="743C574B" w14:textId="77777777" w:rsidR="00F90DC0" w:rsidRDefault="00F90DC0" w:rsidP="00082E13">
      <w:pPr>
        <w:spacing w:after="0" w:line="240" w:lineRule="auto"/>
        <w:rPr>
          <w:rFonts w:ascii="Times New Roman" w:eastAsia="Times New Roman" w:hAnsi="Times New Roman" w:cs="Times New Roman"/>
          <w:sz w:val="24"/>
          <w:szCs w:val="24"/>
        </w:rPr>
      </w:pPr>
    </w:p>
    <w:p w14:paraId="42791DD6" w14:textId="77777777" w:rsidR="00F90DC0" w:rsidRDefault="00F90DC0" w:rsidP="00082E13">
      <w:pPr>
        <w:spacing w:after="0" w:line="240" w:lineRule="auto"/>
        <w:rPr>
          <w:rFonts w:ascii="Times New Roman" w:eastAsia="Times New Roman" w:hAnsi="Times New Roman" w:cs="Times New Roman"/>
          <w:sz w:val="24"/>
          <w:szCs w:val="24"/>
        </w:rPr>
      </w:pPr>
    </w:p>
    <w:p w14:paraId="65F0D19D" w14:textId="77777777" w:rsidR="00F90DC0" w:rsidRDefault="00F90DC0" w:rsidP="00082E13">
      <w:pPr>
        <w:spacing w:after="0" w:line="240" w:lineRule="auto"/>
        <w:rPr>
          <w:rFonts w:ascii="Times New Roman" w:eastAsia="Times New Roman" w:hAnsi="Times New Roman" w:cs="Times New Roman"/>
          <w:sz w:val="24"/>
          <w:szCs w:val="24"/>
        </w:rPr>
      </w:pPr>
    </w:p>
    <w:p w14:paraId="2633806E" w14:textId="77777777" w:rsidR="00F90DC0" w:rsidRDefault="00F90DC0" w:rsidP="00082E13">
      <w:pPr>
        <w:spacing w:after="0" w:line="240" w:lineRule="auto"/>
        <w:rPr>
          <w:rFonts w:ascii="Times New Roman" w:eastAsia="Times New Roman" w:hAnsi="Times New Roman" w:cs="Times New Roman"/>
          <w:sz w:val="24"/>
          <w:szCs w:val="24"/>
        </w:rPr>
      </w:pPr>
    </w:p>
    <w:p w14:paraId="50502E73" w14:textId="77777777" w:rsidR="00F90DC0" w:rsidRDefault="00F90DC0" w:rsidP="00082E13">
      <w:pPr>
        <w:spacing w:after="0" w:line="240" w:lineRule="auto"/>
        <w:rPr>
          <w:rFonts w:ascii="Times New Roman" w:eastAsia="Times New Roman" w:hAnsi="Times New Roman" w:cs="Times New Roman"/>
          <w:sz w:val="24"/>
          <w:szCs w:val="24"/>
        </w:rPr>
      </w:pPr>
    </w:p>
    <w:p w14:paraId="00E90941" w14:textId="77777777" w:rsidR="00F90DC0" w:rsidRDefault="00F90DC0" w:rsidP="00082E13">
      <w:pPr>
        <w:spacing w:after="0" w:line="240" w:lineRule="auto"/>
        <w:rPr>
          <w:rFonts w:ascii="Times New Roman" w:eastAsia="Times New Roman" w:hAnsi="Times New Roman" w:cs="Times New Roman"/>
          <w:sz w:val="24"/>
          <w:szCs w:val="24"/>
        </w:rPr>
      </w:pPr>
    </w:p>
    <w:p w14:paraId="3ED71655" w14:textId="77777777" w:rsidR="00F90DC0" w:rsidRDefault="00F90DC0" w:rsidP="00082E13">
      <w:pPr>
        <w:spacing w:after="0" w:line="240" w:lineRule="auto"/>
        <w:rPr>
          <w:rFonts w:ascii="Times New Roman" w:eastAsia="Times New Roman" w:hAnsi="Times New Roman" w:cs="Times New Roman"/>
          <w:sz w:val="24"/>
          <w:szCs w:val="24"/>
        </w:rPr>
      </w:pPr>
    </w:p>
    <w:p w14:paraId="4CB7CE53" w14:textId="77777777" w:rsidR="00F90DC0" w:rsidRDefault="00F90DC0" w:rsidP="00082E13">
      <w:pPr>
        <w:spacing w:after="0" w:line="240" w:lineRule="auto"/>
        <w:rPr>
          <w:rFonts w:ascii="Times New Roman" w:eastAsia="Times New Roman" w:hAnsi="Times New Roman" w:cs="Times New Roman"/>
          <w:sz w:val="24"/>
          <w:szCs w:val="24"/>
        </w:rPr>
      </w:pPr>
    </w:p>
    <w:p w14:paraId="584B462A" w14:textId="77777777" w:rsidR="00F90DC0" w:rsidRDefault="00F90DC0" w:rsidP="00082E13">
      <w:pPr>
        <w:spacing w:after="0" w:line="240" w:lineRule="auto"/>
        <w:rPr>
          <w:rFonts w:ascii="Times New Roman" w:eastAsia="Times New Roman" w:hAnsi="Times New Roman" w:cs="Times New Roman"/>
          <w:sz w:val="24"/>
          <w:szCs w:val="24"/>
        </w:rPr>
      </w:pPr>
    </w:p>
    <w:p w14:paraId="6AB7DBD1" w14:textId="77777777" w:rsidR="00F90DC0" w:rsidRDefault="00F90DC0" w:rsidP="00082E13">
      <w:pPr>
        <w:spacing w:after="0" w:line="240" w:lineRule="auto"/>
        <w:rPr>
          <w:rFonts w:ascii="Times New Roman" w:eastAsia="Times New Roman" w:hAnsi="Times New Roman" w:cs="Times New Roman"/>
          <w:sz w:val="24"/>
          <w:szCs w:val="24"/>
        </w:rPr>
      </w:pPr>
    </w:p>
    <w:p w14:paraId="0D9D757B" w14:textId="77777777" w:rsidR="00082E13" w:rsidRDefault="00082E13" w:rsidP="00082E13">
      <w:pPr>
        <w:spacing w:after="0" w:line="240" w:lineRule="auto"/>
        <w:rPr>
          <w:rFonts w:ascii="Times New Roman" w:eastAsia="Times New Roman" w:hAnsi="Times New Roman" w:cs="Times New Roman"/>
          <w:sz w:val="24"/>
          <w:szCs w:val="24"/>
        </w:rPr>
      </w:pPr>
    </w:p>
    <w:tbl>
      <w:tblPr>
        <w:tblW w:w="8217" w:type="dxa"/>
        <w:tblCellMar>
          <w:top w:w="15" w:type="dxa"/>
          <w:left w:w="15" w:type="dxa"/>
          <w:bottom w:w="15" w:type="dxa"/>
          <w:right w:w="15" w:type="dxa"/>
        </w:tblCellMar>
        <w:tblLook w:val="04A0" w:firstRow="1" w:lastRow="0" w:firstColumn="1" w:lastColumn="0" w:noHBand="0" w:noVBand="1"/>
      </w:tblPr>
      <w:tblGrid>
        <w:gridCol w:w="1147"/>
        <w:gridCol w:w="3020"/>
        <w:gridCol w:w="4050"/>
      </w:tblGrid>
      <w:tr w:rsidR="00082E13" w14:paraId="515E9752" w14:textId="77777777" w:rsidTr="002D153A">
        <w:trPr>
          <w:trHeight w:val="329"/>
        </w:trPr>
        <w:tc>
          <w:tcPr>
            <w:tcW w:w="8217"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6CB0B00B" w14:textId="77777777" w:rsidR="00082E13" w:rsidRDefault="00082E13" w:rsidP="002D153A">
            <w:pPr>
              <w:spacing w:after="0" w:line="240" w:lineRule="auto"/>
              <w:jc w:val="center"/>
              <w:rPr>
                <w:rFonts w:ascii="Times New Roman" w:eastAsia="Times New Roman" w:hAnsi="Times New Roman" w:cs="Times New Roman"/>
                <w:noProof/>
                <w:sz w:val="24"/>
                <w:szCs w:val="24"/>
              </w:rPr>
            </w:pPr>
            <w:r>
              <w:rPr>
                <w:rFonts w:ascii="Times New Roman" w:eastAsia="Times New Roman" w:hAnsi="Times New Roman" w:cs="Times New Roman"/>
                <w:noProof/>
                <w:sz w:val="24"/>
                <w:szCs w:val="24"/>
              </w:rPr>
              <w:lastRenderedPageBreak/>
              <w:t>NCSCS AY : 2025-26</w:t>
            </w:r>
          </w:p>
        </w:tc>
      </w:tr>
      <w:tr w:rsidR="00082E13" w14:paraId="2EE0B247" w14:textId="77777777" w:rsidTr="002D153A">
        <w:trPr>
          <w:trHeight w:val="329"/>
        </w:trPr>
        <w:tc>
          <w:tcPr>
            <w:tcW w:w="8217" w:type="dxa"/>
            <w:gridSpan w:val="3"/>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34E01269" w14:textId="77777777" w:rsidR="00082E13" w:rsidRDefault="00082E13" w:rsidP="002D153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5271478" wp14:editId="7749389A">
                  <wp:extent cx="4019550" cy="1943881"/>
                  <wp:effectExtent l="0" t="0" r="0" b="0"/>
                  <wp:docPr id="11679323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932324" name="Picture 116793232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066441" cy="1966558"/>
                          </a:xfrm>
                          <a:prstGeom prst="rect">
                            <a:avLst/>
                          </a:prstGeom>
                        </pic:spPr>
                      </pic:pic>
                    </a:graphicData>
                  </a:graphic>
                </wp:inline>
              </w:drawing>
            </w:r>
          </w:p>
          <w:p w14:paraId="132F1605" w14:textId="77777777" w:rsidR="00082E13" w:rsidRDefault="00082E13" w:rsidP="002D153A">
            <w:pPr>
              <w:spacing w:after="0" w:line="240" w:lineRule="auto"/>
              <w:jc w:val="center"/>
              <w:rPr>
                <w:rFonts w:ascii="Times New Roman" w:eastAsia="Times New Roman" w:hAnsi="Times New Roman" w:cs="Times New Roman"/>
                <w:sz w:val="24"/>
                <w:szCs w:val="24"/>
              </w:rPr>
            </w:pPr>
          </w:p>
          <w:p w14:paraId="106C896C" w14:textId="77777777" w:rsidR="00082E13" w:rsidRDefault="00082E13" w:rsidP="002D153A">
            <w:pPr>
              <w:spacing w:after="0" w:line="240" w:lineRule="auto"/>
              <w:jc w:val="center"/>
              <w:rPr>
                <w:rFonts w:ascii="Times New Roman" w:eastAsia="Times New Roman" w:hAnsi="Times New Roman" w:cs="Times New Roman"/>
                <w:sz w:val="24"/>
                <w:szCs w:val="24"/>
              </w:rPr>
            </w:pPr>
          </w:p>
        </w:tc>
      </w:tr>
      <w:tr w:rsidR="00082E13" w14:paraId="5193D321" w14:textId="77777777" w:rsidTr="002D153A">
        <w:trPr>
          <w:trHeight w:val="329"/>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7D24108D" w14:textId="77777777" w:rsidR="00082E13" w:rsidRDefault="00082E13" w:rsidP="002D153A">
            <w:pPr>
              <w:spacing w:after="0" w:line="240" w:lineRule="auto"/>
              <w:rPr>
                <w:rFonts w:ascii="Times New Roman" w:eastAsia="Times New Roman" w:hAnsi="Times New Roman" w:cs="Times New Roman"/>
                <w:sz w:val="24"/>
                <w:szCs w:val="24"/>
              </w:rPr>
            </w:pPr>
            <w:r>
              <w:rPr>
                <w:rFonts w:ascii="Calibri" w:eastAsia="Times New Roman" w:hAnsi="Calibri" w:cs="Calibri"/>
                <w:b/>
                <w:bCs/>
                <w:color w:val="000000"/>
              </w:rPr>
              <w:t>SNO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6B9BEB5A" w14:textId="77777777" w:rsidR="00082E13" w:rsidRDefault="00082E13" w:rsidP="002D153A">
            <w:pPr>
              <w:spacing w:after="0" w:line="240" w:lineRule="auto"/>
              <w:rPr>
                <w:rFonts w:ascii="Times New Roman" w:eastAsia="Times New Roman" w:hAnsi="Times New Roman" w:cs="Times New Roman"/>
                <w:sz w:val="24"/>
                <w:szCs w:val="24"/>
              </w:rPr>
            </w:pPr>
            <w:r>
              <w:rPr>
                <w:rFonts w:ascii="Calibri" w:eastAsia="Times New Roman" w:hAnsi="Calibri" w:cs="Calibri"/>
                <w:b/>
                <w:bCs/>
                <w:color w:val="000000"/>
              </w:rPr>
              <w:t>UID</w:t>
            </w:r>
          </w:p>
        </w:tc>
        <w:tc>
          <w:tcPr>
            <w:tcW w:w="22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57A0DEE5" w14:textId="77777777" w:rsidR="00082E13" w:rsidRDefault="00082E13" w:rsidP="002D153A">
            <w:pPr>
              <w:spacing w:after="0" w:line="240" w:lineRule="auto"/>
              <w:rPr>
                <w:rFonts w:ascii="Times New Roman" w:eastAsia="Times New Roman" w:hAnsi="Times New Roman" w:cs="Times New Roman"/>
                <w:sz w:val="24"/>
                <w:szCs w:val="24"/>
              </w:rPr>
            </w:pPr>
            <w:r>
              <w:rPr>
                <w:rFonts w:ascii="Calibri" w:eastAsia="Times New Roman" w:hAnsi="Calibri" w:cs="Calibri"/>
                <w:b/>
                <w:bCs/>
                <w:color w:val="000000"/>
              </w:rPr>
              <w:t>NAME</w:t>
            </w:r>
          </w:p>
        </w:tc>
      </w:tr>
      <w:tr w:rsidR="00082E13" w14:paraId="51B3BC8F" w14:textId="77777777" w:rsidTr="002D153A">
        <w:trPr>
          <w:trHeight w:val="329"/>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2F176DF5" w14:textId="77777777" w:rsidR="00082E13" w:rsidRDefault="00082E13" w:rsidP="002D15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30E22918" w14:textId="77777777" w:rsidR="00082E13" w:rsidRDefault="00082E13" w:rsidP="002D15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111724039037</w:t>
            </w:r>
          </w:p>
        </w:tc>
        <w:tc>
          <w:tcPr>
            <w:tcW w:w="22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6F4F566E" w14:textId="77777777" w:rsidR="00082E13" w:rsidRDefault="00082E13" w:rsidP="002D15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Yuvaraj</w:t>
            </w:r>
          </w:p>
        </w:tc>
      </w:tr>
      <w:tr w:rsidR="00082E13" w14:paraId="45A32CBD" w14:textId="77777777" w:rsidTr="002D153A">
        <w:trPr>
          <w:trHeight w:val="329"/>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7755AADD" w14:textId="77777777" w:rsidR="00082E13" w:rsidRDefault="00082E13" w:rsidP="002D15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2C88D639" w14:textId="77777777" w:rsidR="00082E13" w:rsidRDefault="00082E13" w:rsidP="002D15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111724039035</w:t>
            </w:r>
          </w:p>
        </w:tc>
        <w:tc>
          <w:tcPr>
            <w:tcW w:w="22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188F1EF4" w14:textId="77777777" w:rsidR="00082E13" w:rsidRDefault="00082E13" w:rsidP="002D15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Koushik</w:t>
            </w:r>
          </w:p>
        </w:tc>
      </w:tr>
      <w:tr w:rsidR="00082E13" w14:paraId="2B39351B" w14:textId="77777777" w:rsidTr="002D153A">
        <w:trPr>
          <w:trHeight w:val="329"/>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1FF82E0C" w14:textId="77777777" w:rsidR="00082E13" w:rsidRDefault="00082E13" w:rsidP="002D15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0F0B3E9B" w14:textId="77777777" w:rsidR="00082E13" w:rsidRDefault="00082E13" w:rsidP="002D15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111724039030</w:t>
            </w:r>
          </w:p>
        </w:tc>
        <w:tc>
          <w:tcPr>
            <w:tcW w:w="22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3D6D7549" w14:textId="77777777" w:rsidR="00082E13" w:rsidRDefault="00082E13" w:rsidP="002D15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Prashanth</w:t>
            </w:r>
          </w:p>
        </w:tc>
      </w:tr>
      <w:tr w:rsidR="00082E13" w14:paraId="0052FC38" w14:textId="77777777" w:rsidTr="002D153A">
        <w:trPr>
          <w:trHeight w:val="329"/>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4CB72081" w14:textId="77777777" w:rsidR="00082E13" w:rsidRDefault="00082E13" w:rsidP="002D15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2866CA95" w14:textId="77777777" w:rsidR="00082E13" w:rsidRDefault="00082E13" w:rsidP="002D15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111724039034</w:t>
            </w:r>
          </w:p>
        </w:tc>
        <w:tc>
          <w:tcPr>
            <w:tcW w:w="22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0A76882E" w14:textId="77777777" w:rsidR="00082E13" w:rsidRDefault="00082E13" w:rsidP="002D15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Dheeraj</w:t>
            </w:r>
          </w:p>
        </w:tc>
      </w:tr>
      <w:tr w:rsidR="00082E13" w14:paraId="0A05BA87" w14:textId="77777777" w:rsidTr="002D153A">
        <w:trPr>
          <w:trHeight w:val="329"/>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0AA2A9F8" w14:textId="77777777" w:rsidR="00082E13" w:rsidRDefault="00082E13" w:rsidP="002D15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1D5F365C" w14:textId="77777777" w:rsidR="00082E13" w:rsidRDefault="00082E13" w:rsidP="002D15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111724039049</w:t>
            </w:r>
          </w:p>
        </w:tc>
        <w:tc>
          <w:tcPr>
            <w:tcW w:w="22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tcPr>
          <w:p w14:paraId="68B5302A" w14:textId="77777777" w:rsidR="00082E13" w:rsidRDefault="00082E13" w:rsidP="002D153A">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Praveen</w:t>
            </w:r>
          </w:p>
        </w:tc>
      </w:tr>
    </w:tbl>
    <w:p w14:paraId="34DB509A" w14:textId="77777777" w:rsidR="00082E13" w:rsidRDefault="00082E13" w:rsidP="00082E13">
      <w:pPr>
        <w:spacing w:after="0" w:line="240" w:lineRule="auto"/>
        <w:rPr>
          <w:rFonts w:ascii="Times New Roman" w:eastAsia="Times New Roman" w:hAnsi="Times New Roman" w:cs="Times New Roman"/>
          <w:sz w:val="24"/>
          <w:szCs w:val="24"/>
        </w:rPr>
      </w:pPr>
    </w:p>
    <w:tbl>
      <w:tblPr>
        <w:tblStyle w:val="TableGrid"/>
        <w:tblW w:w="0" w:type="auto"/>
        <w:tblLook w:val="04A0" w:firstRow="1" w:lastRow="0" w:firstColumn="1" w:lastColumn="0" w:noHBand="0" w:noVBand="1"/>
      </w:tblPr>
      <w:tblGrid>
        <w:gridCol w:w="1040"/>
        <w:gridCol w:w="2778"/>
        <w:gridCol w:w="4682"/>
      </w:tblGrid>
      <w:tr w:rsidR="00082E13" w14:paraId="6588669F" w14:textId="77777777" w:rsidTr="002D153A">
        <w:trPr>
          <w:trHeight w:val="256"/>
        </w:trPr>
        <w:tc>
          <w:tcPr>
            <w:tcW w:w="8500" w:type="dxa"/>
            <w:gridSpan w:val="3"/>
          </w:tcPr>
          <w:p w14:paraId="5CAFF64A" w14:textId="77777777" w:rsidR="00082E13" w:rsidRDefault="00082E13" w:rsidP="002D153A">
            <w:pPr>
              <w:rPr>
                <w:rFonts w:ascii="Calibri" w:eastAsia="Times New Roman" w:hAnsi="Calibri" w:cs="Calibri"/>
                <w:b/>
                <w:bCs/>
                <w:color w:val="000000"/>
              </w:rPr>
            </w:pPr>
            <w:r>
              <w:rPr>
                <w:rFonts w:ascii="Calibri" w:eastAsia="Times New Roman" w:hAnsi="Calibri" w:cs="Calibri"/>
                <w:b/>
                <w:bCs/>
                <w:color w:val="000000"/>
              </w:rPr>
              <w:t>ACSCS A.Y 2025-26</w:t>
            </w:r>
          </w:p>
        </w:tc>
      </w:tr>
      <w:tr w:rsidR="00082E13" w14:paraId="79EA3DE5" w14:textId="77777777" w:rsidTr="002D153A">
        <w:trPr>
          <w:trHeight w:val="256"/>
        </w:trPr>
        <w:tc>
          <w:tcPr>
            <w:tcW w:w="8500" w:type="dxa"/>
            <w:gridSpan w:val="3"/>
          </w:tcPr>
          <w:p w14:paraId="3CD5D7A0" w14:textId="77777777" w:rsidR="00082E13" w:rsidRDefault="00082E13" w:rsidP="002D153A">
            <w:pPr>
              <w:rPr>
                <w:rFonts w:ascii="Calibri" w:eastAsia="Times New Roman" w:hAnsi="Calibri" w:cs="Calibri"/>
                <w:b/>
                <w:bCs/>
                <w:color w:val="000000"/>
              </w:rPr>
            </w:pPr>
            <w:r>
              <w:rPr>
                <w:rFonts w:ascii="Calibri" w:eastAsia="Times New Roman" w:hAnsi="Calibri" w:cs="Calibri"/>
                <w:b/>
                <w:bCs/>
                <w:noProof/>
                <w:color w:val="000000"/>
              </w:rPr>
              <w:drawing>
                <wp:inline distT="0" distB="0" distL="0" distR="0" wp14:anchorId="4F0D5345" wp14:editId="4D406A7D">
                  <wp:extent cx="5029200" cy="2571750"/>
                  <wp:effectExtent l="0" t="0" r="0" b="0"/>
                  <wp:docPr id="1088719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719304" name="Picture 1088719304"/>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033977" cy="2574193"/>
                          </a:xfrm>
                          <a:prstGeom prst="rect">
                            <a:avLst/>
                          </a:prstGeom>
                        </pic:spPr>
                      </pic:pic>
                    </a:graphicData>
                  </a:graphic>
                </wp:inline>
              </w:drawing>
            </w:r>
            <w:r>
              <w:rPr>
                <w:rFonts w:ascii="Calibri" w:eastAsia="Times New Roman" w:hAnsi="Calibri" w:cs="Calibri"/>
                <w:b/>
                <w:bCs/>
                <w:color w:val="000000"/>
              </w:rPr>
              <w:t xml:space="preserve">  </w:t>
            </w:r>
          </w:p>
          <w:p w14:paraId="72BDE43F" w14:textId="77777777" w:rsidR="00082E13" w:rsidRDefault="00082E13" w:rsidP="002D153A">
            <w:pPr>
              <w:rPr>
                <w:rFonts w:ascii="Times New Roman" w:eastAsia="Times New Roman" w:hAnsi="Times New Roman" w:cs="Times New Roman"/>
                <w:sz w:val="24"/>
                <w:szCs w:val="24"/>
              </w:rPr>
            </w:pPr>
            <w:r>
              <w:rPr>
                <w:rFonts w:ascii="Calibri" w:eastAsia="Times New Roman" w:hAnsi="Calibri" w:cs="Calibri"/>
                <w:b/>
                <w:bCs/>
                <w:color w:val="000000"/>
              </w:rPr>
              <w:t>SLOW LEARNERS LIST</w:t>
            </w:r>
          </w:p>
        </w:tc>
      </w:tr>
      <w:tr w:rsidR="00082E13" w14:paraId="3604EE25" w14:textId="77777777" w:rsidTr="002D153A">
        <w:trPr>
          <w:trHeight w:val="256"/>
        </w:trPr>
        <w:tc>
          <w:tcPr>
            <w:tcW w:w="1040" w:type="dxa"/>
          </w:tcPr>
          <w:p w14:paraId="2A556185" w14:textId="77777777" w:rsidR="00082E13" w:rsidRDefault="00082E13" w:rsidP="002D153A">
            <w:pPr>
              <w:rPr>
                <w:rFonts w:eastAsia="Times New Roman" w:cstheme="minorHAnsi"/>
                <w:b/>
              </w:rPr>
            </w:pPr>
            <w:r>
              <w:rPr>
                <w:rFonts w:eastAsia="Times New Roman" w:cstheme="minorHAnsi"/>
                <w:b/>
              </w:rPr>
              <w:t>SNO</w:t>
            </w:r>
          </w:p>
        </w:tc>
        <w:tc>
          <w:tcPr>
            <w:tcW w:w="2778" w:type="dxa"/>
          </w:tcPr>
          <w:p w14:paraId="288AF160" w14:textId="77777777" w:rsidR="00082E13" w:rsidRDefault="00082E13" w:rsidP="002D153A">
            <w:pPr>
              <w:rPr>
                <w:rFonts w:eastAsia="Times New Roman" w:cstheme="minorHAnsi"/>
                <w:b/>
              </w:rPr>
            </w:pPr>
            <w:r>
              <w:rPr>
                <w:rFonts w:eastAsia="Times New Roman" w:cstheme="minorHAnsi"/>
                <w:b/>
              </w:rPr>
              <w:t>UID</w:t>
            </w:r>
          </w:p>
        </w:tc>
        <w:tc>
          <w:tcPr>
            <w:tcW w:w="4682" w:type="dxa"/>
          </w:tcPr>
          <w:p w14:paraId="755AC358" w14:textId="77777777" w:rsidR="00082E13" w:rsidRDefault="00082E13" w:rsidP="002D153A">
            <w:pPr>
              <w:rPr>
                <w:rFonts w:eastAsia="Times New Roman" w:cstheme="minorHAnsi"/>
                <w:b/>
              </w:rPr>
            </w:pPr>
            <w:r>
              <w:rPr>
                <w:rFonts w:eastAsia="Times New Roman" w:cstheme="minorHAnsi"/>
                <w:b/>
              </w:rPr>
              <w:t>NAME</w:t>
            </w:r>
          </w:p>
        </w:tc>
      </w:tr>
      <w:tr w:rsidR="00082E13" w14:paraId="39453094" w14:textId="77777777" w:rsidTr="002D153A">
        <w:trPr>
          <w:trHeight w:val="256"/>
        </w:trPr>
        <w:tc>
          <w:tcPr>
            <w:tcW w:w="1040" w:type="dxa"/>
          </w:tcPr>
          <w:p w14:paraId="7630DFEC"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2778" w:type="dxa"/>
          </w:tcPr>
          <w:p w14:paraId="4C0B62CF" w14:textId="77777777" w:rsidR="00082E13" w:rsidRDefault="00082E13" w:rsidP="002D153A">
            <w:pPr>
              <w:rPr>
                <w:rFonts w:eastAsia="Times New Roman" w:cstheme="minorHAnsi"/>
              </w:rPr>
            </w:pPr>
            <w:r>
              <w:rPr>
                <w:rFonts w:ascii="Times New Roman" w:eastAsia="Times New Roman" w:hAnsi="Times New Roman" w:cs="Times New Roman"/>
                <w:sz w:val="24"/>
                <w:szCs w:val="24"/>
              </w:rPr>
              <w:t>111725039031</w:t>
            </w:r>
          </w:p>
        </w:tc>
        <w:tc>
          <w:tcPr>
            <w:tcW w:w="4682" w:type="dxa"/>
          </w:tcPr>
          <w:p w14:paraId="6BDA85A0"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Varshith</w:t>
            </w:r>
          </w:p>
        </w:tc>
      </w:tr>
      <w:tr w:rsidR="00082E13" w14:paraId="0001E3F4" w14:textId="77777777" w:rsidTr="002D153A">
        <w:trPr>
          <w:trHeight w:val="256"/>
        </w:trPr>
        <w:tc>
          <w:tcPr>
            <w:tcW w:w="1040" w:type="dxa"/>
          </w:tcPr>
          <w:p w14:paraId="2E657582"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2778" w:type="dxa"/>
          </w:tcPr>
          <w:p w14:paraId="0559CA9B" w14:textId="77777777" w:rsidR="00082E13" w:rsidRDefault="00082E13" w:rsidP="002D153A">
            <w:pPr>
              <w:rPr>
                <w:rFonts w:eastAsia="Times New Roman" w:cstheme="minorHAnsi"/>
              </w:rPr>
            </w:pPr>
            <w:r>
              <w:rPr>
                <w:rFonts w:ascii="Times New Roman" w:eastAsia="Times New Roman" w:hAnsi="Times New Roman" w:cs="Times New Roman"/>
                <w:sz w:val="24"/>
                <w:szCs w:val="24"/>
              </w:rPr>
              <w:t>111725039036</w:t>
            </w:r>
          </w:p>
        </w:tc>
        <w:tc>
          <w:tcPr>
            <w:tcW w:w="4682" w:type="dxa"/>
          </w:tcPr>
          <w:p w14:paraId="60BE4FA2"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Sudarshan</w:t>
            </w:r>
          </w:p>
        </w:tc>
      </w:tr>
      <w:tr w:rsidR="00082E13" w14:paraId="6508B059" w14:textId="77777777" w:rsidTr="002D153A">
        <w:trPr>
          <w:trHeight w:val="270"/>
        </w:trPr>
        <w:tc>
          <w:tcPr>
            <w:tcW w:w="1040" w:type="dxa"/>
          </w:tcPr>
          <w:p w14:paraId="6392C2E8"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2778" w:type="dxa"/>
          </w:tcPr>
          <w:p w14:paraId="104C3220" w14:textId="77777777" w:rsidR="00082E13" w:rsidRDefault="00082E13" w:rsidP="002D153A">
            <w:pPr>
              <w:rPr>
                <w:rFonts w:eastAsia="Times New Roman" w:cstheme="minorHAnsi"/>
              </w:rPr>
            </w:pPr>
            <w:r>
              <w:rPr>
                <w:rFonts w:ascii="Times New Roman" w:eastAsia="Times New Roman" w:hAnsi="Times New Roman" w:cs="Times New Roman"/>
                <w:sz w:val="24"/>
                <w:szCs w:val="24"/>
              </w:rPr>
              <w:t>111725039040</w:t>
            </w:r>
          </w:p>
        </w:tc>
        <w:tc>
          <w:tcPr>
            <w:tcW w:w="4682" w:type="dxa"/>
          </w:tcPr>
          <w:p w14:paraId="562BAFEB"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Pavan</w:t>
            </w:r>
          </w:p>
        </w:tc>
      </w:tr>
      <w:tr w:rsidR="00082E13" w14:paraId="79FC628F" w14:textId="77777777" w:rsidTr="002D153A">
        <w:trPr>
          <w:trHeight w:val="270"/>
        </w:trPr>
        <w:tc>
          <w:tcPr>
            <w:tcW w:w="1040" w:type="dxa"/>
          </w:tcPr>
          <w:p w14:paraId="19622857"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2778" w:type="dxa"/>
          </w:tcPr>
          <w:p w14:paraId="65B25B8F" w14:textId="77777777" w:rsidR="00082E13" w:rsidRDefault="00082E13" w:rsidP="002D153A">
            <w:pPr>
              <w:rPr>
                <w:rFonts w:eastAsia="Times New Roman" w:cstheme="minorHAnsi"/>
              </w:rPr>
            </w:pPr>
            <w:r>
              <w:rPr>
                <w:rFonts w:ascii="Times New Roman" w:eastAsia="Times New Roman" w:hAnsi="Times New Roman" w:cs="Times New Roman"/>
                <w:sz w:val="24"/>
                <w:szCs w:val="24"/>
              </w:rPr>
              <w:t>111725039038</w:t>
            </w:r>
          </w:p>
        </w:tc>
        <w:tc>
          <w:tcPr>
            <w:tcW w:w="4682" w:type="dxa"/>
          </w:tcPr>
          <w:p w14:paraId="066F6182"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Gaurish</w:t>
            </w:r>
          </w:p>
        </w:tc>
      </w:tr>
      <w:tr w:rsidR="00082E13" w14:paraId="4E9705A2" w14:textId="77777777" w:rsidTr="002D153A">
        <w:trPr>
          <w:trHeight w:val="270"/>
        </w:trPr>
        <w:tc>
          <w:tcPr>
            <w:tcW w:w="1040" w:type="dxa"/>
          </w:tcPr>
          <w:p w14:paraId="625DF9D7"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2778" w:type="dxa"/>
          </w:tcPr>
          <w:p w14:paraId="4A468A8A" w14:textId="77777777" w:rsidR="00082E13" w:rsidRDefault="00082E13" w:rsidP="002D153A">
            <w:pPr>
              <w:rPr>
                <w:rFonts w:eastAsia="Times New Roman" w:cstheme="minorHAnsi"/>
              </w:rPr>
            </w:pPr>
            <w:r>
              <w:rPr>
                <w:rFonts w:ascii="Times New Roman" w:eastAsia="Times New Roman" w:hAnsi="Times New Roman" w:cs="Times New Roman"/>
                <w:sz w:val="24"/>
                <w:szCs w:val="24"/>
              </w:rPr>
              <w:t>111725039037</w:t>
            </w:r>
          </w:p>
        </w:tc>
        <w:tc>
          <w:tcPr>
            <w:tcW w:w="4682" w:type="dxa"/>
          </w:tcPr>
          <w:p w14:paraId="0F3DBD62"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Aaron </w:t>
            </w:r>
          </w:p>
        </w:tc>
      </w:tr>
      <w:tr w:rsidR="00082E13" w14:paraId="41F8DD4B" w14:textId="77777777" w:rsidTr="002D153A">
        <w:trPr>
          <w:trHeight w:val="270"/>
        </w:trPr>
        <w:tc>
          <w:tcPr>
            <w:tcW w:w="1040" w:type="dxa"/>
          </w:tcPr>
          <w:p w14:paraId="12BFF810"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2778" w:type="dxa"/>
          </w:tcPr>
          <w:p w14:paraId="699C39FA" w14:textId="77777777" w:rsidR="00082E13" w:rsidRDefault="00082E13" w:rsidP="002D153A">
            <w:pPr>
              <w:rPr>
                <w:rFonts w:eastAsia="Times New Roman" w:cstheme="minorHAnsi"/>
              </w:rPr>
            </w:pPr>
            <w:r>
              <w:rPr>
                <w:rFonts w:ascii="Times New Roman" w:eastAsia="Times New Roman" w:hAnsi="Times New Roman" w:cs="Times New Roman"/>
                <w:sz w:val="24"/>
                <w:szCs w:val="24"/>
              </w:rPr>
              <w:t>111725039035</w:t>
            </w:r>
          </w:p>
        </w:tc>
        <w:tc>
          <w:tcPr>
            <w:tcW w:w="4682" w:type="dxa"/>
          </w:tcPr>
          <w:p w14:paraId="2969268E"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Yesu</w:t>
            </w:r>
          </w:p>
        </w:tc>
      </w:tr>
    </w:tbl>
    <w:p w14:paraId="292FC006" w14:textId="77777777" w:rsidR="00082E13" w:rsidRDefault="00082E13" w:rsidP="00082E13">
      <w:pPr>
        <w:spacing w:line="240" w:lineRule="auto"/>
        <w:rPr>
          <w:rFonts w:ascii="Arial" w:eastAsia="Times New Roman" w:hAnsi="Arial" w:cs="Arial"/>
          <w:b/>
          <w:bCs/>
          <w:color w:val="000000"/>
          <w:sz w:val="28"/>
          <w:szCs w:val="28"/>
        </w:rPr>
      </w:pPr>
    </w:p>
    <w:p w14:paraId="79254EE2" w14:textId="77777777" w:rsidR="00F90DC0" w:rsidRDefault="00F90DC0" w:rsidP="00082E13">
      <w:pPr>
        <w:spacing w:line="240" w:lineRule="auto"/>
        <w:rPr>
          <w:rFonts w:ascii="Arial" w:eastAsia="Times New Roman" w:hAnsi="Arial" w:cs="Arial"/>
          <w:b/>
          <w:bCs/>
          <w:color w:val="000000"/>
          <w:sz w:val="28"/>
          <w:szCs w:val="28"/>
        </w:rPr>
      </w:pPr>
    </w:p>
    <w:p w14:paraId="27E66B7D" w14:textId="77777777" w:rsidR="00082E13" w:rsidRDefault="00082E13" w:rsidP="00082E13">
      <w:pPr>
        <w:spacing w:line="240" w:lineRule="auto"/>
        <w:rPr>
          <w:rFonts w:ascii="Times New Roman" w:eastAsia="Times New Roman" w:hAnsi="Times New Roman" w:cs="Times New Roman"/>
          <w:sz w:val="24"/>
          <w:szCs w:val="24"/>
        </w:rPr>
      </w:pPr>
      <w:r>
        <w:rPr>
          <w:rFonts w:ascii="Arial" w:eastAsia="Times New Roman" w:hAnsi="Arial" w:cs="Arial"/>
          <w:b/>
          <w:bCs/>
          <w:color w:val="000000"/>
          <w:sz w:val="28"/>
          <w:szCs w:val="28"/>
        </w:rPr>
        <w:lastRenderedPageBreak/>
        <w:t>Action Plan for Supporting Advanced Learners in the Classroom</w:t>
      </w:r>
    </w:p>
    <w:p w14:paraId="4DB674EC" w14:textId="77777777" w:rsidR="00082E13" w:rsidRPr="00EF1C3E" w:rsidRDefault="00082E13">
      <w:pPr>
        <w:numPr>
          <w:ilvl w:val="0"/>
          <w:numId w:val="74"/>
        </w:numPr>
        <w:spacing w:after="0" w:line="240" w:lineRule="auto"/>
        <w:rPr>
          <w:rFonts w:ascii="Times New Roman" w:eastAsia="Times New Roman" w:hAnsi="Times New Roman" w:cs="Times New Roman"/>
          <w:sz w:val="24"/>
          <w:szCs w:val="24"/>
        </w:rPr>
      </w:pPr>
      <w:r w:rsidRPr="00EF1C3E">
        <w:rPr>
          <w:rFonts w:ascii="Times New Roman" w:eastAsia="Times New Roman" w:hAnsi="Times New Roman" w:cs="Times New Roman"/>
          <w:b/>
          <w:bCs/>
          <w:sz w:val="24"/>
          <w:szCs w:val="24"/>
        </w:rPr>
        <w:t>Assess Individual Strengths and Interests:</w:t>
      </w:r>
      <w:r w:rsidRPr="00EF1C3E">
        <w:rPr>
          <w:rFonts w:ascii="Times New Roman" w:eastAsia="Times New Roman" w:hAnsi="Times New Roman" w:cs="Times New Roman"/>
          <w:sz w:val="24"/>
          <w:szCs w:val="24"/>
        </w:rPr>
        <w:br/>
        <w:t>Identify the unique strengths, skills, and academic interests of advanced learners to tailor challenges and opportunities that align with their needs.</w:t>
      </w:r>
    </w:p>
    <w:p w14:paraId="6BB06BC1" w14:textId="77777777" w:rsidR="00082E13" w:rsidRPr="00EF1C3E" w:rsidRDefault="00082E13">
      <w:pPr>
        <w:numPr>
          <w:ilvl w:val="0"/>
          <w:numId w:val="74"/>
        </w:numPr>
        <w:spacing w:after="0" w:line="240" w:lineRule="auto"/>
        <w:rPr>
          <w:rFonts w:ascii="Times New Roman" w:eastAsia="Times New Roman" w:hAnsi="Times New Roman" w:cs="Times New Roman"/>
          <w:sz w:val="24"/>
          <w:szCs w:val="24"/>
        </w:rPr>
      </w:pPr>
      <w:r w:rsidRPr="00EF1C3E">
        <w:rPr>
          <w:rFonts w:ascii="Times New Roman" w:eastAsia="Times New Roman" w:hAnsi="Times New Roman" w:cs="Times New Roman"/>
          <w:b/>
          <w:bCs/>
          <w:sz w:val="24"/>
          <w:szCs w:val="24"/>
        </w:rPr>
        <w:t>Offer Enrichment Opportunities:</w:t>
      </w:r>
      <w:r w:rsidRPr="00EF1C3E">
        <w:rPr>
          <w:rFonts w:ascii="Times New Roman" w:eastAsia="Times New Roman" w:hAnsi="Times New Roman" w:cs="Times New Roman"/>
          <w:sz w:val="24"/>
          <w:szCs w:val="24"/>
        </w:rPr>
        <w:br/>
        <w:t>Provide additional resources, projects, or assignments that go beyond the standard curriculum to challenge and engage advanced learners.</w:t>
      </w:r>
    </w:p>
    <w:p w14:paraId="6A22CC23" w14:textId="77777777" w:rsidR="00082E13" w:rsidRPr="00EF1C3E" w:rsidRDefault="00082E13">
      <w:pPr>
        <w:numPr>
          <w:ilvl w:val="0"/>
          <w:numId w:val="74"/>
        </w:numPr>
        <w:spacing w:after="0" w:line="240" w:lineRule="auto"/>
        <w:rPr>
          <w:rFonts w:ascii="Times New Roman" w:eastAsia="Times New Roman" w:hAnsi="Times New Roman" w:cs="Times New Roman"/>
          <w:sz w:val="24"/>
          <w:szCs w:val="24"/>
        </w:rPr>
      </w:pPr>
      <w:r w:rsidRPr="00EF1C3E">
        <w:rPr>
          <w:rFonts w:ascii="Times New Roman" w:eastAsia="Times New Roman" w:hAnsi="Times New Roman" w:cs="Times New Roman"/>
          <w:b/>
          <w:bCs/>
          <w:sz w:val="24"/>
          <w:szCs w:val="24"/>
        </w:rPr>
        <w:t>Differentiate Instruction:</w:t>
      </w:r>
      <w:r w:rsidRPr="00EF1C3E">
        <w:rPr>
          <w:rFonts w:ascii="Times New Roman" w:eastAsia="Times New Roman" w:hAnsi="Times New Roman" w:cs="Times New Roman"/>
          <w:sz w:val="24"/>
          <w:szCs w:val="24"/>
        </w:rPr>
        <w:br/>
        <w:t>Modify lesson plans to include higher order thinking tasks, ensuring advanced learners are constantly pushed to think critically and solve complex problems.</w:t>
      </w:r>
    </w:p>
    <w:p w14:paraId="53FE52D3" w14:textId="77777777" w:rsidR="00082E13" w:rsidRPr="00EF1C3E" w:rsidRDefault="00082E13">
      <w:pPr>
        <w:numPr>
          <w:ilvl w:val="0"/>
          <w:numId w:val="74"/>
        </w:numPr>
        <w:spacing w:after="0" w:line="240" w:lineRule="auto"/>
        <w:rPr>
          <w:rFonts w:ascii="Times New Roman" w:eastAsia="Times New Roman" w:hAnsi="Times New Roman" w:cs="Times New Roman"/>
          <w:sz w:val="24"/>
          <w:szCs w:val="24"/>
        </w:rPr>
      </w:pPr>
      <w:r w:rsidRPr="00EF1C3E">
        <w:rPr>
          <w:rFonts w:ascii="Times New Roman" w:eastAsia="Times New Roman" w:hAnsi="Times New Roman" w:cs="Times New Roman"/>
          <w:b/>
          <w:bCs/>
          <w:sz w:val="24"/>
          <w:szCs w:val="24"/>
        </w:rPr>
        <w:t>Provide Opportunities for Independent Study:</w:t>
      </w:r>
      <w:r w:rsidRPr="00EF1C3E">
        <w:rPr>
          <w:rFonts w:ascii="Times New Roman" w:eastAsia="Times New Roman" w:hAnsi="Times New Roman" w:cs="Times New Roman"/>
          <w:sz w:val="24"/>
          <w:szCs w:val="24"/>
        </w:rPr>
        <w:br/>
        <w:t>Encourage advanced learners to pursue independent research projects or explore topics of personal interest, allowing for deeper exploration and self-directed learning.</w:t>
      </w:r>
    </w:p>
    <w:p w14:paraId="5EBC4902" w14:textId="77777777" w:rsidR="00082E13" w:rsidRPr="00EF1C3E" w:rsidRDefault="00082E13">
      <w:pPr>
        <w:numPr>
          <w:ilvl w:val="0"/>
          <w:numId w:val="74"/>
        </w:numPr>
        <w:spacing w:after="0" w:line="240" w:lineRule="auto"/>
        <w:rPr>
          <w:rFonts w:ascii="Times New Roman" w:eastAsia="Times New Roman" w:hAnsi="Times New Roman" w:cs="Times New Roman"/>
          <w:sz w:val="24"/>
          <w:szCs w:val="24"/>
        </w:rPr>
      </w:pPr>
      <w:r w:rsidRPr="00EF1C3E">
        <w:rPr>
          <w:rFonts w:ascii="Times New Roman" w:eastAsia="Times New Roman" w:hAnsi="Times New Roman" w:cs="Times New Roman"/>
          <w:b/>
          <w:bCs/>
          <w:sz w:val="24"/>
          <w:szCs w:val="24"/>
        </w:rPr>
        <w:t>Facilitate Peer Teaching and Mentoring:</w:t>
      </w:r>
      <w:r w:rsidRPr="00EF1C3E">
        <w:rPr>
          <w:rFonts w:ascii="Times New Roman" w:eastAsia="Times New Roman" w:hAnsi="Times New Roman" w:cs="Times New Roman"/>
          <w:sz w:val="24"/>
          <w:szCs w:val="24"/>
        </w:rPr>
        <w:br/>
        <w:t>Create opportunities for advanced learners to mentor or collaborate with peers, fostering leadership skills and reinforcing their own learning through teaching others.</w:t>
      </w:r>
    </w:p>
    <w:p w14:paraId="7849C231" w14:textId="77777777" w:rsidR="00082E13" w:rsidRPr="00EF1C3E" w:rsidRDefault="00082E13">
      <w:pPr>
        <w:numPr>
          <w:ilvl w:val="0"/>
          <w:numId w:val="74"/>
        </w:numPr>
        <w:spacing w:after="0" w:line="240" w:lineRule="auto"/>
        <w:rPr>
          <w:rFonts w:ascii="Times New Roman" w:eastAsia="Times New Roman" w:hAnsi="Times New Roman" w:cs="Times New Roman"/>
          <w:sz w:val="24"/>
          <w:szCs w:val="24"/>
        </w:rPr>
      </w:pPr>
      <w:r w:rsidRPr="00EF1C3E">
        <w:rPr>
          <w:rFonts w:ascii="Times New Roman" w:eastAsia="Times New Roman" w:hAnsi="Times New Roman" w:cs="Times New Roman"/>
          <w:b/>
          <w:bCs/>
          <w:sz w:val="24"/>
          <w:szCs w:val="24"/>
        </w:rPr>
        <w:t>Provide Leadership and Problem-Solving Roles:</w:t>
      </w:r>
      <w:r w:rsidRPr="00EF1C3E">
        <w:rPr>
          <w:rFonts w:ascii="Times New Roman" w:eastAsia="Times New Roman" w:hAnsi="Times New Roman" w:cs="Times New Roman"/>
          <w:sz w:val="24"/>
          <w:szCs w:val="24"/>
        </w:rPr>
        <w:br/>
        <w:t>Involve advanced learners in leadership opportunities, such as leading group discussions, facilitating projects, or tackling real-world problems.</w:t>
      </w:r>
    </w:p>
    <w:p w14:paraId="40ABC44B" w14:textId="77777777" w:rsidR="00082E13" w:rsidRPr="00EF1C3E" w:rsidRDefault="00082E13">
      <w:pPr>
        <w:numPr>
          <w:ilvl w:val="0"/>
          <w:numId w:val="74"/>
        </w:numPr>
        <w:spacing w:after="0" w:line="240" w:lineRule="auto"/>
        <w:rPr>
          <w:rFonts w:ascii="Times New Roman" w:eastAsia="Times New Roman" w:hAnsi="Times New Roman" w:cs="Times New Roman"/>
          <w:sz w:val="24"/>
          <w:szCs w:val="24"/>
        </w:rPr>
      </w:pPr>
      <w:r w:rsidRPr="00EF1C3E">
        <w:rPr>
          <w:rFonts w:ascii="Times New Roman" w:eastAsia="Times New Roman" w:hAnsi="Times New Roman" w:cs="Times New Roman"/>
          <w:b/>
          <w:bCs/>
          <w:sz w:val="24"/>
          <w:szCs w:val="24"/>
        </w:rPr>
        <w:t>Encourage Creativity and Innovation:</w:t>
      </w:r>
      <w:r w:rsidRPr="00EF1C3E">
        <w:rPr>
          <w:rFonts w:ascii="Times New Roman" w:eastAsia="Times New Roman" w:hAnsi="Times New Roman" w:cs="Times New Roman"/>
          <w:sz w:val="24"/>
          <w:szCs w:val="24"/>
        </w:rPr>
        <w:br/>
        <w:t>Give advanced learners open-ended assignments or challenges that encourage creative thinking and innovative solutions, allowing them to explore their interests.</w:t>
      </w:r>
    </w:p>
    <w:p w14:paraId="189639B4" w14:textId="77777777" w:rsidR="00082E13" w:rsidRDefault="00082E13" w:rsidP="00082E13">
      <w:pPr>
        <w:spacing w:after="0" w:line="240" w:lineRule="auto"/>
        <w:rPr>
          <w:rFonts w:ascii="Times New Roman" w:eastAsia="Times New Roman" w:hAnsi="Times New Roman" w:cs="Times New Roman"/>
          <w:sz w:val="24"/>
          <w:szCs w:val="24"/>
        </w:rPr>
      </w:pPr>
    </w:p>
    <w:p w14:paraId="56307AAB" w14:textId="77777777" w:rsidR="00082E13" w:rsidRDefault="00082E13" w:rsidP="00082E13">
      <w:pPr>
        <w:spacing w:line="240" w:lineRule="auto"/>
        <w:rPr>
          <w:rFonts w:ascii="Arial" w:eastAsia="Times New Roman" w:hAnsi="Arial" w:cs="Arial"/>
          <w:b/>
          <w:bCs/>
          <w:color w:val="000000"/>
          <w:sz w:val="28"/>
          <w:szCs w:val="28"/>
        </w:rPr>
      </w:pPr>
    </w:p>
    <w:p w14:paraId="1CDEC884" w14:textId="77777777" w:rsidR="00082E13" w:rsidRDefault="00082E13" w:rsidP="00082E13">
      <w:pPr>
        <w:spacing w:line="240" w:lineRule="auto"/>
        <w:rPr>
          <w:rFonts w:ascii="Arial" w:eastAsia="Times New Roman" w:hAnsi="Arial" w:cs="Arial"/>
          <w:b/>
          <w:bCs/>
          <w:color w:val="000000"/>
          <w:sz w:val="28"/>
          <w:szCs w:val="28"/>
        </w:rPr>
      </w:pPr>
      <w:r>
        <w:rPr>
          <w:rFonts w:ascii="Arial" w:eastAsia="Times New Roman" w:hAnsi="Arial" w:cs="Arial"/>
          <w:b/>
          <w:bCs/>
          <w:color w:val="000000"/>
          <w:sz w:val="28"/>
          <w:szCs w:val="28"/>
        </w:rPr>
        <w:t>DCSCS</w:t>
      </w:r>
    </w:p>
    <w:tbl>
      <w:tblPr>
        <w:tblStyle w:val="TableGrid"/>
        <w:tblW w:w="10068" w:type="dxa"/>
        <w:tblLook w:val="04A0" w:firstRow="1" w:lastRow="0" w:firstColumn="1" w:lastColumn="0" w:noHBand="0" w:noVBand="1"/>
      </w:tblPr>
      <w:tblGrid>
        <w:gridCol w:w="669"/>
        <w:gridCol w:w="1653"/>
        <w:gridCol w:w="1155"/>
        <w:gridCol w:w="6591"/>
      </w:tblGrid>
      <w:tr w:rsidR="00082E13" w14:paraId="01EAFE15" w14:textId="77777777" w:rsidTr="002D153A">
        <w:trPr>
          <w:trHeight w:val="262"/>
        </w:trPr>
        <w:tc>
          <w:tcPr>
            <w:tcW w:w="3477" w:type="dxa"/>
            <w:gridSpan w:val="3"/>
          </w:tcPr>
          <w:p w14:paraId="29BF33FD" w14:textId="77777777" w:rsidR="00082E13" w:rsidRDefault="00082E13" w:rsidP="002D153A">
            <w:pPr>
              <w:rPr>
                <w:rFonts w:ascii="Times New Roman" w:eastAsia="Times New Roman" w:hAnsi="Times New Roman" w:cs="Times New Roman"/>
                <w:sz w:val="24"/>
                <w:szCs w:val="24"/>
              </w:rPr>
            </w:pPr>
            <w:r>
              <w:rPr>
                <w:rFonts w:ascii="Calibri" w:eastAsia="Times New Roman" w:hAnsi="Calibri" w:cs="Calibri"/>
                <w:b/>
                <w:bCs/>
                <w:color w:val="000000"/>
              </w:rPr>
              <w:t>DCSCS A.Y 2025-</w:t>
            </w:r>
            <w:proofErr w:type="gramStart"/>
            <w:r>
              <w:rPr>
                <w:rFonts w:ascii="Calibri" w:eastAsia="Times New Roman" w:hAnsi="Calibri" w:cs="Calibri"/>
                <w:b/>
                <w:bCs/>
                <w:color w:val="000000"/>
              </w:rPr>
              <w:t>26  ADVANCED</w:t>
            </w:r>
            <w:proofErr w:type="gramEnd"/>
            <w:r>
              <w:rPr>
                <w:rFonts w:ascii="Calibri" w:eastAsia="Times New Roman" w:hAnsi="Calibri" w:cs="Calibri"/>
                <w:b/>
                <w:bCs/>
                <w:color w:val="000000"/>
              </w:rPr>
              <w:t xml:space="preserve"> LEARNERS LIST</w:t>
            </w:r>
          </w:p>
        </w:tc>
        <w:tc>
          <w:tcPr>
            <w:tcW w:w="6591" w:type="dxa"/>
          </w:tcPr>
          <w:p w14:paraId="273A480E" w14:textId="77777777" w:rsidR="00082E13" w:rsidRDefault="00082E13" w:rsidP="002D153A">
            <w:pPr>
              <w:rPr>
                <w:rFonts w:ascii="Calibri" w:eastAsia="Times New Roman" w:hAnsi="Calibri" w:cs="Calibri"/>
                <w:b/>
                <w:bCs/>
                <w:color w:val="000000"/>
              </w:rPr>
            </w:pPr>
          </w:p>
        </w:tc>
      </w:tr>
      <w:tr w:rsidR="00082E13" w14:paraId="22864BDF" w14:textId="77777777" w:rsidTr="002D153A">
        <w:trPr>
          <w:trHeight w:val="262"/>
        </w:trPr>
        <w:tc>
          <w:tcPr>
            <w:tcW w:w="617" w:type="dxa"/>
          </w:tcPr>
          <w:p w14:paraId="2F221990" w14:textId="77777777" w:rsidR="00082E13" w:rsidRDefault="00082E13" w:rsidP="002D153A">
            <w:pPr>
              <w:rPr>
                <w:rFonts w:eastAsia="Times New Roman" w:cstheme="minorHAnsi"/>
                <w:b/>
              </w:rPr>
            </w:pPr>
            <w:r>
              <w:rPr>
                <w:rFonts w:eastAsia="Times New Roman" w:cstheme="minorHAnsi"/>
                <w:b/>
              </w:rPr>
              <w:t>SNO</w:t>
            </w:r>
          </w:p>
        </w:tc>
        <w:tc>
          <w:tcPr>
            <w:tcW w:w="1662" w:type="dxa"/>
          </w:tcPr>
          <w:p w14:paraId="4A3B6A0D" w14:textId="77777777" w:rsidR="00082E13" w:rsidRDefault="00082E13" w:rsidP="002D153A">
            <w:pPr>
              <w:rPr>
                <w:rFonts w:eastAsia="Times New Roman" w:cstheme="minorHAnsi"/>
                <w:b/>
              </w:rPr>
            </w:pPr>
            <w:r>
              <w:rPr>
                <w:rFonts w:eastAsia="Times New Roman" w:cstheme="minorHAnsi"/>
                <w:b/>
              </w:rPr>
              <w:t>UID</w:t>
            </w:r>
          </w:p>
        </w:tc>
        <w:tc>
          <w:tcPr>
            <w:tcW w:w="1198" w:type="dxa"/>
          </w:tcPr>
          <w:p w14:paraId="6460632A" w14:textId="77777777" w:rsidR="00082E13" w:rsidRDefault="00082E13" w:rsidP="002D153A">
            <w:pPr>
              <w:rPr>
                <w:rFonts w:eastAsia="Times New Roman" w:cstheme="minorHAnsi"/>
                <w:b/>
              </w:rPr>
            </w:pPr>
            <w:r>
              <w:rPr>
                <w:rFonts w:eastAsia="Times New Roman" w:cstheme="minorHAnsi"/>
                <w:b/>
              </w:rPr>
              <w:t>NAME</w:t>
            </w:r>
          </w:p>
        </w:tc>
        <w:tc>
          <w:tcPr>
            <w:tcW w:w="6591" w:type="dxa"/>
          </w:tcPr>
          <w:p w14:paraId="60C9386B" w14:textId="77777777" w:rsidR="00082E13" w:rsidRDefault="00082E13" w:rsidP="002D153A">
            <w:pPr>
              <w:rPr>
                <w:rFonts w:eastAsia="Times New Roman" w:cstheme="minorHAnsi"/>
                <w:b/>
              </w:rPr>
            </w:pPr>
          </w:p>
        </w:tc>
      </w:tr>
      <w:tr w:rsidR="00082E13" w14:paraId="47EBD112" w14:textId="77777777" w:rsidTr="002D153A">
        <w:trPr>
          <w:trHeight w:val="262"/>
        </w:trPr>
        <w:tc>
          <w:tcPr>
            <w:tcW w:w="617" w:type="dxa"/>
          </w:tcPr>
          <w:p w14:paraId="15196C2D"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662" w:type="dxa"/>
          </w:tcPr>
          <w:p w14:paraId="0B57BCBD" w14:textId="77777777" w:rsidR="00082E13" w:rsidRDefault="00082E13" w:rsidP="002D153A">
            <w:pPr>
              <w:rPr>
                <w:rFonts w:eastAsia="Times New Roman" w:cstheme="minorHAnsi"/>
              </w:rPr>
            </w:pPr>
            <w:r>
              <w:rPr>
                <w:rFonts w:ascii="Times New Roman" w:eastAsia="Times New Roman" w:hAnsi="Times New Roman" w:cs="Times New Roman"/>
                <w:sz w:val="24"/>
                <w:szCs w:val="24"/>
              </w:rPr>
              <w:t>111723039030</w:t>
            </w:r>
          </w:p>
        </w:tc>
        <w:tc>
          <w:tcPr>
            <w:tcW w:w="1198" w:type="dxa"/>
          </w:tcPr>
          <w:p w14:paraId="3FF04F97"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Varun Raj</w:t>
            </w:r>
          </w:p>
        </w:tc>
        <w:tc>
          <w:tcPr>
            <w:tcW w:w="6591" w:type="dxa"/>
          </w:tcPr>
          <w:p w14:paraId="012A1ECA" w14:textId="77777777" w:rsidR="00082E13" w:rsidRDefault="00082E13" w:rsidP="002D153A">
            <w:pPr>
              <w:rPr>
                <w:rFonts w:ascii="Times New Roman" w:eastAsia="Times New Roman" w:hAnsi="Times New Roman" w:cs="Times New Roman"/>
                <w:sz w:val="24"/>
                <w:szCs w:val="24"/>
              </w:rPr>
            </w:pPr>
            <w:r w:rsidRPr="00545B7E">
              <w:rPr>
                <w:rFonts w:eastAsia="Times New Roman" w:cstheme="minorHAnsi"/>
                <w:b/>
                <w:noProof/>
              </w:rPr>
              <w:drawing>
                <wp:inline distT="0" distB="0" distL="0" distR="0" wp14:anchorId="3B4210E2" wp14:editId="708E6EE9">
                  <wp:extent cx="3343275" cy="1819275"/>
                  <wp:effectExtent l="0" t="0" r="9525" b="9525"/>
                  <wp:docPr id="545130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130010" name=""/>
                          <pic:cNvPicPr/>
                        </pic:nvPicPr>
                        <pic:blipFill>
                          <a:blip r:embed="rId83"/>
                          <a:stretch>
                            <a:fillRect/>
                          </a:stretch>
                        </pic:blipFill>
                        <pic:spPr>
                          <a:xfrm>
                            <a:off x="0" y="0"/>
                            <a:ext cx="3343275" cy="1819275"/>
                          </a:xfrm>
                          <a:prstGeom prst="rect">
                            <a:avLst/>
                          </a:prstGeom>
                        </pic:spPr>
                      </pic:pic>
                    </a:graphicData>
                  </a:graphic>
                </wp:inline>
              </w:drawing>
            </w:r>
          </w:p>
        </w:tc>
      </w:tr>
      <w:tr w:rsidR="00082E13" w14:paraId="6F06AEEA" w14:textId="77777777" w:rsidTr="002D153A">
        <w:trPr>
          <w:trHeight w:val="262"/>
        </w:trPr>
        <w:tc>
          <w:tcPr>
            <w:tcW w:w="617" w:type="dxa"/>
          </w:tcPr>
          <w:p w14:paraId="3CC08764"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w:t>
            </w:r>
          </w:p>
        </w:tc>
        <w:tc>
          <w:tcPr>
            <w:tcW w:w="1662" w:type="dxa"/>
          </w:tcPr>
          <w:p w14:paraId="4116E331" w14:textId="77777777" w:rsidR="00082E13" w:rsidRDefault="00082E13" w:rsidP="002D153A">
            <w:pPr>
              <w:rPr>
                <w:rFonts w:eastAsia="Times New Roman" w:cstheme="minorHAnsi"/>
              </w:rPr>
            </w:pPr>
            <w:r>
              <w:rPr>
                <w:rFonts w:ascii="Times New Roman" w:eastAsia="Times New Roman" w:hAnsi="Times New Roman" w:cs="Times New Roman"/>
                <w:sz w:val="24"/>
                <w:szCs w:val="24"/>
              </w:rPr>
              <w:t>111723039007</w:t>
            </w:r>
          </w:p>
        </w:tc>
        <w:tc>
          <w:tcPr>
            <w:tcW w:w="1198" w:type="dxa"/>
          </w:tcPr>
          <w:p w14:paraId="26169CCE"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Akshitha</w:t>
            </w:r>
          </w:p>
        </w:tc>
        <w:tc>
          <w:tcPr>
            <w:tcW w:w="6591" w:type="dxa"/>
          </w:tcPr>
          <w:p w14:paraId="4C8A41AF" w14:textId="77777777" w:rsidR="00082E13" w:rsidRDefault="00082E13" w:rsidP="002D153A">
            <w:pPr>
              <w:rPr>
                <w:rFonts w:ascii="Times New Roman" w:eastAsia="Times New Roman" w:hAnsi="Times New Roman" w:cs="Times New Roman"/>
                <w:sz w:val="24"/>
                <w:szCs w:val="24"/>
              </w:rPr>
            </w:pPr>
            <w:r w:rsidRPr="00F15859">
              <w:rPr>
                <w:rFonts w:ascii="Times New Roman" w:eastAsia="Times New Roman" w:hAnsi="Times New Roman" w:cs="Times New Roman"/>
                <w:noProof/>
                <w:sz w:val="24"/>
                <w:szCs w:val="24"/>
              </w:rPr>
              <w:drawing>
                <wp:inline distT="0" distB="0" distL="0" distR="0" wp14:anchorId="2341E56B" wp14:editId="320B0E9E">
                  <wp:extent cx="3219450" cy="2477876"/>
                  <wp:effectExtent l="0" t="0" r="0" b="0"/>
                  <wp:docPr id="5528141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814156" name=""/>
                          <pic:cNvPicPr/>
                        </pic:nvPicPr>
                        <pic:blipFill>
                          <a:blip r:embed="rId84"/>
                          <a:stretch>
                            <a:fillRect/>
                          </a:stretch>
                        </pic:blipFill>
                        <pic:spPr>
                          <a:xfrm>
                            <a:off x="0" y="0"/>
                            <a:ext cx="3228527" cy="2484862"/>
                          </a:xfrm>
                          <a:prstGeom prst="rect">
                            <a:avLst/>
                          </a:prstGeom>
                        </pic:spPr>
                      </pic:pic>
                    </a:graphicData>
                  </a:graphic>
                </wp:inline>
              </w:drawing>
            </w:r>
          </w:p>
        </w:tc>
      </w:tr>
      <w:tr w:rsidR="00082E13" w14:paraId="2F08EF4E" w14:textId="77777777" w:rsidTr="002D153A">
        <w:trPr>
          <w:trHeight w:val="276"/>
        </w:trPr>
        <w:tc>
          <w:tcPr>
            <w:tcW w:w="617" w:type="dxa"/>
          </w:tcPr>
          <w:p w14:paraId="6E7126C4"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662" w:type="dxa"/>
          </w:tcPr>
          <w:p w14:paraId="05E90C71" w14:textId="77777777" w:rsidR="00082E13" w:rsidRDefault="00082E13" w:rsidP="002D153A">
            <w:pPr>
              <w:rPr>
                <w:rFonts w:eastAsia="Times New Roman" w:cstheme="minorHAnsi"/>
              </w:rPr>
            </w:pPr>
            <w:r>
              <w:rPr>
                <w:rFonts w:ascii="Times New Roman" w:eastAsia="Times New Roman" w:hAnsi="Times New Roman" w:cs="Times New Roman"/>
                <w:sz w:val="24"/>
                <w:szCs w:val="24"/>
              </w:rPr>
              <w:t>111723039031</w:t>
            </w:r>
          </w:p>
        </w:tc>
        <w:tc>
          <w:tcPr>
            <w:tcW w:w="1198" w:type="dxa"/>
          </w:tcPr>
          <w:p w14:paraId="588EF96E"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K Sampath</w:t>
            </w:r>
          </w:p>
        </w:tc>
        <w:tc>
          <w:tcPr>
            <w:tcW w:w="6591" w:type="dxa"/>
          </w:tcPr>
          <w:p w14:paraId="0003DB83" w14:textId="77777777" w:rsidR="00082E13" w:rsidRDefault="00082E13" w:rsidP="002D153A">
            <w:pPr>
              <w:rPr>
                <w:rFonts w:ascii="Times New Roman" w:eastAsia="Times New Roman" w:hAnsi="Times New Roman" w:cs="Times New Roman"/>
                <w:sz w:val="24"/>
                <w:szCs w:val="24"/>
              </w:rPr>
            </w:pPr>
            <w:r w:rsidRPr="00F15859">
              <w:rPr>
                <w:rFonts w:ascii="Times New Roman" w:eastAsia="Times New Roman" w:hAnsi="Times New Roman" w:cs="Times New Roman"/>
                <w:noProof/>
                <w:sz w:val="24"/>
                <w:szCs w:val="24"/>
              </w:rPr>
              <w:drawing>
                <wp:inline distT="0" distB="0" distL="0" distR="0" wp14:anchorId="6D3C8795" wp14:editId="462A4435">
                  <wp:extent cx="3495675" cy="2587397"/>
                  <wp:effectExtent l="0" t="0" r="0" b="3810"/>
                  <wp:docPr id="19102527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252739" name=""/>
                          <pic:cNvPicPr/>
                        </pic:nvPicPr>
                        <pic:blipFill>
                          <a:blip r:embed="rId85"/>
                          <a:stretch>
                            <a:fillRect/>
                          </a:stretch>
                        </pic:blipFill>
                        <pic:spPr>
                          <a:xfrm>
                            <a:off x="0" y="0"/>
                            <a:ext cx="3514975" cy="2601682"/>
                          </a:xfrm>
                          <a:prstGeom prst="rect">
                            <a:avLst/>
                          </a:prstGeom>
                        </pic:spPr>
                      </pic:pic>
                    </a:graphicData>
                  </a:graphic>
                </wp:inline>
              </w:drawing>
            </w:r>
          </w:p>
        </w:tc>
      </w:tr>
      <w:tr w:rsidR="00082E13" w14:paraId="5110E5ED" w14:textId="77777777" w:rsidTr="002D153A">
        <w:trPr>
          <w:trHeight w:val="276"/>
        </w:trPr>
        <w:tc>
          <w:tcPr>
            <w:tcW w:w="617" w:type="dxa"/>
          </w:tcPr>
          <w:p w14:paraId="04D15E74"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662" w:type="dxa"/>
          </w:tcPr>
          <w:p w14:paraId="6F2144A5" w14:textId="77777777" w:rsidR="00082E13" w:rsidRDefault="00082E13" w:rsidP="002D153A">
            <w:pPr>
              <w:rPr>
                <w:rFonts w:eastAsia="Times New Roman" w:cstheme="minorHAnsi"/>
              </w:rPr>
            </w:pPr>
            <w:r>
              <w:rPr>
                <w:rFonts w:ascii="Times New Roman" w:eastAsia="Times New Roman" w:hAnsi="Times New Roman" w:cs="Times New Roman"/>
                <w:sz w:val="24"/>
                <w:szCs w:val="24"/>
              </w:rPr>
              <w:t>111723039007</w:t>
            </w:r>
          </w:p>
        </w:tc>
        <w:tc>
          <w:tcPr>
            <w:tcW w:w="1198" w:type="dxa"/>
          </w:tcPr>
          <w:p w14:paraId="6A534E7C"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Akshitha</w:t>
            </w:r>
          </w:p>
        </w:tc>
        <w:tc>
          <w:tcPr>
            <w:tcW w:w="6591" w:type="dxa"/>
          </w:tcPr>
          <w:p w14:paraId="18F6D9DE" w14:textId="77777777" w:rsidR="00082E13" w:rsidRDefault="00082E13" w:rsidP="002D153A">
            <w:pPr>
              <w:rPr>
                <w:rFonts w:ascii="Times New Roman" w:eastAsia="Times New Roman" w:hAnsi="Times New Roman" w:cs="Times New Roman"/>
                <w:sz w:val="24"/>
                <w:szCs w:val="24"/>
              </w:rPr>
            </w:pPr>
            <w:r w:rsidRPr="00F15859">
              <w:rPr>
                <w:rFonts w:ascii="Times New Roman" w:eastAsia="Times New Roman" w:hAnsi="Times New Roman" w:cs="Times New Roman"/>
                <w:noProof/>
                <w:sz w:val="24"/>
                <w:szCs w:val="24"/>
              </w:rPr>
              <w:drawing>
                <wp:inline distT="0" distB="0" distL="0" distR="0" wp14:anchorId="5E878071" wp14:editId="0F574B11">
                  <wp:extent cx="3952875" cy="2702398"/>
                  <wp:effectExtent l="0" t="0" r="0" b="3175"/>
                  <wp:docPr id="1991103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103912" name=""/>
                          <pic:cNvPicPr/>
                        </pic:nvPicPr>
                        <pic:blipFill>
                          <a:blip r:embed="rId86"/>
                          <a:stretch>
                            <a:fillRect/>
                          </a:stretch>
                        </pic:blipFill>
                        <pic:spPr>
                          <a:xfrm>
                            <a:off x="0" y="0"/>
                            <a:ext cx="3966048" cy="2711404"/>
                          </a:xfrm>
                          <a:prstGeom prst="rect">
                            <a:avLst/>
                          </a:prstGeom>
                        </pic:spPr>
                      </pic:pic>
                    </a:graphicData>
                  </a:graphic>
                </wp:inline>
              </w:drawing>
            </w:r>
          </w:p>
        </w:tc>
      </w:tr>
      <w:tr w:rsidR="00082E13" w14:paraId="6885DDA9" w14:textId="77777777" w:rsidTr="002D153A">
        <w:trPr>
          <w:trHeight w:val="276"/>
        </w:trPr>
        <w:tc>
          <w:tcPr>
            <w:tcW w:w="617" w:type="dxa"/>
          </w:tcPr>
          <w:p w14:paraId="10518B7E"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5</w:t>
            </w:r>
          </w:p>
        </w:tc>
        <w:tc>
          <w:tcPr>
            <w:tcW w:w="1662" w:type="dxa"/>
          </w:tcPr>
          <w:p w14:paraId="236124CF" w14:textId="77777777" w:rsidR="00082E13" w:rsidRDefault="00082E13" w:rsidP="002D153A">
            <w:pPr>
              <w:rPr>
                <w:rFonts w:eastAsia="Times New Roman" w:cstheme="minorHAnsi"/>
              </w:rPr>
            </w:pPr>
            <w:r>
              <w:rPr>
                <w:rFonts w:ascii="Times New Roman" w:eastAsia="Times New Roman" w:hAnsi="Times New Roman" w:cs="Times New Roman"/>
                <w:sz w:val="24"/>
                <w:szCs w:val="24"/>
              </w:rPr>
              <w:t>111723039007</w:t>
            </w:r>
          </w:p>
        </w:tc>
        <w:tc>
          <w:tcPr>
            <w:tcW w:w="1198" w:type="dxa"/>
          </w:tcPr>
          <w:p w14:paraId="60CDF057" w14:textId="77777777" w:rsidR="00082E13" w:rsidRDefault="00082E13" w:rsidP="002D153A">
            <w:pPr>
              <w:rPr>
                <w:rFonts w:ascii="Times New Roman" w:eastAsia="Times New Roman" w:hAnsi="Times New Roman" w:cs="Times New Roman"/>
                <w:sz w:val="24"/>
                <w:szCs w:val="24"/>
              </w:rPr>
            </w:pPr>
            <w:r>
              <w:rPr>
                <w:rFonts w:ascii="Times New Roman" w:eastAsia="Times New Roman" w:hAnsi="Times New Roman" w:cs="Times New Roman"/>
                <w:sz w:val="24"/>
                <w:szCs w:val="24"/>
              </w:rPr>
              <w:t>Akshitha</w:t>
            </w:r>
          </w:p>
        </w:tc>
        <w:tc>
          <w:tcPr>
            <w:tcW w:w="6591" w:type="dxa"/>
          </w:tcPr>
          <w:p w14:paraId="578A1CF6" w14:textId="77777777" w:rsidR="00082E13" w:rsidRDefault="00082E13" w:rsidP="002D153A">
            <w:pPr>
              <w:rPr>
                <w:rFonts w:ascii="Times New Roman" w:eastAsia="Times New Roman" w:hAnsi="Times New Roman" w:cs="Times New Roman"/>
                <w:sz w:val="24"/>
                <w:szCs w:val="24"/>
              </w:rPr>
            </w:pPr>
            <w:r w:rsidRPr="006F1B7D">
              <w:rPr>
                <w:rFonts w:ascii="Times New Roman" w:eastAsia="Times New Roman" w:hAnsi="Times New Roman" w:cs="Times New Roman"/>
                <w:noProof/>
                <w:sz w:val="24"/>
                <w:szCs w:val="24"/>
              </w:rPr>
              <w:drawing>
                <wp:inline distT="0" distB="0" distL="0" distR="0" wp14:anchorId="22E780C0" wp14:editId="26431AB8">
                  <wp:extent cx="4048125" cy="3304239"/>
                  <wp:effectExtent l="0" t="0" r="0" b="0"/>
                  <wp:docPr id="17498008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800849" name=""/>
                          <pic:cNvPicPr/>
                        </pic:nvPicPr>
                        <pic:blipFill>
                          <a:blip r:embed="rId87"/>
                          <a:stretch>
                            <a:fillRect/>
                          </a:stretch>
                        </pic:blipFill>
                        <pic:spPr>
                          <a:xfrm>
                            <a:off x="0" y="0"/>
                            <a:ext cx="4060204" cy="3314098"/>
                          </a:xfrm>
                          <a:prstGeom prst="rect">
                            <a:avLst/>
                          </a:prstGeom>
                        </pic:spPr>
                      </pic:pic>
                    </a:graphicData>
                  </a:graphic>
                </wp:inline>
              </w:drawing>
            </w:r>
          </w:p>
        </w:tc>
      </w:tr>
    </w:tbl>
    <w:p w14:paraId="7295837E" w14:textId="77777777" w:rsidR="00082E13" w:rsidRDefault="00082E13" w:rsidP="00082E13">
      <w:pPr>
        <w:spacing w:line="240" w:lineRule="auto"/>
        <w:rPr>
          <w:rFonts w:ascii="Times New Roman" w:eastAsia="Times New Roman" w:hAnsi="Times New Roman" w:cs="Times New Roman"/>
          <w:sz w:val="24"/>
          <w:szCs w:val="24"/>
        </w:rPr>
      </w:pPr>
    </w:p>
    <w:p w14:paraId="7CA06240" w14:textId="77777777" w:rsidR="009823A7" w:rsidRDefault="009823A7" w:rsidP="00082E13">
      <w:pPr>
        <w:spacing w:line="240" w:lineRule="auto"/>
        <w:rPr>
          <w:rFonts w:ascii="Times New Roman" w:eastAsia="Times New Roman" w:hAnsi="Times New Roman" w:cs="Times New Roman"/>
          <w:sz w:val="24"/>
          <w:szCs w:val="24"/>
        </w:rPr>
      </w:pPr>
    </w:p>
    <w:p w14:paraId="2A4F4022" w14:textId="77777777" w:rsidR="009823A7" w:rsidRDefault="009823A7" w:rsidP="00082E13">
      <w:pPr>
        <w:spacing w:line="240" w:lineRule="auto"/>
        <w:rPr>
          <w:rFonts w:ascii="Times New Roman" w:eastAsia="Times New Roman" w:hAnsi="Times New Roman" w:cs="Times New Roman"/>
          <w:sz w:val="24"/>
          <w:szCs w:val="24"/>
        </w:rPr>
      </w:pPr>
    </w:p>
    <w:p w14:paraId="10A025C9" w14:textId="77777777" w:rsidR="009823A7" w:rsidRDefault="009823A7" w:rsidP="00082E13">
      <w:pPr>
        <w:spacing w:line="240" w:lineRule="auto"/>
        <w:rPr>
          <w:rFonts w:ascii="Times New Roman" w:eastAsia="Times New Roman" w:hAnsi="Times New Roman" w:cs="Times New Roman"/>
          <w:sz w:val="24"/>
          <w:szCs w:val="24"/>
        </w:rPr>
      </w:pPr>
    </w:p>
    <w:p w14:paraId="379D9FAF" w14:textId="77777777" w:rsidR="009823A7" w:rsidRDefault="009823A7" w:rsidP="00082E13">
      <w:pPr>
        <w:spacing w:line="240" w:lineRule="auto"/>
        <w:rPr>
          <w:rFonts w:ascii="Times New Roman" w:eastAsia="Times New Roman" w:hAnsi="Times New Roman" w:cs="Times New Roman"/>
          <w:sz w:val="24"/>
          <w:szCs w:val="24"/>
        </w:rPr>
      </w:pPr>
    </w:p>
    <w:p w14:paraId="57EA2BC1" w14:textId="6AD63AE0" w:rsidR="00082E13" w:rsidRDefault="00082E13" w:rsidP="00082E13">
      <w:pPr>
        <w:spacing w:line="240" w:lineRule="auto"/>
        <w:rPr>
          <w:rFonts w:ascii="Times New Roman" w:eastAsia="Times New Roman" w:hAnsi="Times New Roman" w:cs="Times New Roman"/>
          <w:sz w:val="24"/>
          <w:szCs w:val="24"/>
        </w:rPr>
      </w:pPr>
      <w:r>
        <w:rPr>
          <w:rFonts w:ascii="Arial" w:eastAsia="Times New Roman" w:hAnsi="Arial" w:cs="Arial"/>
          <w:b/>
          <w:bCs/>
          <w:color w:val="000000"/>
          <w:sz w:val="28"/>
          <w:szCs w:val="28"/>
        </w:rPr>
        <w:t>NCSCS</w:t>
      </w:r>
    </w:p>
    <w:tbl>
      <w:tblPr>
        <w:tblStyle w:val="TableGrid"/>
        <w:tblpPr w:leftFromText="180" w:rightFromText="180" w:vertAnchor="text" w:horzAnchor="page" w:tblpX="1021" w:tblpY="363"/>
        <w:tblW w:w="10852" w:type="dxa"/>
        <w:tblLayout w:type="fixed"/>
        <w:tblLook w:val="04A0" w:firstRow="1" w:lastRow="0" w:firstColumn="1" w:lastColumn="0" w:noHBand="0" w:noVBand="1"/>
      </w:tblPr>
      <w:tblGrid>
        <w:gridCol w:w="614"/>
        <w:gridCol w:w="1656"/>
        <w:gridCol w:w="1643"/>
        <w:gridCol w:w="6939"/>
      </w:tblGrid>
      <w:tr w:rsidR="00082E13" w14:paraId="4E8D0DFE" w14:textId="77777777" w:rsidTr="002D153A">
        <w:trPr>
          <w:trHeight w:val="264"/>
        </w:trPr>
        <w:tc>
          <w:tcPr>
            <w:tcW w:w="3913" w:type="dxa"/>
            <w:gridSpan w:val="3"/>
          </w:tcPr>
          <w:p w14:paraId="4D9D7716" w14:textId="77777777" w:rsidR="00082E13" w:rsidRDefault="00082E13" w:rsidP="002D153A">
            <w:pPr>
              <w:rPr>
                <w:rFonts w:ascii="Times New Roman" w:eastAsia="Times New Roman" w:hAnsi="Times New Roman" w:cs="Times New Roman"/>
                <w:sz w:val="24"/>
                <w:szCs w:val="24"/>
              </w:rPr>
            </w:pPr>
            <w:r>
              <w:rPr>
                <w:rFonts w:ascii="Calibri" w:eastAsia="Times New Roman" w:hAnsi="Calibri" w:cs="Calibri"/>
                <w:b/>
                <w:bCs/>
                <w:color w:val="000000"/>
              </w:rPr>
              <w:t>NCSCS A.Y 2025-</w:t>
            </w:r>
            <w:proofErr w:type="gramStart"/>
            <w:r>
              <w:rPr>
                <w:rFonts w:ascii="Calibri" w:eastAsia="Times New Roman" w:hAnsi="Calibri" w:cs="Calibri"/>
                <w:b/>
                <w:bCs/>
                <w:color w:val="000000"/>
              </w:rPr>
              <w:t>26  ADVANCED</w:t>
            </w:r>
            <w:proofErr w:type="gramEnd"/>
            <w:r>
              <w:rPr>
                <w:rFonts w:ascii="Calibri" w:eastAsia="Times New Roman" w:hAnsi="Calibri" w:cs="Calibri"/>
                <w:b/>
                <w:bCs/>
                <w:color w:val="000000"/>
              </w:rPr>
              <w:t xml:space="preserve"> LEARNERS LIST</w:t>
            </w:r>
          </w:p>
        </w:tc>
        <w:tc>
          <w:tcPr>
            <w:tcW w:w="6939" w:type="dxa"/>
          </w:tcPr>
          <w:p w14:paraId="2CEE5704" w14:textId="77777777" w:rsidR="00082E13" w:rsidRDefault="00082E13" w:rsidP="002D153A">
            <w:pPr>
              <w:rPr>
                <w:rFonts w:ascii="Calibri" w:eastAsia="Times New Roman" w:hAnsi="Calibri" w:cs="Calibri"/>
                <w:b/>
                <w:bCs/>
                <w:color w:val="000000"/>
              </w:rPr>
            </w:pPr>
          </w:p>
        </w:tc>
      </w:tr>
      <w:tr w:rsidR="00082E13" w14:paraId="4CD238D0" w14:textId="77777777" w:rsidTr="002D153A">
        <w:trPr>
          <w:trHeight w:val="264"/>
        </w:trPr>
        <w:tc>
          <w:tcPr>
            <w:tcW w:w="614" w:type="dxa"/>
          </w:tcPr>
          <w:p w14:paraId="145EA570" w14:textId="77777777" w:rsidR="00082E13" w:rsidRDefault="00082E13" w:rsidP="002D153A">
            <w:pPr>
              <w:rPr>
                <w:rFonts w:eastAsia="Times New Roman" w:cstheme="minorHAnsi"/>
                <w:b/>
              </w:rPr>
            </w:pPr>
            <w:r>
              <w:rPr>
                <w:rFonts w:eastAsia="Times New Roman" w:cstheme="minorHAnsi"/>
                <w:b/>
              </w:rPr>
              <w:t>SNO</w:t>
            </w:r>
          </w:p>
        </w:tc>
        <w:tc>
          <w:tcPr>
            <w:tcW w:w="1656" w:type="dxa"/>
          </w:tcPr>
          <w:p w14:paraId="0DFD7D34" w14:textId="77777777" w:rsidR="00082E13" w:rsidRDefault="00082E13" w:rsidP="002D153A">
            <w:pPr>
              <w:rPr>
                <w:rFonts w:eastAsia="Times New Roman" w:cstheme="minorHAnsi"/>
                <w:b/>
              </w:rPr>
            </w:pPr>
            <w:r>
              <w:rPr>
                <w:rFonts w:eastAsia="Times New Roman" w:cstheme="minorHAnsi"/>
                <w:b/>
              </w:rPr>
              <w:t>UID</w:t>
            </w:r>
          </w:p>
        </w:tc>
        <w:tc>
          <w:tcPr>
            <w:tcW w:w="1643" w:type="dxa"/>
          </w:tcPr>
          <w:p w14:paraId="50B8DA41" w14:textId="77777777" w:rsidR="00082E13" w:rsidRDefault="00082E13" w:rsidP="002D153A">
            <w:pPr>
              <w:rPr>
                <w:rFonts w:eastAsia="Times New Roman" w:cstheme="minorHAnsi"/>
                <w:b/>
              </w:rPr>
            </w:pPr>
            <w:r>
              <w:rPr>
                <w:rFonts w:eastAsia="Times New Roman" w:cstheme="minorHAnsi"/>
                <w:b/>
              </w:rPr>
              <w:t>NAME</w:t>
            </w:r>
          </w:p>
        </w:tc>
        <w:tc>
          <w:tcPr>
            <w:tcW w:w="6939" w:type="dxa"/>
          </w:tcPr>
          <w:p w14:paraId="5E99C973" w14:textId="77777777" w:rsidR="00082E13" w:rsidRDefault="00082E13" w:rsidP="002D153A">
            <w:pPr>
              <w:rPr>
                <w:rFonts w:eastAsia="Times New Roman" w:cstheme="minorHAnsi"/>
                <w:b/>
              </w:rPr>
            </w:pPr>
          </w:p>
        </w:tc>
      </w:tr>
      <w:tr w:rsidR="00082E13" w14:paraId="75C9F492" w14:textId="77777777" w:rsidTr="002D153A">
        <w:trPr>
          <w:trHeight w:val="264"/>
        </w:trPr>
        <w:tc>
          <w:tcPr>
            <w:tcW w:w="614" w:type="dxa"/>
          </w:tcPr>
          <w:p w14:paraId="37DA5CF4" w14:textId="77777777" w:rsidR="00082E13" w:rsidRDefault="00082E13" w:rsidP="002D153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1656" w:type="dxa"/>
          </w:tcPr>
          <w:p w14:paraId="4F2CCADD" w14:textId="77777777" w:rsidR="00082E13" w:rsidRDefault="00082E13" w:rsidP="002D153A">
            <w:pPr>
              <w:jc w:val="both"/>
              <w:rPr>
                <w:rFonts w:eastAsia="Times New Roman" w:cstheme="minorHAnsi"/>
              </w:rPr>
            </w:pPr>
            <w:r>
              <w:rPr>
                <w:rFonts w:ascii="Times New Roman" w:eastAsia="Times New Roman" w:hAnsi="Times New Roman" w:cs="Times New Roman"/>
                <w:sz w:val="24"/>
                <w:szCs w:val="24"/>
              </w:rPr>
              <w:t>111724039033</w:t>
            </w:r>
          </w:p>
        </w:tc>
        <w:tc>
          <w:tcPr>
            <w:tcW w:w="1643" w:type="dxa"/>
          </w:tcPr>
          <w:p w14:paraId="046F7268" w14:textId="77777777" w:rsidR="00082E13" w:rsidRDefault="00082E13" w:rsidP="002D153A">
            <w:pPr>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ChethanYadav</w:t>
            </w:r>
            <w:proofErr w:type="spellEnd"/>
          </w:p>
        </w:tc>
        <w:tc>
          <w:tcPr>
            <w:tcW w:w="6939" w:type="dxa"/>
          </w:tcPr>
          <w:p w14:paraId="4284A565" w14:textId="77777777" w:rsidR="00082E13" w:rsidRDefault="00082E13" w:rsidP="002D153A">
            <w:pPr>
              <w:jc w:val="both"/>
              <w:rPr>
                <w:rFonts w:ascii="Times New Roman" w:eastAsia="Times New Roman" w:hAnsi="Times New Roman" w:cs="Times New Roman"/>
                <w:sz w:val="24"/>
                <w:szCs w:val="24"/>
              </w:rPr>
            </w:pPr>
            <w:r w:rsidRPr="00A961FB">
              <w:rPr>
                <w:rFonts w:ascii="Times New Roman" w:eastAsia="Times New Roman" w:hAnsi="Times New Roman" w:cs="Times New Roman"/>
                <w:noProof/>
                <w:sz w:val="24"/>
                <w:szCs w:val="24"/>
              </w:rPr>
              <w:drawing>
                <wp:inline distT="0" distB="0" distL="0" distR="0" wp14:anchorId="7764DDEE" wp14:editId="73A2F289">
                  <wp:extent cx="3609975" cy="1700854"/>
                  <wp:effectExtent l="0" t="0" r="0" b="0"/>
                  <wp:docPr id="1104055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055155" name=""/>
                          <pic:cNvPicPr/>
                        </pic:nvPicPr>
                        <pic:blipFill>
                          <a:blip r:embed="rId88"/>
                          <a:stretch>
                            <a:fillRect/>
                          </a:stretch>
                        </pic:blipFill>
                        <pic:spPr>
                          <a:xfrm>
                            <a:off x="0" y="0"/>
                            <a:ext cx="3626994" cy="1708873"/>
                          </a:xfrm>
                          <a:prstGeom prst="rect">
                            <a:avLst/>
                          </a:prstGeom>
                        </pic:spPr>
                      </pic:pic>
                    </a:graphicData>
                  </a:graphic>
                </wp:inline>
              </w:drawing>
            </w:r>
          </w:p>
        </w:tc>
      </w:tr>
      <w:tr w:rsidR="00082E13" w14:paraId="43B94D1E" w14:textId="77777777" w:rsidTr="002D153A">
        <w:trPr>
          <w:trHeight w:val="264"/>
        </w:trPr>
        <w:tc>
          <w:tcPr>
            <w:tcW w:w="614" w:type="dxa"/>
          </w:tcPr>
          <w:p w14:paraId="5FB87FEB" w14:textId="77777777" w:rsidR="00082E13" w:rsidRDefault="00082E13" w:rsidP="002D153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2</w:t>
            </w:r>
          </w:p>
        </w:tc>
        <w:tc>
          <w:tcPr>
            <w:tcW w:w="1656" w:type="dxa"/>
          </w:tcPr>
          <w:p w14:paraId="44105661" w14:textId="77777777" w:rsidR="00082E13" w:rsidRDefault="00082E13" w:rsidP="002D153A">
            <w:pPr>
              <w:jc w:val="both"/>
              <w:rPr>
                <w:rFonts w:eastAsia="Times New Roman" w:cstheme="minorHAnsi"/>
              </w:rPr>
            </w:pPr>
            <w:r>
              <w:rPr>
                <w:rFonts w:ascii="Times New Roman" w:eastAsia="Times New Roman" w:hAnsi="Times New Roman" w:cs="Times New Roman"/>
                <w:sz w:val="24"/>
                <w:szCs w:val="24"/>
              </w:rPr>
              <w:t>111724039033</w:t>
            </w:r>
          </w:p>
        </w:tc>
        <w:tc>
          <w:tcPr>
            <w:tcW w:w="1643" w:type="dxa"/>
          </w:tcPr>
          <w:p w14:paraId="41CE9251" w14:textId="77777777" w:rsidR="00082E13" w:rsidRDefault="00082E13" w:rsidP="002D153A">
            <w:pPr>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ChethanYadav</w:t>
            </w:r>
            <w:proofErr w:type="spellEnd"/>
          </w:p>
        </w:tc>
        <w:tc>
          <w:tcPr>
            <w:tcW w:w="6939" w:type="dxa"/>
          </w:tcPr>
          <w:p w14:paraId="2CD0076B" w14:textId="77777777" w:rsidR="00082E13" w:rsidRDefault="00082E13" w:rsidP="002D153A">
            <w:pPr>
              <w:jc w:val="both"/>
              <w:rPr>
                <w:rFonts w:ascii="Times New Roman" w:eastAsia="Times New Roman" w:hAnsi="Times New Roman" w:cs="Times New Roman"/>
                <w:sz w:val="24"/>
                <w:szCs w:val="24"/>
              </w:rPr>
            </w:pPr>
            <w:r w:rsidRPr="00A961FB">
              <w:rPr>
                <w:rFonts w:ascii="Times New Roman" w:eastAsia="Times New Roman" w:hAnsi="Times New Roman" w:cs="Times New Roman"/>
                <w:noProof/>
                <w:sz w:val="24"/>
                <w:szCs w:val="24"/>
              </w:rPr>
              <w:drawing>
                <wp:inline distT="0" distB="0" distL="0" distR="0" wp14:anchorId="4D3F745E" wp14:editId="16602B11">
                  <wp:extent cx="3533775" cy="2286290"/>
                  <wp:effectExtent l="0" t="0" r="0" b="0"/>
                  <wp:docPr id="883801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801121" name=""/>
                          <pic:cNvPicPr/>
                        </pic:nvPicPr>
                        <pic:blipFill>
                          <a:blip r:embed="rId89"/>
                          <a:stretch>
                            <a:fillRect/>
                          </a:stretch>
                        </pic:blipFill>
                        <pic:spPr>
                          <a:xfrm>
                            <a:off x="0" y="0"/>
                            <a:ext cx="3551445" cy="2297722"/>
                          </a:xfrm>
                          <a:prstGeom prst="rect">
                            <a:avLst/>
                          </a:prstGeom>
                        </pic:spPr>
                      </pic:pic>
                    </a:graphicData>
                  </a:graphic>
                </wp:inline>
              </w:drawing>
            </w:r>
          </w:p>
        </w:tc>
      </w:tr>
      <w:tr w:rsidR="00082E13" w14:paraId="7E8B5E10" w14:textId="77777777" w:rsidTr="002D153A">
        <w:trPr>
          <w:trHeight w:val="279"/>
        </w:trPr>
        <w:tc>
          <w:tcPr>
            <w:tcW w:w="614" w:type="dxa"/>
          </w:tcPr>
          <w:p w14:paraId="36D0490C" w14:textId="77777777" w:rsidR="00082E13" w:rsidRDefault="00082E13" w:rsidP="002D153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656" w:type="dxa"/>
          </w:tcPr>
          <w:p w14:paraId="6F8F2055" w14:textId="77777777" w:rsidR="00082E13" w:rsidRDefault="00082E13" w:rsidP="002D153A">
            <w:pPr>
              <w:jc w:val="both"/>
              <w:rPr>
                <w:rFonts w:eastAsia="Times New Roman" w:cstheme="minorHAnsi"/>
              </w:rPr>
            </w:pPr>
            <w:r w:rsidRPr="00A961FB">
              <w:rPr>
                <w:rFonts w:ascii="Times New Roman" w:eastAsia="Times New Roman" w:hAnsi="Times New Roman" w:cs="Times New Roman"/>
                <w:sz w:val="24"/>
                <w:szCs w:val="24"/>
              </w:rPr>
              <w:t>111724039034</w:t>
            </w:r>
          </w:p>
        </w:tc>
        <w:tc>
          <w:tcPr>
            <w:tcW w:w="1643" w:type="dxa"/>
          </w:tcPr>
          <w:p w14:paraId="60D847F3" w14:textId="77777777" w:rsidR="00082E13" w:rsidRDefault="00082E13" w:rsidP="002D153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Dheeraj Raj</w:t>
            </w:r>
          </w:p>
        </w:tc>
        <w:tc>
          <w:tcPr>
            <w:tcW w:w="6939" w:type="dxa"/>
          </w:tcPr>
          <w:p w14:paraId="644D24D8" w14:textId="77777777" w:rsidR="00082E13" w:rsidRDefault="00082E13" w:rsidP="002D153A">
            <w:pPr>
              <w:jc w:val="both"/>
              <w:rPr>
                <w:rFonts w:ascii="Times New Roman" w:eastAsia="Times New Roman" w:hAnsi="Times New Roman" w:cs="Times New Roman"/>
                <w:sz w:val="24"/>
                <w:szCs w:val="24"/>
              </w:rPr>
            </w:pPr>
            <w:r w:rsidRPr="00A961FB">
              <w:rPr>
                <w:rFonts w:ascii="Times New Roman" w:eastAsia="Times New Roman" w:hAnsi="Times New Roman" w:cs="Times New Roman"/>
                <w:noProof/>
                <w:sz w:val="24"/>
                <w:szCs w:val="24"/>
              </w:rPr>
              <w:drawing>
                <wp:inline distT="0" distB="0" distL="0" distR="0" wp14:anchorId="0260FAC1" wp14:editId="5D806DD7">
                  <wp:extent cx="3876675" cy="2729379"/>
                  <wp:effectExtent l="0" t="0" r="0" b="0"/>
                  <wp:docPr id="6809597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959733" name=""/>
                          <pic:cNvPicPr/>
                        </pic:nvPicPr>
                        <pic:blipFill>
                          <a:blip r:embed="rId90"/>
                          <a:stretch>
                            <a:fillRect/>
                          </a:stretch>
                        </pic:blipFill>
                        <pic:spPr>
                          <a:xfrm>
                            <a:off x="0" y="0"/>
                            <a:ext cx="3886609" cy="2736373"/>
                          </a:xfrm>
                          <a:prstGeom prst="rect">
                            <a:avLst/>
                          </a:prstGeom>
                        </pic:spPr>
                      </pic:pic>
                    </a:graphicData>
                  </a:graphic>
                </wp:inline>
              </w:drawing>
            </w:r>
          </w:p>
        </w:tc>
      </w:tr>
      <w:tr w:rsidR="00082E13" w14:paraId="4705DF2C" w14:textId="77777777" w:rsidTr="002D153A">
        <w:trPr>
          <w:trHeight w:val="279"/>
        </w:trPr>
        <w:tc>
          <w:tcPr>
            <w:tcW w:w="614" w:type="dxa"/>
          </w:tcPr>
          <w:p w14:paraId="43A485B9" w14:textId="77777777" w:rsidR="00082E13" w:rsidRDefault="00082E13" w:rsidP="002D153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1656" w:type="dxa"/>
          </w:tcPr>
          <w:p w14:paraId="19AAD211" w14:textId="77777777" w:rsidR="00082E13" w:rsidRDefault="00082E13" w:rsidP="002D153A">
            <w:pPr>
              <w:jc w:val="both"/>
              <w:rPr>
                <w:rFonts w:eastAsia="Times New Roman" w:cstheme="minorHAnsi"/>
              </w:rPr>
            </w:pPr>
            <w:r w:rsidRPr="00A961FB">
              <w:rPr>
                <w:rFonts w:ascii="Times New Roman" w:eastAsia="Times New Roman" w:hAnsi="Times New Roman" w:cs="Times New Roman"/>
                <w:sz w:val="24"/>
                <w:szCs w:val="24"/>
              </w:rPr>
              <w:t>111724039044</w:t>
            </w:r>
          </w:p>
        </w:tc>
        <w:tc>
          <w:tcPr>
            <w:tcW w:w="1643" w:type="dxa"/>
          </w:tcPr>
          <w:p w14:paraId="49499112" w14:textId="77777777" w:rsidR="00082E13" w:rsidRDefault="00082E13" w:rsidP="002D153A">
            <w:pPr>
              <w:jc w:val="both"/>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rPr>
              <w:t>Aarshad</w:t>
            </w:r>
            <w:proofErr w:type="spellEnd"/>
          </w:p>
        </w:tc>
        <w:tc>
          <w:tcPr>
            <w:tcW w:w="6939" w:type="dxa"/>
          </w:tcPr>
          <w:p w14:paraId="264F308A" w14:textId="77777777" w:rsidR="00082E13" w:rsidRDefault="00082E13" w:rsidP="002D153A">
            <w:pPr>
              <w:jc w:val="both"/>
              <w:rPr>
                <w:rFonts w:ascii="Times New Roman" w:eastAsia="Times New Roman" w:hAnsi="Times New Roman" w:cs="Times New Roman"/>
                <w:sz w:val="24"/>
                <w:szCs w:val="24"/>
              </w:rPr>
            </w:pPr>
            <w:r w:rsidRPr="00A961FB">
              <w:rPr>
                <w:rFonts w:ascii="Times New Roman" w:eastAsia="Times New Roman" w:hAnsi="Times New Roman" w:cs="Times New Roman"/>
                <w:noProof/>
                <w:sz w:val="24"/>
                <w:szCs w:val="24"/>
              </w:rPr>
              <w:drawing>
                <wp:inline distT="0" distB="0" distL="0" distR="0" wp14:anchorId="2302C5FF" wp14:editId="3C729FE7">
                  <wp:extent cx="4086225" cy="2601112"/>
                  <wp:effectExtent l="0" t="0" r="0" b="8890"/>
                  <wp:docPr id="708547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547028" name=""/>
                          <pic:cNvPicPr/>
                        </pic:nvPicPr>
                        <pic:blipFill>
                          <a:blip r:embed="rId91"/>
                          <a:stretch>
                            <a:fillRect/>
                          </a:stretch>
                        </pic:blipFill>
                        <pic:spPr>
                          <a:xfrm>
                            <a:off x="0" y="0"/>
                            <a:ext cx="4097585" cy="2608343"/>
                          </a:xfrm>
                          <a:prstGeom prst="rect">
                            <a:avLst/>
                          </a:prstGeom>
                        </pic:spPr>
                      </pic:pic>
                    </a:graphicData>
                  </a:graphic>
                </wp:inline>
              </w:drawing>
            </w:r>
          </w:p>
        </w:tc>
      </w:tr>
      <w:tr w:rsidR="00082E13" w14:paraId="2802E07E" w14:textId="77777777" w:rsidTr="002D153A">
        <w:trPr>
          <w:trHeight w:val="279"/>
        </w:trPr>
        <w:tc>
          <w:tcPr>
            <w:tcW w:w="614" w:type="dxa"/>
          </w:tcPr>
          <w:p w14:paraId="474F67F0" w14:textId="77777777" w:rsidR="00082E13" w:rsidRDefault="00082E13" w:rsidP="002D153A">
            <w:pPr>
              <w:jc w:val="both"/>
              <w:rPr>
                <w:rFonts w:ascii="Times New Roman" w:eastAsia="Times New Roman" w:hAnsi="Times New Roman" w:cs="Times New Roman"/>
                <w:sz w:val="24"/>
                <w:szCs w:val="24"/>
              </w:rPr>
            </w:pPr>
          </w:p>
        </w:tc>
        <w:tc>
          <w:tcPr>
            <w:tcW w:w="1656" w:type="dxa"/>
          </w:tcPr>
          <w:p w14:paraId="4C532A91" w14:textId="77777777" w:rsidR="00082E13" w:rsidRDefault="00082E13" w:rsidP="002D153A">
            <w:pPr>
              <w:jc w:val="both"/>
              <w:rPr>
                <w:rFonts w:eastAsia="Times New Roman" w:cstheme="minorHAnsi"/>
              </w:rPr>
            </w:pPr>
          </w:p>
        </w:tc>
        <w:tc>
          <w:tcPr>
            <w:tcW w:w="1643" w:type="dxa"/>
          </w:tcPr>
          <w:p w14:paraId="2D94E859" w14:textId="77777777" w:rsidR="00082E13" w:rsidRDefault="00082E13" w:rsidP="002D153A">
            <w:pPr>
              <w:jc w:val="both"/>
              <w:rPr>
                <w:rFonts w:ascii="Times New Roman" w:eastAsia="Times New Roman" w:hAnsi="Times New Roman" w:cs="Times New Roman"/>
                <w:sz w:val="24"/>
                <w:szCs w:val="24"/>
              </w:rPr>
            </w:pPr>
          </w:p>
        </w:tc>
        <w:tc>
          <w:tcPr>
            <w:tcW w:w="6939" w:type="dxa"/>
          </w:tcPr>
          <w:p w14:paraId="44A278D8" w14:textId="77777777" w:rsidR="00082E13" w:rsidRDefault="00082E13" w:rsidP="002D153A">
            <w:pPr>
              <w:jc w:val="both"/>
              <w:rPr>
                <w:rFonts w:ascii="Times New Roman" w:eastAsia="Times New Roman" w:hAnsi="Times New Roman" w:cs="Times New Roman"/>
                <w:sz w:val="24"/>
                <w:szCs w:val="24"/>
              </w:rPr>
            </w:pPr>
          </w:p>
        </w:tc>
      </w:tr>
    </w:tbl>
    <w:p w14:paraId="116B1C71" w14:textId="77777777" w:rsidR="00082E13" w:rsidRDefault="00082E13" w:rsidP="00082E13">
      <w:pPr>
        <w:spacing w:line="240" w:lineRule="auto"/>
        <w:rPr>
          <w:rFonts w:ascii="Times New Roman" w:eastAsia="Times New Roman" w:hAnsi="Times New Roman" w:cs="Times New Roman"/>
          <w:sz w:val="24"/>
          <w:szCs w:val="24"/>
        </w:rPr>
      </w:pPr>
    </w:p>
    <w:p w14:paraId="7DDC915B" w14:textId="0E95617E" w:rsidR="00082E13" w:rsidRDefault="00082E13" w:rsidP="00082E13"/>
    <w:p w14:paraId="49D3F304" w14:textId="77777777" w:rsidR="00F90DC0" w:rsidRPr="006503B0" w:rsidRDefault="00F90DC0" w:rsidP="00082E13"/>
    <w:p w14:paraId="6D8FB073" w14:textId="43B5AED7" w:rsidR="00FC3740" w:rsidRPr="00D74E4D" w:rsidRDefault="00D74E4D" w:rsidP="00D74E4D">
      <w:pPr>
        <w:rPr>
          <w:b/>
          <w:bCs/>
          <w:sz w:val="28"/>
          <w:szCs w:val="28"/>
          <w:lang w:val="en-US"/>
        </w:rPr>
      </w:pPr>
      <w:r>
        <w:rPr>
          <w:b/>
          <w:bCs/>
          <w:sz w:val="28"/>
          <w:szCs w:val="28"/>
          <w:lang w:val="en-US"/>
        </w:rPr>
        <w:lastRenderedPageBreak/>
        <w:t>1</w:t>
      </w:r>
      <w:r w:rsidR="006503B0">
        <w:rPr>
          <w:b/>
          <w:bCs/>
          <w:sz w:val="28"/>
          <w:szCs w:val="28"/>
          <w:lang w:val="en-US"/>
        </w:rPr>
        <w:t>0</w:t>
      </w:r>
      <w:r>
        <w:rPr>
          <w:b/>
          <w:bCs/>
          <w:sz w:val="28"/>
          <w:szCs w:val="28"/>
          <w:lang w:val="en-US"/>
        </w:rPr>
        <w:t>.</w:t>
      </w:r>
      <w:r w:rsidR="00FC3740" w:rsidRPr="00D74E4D">
        <w:rPr>
          <w:b/>
          <w:bCs/>
          <w:sz w:val="28"/>
          <w:szCs w:val="28"/>
          <w:lang w:val="en-US"/>
        </w:rPr>
        <w:t>Student Centric Methods:</w:t>
      </w:r>
    </w:p>
    <w:p w14:paraId="4DEC4113" w14:textId="77777777" w:rsidR="001A1005" w:rsidRDefault="001A1005" w:rsidP="001A1005">
      <w:pPr>
        <w:pStyle w:val="Heading1"/>
        <w:keepNext w:val="0"/>
        <w:keepLines w:val="0"/>
        <w:spacing w:before="280"/>
        <w:jc w:val="center"/>
      </w:pPr>
      <w:r>
        <w:rPr>
          <w:b/>
        </w:rPr>
        <w:t>Student-Centric Methods Report (2025-26)</w:t>
      </w:r>
    </w:p>
    <w:p w14:paraId="7B89519C" w14:textId="77777777" w:rsidR="001A1005" w:rsidRDefault="001A1005" w:rsidP="001A1005">
      <w:pPr>
        <w:spacing w:before="300" w:after="300"/>
      </w:pPr>
      <w:r>
        <w:t xml:space="preserve">The traditional teacher-centric model of education is gradually evolving to make room for more participatory and engaging approaches that prioritize the learner’s needs, interests, and active involvement in the learning process. This shift has led to the development and adoption of </w:t>
      </w:r>
      <w:r>
        <w:rPr>
          <w:b/>
        </w:rPr>
        <w:t>student-centric teaching methods</w:t>
      </w:r>
      <w:r>
        <w:t>, which place students at the heart of the learning experience.</w:t>
      </w:r>
    </w:p>
    <w:p w14:paraId="5E0CDA76" w14:textId="77777777" w:rsidR="001A1005" w:rsidRDefault="001A1005" w:rsidP="001A1005">
      <w:pPr>
        <w:spacing w:before="300" w:after="300"/>
      </w:pPr>
      <w:r>
        <w:t>Student-centric methods are built on the principles of constructivism, where learners construct knowledge through experiences, reflection, and collaboration. These methods emphasize autonomy, collaboration, critical thinking, creativity, and personalized learning paths.</w:t>
      </w:r>
    </w:p>
    <w:p w14:paraId="2E25C665" w14:textId="77777777" w:rsidR="001A1005" w:rsidRDefault="00000000" w:rsidP="001A1005">
      <w:r>
        <w:pict w14:anchorId="24EEB1C8">
          <v:rect id="_x0000_i1025" style="width:0;height:1.5pt" o:hralign="center" o:hrstd="t" o:hr="t" fillcolor="#a0a0a0" stroked="f"/>
        </w:pict>
      </w:r>
    </w:p>
    <w:p w14:paraId="7A38EF3F" w14:textId="77777777" w:rsidR="001A1005" w:rsidRDefault="001A1005" w:rsidP="001A1005">
      <w:pPr>
        <w:pStyle w:val="Heading3"/>
        <w:keepNext w:val="0"/>
        <w:keepLines w:val="0"/>
        <w:spacing w:before="280"/>
        <w:rPr>
          <w:b/>
          <w:color w:val="000000"/>
          <w:sz w:val="26"/>
          <w:szCs w:val="26"/>
        </w:rPr>
      </w:pPr>
      <w:bookmarkStart w:id="0" w:name="_94i1pm1r103n" w:colFirst="0" w:colLast="0"/>
      <w:bookmarkEnd w:id="0"/>
      <w:r>
        <w:rPr>
          <w:b/>
          <w:color w:val="000000"/>
          <w:sz w:val="26"/>
          <w:szCs w:val="26"/>
        </w:rPr>
        <w:t>Objectives of Student-Centric Methods</w:t>
      </w:r>
    </w:p>
    <w:p w14:paraId="753F4CED" w14:textId="77777777" w:rsidR="001A1005" w:rsidRDefault="001A1005">
      <w:pPr>
        <w:numPr>
          <w:ilvl w:val="0"/>
          <w:numId w:val="63"/>
        </w:numPr>
        <w:spacing w:before="300" w:after="0" w:line="276" w:lineRule="auto"/>
      </w:pPr>
      <w:r>
        <w:t>To enhance student engagement and motivation.</w:t>
      </w:r>
      <w:r>
        <w:br/>
      </w:r>
    </w:p>
    <w:p w14:paraId="187728D8" w14:textId="77777777" w:rsidR="001A1005" w:rsidRDefault="001A1005">
      <w:pPr>
        <w:numPr>
          <w:ilvl w:val="0"/>
          <w:numId w:val="63"/>
        </w:numPr>
        <w:spacing w:after="0" w:line="276" w:lineRule="auto"/>
      </w:pPr>
      <w:r>
        <w:t>To promote deep and meaningful learning.</w:t>
      </w:r>
      <w:r>
        <w:br/>
      </w:r>
    </w:p>
    <w:p w14:paraId="2E66ACFA" w14:textId="77777777" w:rsidR="001A1005" w:rsidRDefault="001A1005">
      <w:pPr>
        <w:numPr>
          <w:ilvl w:val="0"/>
          <w:numId w:val="63"/>
        </w:numPr>
        <w:spacing w:after="0" w:line="276" w:lineRule="auto"/>
      </w:pPr>
      <w:r>
        <w:t>To develop 21st-century skills such as critical thinking, problem-solving, and collaboration.</w:t>
      </w:r>
      <w:r>
        <w:br/>
      </w:r>
    </w:p>
    <w:p w14:paraId="3406C9BD" w14:textId="77777777" w:rsidR="001A1005" w:rsidRDefault="001A1005">
      <w:pPr>
        <w:numPr>
          <w:ilvl w:val="0"/>
          <w:numId w:val="63"/>
        </w:numPr>
        <w:spacing w:after="0" w:line="276" w:lineRule="auto"/>
      </w:pPr>
      <w:r>
        <w:t>To cater to diverse learning styles and paces.</w:t>
      </w:r>
      <w:r>
        <w:br/>
      </w:r>
    </w:p>
    <w:p w14:paraId="0376261D" w14:textId="77777777" w:rsidR="001A1005" w:rsidRDefault="001A1005">
      <w:pPr>
        <w:numPr>
          <w:ilvl w:val="0"/>
          <w:numId w:val="63"/>
        </w:numPr>
        <w:spacing w:after="300" w:line="276" w:lineRule="auto"/>
      </w:pPr>
      <w:r>
        <w:t>To encourage lifelong learning habits.</w:t>
      </w:r>
      <w:r>
        <w:br/>
      </w:r>
    </w:p>
    <w:p w14:paraId="66A0E0D4" w14:textId="77777777" w:rsidR="001A1005" w:rsidRDefault="00000000" w:rsidP="001A1005">
      <w:r>
        <w:pict w14:anchorId="74271766">
          <v:rect id="_x0000_i1026" style="width:0;height:1.5pt" o:hralign="center" o:hrstd="t" o:hr="t" fillcolor="#a0a0a0" stroked="f"/>
        </w:pict>
      </w:r>
    </w:p>
    <w:p w14:paraId="44DE0AFE" w14:textId="77777777" w:rsidR="001A1005" w:rsidRDefault="001A1005" w:rsidP="001A1005">
      <w:pPr>
        <w:pStyle w:val="Heading3"/>
        <w:keepNext w:val="0"/>
        <w:keepLines w:val="0"/>
        <w:spacing w:before="280"/>
        <w:rPr>
          <w:b/>
          <w:color w:val="000000"/>
          <w:sz w:val="26"/>
          <w:szCs w:val="26"/>
        </w:rPr>
      </w:pPr>
      <w:bookmarkStart w:id="1" w:name="_o1ne6jfxon3f" w:colFirst="0" w:colLast="0"/>
      <w:bookmarkEnd w:id="1"/>
      <w:r>
        <w:rPr>
          <w:b/>
          <w:color w:val="000000"/>
          <w:sz w:val="26"/>
          <w:szCs w:val="26"/>
        </w:rPr>
        <w:t>Key Student-Centric Methods</w:t>
      </w:r>
    </w:p>
    <w:p w14:paraId="15589448" w14:textId="77777777" w:rsidR="001A1005" w:rsidRDefault="001A1005" w:rsidP="001A1005">
      <w:pPr>
        <w:pStyle w:val="Heading4"/>
        <w:keepNext w:val="0"/>
        <w:keepLines w:val="0"/>
        <w:spacing w:before="240"/>
        <w:rPr>
          <w:b/>
          <w:color w:val="000000"/>
        </w:rPr>
      </w:pPr>
      <w:bookmarkStart w:id="2" w:name="_fk84a8h5s3cn" w:colFirst="0" w:colLast="0"/>
      <w:bookmarkEnd w:id="2"/>
      <w:r>
        <w:rPr>
          <w:b/>
          <w:color w:val="000000"/>
        </w:rPr>
        <w:t>1. Project-Based Learning (PBL)</w:t>
      </w:r>
    </w:p>
    <w:p w14:paraId="023D581D" w14:textId="77777777" w:rsidR="001A1005" w:rsidRDefault="001A1005" w:rsidP="001A1005">
      <w:pPr>
        <w:spacing w:before="300" w:after="300"/>
      </w:pPr>
      <w:r>
        <w:rPr>
          <w:b/>
        </w:rPr>
        <w:t>Description:</w:t>
      </w:r>
      <w:r>
        <w:rPr>
          <w:b/>
        </w:rPr>
        <w:br/>
      </w:r>
      <w:r>
        <w:t xml:space="preserve"> Students work on real-world projects over an extended period, exploring and solving complex questions or challenges.</w:t>
      </w:r>
    </w:p>
    <w:p w14:paraId="066A0EBB" w14:textId="77777777" w:rsidR="001A1005" w:rsidRDefault="001A1005" w:rsidP="001A1005">
      <w:pPr>
        <w:spacing w:before="300" w:after="300"/>
        <w:rPr>
          <w:b/>
        </w:rPr>
      </w:pPr>
      <w:r>
        <w:rPr>
          <w:b/>
        </w:rPr>
        <w:t>Implementation:</w:t>
      </w:r>
    </w:p>
    <w:p w14:paraId="2DC3C646" w14:textId="77777777" w:rsidR="001A1005" w:rsidRDefault="001A1005">
      <w:pPr>
        <w:numPr>
          <w:ilvl w:val="0"/>
          <w:numId w:val="66"/>
        </w:numPr>
        <w:spacing w:before="300" w:after="0" w:line="276" w:lineRule="auto"/>
      </w:pPr>
      <w:r>
        <w:t>Choose a relevant problem or theme.</w:t>
      </w:r>
    </w:p>
    <w:p w14:paraId="4A9A2796" w14:textId="77777777" w:rsidR="001A1005" w:rsidRDefault="001A1005">
      <w:pPr>
        <w:numPr>
          <w:ilvl w:val="0"/>
          <w:numId w:val="66"/>
        </w:numPr>
        <w:spacing w:after="0" w:line="276" w:lineRule="auto"/>
      </w:pPr>
      <w:r>
        <w:t>Guide students to research, collaborate, and present their findings.</w:t>
      </w:r>
    </w:p>
    <w:p w14:paraId="16ED90FB" w14:textId="77777777" w:rsidR="001A1005" w:rsidRDefault="001A1005">
      <w:pPr>
        <w:numPr>
          <w:ilvl w:val="0"/>
          <w:numId w:val="66"/>
        </w:numPr>
        <w:spacing w:after="300" w:line="276" w:lineRule="auto"/>
      </w:pPr>
      <w:r>
        <w:lastRenderedPageBreak/>
        <w:t>Assess both the process and the final product.</w:t>
      </w:r>
      <w:r>
        <w:br/>
      </w:r>
    </w:p>
    <w:p w14:paraId="32DFA322" w14:textId="77777777" w:rsidR="001A1005" w:rsidRDefault="001A1005" w:rsidP="001A1005">
      <w:pPr>
        <w:spacing w:after="300"/>
        <w:ind w:left="720"/>
        <w:jc w:val="center"/>
      </w:pPr>
      <w:r>
        <w:rPr>
          <w:noProof/>
        </w:rPr>
        <w:drawing>
          <wp:inline distT="0" distB="0" distL="0" distR="0" wp14:anchorId="423D81A2" wp14:editId="5CA29190">
            <wp:extent cx="4685665" cy="3746762"/>
            <wp:effectExtent l="0" t="0" r="635" b="6350"/>
            <wp:docPr id="63121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1942" name="Picture 63121942"/>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703570" cy="3761079"/>
                    </a:xfrm>
                    <a:prstGeom prst="rect">
                      <a:avLst/>
                    </a:prstGeom>
                  </pic:spPr>
                </pic:pic>
              </a:graphicData>
            </a:graphic>
          </wp:inline>
        </w:drawing>
      </w:r>
    </w:p>
    <w:p w14:paraId="488220CC" w14:textId="77777777" w:rsidR="001A1005" w:rsidRDefault="001A1005" w:rsidP="001A1005">
      <w:pPr>
        <w:spacing w:after="300"/>
        <w:ind w:left="720"/>
        <w:jc w:val="center"/>
      </w:pPr>
      <w:r>
        <w:rPr>
          <w:noProof/>
        </w:rPr>
        <w:drawing>
          <wp:inline distT="0" distB="0" distL="0" distR="0" wp14:anchorId="2452BC52" wp14:editId="5AD5F19A">
            <wp:extent cx="4679315" cy="3509616"/>
            <wp:effectExtent l="0" t="0" r="6985" b="0"/>
            <wp:docPr id="17177430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743053" name="Picture 1717743053"/>
                    <pic:cNvPicPr/>
                  </pic:nvPicPr>
                  <pic:blipFill>
                    <a:blip r:embed="rId93" cstate="print">
                      <a:extLst>
                        <a:ext uri="{28A0092B-C50C-407E-A947-70E740481C1C}">
                          <a14:useLocalDpi xmlns:a14="http://schemas.microsoft.com/office/drawing/2010/main" val="0"/>
                        </a:ext>
                      </a:extLst>
                    </a:blip>
                    <a:stretch>
                      <a:fillRect/>
                    </a:stretch>
                  </pic:blipFill>
                  <pic:spPr>
                    <a:xfrm>
                      <a:off x="0" y="0"/>
                      <a:ext cx="4701986" cy="3526620"/>
                    </a:xfrm>
                    <a:prstGeom prst="rect">
                      <a:avLst/>
                    </a:prstGeom>
                  </pic:spPr>
                </pic:pic>
              </a:graphicData>
            </a:graphic>
          </wp:inline>
        </w:drawing>
      </w:r>
    </w:p>
    <w:p w14:paraId="43311CF5" w14:textId="77777777" w:rsidR="001A1005" w:rsidRDefault="001A1005" w:rsidP="001A1005">
      <w:pPr>
        <w:spacing w:after="300"/>
        <w:ind w:left="720"/>
      </w:pPr>
    </w:p>
    <w:p w14:paraId="4E30BD97" w14:textId="77777777" w:rsidR="001A1005" w:rsidRDefault="001A1005" w:rsidP="001A1005">
      <w:pPr>
        <w:spacing w:before="300" w:after="300"/>
      </w:pPr>
      <w:r>
        <w:rPr>
          <w:b/>
        </w:rPr>
        <w:t>Benefits:</w:t>
      </w:r>
      <w:r>
        <w:t xml:space="preserve"> Enhances problem-solving skills, teamwork, and real-world application of knowledge.</w:t>
      </w:r>
    </w:p>
    <w:p w14:paraId="3EE63AD9" w14:textId="77777777" w:rsidR="001A1005" w:rsidRDefault="00000000" w:rsidP="001A1005">
      <w:r>
        <w:lastRenderedPageBreak/>
        <w:pict w14:anchorId="1AB9AAC7">
          <v:rect id="_x0000_i1027" style="width:0;height:1.5pt" o:hralign="center" o:hrstd="t" o:hr="t" fillcolor="#a0a0a0" stroked="f"/>
        </w:pict>
      </w:r>
    </w:p>
    <w:p w14:paraId="216C6D60" w14:textId="77777777" w:rsidR="001A1005" w:rsidRDefault="001A1005" w:rsidP="001A1005">
      <w:pPr>
        <w:pStyle w:val="Heading4"/>
        <w:keepNext w:val="0"/>
        <w:keepLines w:val="0"/>
        <w:spacing w:before="240"/>
        <w:rPr>
          <w:b/>
          <w:color w:val="000000"/>
        </w:rPr>
      </w:pPr>
      <w:bookmarkStart w:id="3" w:name="_mle2j393bq0w" w:colFirst="0" w:colLast="0"/>
      <w:bookmarkEnd w:id="3"/>
      <w:r>
        <w:rPr>
          <w:b/>
          <w:color w:val="000000"/>
        </w:rPr>
        <w:t>2. Inquiry-Based Learning</w:t>
      </w:r>
    </w:p>
    <w:p w14:paraId="57ACCDD8" w14:textId="77777777" w:rsidR="001A1005" w:rsidRDefault="001A1005" w:rsidP="001A1005">
      <w:pPr>
        <w:spacing w:before="300" w:after="300"/>
      </w:pPr>
      <w:r>
        <w:rPr>
          <w:b/>
        </w:rPr>
        <w:t>Description:</w:t>
      </w:r>
      <w:r>
        <w:rPr>
          <w:b/>
        </w:rPr>
        <w:br/>
      </w:r>
      <w:r>
        <w:t xml:space="preserve"> Students learn by posing questions, investigating solutions, and constructing new understandings.</w:t>
      </w:r>
    </w:p>
    <w:p w14:paraId="1B61CCBC" w14:textId="77777777" w:rsidR="001A1005" w:rsidRDefault="001A1005" w:rsidP="001A1005">
      <w:pPr>
        <w:spacing w:before="300" w:after="300"/>
        <w:rPr>
          <w:b/>
        </w:rPr>
      </w:pPr>
      <w:r>
        <w:rPr>
          <w:b/>
        </w:rPr>
        <w:t>Implementation:</w:t>
      </w:r>
    </w:p>
    <w:p w14:paraId="11F8060A" w14:textId="77777777" w:rsidR="001A1005" w:rsidRDefault="001A1005">
      <w:pPr>
        <w:numPr>
          <w:ilvl w:val="0"/>
          <w:numId w:val="69"/>
        </w:numPr>
        <w:spacing w:before="300" w:after="0" w:line="276" w:lineRule="auto"/>
      </w:pPr>
      <w:r>
        <w:t>Encourage curiosity through open-ended questions.</w:t>
      </w:r>
    </w:p>
    <w:p w14:paraId="730C7AE2" w14:textId="77777777" w:rsidR="001A1005" w:rsidRDefault="001A1005">
      <w:pPr>
        <w:numPr>
          <w:ilvl w:val="0"/>
          <w:numId w:val="69"/>
        </w:numPr>
        <w:spacing w:after="0" w:line="276" w:lineRule="auto"/>
      </w:pPr>
      <w:r>
        <w:t>Facilitate research, experimentation, and exploration.</w:t>
      </w:r>
    </w:p>
    <w:p w14:paraId="40D3145B" w14:textId="77777777" w:rsidR="001A1005" w:rsidRDefault="001A1005">
      <w:pPr>
        <w:numPr>
          <w:ilvl w:val="0"/>
          <w:numId w:val="69"/>
        </w:numPr>
        <w:spacing w:after="300" w:line="276" w:lineRule="auto"/>
      </w:pPr>
      <w:r>
        <w:t>Reflect and discuss findings in class.</w:t>
      </w:r>
    </w:p>
    <w:p w14:paraId="7CC0C265" w14:textId="77777777" w:rsidR="001A1005" w:rsidRDefault="001A1005" w:rsidP="001A1005">
      <w:pPr>
        <w:spacing w:after="300"/>
      </w:pPr>
    </w:p>
    <w:p w14:paraId="09EE86A5" w14:textId="77777777" w:rsidR="001A1005" w:rsidRDefault="001A1005" w:rsidP="001A1005">
      <w:pPr>
        <w:spacing w:after="300"/>
      </w:pPr>
      <w:r>
        <w:rPr>
          <w:noProof/>
        </w:rPr>
        <w:drawing>
          <wp:inline distT="0" distB="0" distL="0" distR="0" wp14:anchorId="072CBF5C" wp14:editId="5AB5EC7C">
            <wp:extent cx="5733415" cy="4300220"/>
            <wp:effectExtent l="0" t="0" r="635" b="5080"/>
            <wp:docPr id="16193782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378205" name="Picture 1619378205"/>
                    <pic:cNvPicPr/>
                  </pic:nvPicPr>
                  <pic:blipFill>
                    <a:blip r:embed="rId94">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r>
        <w:br/>
      </w:r>
    </w:p>
    <w:p w14:paraId="1EB0156D" w14:textId="77777777" w:rsidR="001A1005" w:rsidRDefault="001A1005" w:rsidP="001A1005">
      <w:pPr>
        <w:spacing w:before="300" w:after="300"/>
      </w:pPr>
      <w:r>
        <w:rPr>
          <w:b/>
        </w:rPr>
        <w:t>Benefits:</w:t>
      </w:r>
      <w:r>
        <w:t xml:space="preserve"> Develops analytical thinking, independence, and curiosity.</w:t>
      </w:r>
    </w:p>
    <w:p w14:paraId="6432B3E3" w14:textId="77777777" w:rsidR="001A1005" w:rsidRDefault="00000000" w:rsidP="001A1005">
      <w:r>
        <w:pict w14:anchorId="5FD95E8C">
          <v:rect id="_x0000_i1028" style="width:0;height:1.5pt" o:hralign="center" o:hrstd="t" o:hr="t" fillcolor="#a0a0a0" stroked="f"/>
        </w:pict>
      </w:r>
    </w:p>
    <w:p w14:paraId="082BFBA3" w14:textId="77777777" w:rsidR="001A1005" w:rsidRDefault="001A1005" w:rsidP="001A1005">
      <w:pPr>
        <w:pStyle w:val="Heading4"/>
        <w:keepNext w:val="0"/>
        <w:keepLines w:val="0"/>
        <w:spacing w:before="240"/>
        <w:rPr>
          <w:b/>
          <w:color w:val="000000"/>
        </w:rPr>
      </w:pPr>
      <w:bookmarkStart w:id="4" w:name="_gilqsqmhbw6k" w:colFirst="0" w:colLast="0"/>
      <w:bookmarkEnd w:id="4"/>
    </w:p>
    <w:p w14:paraId="1A614C79" w14:textId="77777777" w:rsidR="001A1005" w:rsidRDefault="001A1005" w:rsidP="001A1005">
      <w:pPr>
        <w:pStyle w:val="Heading4"/>
        <w:keepNext w:val="0"/>
        <w:keepLines w:val="0"/>
        <w:spacing w:before="240"/>
        <w:rPr>
          <w:b/>
          <w:color w:val="000000"/>
        </w:rPr>
      </w:pPr>
    </w:p>
    <w:p w14:paraId="21BF7089" w14:textId="77777777" w:rsidR="001A1005" w:rsidRDefault="001A1005" w:rsidP="001A1005">
      <w:pPr>
        <w:pStyle w:val="Heading4"/>
        <w:keepNext w:val="0"/>
        <w:keepLines w:val="0"/>
        <w:spacing w:before="240"/>
        <w:rPr>
          <w:b/>
          <w:color w:val="000000"/>
        </w:rPr>
      </w:pPr>
      <w:r>
        <w:rPr>
          <w:b/>
          <w:color w:val="000000"/>
        </w:rPr>
        <w:t>3. Flipped Classroom</w:t>
      </w:r>
    </w:p>
    <w:p w14:paraId="484D028C" w14:textId="77777777" w:rsidR="001A1005" w:rsidRDefault="001A1005" w:rsidP="001A1005">
      <w:pPr>
        <w:spacing w:before="300" w:after="300"/>
      </w:pPr>
      <w:r>
        <w:rPr>
          <w:b/>
        </w:rPr>
        <w:t>Description:</w:t>
      </w:r>
      <w:r>
        <w:rPr>
          <w:b/>
        </w:rPr>
        <w:br/>
      </w:r>
      <w:r>
        <w:t xml:space="preserve"> Students study instructional content (videos, readings) at home, and class time is used for discussions, problem-solving, and hands-on activities.</w:t>
      </w:r>
    </w:p>
    <w:p w14:paraId="4D679956" w14:textId="77777777" w:rsidR="001A1005" w:rsidRDefault="001A1005" w:rsidP="001A1005">
      <w:pPr>
        <w:spacing w:before="300" w:after="300"/>
        <w:rPr>
          <w:b/>
        </w:rPr>
      </w:pPr>
      <w:r>
        <w:rPr>
          <w:b/>
        </w:rPr>
        <w:t>Implementation:</w:t>
      </w:r>
    </w:p>
    <w:p w14:paraId="1A726856" w14:textId="77777777" w:rsidR="001A1005" w:rsidRDefault="001A1005">
      <w:pPr>
        <w:numPr>
          <w:ilvl w:val="0"/>
          <w:numId w:val="62"/>
        </w:numPr>
        <w:spacing w:before="300" w:after="0" w:line="276" w:lineRule="auto"/>
      </w:pPr>
      <w:r>
        <w:t>Provide online content (videos, PDFs, simulations).</w:t>
      </w:r>
    </w:p>
    <w:p w14:paraId="32197AE4" w14:textId="77777777" w:rsidR="001A1005" w:rsidRDefault="001A1005">
      <w:pPr>
        <w:numPr>
          <w:ilvl w:val="0"/>
          <w:numId w:val="62"/>
        </w:numPr>
        <w:spacing w:after="300" w:line="276" w:lineRule="auto"/>
      </w:pPr>
      <w:r>
        <w:t>Design classroom activities that reinforce and expand the content.</w:t>
      </w:r>
    </w:p>
    <w:p w14:paraId="168C59E4" w14:textId="77777777" w:rsidR="001A1005" w:rsidRDefault="001A1005" w:rsidP="001A1005">
      <w:pPr>
        <w:spacing w:after="300"/>
      </w:pPr>
      <w:r>
        <w:rPr>
          <w:noProof/>
        </w:rPr>
        <w:drawing>
          <wp:inline distT="0" distB="0" distL="0" distR="0" wp14:anchorId="103E3681" wp14:editId="3DBDA417">
            <wp:extent cx="5733415" cy="4300220"/>
            <wp:effectExtent l="0" t="0" r="635" b="5080"/>
            <wp:docPr id="6579557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955717" name="Picture 657955717"/>
                    <pic:cNvPicPr/>
                  </pic:nvPicPr>
                  <pic:blipFill>
                    <a:blip r:embed="rId95">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14:paraId="21614A3C" w14:textId="77777777" w:rsidR="001A1005" w:rsidRDefault="001A1005" w:rsidP="001A1005">
      <w:pPr>
        <w:spacing w:before="300" w:after="300"/>
      </w:pPr>
      <w:r>
        <w:rPr>
          <w:b/>
        </w:rPr>
        <w:t>Benefits:</w:t>
      </w:r>
      <w:r>
        <w:t xml:space="preserve"> Promotes self-paced learning and active classroom participation.</w:t>
      </w:r>
    </w:p>
    <w:p w14:paraId="2C69A170" w14:textId="77777777" w:rsidR="001A1005" w:rsidRDefault="00000000" w:rsidP="001A1005">
      <w:r>
        <w:pict w14:anchorId="310CFAED">
          <v:rect id="_x0000_i1029" style="width:0;height:1.5pt" o:hralign="center" o:hrstd="t" o:hr="t" fillcolor="#a0a0a0" stroked="f"/>
        </w:pict>
      </w:r>
    </w:p>
    <w:p w14:paraId="6B62FDA8" w14:textId="77777777" w:rsidR="001A1005" w:rsidRDefault="001A1005" w:rsidP="001A1005">
      <w:pPr>
        <w:pStyle w:val="Heading4"/>
        <w:keepNext w:val="0"/>
        <w:keepLines w:val="0"/>
        <w:spacing w:before="240"/>
        <w:rPr>
          <w:b/>
          <w:color w:val="000000"/>
        </w:rPr>
      </w:pPr>
      <w:bookmarkStart w:id="5" w:name="_rrusftxfyear" w:colFirst="0" w:colLast="0"/>
      <w:bookmarkEnd w:id="5"/>
    </w:p>
    <w:p w14:paraId="4FAA0A2B" w14:textId="77777777" w:rsidR="001A1005" w:rsidRDefault="001A1005" w:rsidP="001A1005">
      <w:pPr>
        <w:pStyle w:val="Heading4"/>
        <w:keepNext w:val="0"/>
        <w:keepLines w:val="0"/>
        <w:spacing w:before="240"/>
        <w:rPr>
          <w:b/>
          <w:color w:val="000000"/>
        </w:rPr>
      </w:pPr>
    </w:p>
    <w:p w14:paraId="49550271" w14:textId="77777777" w:rsidR="001A1005" w:rsidRDefault="001A1005" w:rsidP="001A1005">
      <w:pPr>
        <w:pStyle w:val="Heading4"/>
        <w:keepNext w:val="0"/>
        <w:keepLines w:val="0"/>
        <w:spacing w:before="240"/>
        <w:rPr>
          <w:b/>
          <w:color w:val="000000"/>
        </w:rPr>
      </w:pPr>
    </w:p>
    <w:p w14:paraId="5D4B7554" w14:textId="77777777" w:rsidR="001A1005" w:rsidRDefault="001A1005" w:rsidP="001A1005">
      <w:pPr>
        <w:pStyle w:val="Heading4"/>
        <w:keepNext w:val="0"/>
        <w:keepLines w:val="0"/>
        <w:spacing w:before="240"/>
        <w:rPr>
          <w:b/>
          <w:color w:val="000000"/>
        </w:rPr>
      </w:pPr>
    </w:p>
    <w:p w14:paraId="32E0EDE9" w14:textId="77777777" w:rsidR="001A1005" w:rsidRDefault="001A1005" w:rsidP="001A1005">
      <w:pPr>
        <w:pStyle w:val="Heading4"/>
        <w:keepNext w:val="0"/>
        <w:keepLines w:val="0"/>
        <w:spacing w:before="240"/>
        <w:rPr>
          <w:b/>
          <w:color w:val="000000"/>
        </w:rPr>
      </w:pPr>
    </w:p>
    <w:p w14:paraId="7A13C7AD" w14:textId="77777777" w:rsidR="001A1005" w:rsidRDefault="001A1005" w:rsidP="001A1005">
      <w:pPr>
        <w:pStyle w:val="Heading4"/>
        <w:keepNext w:val="0"/>
        <w:keepLines w:val="0"/>
        <w:spacing w:before="240"/>
        <w:rPr>
          <w:b/>
          <w:color w:val="000000"/>
        </w:rPr>
      </w:pPr>
      <w:r>
        <w:rPr>
          <w:b/>
          <w:color w:val="000000"/>
        </w:rPr>
        <w:t>4. Collaborative Learning</w:t>
      </w:r>
    </w:p>
    <w:p w14:paraId="63E0355A" w14:textId="77777777" w:rsidR="001A1005" w:rsidRDefault="001A1005" w:rsidP="001A1005">
      <w:pPr>
        <w:spacing w:before="300" w:after="300"/>
      </w:pPr>
      <w:r>
        <w:rPr>
          <w:b/>
        </w:rPr>
        <w:t>Description:</w:t>
      </w:r>
      <w:r>
        <w:rPr>
          <w:b/>
        </w:rPr>
        <w:br/>
      </w:r>
      <w:r>
        <w:t xml:space="preserve"> Learning is conducted in small groups where students work together to achieve common learning goals.</w:t>
      </w:r>
    </w:p>
    <w:p w14:paraId="2B6BA120" w14:textId="77777777" w:rsidR="001A1005" w:rsidRDefault="001A1005" w:rsidP="001A1005">
      <w:pPr>
        <w:spacing w:before="300" w:after="300"/>
        <w:rPr>
          <w:b/>
        </w:rPr>
      </w:pPr>
      <w:r>
        <w:rPr>
          <w:b/>
        </w:rPr>
        <w:t>Implementation:</w:t>
      </w:r>
    </w:p>
    <w:p w14:paraId="5B1123E3" w14:textId="77777777" w:rsidR="001A1005" w:rsidRDefault="001A1005">
      <w:pPr>
        <w:numPr>
          <w:ilvl w:val="0"/>
          <w:numId w:val="70"/>
        </w:numPr>
        <w:spacing w:before="300" w:after="0" w:line="276" w:lineRule="auto"/>
      </w:pPr>
      <w:r>
        <w:t>Assign group tasks, discussions, and peer assessments.</w:t>
      </w:r>
    </w:p>
    <w:p w14:paraId="3B9A9E72" w14:textId="77777777" w:rsidR="001A1005" w:rsidRDefault="001A1005">
      <w:pPr>
        <w:numPr>
          <w:ilvl w:val="0"/>
          <w:numId w:val="70"/>
        </w:numPr>
        <w:spacing w:after="300" w:line="276" w:lineRule="auto"/>
      </w:pPr>
      <w:r>
        <w:t>Foster a collaborative classroom environment.</w:t>
      </w:r>
    </w:p>
    <w:p w14:paraId="35BD533B" w14:textId="77777777" w:rsidR="001A1005" w:rsidRDefault="001A1005" w:rsidP="001A1005">
      <w:pPr>
        <w:spacing w:after="300"/>
      </w:pPr>
    </w:p>
    <w:p w14:paraId="3B2ED3C7" w14:textId="77777777" w:rsidR="001A1005" w:rsidRDefault="001A1005" w:rsidP="001A1005">
      <w:pPr>
        <w:spacing w:after="300"/>
      </w:pPr>
      <w:r>
        <w:rPr>
          <w:noProof/>
        </w:rPr>
        <w:drawing>
          <wp:inline distT="0" distB="0" distL="0" distR="0" wp14:anchorId="2F4CED29" wp14:editId="7B03C628">
            <wp:extent cx="5733415" cy="4300220"/>
            <wp:effectExtent l="0" t="0" r="635" b="5080"/>
            <wp:docPr id="19467938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93844" name="Picture 1946793844"/>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14:paraId="0E7F4EDD" w14:textId="77777777" w:rsidR="001A1005" w:rsidRDefault="001A1005" w:rsidP="001A1005">
      <w:pPr>
        <w:spacing w:before="300" w:after="300"/>
      </w:pPr>
      <w:r>
        <w:rPr>
          <w:b/>
        </w:rPr>
        <w:t>Benefits:</w:t>
      </w:r>
      <w:r>
        <w:t xml:space="preserve"> Improves communication skills, accountability, and teamwork.</w:t>
      </w:r>
    </w:p>
    <w:p w14:paraId="45013865" w14:textId="77777777" w:rsidR="001A1005" w:rsidRDefault="00000000" w:rsidP="001A1005">
      <w:r>
        <w:pict w14:anchorId="5A03164F">
          <v:rect id="_x0000_i1030" style="width:0;height:1.5pt" o:hralign="center" o:hrstd="t" o:hr="t" fillcolor="#a0a0a0" stroked="f"/>
        </w:pict>
      </w:r>
    </w:p>
    <w:p w14:paraId="5ADD58CD" w14:textId="77777777" w:rsidR="001A1005" w:rsidRDefault="001A1005" w:rsidP="001A1005">
      <w:pPr>
        <w:pStyle w:val="Heading4"/>
        <w:keepNext w:val="0"/>
        <w:keepLines w:val="0"/>
        <w:spacing w:before="240"/>
        <w:rPr>
          <w:b/>
          <w:color w:val="000000"/>
        </w:rPr>
      </w:pPr>
      <w:bookmarkStart w:id="6" w:name="_a2h7siw9uobc" w:colFirst="0" w:colLast="0"/>
      <w:bookmarkEnd w:id="6"/>
    </w:p>
    <w:p w14:paraId="78A48FB4" w14:textId="77777777" w:rsidR="001A1005" w:rsidRDefault="001A1005" w:rsidP="001A1005">
      <w:pPr>
        <w:pStyle w:val="Heading4"/>
        <w:keepNext w:val="0"/>
        <w:keepLines w:val="0"/>
        <w:spacing w:before="240"/>
        <w:rPr>
          <w:b/>
          <w:color w:val="000000"/>
        </w:rPr>
      </w:pPr>
    </w:p>
    <w:p w14:paraId="5C29E76C" w14:textId="77777777" w:rsidR="001A1005" w:rsidRDefault="001A1005" w:rsidP="001A1005">
      <w:pPr>
        <w:pStyle w:val="Heading4"/>
        <w:keepNext w:val="0"/>
        <w:keepLines w:val="0"/>
        <w:spacing w:before="240"/>
        <w:rPr>
          <w:b/>
          <w:color w:val="000000"/>
        </w:rPr>
      </w:pPr>
    </w:p>
    <w:p w14:paraId="4E9FFDF7" w14:textId="77777777" w:rsidR="001A1005" w:rsidRDefault="001A1005" w:rsidP="001A1005">
      <w:pPr>
        <w:pStyle w:val="Heading4"/>
        <w:keepNext w:val="0"/>
        <w:keepLines w:val="0"/>
        <w:spacing w:before="240"/>
        <w:rPr>
          <w:b/>
          <w:color w:val="000000"/>
        </w:rPr>
      </w:pPr>
    </w:p>
    <w:p w14:paraId="6ADEBD80" w14:textId="77777777" w:rsidR="001A1005" w:rsidRDefault="001A1005" w:rsidP="001A1005">
      <w:pPr>
        <w:pStyle w:val="Heading4"/>
        <w:keepNext w:val="0"/>
        <w:keepLines w:val="0"/>
        <w:spacing w:before="240"/>
        <w:rPr>
          <w:b/>
          <w:color w:val="000000"/>
        </w:rPr>
      </w:pPr>
      <w:r>
        <w:rPr>
          <w:b/>
          <w:color w:val="000000"/>
        </w:rPr>
        <w:t>5. Experiential Learning</w:t>
      </w:r>
    </w:p>
    <w:p w14:paraId="7E18D05B" w14:textId="77777777" w:rsidR="001A1005" w:rsidRDefault="001A1005" w:rsidP="001A1005">
      <w:pPr>
        <w:spacing w:before="300" w:after="300"/>
      </w:pPr>
      <w:r>
        <w:rPr>
          <w:b/>
        </w:rPr>
        <w:t>Description:</w:t>
      </w:r>
      <w:r>
        <w:rPr>
          <w:b/>
        </w:rPr>
        <w:br/>
      </w:r>
      <w:r>
        <w:t xml:space="preserve"> Learning through direct experience, reflection, and application.</w:t>
      </w:r>
    </w:p>
    <w:p w14:paraId="18FE32D0" w14:textId="77777777" w:rsidR="001A1005" w:rsidRDefault="001A1005" w:rsidP="001A1005">
      <w:pPr>
        <w:spacing w:before="300" w:after="300"/>
        <w:rPr>
          <w:b/>
        </w:rPr>
      </w:pPr>
      <w:r>
        <w:rPr>
          <w:b/>
        </w:rPr>
        <w:t>Implementation:</w:t>
      </w:r>
    </w:p>
    <w:p w14:paraId="6AF023DC" w14:textId="77777777" w:rsidR="001A1005" w:rsidRDefault="001A1005">
      <w:pPr>
        <w:numPr>
          <w:ilvl w:val="0"/>
          <w:numId w:val="68"/>
        </w:numPr>
        <w:spacing w:before="300" w:after="0" w:line="276" w:lineRule="auto"/>
      </w:pPr>
      <w:r>
        <w:t>Organize field trips, experiments, role plays, simulations, or service-learning activities.</w:t>
      </w:r>
    </w:p>
    <w:p w14:paraId="199CA802" w14:textId="77777777" w:rsidR="001A1005" w:rsidRDefault="001A1005">
      <w:pPr>
        <w:numPr>
          <w:ilvl w:val="0"/>
          <w:numId w:val="68"/>
        </w:numPr>
        <w:spacing w:after="300" w:line="276" w:lineRule="auto"/>
      </w:pPr>
      <w:r>
        <w:t>Include reflective discussions and documentation.</w:t>
      </w:r>
    </w:p>
    <w:p w14:paraId="29E61C96" w14:textId="77777777" w:rsidR="001A1005" w:rsidRDefault="001A1005" w:rsidP="001A1005">
      <w:pPr>
        <w:spacing w:after="300"/>
      </w:pPr>
      <w:r>
        <w:rPr>
          <w:noProof/>
        </w:rPr>
        <w:drawing>
          <wp:inline distT="0" distB="0" distL="0" distR="0" wp14:anchorId="7F990D36" wp14:editId="31E6B6E9">
            <wp:extent cx="5733415" cy="4300220"/>
            <wp:effectExtent l="0" t="0" r="635" b="5080"/>
            <wp:docPr id="21067766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776643" name="Picture 2106776643"/>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14:paraId="7BE36162" w14:textId="77777777" w:rsidR="001A1005" w:rsidRDefault="001A1005" w:rsidP="001A1005">
      <w:pPr>
        <w:spacing w:after="300"/>
      </w:pPr>
    </w:p>
    <w:p w14:paraId="5D1BE3F6" w14:textId="77777777" w:rsidR="001A1005" w:rsidRDefault="001A1005" w:rsidP="001A1005">
      <w:pPr>
        <w:spacing w:before="300" w:after="300"/>
      </w:pPr>
      <w:r>
        <w:rPr>
          <w:b/>
        </w:rPr>
        <w:t>Benefits:</w:t>
      </w:r>
      <w:r>
        <w:t xml:space="preserve"> Builds practical understanding, retention, and engagement.</w:t>
      </w:r>
    </w:p>
    <w:p w14:paraId="12053BD9" w14:textId="77777777" w:rsidR="001A1005" w:rsidRDefault="00000000" w:rsidP="001A1005">
      <w:r>
        <w:pict w14:anchorId="437BC817">
          <v:rect id="_x0000_i1031" style="width:0;height:1.5pt" o:hralign="center" o:hrstd="t" o:hr="t" fillcolor="#a0a0a0" stroked="f"/>
        </w:pict>
      </w:r>
    </w:p>
    <w:p w14:paraId="6DD5A163" w14:textId="77777777" w:rsidR="001A1005" w:rsidRDefault="001A1005" w:rsidP="001A1005">
      <w:pPr>
        <w:pStyle w:val="Heading4"/>
        <w:keepNext w:val="0"/>
        <w:keepLines w:val="0"/>
        <w:spacing w:before="240"/>
        <w:rPr>
          <w:b/>
          <w:color w:val="000000"/>
        </w:rPr>
      </w:pPr>
      <w:bookmarkStart w:id="7" w:name="_bb1iq4kw02gy" w:colFirst="0" w:colLast="0"/>
      <w:bookmarkEnd w:id="7"/>
    </w:p>
    <w:p w14:paraId="379D3D97" w14:textId="77777777" w:rsidR="001A1005" w:rsidRDefault="001A1005" w:rsidP="001A1005">
      <w:pPr>
        <w:pStyle w:val="Heading4"/>
        <w:keepNext w:val="0"/>
        <w:keepLines w:val="0"/>
        <w:spacing w:before="240"/>
        <w:rPr>
          <w:b/>
          <w:color w:val="000000"/>
        </w:rPr>
      </w:pPr>
    </w:p>
    <w:p w14:paraId="26508F9E" w14:textId="77777777" w:rsidR="001A1005" w:rsidRDefault="001A1005" w:rsidP="001A1005">
      <w:pPr>
        <w:pStyle w:val="Heading4"/>
        <w:keepNext w:val="0"/>
        <w:keepLines w:val="0"/>
        <w:spacing w:before="240"/>
        <w:rPr>
          <w:b/>
          <w:color w:val="000000"/>
        </w:rPr>
      </w:pPr>
    </w:p>
    <w:p w14:paraId="7BA257FE" w14:textId="77777777" w:rsidR="001A1005" w:rsidRDefault="001A1005" w:rsidP="001A1005">
      <w:pPr>
        <w:pStyle w:val="Heading4"/>
        <w:keepNext w:val="0"/>
        <w:keepLines w:val="0"/>
        <w:spacing w:before="240"/>
        <w:rPr>
          <w:b/>
          <w:color w:val="000000"/>
        </w:rPr>
      </w:pPr>
    </w:p>
    <w:p w14:paraId="1E16A2F0" w14:textId="77777777" w:rsidR="001A1005" w:rsidRDefault="001A1005" w:rsidP="001A1005">
      <w:pPr>
        <w:pStyle w:val="Heading4"/>
        <w:keepNext w:val="0"/>
        <w:keepLines w:val="0"/>
        <w:spacing w:before="240"/>
        <w:rPr>
          <w:b/>
          <w:color w:val="000000"/>
        </w:rPr>
      </w:pPr>
      <w:r>
        <w:rPr>
          <w:b/>
          <w:color w:val="000000"/>
        </w:rPr>
        <w:t>6. Gamification</w:t>
      </w:r>
    </w:p>
    <w:p w14:paraId="657587CF" w14:textId="77777777" w:rsidR="001A1005" w:rsidRDefault="001A1005" w:rsidP="001A1005">
      <w:pPr>
        <w:spacing w:before="300" w:after="300"/>
      </w:pPr>
      <w:r>
        <w:rPr>
          <w:b/>
        </w:rPr>
        <w:t>Description:</w:t>
      </w:r>
      <w:r>
        <w:rPr>
          <w:b/>
        </w:rPr>
        <w:br/>
      </w:r>
      <w:r>
        <w:t xml:space="preserve"> Use of game elements (points, badges, challenges) to enhance learning and motivation.</w:t>
      </w:r>
    </w:p>
    <w:p w14:paraId="68E7F9FF" w14:textId="77777777" w:rsidR="001A1005" w:rsidRDefault="001A1005" w:rsidP="001A1005">
      <w:pPr>
        <w:spacing w:before="300" w:after="300"/>
        <w:rPr>
          <w:b/>
        </w:rPr>
      </w:pPr>
      <w:r>
        <w:rPr>
          <w:b/>
        </w:rPr>
        <w:t>Implementation:</w:t>
      </w:r>
    </w:p>
    <w:p w14:paraId="266E97C3" w14:textId="77777777" w:rsidR="001A1005" w:rsidRDefault="001A1005">
      <w:pPr>
        <w:numPr>
          <w:ilvl w:val="0"/>
          <w:numId w:val="65"/>
        </w:numPr>
        <w:spacing w:before="300" w:after="0" w:line="360" w:lineRule="auto"/>
      </w:pPr>
      <w:r>
        <w:t>Create quizzes, competitions, and interactive activities using gamified platforms.</w:t>
      </w:r>
    </w:p>
    <w:p w14:paraId="7BC0CB6F" w14:textId="77777777" w:rsidR="001A1005" w:rsidRDefault="001A1005">
      <w:pPr>
        <w:numPr>
          <w:ilvl w:val="0"/>
          <w:numId w:val="65"/>
        </w:numPr>
        <w:spacing w:after="0" w:line="360" w:lineRule="auto"/>
      </w:pPr>
      <w:r>
        <w:t>Reward progress and participation.</w:t>
      </w:r>
    </w:p>
    <w:p w14:paraId="2E4958FC" w14:textId="77777777" w:rsidR="001A1005" w:rsidRDefault="001A1005">
      <w:pPr>
        <w:numPr>
          <w:ilvl w:val="0"/>
          <w:numId w:val="65"/>
        </w:numPr>
        <w:spacing w:after="300" w:line="360" w:lineRule="auto"/>
      </w:pPr>
      <w:r>
        <w:t xml:space="preserve">Organized </w:t>
      </w:r>
      <w:proofErr w:type="gramStart"/>
      <w:r>
        <w:t>an</w:t>
      </w:r>
      <w:proofErr w:type="gramEnd"/>
      <w:r>
        <w:t xml:space="preserve"> hackathon on data security.</w:t>
      </w:r>
      <w:r>
        <w:br/>
      </w:r>
    </w:p>
    <w:p w14:paraId="4EE79888" w14:textId="77777777" w:rsidR="001A1005" w:rsidRDefault="001A1005" w:rsidP="001A1005">
      <w:pPr>
        <w:spacing w:after="300" w:line="360" w:lineRule="auto"/>
      </w:pPr>
      <w:r>
        <w:rPr>
          <w:noProof/>
        </w:rPr>
        <w:drawing>
          <wp:inline distT="0" distB="0" distL="0" distR="0" wp14:anchorId="763D006D" wp14:editId="1D4651FB">
            <wp:extent cx="5733415" cy="3886200"/>
            <wp:effectExtent l="0" t="0" r="635" b="0"/>
            <wp:docPr id="4680620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62080" name="Picture 468062080"/>
                    <pic:cNvPicPr/>
                  </pic:nvPicPr>
                  <pic:blipFill>
                    <a:blip r:embed="rId98">
                      <a:extLst>
                        <a:ext uri="{28A0092B-C50C-407E-A947-70E740481C1C}">
                          <a14:useLocalDpi xmlns:a14="http://schemas.microsoft.com/office/drawing/2010/main" val="0"/>
                        </a:ext>
                      </a:extLst>
                    </a:blip>
                    <a:stretch>
                      <a:fillRect/>
                    </a:stretch>
                  </pic:blipFill>
                  <pic:spPr>
                    <a:xfrm>
                      <a:off x="0" y="0"/>
                      <a:ext cx="5733415" cy="3886200"/>
                    </a:xfrm>
                    <a:prstGeom prst="rect">
                      <a:avLst/>
                    </a:prstGeom>
                  </pic:spPr>
                </pic:pic>
              </a:graphicData>
            </a:graphic>
          </wp:inline>
        </w:drawing>
      </w:r>
    </w:p>
    <w:p w14:paraId="25D38335" w14:textId="77777777" w:rsidR="001A1005" w:rsidRDefault="001A1005" w:rsidP="001A1005">
      <w:pPr>
        <w:spacing w:before="300" w:after="300"/>
      </w:pPr>
      <w:r>
        <w:rPr>
          <w:b/>
        </w:rPr>
        <w:t>Benefits:</w:t>
      </w:r>
      <w:r>
        <w:t xml:space="preserve"> Increases motivation, participation, and makes learning fun.</w:t>
      </w:r>
    </w:p>
    <w:p w14:paraId="3E5D4E03" w14:textId="77777777" w:rsidR="001A1005" w:rsidRDefault="00000000" w:rsidP="001A1005">
      <w:r>
        <w:pict w14:anchorId="7EB7E9B3">
          <v:rect id="_x0000_i1032" style="width:0;height:1.5pt" o:hralign="center" o:hrstd="t" o:hr="t" fillcolor="#a0a0a0" stroked="f"/>
        </w:pict>
      </w:r>
    </w:p>
    <w:p w14:paraId="1C86A70D" w14:textId="77777777" w:rsidR="001A1005" w:rsidRDefault="001A1005" w:rsidP="001A1005">
      <w:pPr>
        <w:pStyle w:val="Heading4"/>
        <w:keepNext w:val="0"/>
        <w:keepLines w:val="0"/>
        <w:spacing w:before="240"/>
        <w:rPr>
          <w:b/>
          <w:color w:val="000000"/>
        </w:rPr>
      </w:pPr>
      <w:bookmarkStart w:id="8" w:name="_n2g3vr3wjs9g" w:colFirst="0" w:colLast="0"/>
      <w:bookmarkEnd w:id="8"/>
    </w:p>
    <w:p w14:paraId="74C36F04" w14:textId="77777777" w:rsidR="001A1005" w:rsidRDefault="001A1005" w:rsidP="001A1005">
      <w:pPr>
        <w:pStyle w:val="Heading4"/>
        <w:keepNext w:val="0"/>
        <w:keepLines w:val="0"/>
        <w:spacing w:before="240"/>
        <w:rPr>
          <w:b/>
          <w:color w:val="000000"/>
        </w:rPr>
      </w:pPr>
    </w:p>
    <w:p w14:paraId="0886EFBB" w14:textId="77777777" w:rsidR="001A1005" w:rsidRDefault="001A1005" w:rsidP="001A1005">
      <w:pPr>
        <w:pStyle w:val="Heading4"/>
        <w:keepNext w:val="0"/>
        <w:keepLines w:val="0"/>
        <w:spacing w:before="240"/>
        <w:rPr>
          <w:b/>
          <w:color w:val="000000"/>
        </w:rPr>
      </w:pPr>
    </w:p>
    <w:p w14:paraId="3BA79567" w14:textId="77777777" w:rsidR="001A1005" w:rsidRDefault="001A1005" w:rsidP="001A1005">
      <w:pPr>
        <w:pStyle w:val="Heading4"/>
        <w:keepNext w:val="0"/>
        <w:keepLines w:val="0"/>
        <w:spacing w:before="240"/>
        <w:rPr>
          <w:b/>
          <w:color w:val="000000"/>
        </w:rPr>
      </w:pPr>
    </w:p>
    <w:p w14:paraId="271B5A4D" w14:textId="77777777" w:rsidR="001A1005" w:rsidRDefault="001A1005" w:rsidP="001A1005">
      <w:pPr>
        <w:pStyle w:val="Heading4"/>
        <w:keepNext w:val="0"/>
        <w:keepLines w:val="0"/>
        <w:spacing w:before="240"/>
        <w:rPr>
          <w:b/>
          <w:color w:val="000000"/>
        </w:rPr>
      </w:pPr>
    </w:p>
    <w:p w14:paraId="5F63F331" w14:textId="77777777" w:rsidR="001A1005" w:rsidRDefault="001A1005" w:rsidP="001A1005">
      <w:pPr>
        <w:pStyle w:val="Heading4"/>
        <w:keepNext w:val="0"/>
        <w:keepLines w:val="0"/>
        <w:spacing w:before="240"/>
        <w:rPr>
          <w:b/>
          <w:color w:val="000000"/>
        </w:rPr>
      </w:pPr>
      <w:r>
        <w:rPr>
          <w:b/>
          <w:color w:val="000000"/>
        </w:rPr>
        <w:t>7. Personalized Learning</w:t>
      </w:r>
    </w:p>
    <w:p w14:paraId="187599FC" w14:textId="77777777" w:rsidR="001A1005" w:rsidRDefault="001A1005" w:rsidP="001A1005">
      <w:pPr>
        <w:spacing w:before="300" w:after="300"/>
      </w:pPr>
      <w:r>
        <w:rPr>
          <w:b/>
        </w:rPr>
        <w:t>Description:</w:t>
      </w:r>
      <w:r>
        <w:rPr>
          <w:b/>
        </w:rPr>
        <w:br/>
      </w:r>
      <w:r>
        <w:t xml:space="preserve"> Tailoring learning experiences according to each student’s strengths, needs, and interests.</w:t>
      </w:r>
    </w:p>
    <w:p w14:paraId="72A123B2" w14:textId="77777777" w:rsidR="001A1005" w:rsidRDefault="001A1005" w:rsidP="001A1005">
      <w:pPr>
        <w:spacing w:before="300" w:after="300"/>
        <w:rPr>
          <w:b/>
        </w:rPr>
      </w:pPr>
      <w:r>
        <w:rPr>
          <w:b/>
        </w:rPr>
        <w:t>Implementation:</w:t>
      </w:r>
    </w:p>
    <w:p w14:paraId="2AE36AFC" w14:textId="77777777" w:rsidR="001A1005" w:rsidRDefault="001A1005">
      <w:pPr>
        <w:numPr>
          <w:ilvl w:val="0"/>
          <w:numId w:val="64"/>
        </w:numPr>
        <w:spacing w:before="300" w:after="0" w:line="276" w:lineRule="auto"/>
      </w:pPr>
      <w:r>
        <w:t>Use adaptive learning tools and diagnostic assessments.</w:t>
      </w:r>
    </w:p>
    <w:p w14:paraId="718C212E" w14:textId="77777777" w:rsidR="001A1005" w:rsidRDefault="001A1005">
      <w:pPr>
        <w:numPr>
          <w:ilvl w:val="0"/>
          <w:numId w:val="64"/>
        </w:numPr>
        <w:spacing w:after="300" w:line="276" w:lineRule="auto"/>
      </w:pPr>
      <w:r>
        <w:t>Allow students to set goals and track their own progress.</w:t>
      </w:r>
    </w:p>
    <w:p w14:paraId="27E1E789" w14:textId="77777777" w:rsidR="001A1005" w:rsidRDefault="001A1005" w:rsidP="001A1005">
      <w:pPr>
        <w:spacing w:after="300"/>
        <w:jc w:val="center"/>
      </w:pPr>
      <w:r>
        <w:rPr>
          <w:noProof/>
        </w:rPr>
        <w:drawing>
          <wp:inline distT="0" distB="0" distL="0" distR="0" wp14:anchorId="2DC3D1BE" wp14:editId="4C522B68">
            <wp:extent cx="5733415" cy="4300220"/>
            <wp:effectExtent l="0" t="0" r="635" b="5080"/>
            <wp:docPr id="12655868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86812" name="Picture 1265586812"/>
                    <pic:cNvPicPr/>
                  </pic:nvPicPr>
                  <pic:blipFill>
                    <a:blip r:embed="rId99">
                      <a:extLst>
                        <a:ext uri="{28A0092B-C50C-407E-A947-70E740481C1C}">
                          <a14:useLocalDpi xmlns:a14="http://schemas.microsoft.com/office/drawing/2010/main" val="0"/>
                        </a:ext>
                      </a:extLst>
                    </a:blip>
                    <a:stretch>
                      <a:fillRect/>
                    </a:stretch>
                  </pic:blipFill>
                  <pic:spPr>
                    <a:xfrm>
                      <a:off x="0" y="0"/>
                      <a:ext cx="5733415" cy="4300220"/>
                    </a:xfrm>
                    <a:prstGeom prst="rect">
                      <a:avLst/>
                    </a:prstGeom>
                  </pic:spPr>
                </pic:pic>
              </a:graphicData>
            </a:graphic>
          </wp:inline>
        </w:drawing>
      </w:r>
    </w:p>
    <w:p w14:paraId="207C3622" w14:textId="77777777" w:rsidR="001A1005" w:rsidRDefault="001A1005" w:rsidP="001A1005">
      <w:pPr>
        <w:spacing w:before="300" w:after="300"/>
      </w:pPr>
      <w:r>
        <w:rPr>
          <w:b/>
        </w:rPr>
        <w:t>Benefits:</w:t>
      </w:r>
      <w:r>
        <w:t xml:space="preserve"> Respects individual learning paces and needs, promoting self-regulated learning.</w:t>
      </w:r>
    </w:p>
    <w:p w14:paraId="58357524" w14:textId="77777777" w:rsidR="001A1005" w:rsidRDefault="00000000" w:rsidP="001A1005">
      <w:r>
        <w:pict w14:anchorId="708D85F0">
          <v:rect id="_x0000_i1033" style="width:0;height:1.5pt" o:hralign="center" o:hrstd="t" o:hr="t" fillcolor="#a0a0a0" stroked="f"/>
        </w:pict>
      </w:r>
    </w:p>
    <w:p w14:paraId="15DBC82A" w14:textId="77777777" w:rsidR="001A1005" w:rsidRDefault="001A1005" w:rsidP="001A1005">
      <w:pPr>
        <w:pStyle w:val="Heading3"/>
        <w:keepNext w:val="0"/>
        <w:keepLines w:val="0"/>
        <w:spacing w:before="280"/>
        <w:rPr>
          <w:b/>
          <w:color w:val="000000"/>
          <w:sz w:val="26"/>
          <w:szCs w:val="26"/>
        </w:rPr>
      </w:pPr>
      <w:bookmarkStart w:id="9" w:name="_d1d3nno66ddw" w:colFirst="0" w:colLast="0"/>
      <w:bookmarkEnd w:id="9"/>
      <w:r>
        <w:rPr>
          <w:b/>
          <w:color w:val="000000"/>
          <w:sz w:val="26"/>
          <w:szCs w:val="26"/>
        </w:rPr>
        <w:t>Benefits of Student-Centric Methods</w:t>
      </w:r>
    </w:p>
    <w:p w14:paraId="2B9A9DD2" w14:textId="77777777" w:rsidR="001A1005" w:rsidRDefault="001A1005">
      <w:pPr>
        <w:numPr>
          <w:ilvl w:val="0"/>
          <w:numId w:val="61"/>
        </w:numPr>
        <w:spacing w:before="300" w:after="0" w:line="276" w:lineRule="auto"/>
      </w:pPr>
      <w:r>
        <w:rPr>
          <w:b/>
        </w:rPr>
        <w:t>Higher Engagement:</w:t>
      </w:r>
      <w:r>
        <w:t xml:space="preserve"> Students are more involved and motivated.</w:t>
      </w:r>
      <w:r>
        <w:br/>
      </w:r>
    </w:p>
    <w:p w14:paraId="65A53B5B" w14:textId="77777777" w:rsidR="001A1005" w:rsidRDefault="001A1005">
      <w:pPr>
        <w:numPr>
          <w:ilvl w:val="0"/>
          <w:numId w:val="61"/>
        </w:numPr>
        <w:spacing w:after="0" w:line="276" w:lineRule="auto"/>
      </w:pPr>
      <w:r>
        <w:rPr>
          <w:b/>
        </w:rPr>
        <w:lastRenderedPageBreak/>
        <w:t>Improved Retention:</w:t>
      </w:r>
      <w:r>
        <w:t xml:space="preserve"> Active learning improves long-term retention.</w:t>
      </w:r>
      <w:r>
        <w:br/>
      </w:r>
    </w:p>
    <w:p w14:paraId="0EE3097F" w14:textId="77777777" w:rsidR="001A1005" w:rsidRDefault="001A1005">
      <w:pPr>
        <w:numPr>
          <w:ilvl w:val="0"/>
          <w:numId w:val="61"/>
        </w:numPr>
        <w:spacing w:after="0" w:line="276" w:lineRule="auto"/>
      </w:pPr>
      <w:r>
        <w:rPr>
          <w:b/>
        </w:rPr>
        <w:t>Development of Skills:</w:t>
      </w:r>
      <w:r>
        <w:t xml:space="preserve"> Encourages communication, collaboration, and critical thinking.</w:t>
      </w:r>
      <w:r>
        <w:br/>
      </w:r>
    </w:p>
    <w:p w14:paraId="36F01525" w14:textId="77777777" w:rsidR="001A1005" w:rsidRDefault="001A1005">
      <w:pPr>
        <w:numPr>
          <w:ilvl w:val="0"/>
          <w:numId w:val="61"/>
        </w:numPr>
        <w:spacing w:after="0" w:line="276" w:lineRule="auto"/>
      </w:pPr>
      <w:r>
        <w:rPr>
          <w:b/>
        </w:rPr>
        <w:t>Empowerment:</w:t>
      </w:r>
      <w:r>
        <w:t xml:space="preserve"> Students take ownership of their learning.</w:t>
      </w:r>
      <w:r>
        <w:br/>
      </w:r>
    </w:p>
    <w:p w14:paraId="3367F546" w14:textId="77777777" w:rsidR="001A1005" w:rsidRDefault="001A1005">
      <w:pPr>
        <w:numPr>
          <w:ilvl w:val="0"/>
          <w:numId w:val="61"/>
        </w:numPr>
        <w:spacing w:after="300" w:line="276" w:lineRule="auto"/>
      </w:pPr>
      <w:r>
        <w:rPr>
          <w:b/>
        </w:rPr>
        <w:t>Inclusivity:</w:t>
      </w:r>
      <w:r>
        <w:t xml:space="preserve"> Accommodates various learning styles and backgrounds.</w:t>
      </w:r>
      <w:r>
        <w:br/>
      </w:r>
    </w:p>
    <w:p w14:paraId="36394730" w14:textId="77777777" w:rsidR="001A1005" w:rsidRDefault="00000000" w:rsidP="001A1005">
      <w:r>
        <w:pict w14:anchorId="00584998">
          <v:rect id="_x0000_i1034" style="width:0;height:1.5pt" o:hralign="center" o:hrstd="t" o:hr="t" fillcolor="#a0a0a0" stroked="f"/>
        </w:pict>
      </w:r>
    </w:p>
    <w:p w14:paraId="4E6CBE39" w14:textId="77777777" w:rsidR="001A1005" w:rsidRDefault="001A1005" w:rsidP="001A1005">
      <w:pPr>
        <w:pStyle w:val="Heading3"/>
        <w:keepNext w:val="0"/>
        <w:keepLines w:val="0"/>
        <w:spacing w:before="280"/>
        <w:rPr>
          <w:b/>
          <w:color w:val="000000"/>
          <w:sz w:val="26"/>
          <w:szCs w:val="26"/>
        </w:rPr>
      </w:pPr>
      <w:bookmarkStart w:id="10" w:name="_958stv1bjbkd" w:colFirst="0" w:colLast="0"/>
      <w:bookmarkEnd w:id="10"/>
      <w:r>
        <w:rPr>
          <w:b/>
          <w:color w:val="000000"/>
          <w:sz w:val="26"/>
          <w:szCs w:val="26"/>
        </w:rPr>
        <w:t>Challenges and Limitations</w:t>
      </w:r>
    </w:p>
    <w:p w14:paraId="3CCA7CFB" w14:textId="77777777" w:rsidR="001A1005" w:rsidRDefault="001A1005">
      <w:pPr>
        <w:numPr>
          <w:ilvl w:val="0"/>
          <w:numId w:val="67"/>
        </w:numPr>
        <w:spacing w:before="300" w:after="0" w:line="276" w:lineRule="auto"/>
      </w:pPr>
      <w:r>
        <w:t xml:space="preserve">Requires </w:t>
      </w:r>
      <w:r>
        <w:rPr>
          <w:b/>
        </w:rPr>
        <w:t>significant planning</w:t>
      </w:r>
      <w:r>
        <w:t xml:space="preserve"> and preparation.</w:t>
      </w:r>
      <w:r>
        <w:br/>
      </w:r>
    </w:p>
    <w:p w14:paraId="3F296EB8" w14:textId="77777777" w:rsidR="001A1005" w:rsidRDefault="001A1005">
      <w:pPr>
        <w:numPr>
          <w:ilvl w:val="0"/>
          <w:numId w:val="67"/>
        </w:numPr>
        <w:spacing w:after="0" w:line="276" w:lineRule="auto"/>
      </w:pPr>
      <w:r>
        <w:t xml:space="preserve">Teachers need to shift roles from instructors to </w:t>
      </w:r>
      <w:r>
        <w:rPr>
          <w:b/>
        </w:rPr>
        <w:t>facilitators</w:t>
      </w:r>
      <w:r>
        <w:t>.</w:t>
      </w:r>
      <w:r>
        <w:br/>
      </w:r>
    </w:p>
    <w:p w14:paraId="338951E6" w14:textId="77777777" w:rsidR="001A1005" w:rsidRDefault="001A1005">
      <w:pPr>
        <w:numPr>
          <w:ilvl w:val="0"/>
          <w:numId w:val="67"/>
        </w:numPr>
        <w:spacing w:after="0" w:line="276" w:lineRule="auto"/>
      </w:pPr>
      <w:r>
        <w:t xml:space="preserve">Some students may </w:t>
      </w:r>
      <w:r>
        <w:rPr>
          <w:b/>
        </w:rPr>
        <w:t>struggle with autonomy</w:t>
      </w:r>
      <w:r>
        <w:t xml:space="preserve"> or group work.</w:t>
      </w:r>
      <w:r>
        <w:br/>
      </w:r>
    </w:p>
    <w:p w14:paraId="3617C237" w14:textId="77777777" w:rsidR="001A1005" w:rsidRDefault="001A1005">
      <w:pPr>
        <w:numPr>
          <w:ilvl w:val="0"/>
          <w:numId w:val="67"/>
        </w:numPr>
        <w:spacing w:after="0" w:line="276" w:lineRule="auto"/>
      </w:pPr>
      <w:r>
        <w:rPr>
          <w:b/>
        </w:rPr>
        <w:t>Infrastructure or technology</w:t>
      </w:r>
      <w:r>
        <w:t xml:space="preserve"> may be inadequate in some institutions.</w:t>
      </w:r>
      <w:r>
        <w:br/>
      </w:r>
    </w:p>
    <w:p w14:paraId="488293C4" w14:textId="77777777" w:rsidR="001A1005" w:rsidRDefault="001A1005">
      <w:pPr>
        <w:numPr>
          <w:ilvl w:val="0"/>
          <w:numId w:val="67"/>
        </w:numPr>
        <w:spacing w:after="300" w:line="276" w:lineRule="auto"/>
      </w:pPr>
      <w:r>
        <w:rPr>
          <w:b/>
        </w:rPr>
        <w:t>Assessment</w:t>
      </w:r>
      <w:r>
        <w:t xml:space="preserve"> of student-centric activities can be subjective.</w:t>
      </w:r>
      <w:r>
        <w:br/>
      </w:r>
    </w:p>
    <w:p w14:paraId="546BB399" w14:textId="77777777" w:rsidR="001A1005" w:rsidRDefault="00000000" w:rsidP="001A1005">
      <w:r>
        <w:pict w14:anchorId="560BF401">
          <v:rect id="_x0000_i1035" style="width:0;height:1.5pt" o:hralign="center" o:hrstd="t" o:hr="t" fillcolor="#a0a0a0" stroked="f"/>
        </w:pict>
      </w:r>
    </w:p>
    <w:p w14:paraId="42D5D5EA" w14:textId="77777777" w:rsidR="001A1005" w:rsidRDefault="001A1005" w:rsidP="001A1005">
      <w:pPr>
        <w:pStyle w:val="Heading3"/>
        <w:keepNext w:val="0"/>
        <w:keepLines w:val="0"/>
        <w:spacing w:before="280"/>
        <w:rPr>
          <w:b/>
          <w:color w:val="000000"/>
          <w:sz w:val="26"/>
          <w:szCs w:val="26"/>
        </w:rPr>
      </w:pPr>
      <w:bookmarkStart w:id="11" w:name="_h1bc2fg41a09" w:colFirst="0" w:colLast="0"/>
      <w:bookmarkEnd w:id="11"/>
      <w:r>
        <w:rPr>
          <w:b/>
          <w:color w:val="000000"/>
          <w:sz w:val="26"/>
          <w:szCs w:val="26"/>
        </w:rPr>
        <w:t>Conclusion</w:t>
      </w:r>
    </w:p>
    <w:p w14:paraId="207C49FA" w14:textId="77777777" w:rsidR="001A1005" w:rsidRDefault="001A1005" w:rsidP="001A1005">
      <w:pPr>
        <w:spacing w:before="300" w:after="300"/>
      </w:pPr>
      <w:r>
        <w:t>Student-centric methods represent a progressive shift in education, where learning becomes more dynamic, inclusive, and meaningful. Though these approaches may pose initial challenges, their long-term benefits far outweigh the limitations. Institutions and educators are encouraged to adopt a blended approach that gradually integrates student-centric strategies into the curriculum to foster holistic development and lifelong learning.</w:t>
      </w:r>
    </w:p>
    <w:p w14:paraId="1F781D85" w14:textId="09C47951" w:rsidR="00226B14" w:rsidRPr="001A1005" w:rsidRDefault="00000000" w:rsidP="009A5AA2">
      <w:r>
        <w:pict w14:anchorId="239CB584">
          <v:rect id="_x0000_i1036" style="width:0;height:1.5pt" o:hralign="center" o:hrstd="t" o:hr="t" fillcolor="#a0a0a0" stroked="f"/>
        </w:pict>
      </w:r>
    </w:p>
    <w:p w14:paraId="5801AD1C" w14:textId="0B3F5FD1" w:rsidR="00226B14" w:rsidRPr="00D74E4D" w:rsidRDefault="00D74E4D" w:rsidP="00D74E4D">
      <w:pPr>
        <w:rPr>
          <w:b/>
          <w:bCs/>
          <w:sz w:val="28"/>
          <w:szCs w:val="28"/>
          <w:lang w:val="en-US"/>
        </w:rPr>
      </w:pPr>
      <w:r>
        <w:rPr>
          <w:b/>
          <w:bCs/>
          <w:sz w:val="28"/>
          <w:szCs w:val="28"/>
          <w:lang w:val="en-US"/>
        </w:rPr>
        <w:t>12.</w:t>
      </w:r>
      <w:r w:rsidR="00226B14" w:rsidRPr="00D74E4D">
        <w:rPr>
          <w:b/>
          <w:bCs/>
          <w:sz w:val="28"/>
          <w:szCs w:val="28"/>
          <w:lang w:val="en-US"/>
        </w:rPr>
        <w:t>MINI/MAJOR PROJECT:</w:t>
      </w:r>
    </w:p>
    <w:p w14:paraId="19A9B906" w14:textId="4CAC7617" w:rsidR="00D12216" w:rsidRPr="00D12216" w:rsidRDefault="00D12216" w:rsidP="00D12216">
      <w:pPr>
        <w:pStyle w:val="ListParagraph"/>
        <w:ind w:left="360"/>
        <w:rPr>
          <w:b/>
          <w:bCs/>
          <w:sz w:val="28"/>
          <w:szCs w:val="28"/>
          <w:lang w:val="en-US"/>
        </w:rPr>
      </w:pPr>
      <w:r>
        <w:rPr>
          <w:b/>
          <w:bCs/>
          <w:sz w:val="28"/>
          <w:szCs w:val="28"/>
          <w:lang w:val="en-US"/>
        </w:rPr>
        <w:t>Major Project List: Total:25</w:t>
      </w:r>
    </w:p>
    <w:tbl>
      <w:tblPr>
        <w:tblStyle w:val="TableGrid"/>
        <w:tblW w:w="9493" w:type="dxa"/>
        <w:tblLook w:val="04A0" w:firstRow="1" w:lastRow="0" w:firstColumn="1" w:lastColumn="0" w:noHBand="0" w:noVBand="1"/>
      </w:tblPr>
      <w:tblGrid>
        <w:gridCol w:w="740"/>
        <w:gridCol w:w="1751"/>
        <w:gridCol w:w="17"/>
        <w:gridCol w:w="1256"/>
        <w:gridCol w:w="1667"/>
        <w:gridCol w:w="35"/>
        <w:gridCol w:w="1527"/>
        <w:gridCol w:w="1207"/>
        <w:gridCol w:w="33"/>
        <w:gridCol w:w="1260"/>
      </w:tblGrid>
      <w:tr w:rsidR="00226B14" w14:paraId="08A58EE7" w14:textId="77777777" w:rsidTr="00A743B7">
        <w:trPr>
          <w:trHeight w:val="449"/>
        </w:trPr>
        <w:tc>
          <w:tcPr>
            <w:tcW w:w="740" w:type="dxa"/>
          </w:tcPr>
          <w:p w14:paraId="01A6DECE" w14:textId="77777777" w:rsidR="00226B14" w:rsidRDefault="00226B14" w:rsidP="00A743B7">
            <w:pPr>
              <w:rPr>
                <w:rFonts w:ascii="Times New Roman" w:hAnsi="Times New Roman" w:cs="Times New Roman"/>
                <w:b/>
                <w:bCs/>
                <w:sz w:val="24"/>
                <w:szCs w:val="24"/>
                <w:lang w:val="en-US"/>
              </w:rPr>
            </w:pPr>
            <w:r>
              <w:rPr>
                <w:rFonts w:ascii="Times New Roman" w:hAnsi="Times New Roman" w:cs="Times New Roman"/>
                <w:b/>
                <w:bCs/>
                <w:sz w:val="24"/>
                <w:szCs w:val="24"/>
                <w:lang w:val="en-US"/>
              </w:rPr>
              <w:t>Sno</w:t>
            </w:r>
          </w:p>
        </w:tc>
        <w:tc>
          <w:tcPr>
            <w:tcW w:w="1768" w:type="dxa"/>
            <w:gridSpan w:val="2"/>
          </w:tcPr>
          <w:p w14:paraId="79BE2919" w14:textId="77777777" w:rsidR="00226B14" w:rsidRDefault="00226B14" w:rsidP="00A743B7">
            <w:pPr>
              <w:rPr>
                <w:rFonts w:ascii="Times New Roman" w:hAnsi="Times New Roman" w:cs="Times New Roman"/>
                <w:b/>
                <w:bCs/>
                <w:sz w:val="24"/>
                <w:szCs w:val="24"/>
                <w:lang w:val="en-US"/>
              </w:rPr>
            </w:pPr>
            <w:r>
              <w:rPr>
                <w:rFonts w:ascii="Times New Roman" w:hAnsi="Times New Roman" w:cs="Times New Roman"/>
                <w:b/>
                <w:bCs/>
                <w:sz w:val="24"/>
                <w:szCs w:val="24"/>
                <w:lang w:val="en-US"/>
              </w:rPr>
              <w:t>UID</w:t>
            </w:r>
          </w:p>
        </w:tc>
        <w:tc>
          <w:tcPr>
            <w:tcW w:w="1256" w:type="dxa"/>
          </w:tcPr>
          <w:p w14:paraId="0F3BA0FE" w14:textId="77777777" w:rsidR="00226B14" w:rsidRDefault="00226B14" w:rsidP="00A743B7">
            <w:pPr>
              <w:rPr>
                <w:rFonts w:ascii="Times New Roman" w:hAnsi="Times New Roman" w:cs="Times New Roman"/>
                <w:b/>
                <w:bCs/>
                <w:sz w:val="24"/>
                <w:szCs w:val="24"/>
                <w:lang w:val="en-US"/>
              </w:rPr>
            </w:pPr>
            <w:r>
              <w:rPr>
                <w:rFonts w:ascii="Times New Roman" w:hAnsi="Times New Roman" w:cs="Times New Roman"/>
                <w:b/>
                <w:bCs/>
                <w:sz w:val="24"/>
                <w:szCs w:val="24"/>
                <w:lang w:val="en-US"/>
              </w:rPr>
              <w:t>Name</w:t>
            </w:r>
          </w:p>
        </w:tc>
        <w:tc>
          <w:tcPr>
            <w:tcW w:w="1702" w:type="dxa"/>
            <w:gridSpan w:val="2"/>
          </w:tcPr>
          <w:p w14:paraId="7D9BE77E" w14:textId="77777777" w:rsidR="00226B14" w:rsidRDefault="00226B14" w:rsidP="00A743B7">
            <w:pPr>
              <w:rPr>
                <w:rFonts w:ascii="Times New Roman" w:hAnsi="Times New Roman" w:cs="Times New Roman"/>
                <w:b/>
                <w:bCs/>
                <w:sz w:val="24"/>
                <w:szCs w:val="24"/>
                <w:lang w:val="en-US"/>
              </w:rPr>
            </w:pPr>
            <w:r>
              <w:rPr>
                <w:rFonts w:ascii="Times New Roman" w:hAnsi="Times New Roman" w:cs="Times New Roman"/>
                <w:b/>
                <w:bCs/>
                <w:sz w:val="24"/>
                <w:szCs w:val="24"/>
                <w:lang w:val="en-US"/>
              </w:rPr>
              <w:t>Title</w:t>
            </w:r>
          </w:p>
        </w:tc>
        <w:tc>
          <w:tcPr>
            <w:tcW w:w="1527" w:type="dxa"/>
          </w:tcPr>
          <w:p w14:paraId="610CC7F4" w14:textId="77777777" w:rsidR="00226B14" w:rsidRDefault="00226B14" w:rsidP="00A743B7">
            <w:pPr>
              <w:rPr>
                <w:rFonts w:ascii="Times New Roman" w:hAnsi="Times New Roman" w:cs="Times New Roman"/>
                <w:b/>
                <w:bCs/>
                <w:sz w:val="24"/>
                <w:szCs w:val="24"/>
                <w:lang w:val="en-US"/>
              </w:rPr>
            </w:pPr>
            <w:r>
              <w:rPr>
                <w:rFonts w:ascii="Times New Roman" w:hAnsi="Times New Roman" w:cs="Times New Roman"/>
                <w:b/>
                <w:bCs/>
                <w:sz w:val="24"/>
                <w:szCs w:val="24"/>
                <w:lang w:val="en-US"/>
              </w:rPr>
              <w:t>Address</w:t>
            </w:r>
          </w:p>
        </w:tc>
        <w:tc>
          <w:tcPr>
            <w:tcW w:w="1207" w:type="dxa"/>
          </w:tcPr>
          <w:p w14:paraId="425FCD28" w14:textId="77777777" w:rsidR="00226B14" w:rsidRDefault="00226B14" w:rsidP="00A743B7">
            <w:pPr>
              <w:rPr>
                <w:rFonts w:ascii="Times New Roman" w:hAnsi="Times New Roman" w:cs="Times New Roman"/>
                <w:b/>
                <w:bCs/>
                <w:sz w:val="24"/>
                <w:szCs w:val="24"/>
                <w:lang w:val="en-US"/>
              </w:rPr>
            </w:pPr>
            <w:r>
              <w:rPr>
                <w:rFonts w:ascii="Times New Roman" w:hAnsi="Times New Roman" w:cs="Times New Roman"/>
                <w:b/>
                <w:bCs/>
                <w:sz w:val="24"/>
                <w:szCs w:val="24"/>
                <w:lang w:val="en-US"/>
              </w:rPr>
              <w:t>Mentor</w:t>
            </w:r>
          </w:p>
        </w:tc>
        <w:tc>
          <w:tcPr>
            <w:tcW w:w="1293" w:type="dxa"/>
            <w:gridSpan w:val="2"/>
          </w:tcPr>
          <w:p w14:paraId="704E587C" w14:textId="77777777" w:rsidR="00226B14" w:rsidRDefault="00226B14" w:rsidP="00A743B7">
            <w:pPr>
              <w:rPr>
                <w:rFonts w:ascii="Times New Roman" w:hAnsi="Times New Roman" w:cs="Times New Roman"/>
                <w:b/>
                <w:bCs/>
                <w:sz w:val="24"/>
                <w:szCs w:val="24"/>
                <w:lang w:val="en-US"/>
              </w:rPr>
            </w:pPr>
            <w:r>
              <w:rPr>
                <w:rFonts w:ascii="Times New Roman" w:hAnsi="Times New Roman" w:cs="Times New Roman"/>
                <w:b/>
                <w:bCs/>
                <w:sz w:val="24"/>
                <w:szCs w:val="24"/>
                <w:lang w:val="en-US"/>
              </w:rPr>
              <w:t>Signature</w:t>
            </w:r>
          </w:p>
        </w:tc>
      </w:tr>
      <w:tr w:rsidR="00226B14" w:rsidRPr="00DD410E" w14:paraId="5C33EF67" w14:textId="77777777" w:rsidTr="00A743B7">
        <w:trPr>
          <w:trHeight w:val="987"/>
        </w:trPr>
        <w:tc>
          <w:tcPr>
            <w:tcW w:w="740" w:type="dxa"/>
          </w:tcPr>
          <w:p w14:paraId="5267DF27"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w:t>
            </w:r>
          </w:p>
        </w:tc>
        <w:tc>
          <w:tcPr>
            <w:tcW w:w="1768" w:type="dxa"/>
            <w:gridSpan w:val="2"/>
          </w:tcPr>
          <w:p w14:paraId="75E8AD96"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111723039001</w:t>
            </w:r>
          </w:p>
          <w:p w14:paraId="7A584C33"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111723039009</w:t>
            </w:r>
          </w:p>
          <w:p w14:paraId="28703258" w14:textId="77777777" w:rsidR="00226B14" w:rsidRPr="00DD410E" w:rsidRDefault="00226B14" w:rsidP="00A743B7">
            <w:pPr>
              <w:rPr>
                <w:rFonts w:ascii="Times New Roman" w:hAnsi="Times New Roman" w:cs="Times New Roman"/>
                <w:sz w:val="24"/>
                <w:szCs w:val="24"/>
                <w:lang w:val="en-US"/>
              </w:rPr>
            </w:pPr>
          </w:p>
        </w:tc>
        <w:tc>
          <w:tcPr>
            <w:tcW w:w="1256" w:type="dxa"/>
          </w:tcPr>
          <w:p w14:paraId="73483082"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A Sowmya</w:t>
            </w:r>
          </w:p>
          <w:p w14:paraId="3379E390"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 xml:space="preserve">L </w:t>
            </w:r>
            <w:proofErr w:type="spellStart"/>
            <w:r w:rsidRPr="00DD410E">
              <w:rPr>
                <w:rFonts w:ascii="Times New Roman" w:hAnsi="Times New Roman" w:cs="Times New Roman"/>
                <w:sz w:val="24"/>
                <w:szCs w:val="24"/>
                <w:lang w:val="en-US"/>
              </w:rPr>
              <w:t>RajaRani</w:t>
            </w:r>
            <w:proofErr w:type="spellEnd"/>
          </w:p>
        </w:tc>
        <w:tc>
          <w:tcPr>
            <w:tcW w:w="1702" w:type="dxa"/>
            <w:gridSpan w:val="2"/>
            <w:vAlign w:val="bottom"/>
          </w:tcPr>
          <w:p w14:paraId="661BDA5C" w14:textId="77777777" w:rsidR="00226B14" w:rsidRPr="00DD410E" w:rsidRDefault="00226B14" w:rsidP="00A743B7">
            <w:pPr>
              <w:rPr>
                <w:rFonts w:ascii="Times New Roman" w:hAnsi="Times New Roman" w:cs="Times New Roman"/>
                <w:sz w:val="24"/>
                <w:szCs w:val="24"/>
                <w:lang w:val="en-US"/>
              </w:rPr>
            </w:pPr>
            <w:r>
              <w:rPr>
                <w:rFonts w:ascii="Aptos Narrow" w:hAnsi="Aptos Narrow"/>
                <w:color w:val="000000"/>
              </w:rPr>
              <w:t>Echo secure</w:t>
            </w:r>
          </w:p>
        </w:tc>
        <w:tc>
          <w:tcPr>
            <w:tcW w:w="1527" w:type="dxa"/>
          </w:tcPr>
          <w:p w14:paraId="5594ED76"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07" w:type="dxa"/>
            <w:vAlign w:val="bottom"/>
          </w:tcPr>
          <w:p w14:paraId="4D66B33D"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S.Lakshmi</w:t>
            </w:r>
            <w:proofErr w:type="spellEnd"/>
            <w:proofErr w:type="gramEnd"/>
          </w:p>
        </w:tc>
        <w:tc>
          <w:tcPr>
            <w:tcW w:w="1293" w:type="dxa"/>
            <w:gridSpan w:val="2"/>
            <w:vAlign w:val="bottom"/>
          </w:tcPr>
          <w:p w14:paraId="77F71029" w14:textId="77777777" w:rsidR="00226B14" w:rsidRPr="00DD410E" w:rsidRDefault="00226B14" w:rsidP="00A743B7">
            <w:pPr>
              <w:rPr>
                <w:rFonts w:ascii="Times New Roman" w:hAnsi="Times New Roman" w:cs="Times New Roman"/>
                <w:sz w:val="24"/>
                <w:szCs w:val="24"/>
                <w:lang w:val="en-US"/>
              </w:rPr>
            </w:pPr>
          </w:p>
        </w:tc>
      </w:tr>
      <w:tr w:rsidR="00226B14" w:rsidRPr="00DD410E" w14:paraId="660EED19" w14:textId="77777777" w:rsidTr="00A743B7">
        <w:trPr>
          <w:trHeight w:val="987"/>
        </w:trPr>
        <w:tc>
          <w:tcPr>
            <w:tcW w:w="740" w:type="dxa"/>
          </w:tcPr>
          <w:p w14:paraId="4F741BA8"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lastRenderedPageBreak/>
              <w:t>2</w:t>
            </w:r>
          </w:p>
        </w:tc>
        <w:tc>
          <w:tcPr>
            <w:tcW w:w="1768" w:type="dxa"/>
            <w:gridSpan w:val="2"/>
          </w:tcPr>
          <w:p w14:paraId="3455E2AF"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111723039002</w:t>
            </w:r>
          </w:p>
          <w:p w14:paraId="5DE62791"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111723039031</w:t>
            </w:r>
          </w:p>
        </w:tc>
        <w:tc>
          <w:tcPr>
            <w:tcW w:w="1256" w:type="dxa"/>
          </w:tcPr>
          <w:p w14:paraId="6188D744"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B Yamini</w:t>
            </w:r>
          </w:p>
          <w:p w14:paraId="59B733A1"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 xml:space="preserve">k </w:t>
            </w:r>
            <w:proofErr w:type="spellStart"/>
            <w:r w:rsidRPr="00DD410E">
              <w:rPr>
                <w:rFonts w:ascii="Times New Roman" w:hAnsi="Times New Roman" w:cs="Times New Roman"/>
                <w:sz w:val="24"/>
                <w:szCs w:val="24"/>
                <w:lang w:val="en-US"/>
              </w:rPr>
              <w:t>sampath</w:t>
            </w:r>
            <w:proofErr w:type="spellEnd"/>
            <w:r w:rsidRPr="00DD410E">
              <w:rPr>
                <w:rFonts w:ascii="Times New Roman" w:hAnsi="Times New Roman" w:cs="Times New Roman"/>
                <w:sz w:val="24"/>
                <w:szCs w:val="24"/>
                <w:lang w:val="en-US"/>
              </w:rPr>
              <w:t xml:space="preserve"> </w:t>
            </w:r>
          </w:p>
        </w:tc>
        <w:tc>
          <w:tcPr>
            <w:tcW w:w="1702" w:type="dxa"/>
            <w:gridSpan w:val="2"/>
            <w:vAlign w:val="bottom"/>
          </w:tcPr>
          <w:p w14:paraId="64447EDA" w14:textId="77777777" w:rsidR="00226B14" w:rsidRPr="00DD410E" w:rsidRDefault="00226B14" w:rsidP="00A743B7">
            <w:pPr>
              <w:rPr>
                <w:rFonts w:ascii="Times New Roman" w:hAnsi="Times New Roman" w:cs="Times New Roman"/>
                <w:sz w:val="24"/>
                <w:szCs w:val="24"/>
                <w:lang w:val="en-US"/>
              </w:rPr>
            </w:pPr>
            <w:proofErr w:type="spellStart"/>
            <w:r w:rsidRPr="00DD410E">
              <w:rPr>
                <w:rFonts w:ascii="Aptos Narrow" w:hAnsi="Aptos Narrow"/>
                <w:color w:val="000000"/>
              </w:rPr>
              <w:t>stegnography</w:t>
            </w:r>
            <w:proofErr w:type="spellEnd"/>
            <w:r w:rsidRPr="00DD410E">
              <w:rPr>
                <w:rFonts w:ascii="Aptos Narrow" w:hAnsi="Aptos Narrow"/>
                <w:color w:val="000000"/>
              </w:rPr>
              <w:t xml:space="preserve"> using captcha </w:t>
            </w:r>
          </w:p>
        </w:tc>
        <w:tc>
          <w:tcPr>
            <w:tcW w:w="1527" w:type="dxa"/>
          </w:tcPr>
          <w:p w14:paraId="32C36975"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07" w:type="dxa"/>
            <w:vAlign w:val="bottom"/>
          </w:tcPr>
          <w:p w14:paraId="0DB17570"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N.Manisha</w:t>
            </w:r>
            <w:proofErr w:type="spellEnd"/>
            <w:proofErr w:type="gramEnd"/>
          </w:p>
        </w:tc>
        <w:tc>
          <w:tcPr>
            <w:tcW w:w="1293" w:type="dxa"/>
            <w:gridSpan w:val="2"/>
            <w:vAlign w:val="bottom"/>
          </w:tcPr>
          <w:p w14:paraId="6BF30B8C" w14:textId="77777777" w:rsidR="00226B14" w:rsidRPr="00DD410E" w:rsidRDefault="00226B14" w:rsidP="00A743B7">
            <w:pPr>
              <w:rPr>
                <w:rFonts w:ascii="Times New Roman" w:hAnsi="Times New Roman" w:cs="Times New Roman"/>
                <w:sz w:val="24"/>
                <w:szCs w:val="24"/>
                <w:lang w:val="en-US"/>
              </w:rPr>
            </w:pPr>
          </w:p>
        </w:tc>
      </w:tr>
      <w:tr w:rsidR="00226B14" w:rsidRPr="00DD410E" w14:paraId="2A421EB2" w14:textId="77777777" w:rsidTr="00A743B7">
        <w:trPr>
          <w:trHeight w:val="987"/>
        </w:trPr>
        <w:tc>
          <w:tcPr>
            <w:tcW w:w="740" w:type="dxa"/>
          </w:tcPr>
          <w:p w14:paraId="65AAC001"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3</w:t>
            </w:r>
          </w:p>
        </w:tc>
        <w:tc>
          <w:tcPr>
            <w:tcW w:w="1768" w:type="dxa"/>
            <w:gridSpan w:val="2"/>
          </w:tcPr>
          <w:p w14:paraId="6294E417"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111723039003</w:t>
            </w:r>
          </w:p>
          <w:p w14:paraId="04FF3E9F"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111723039004</w:t>
            </w:r>
          </w:p>
        </w:tc>
        <w:tc>
          <w:tcPr>
            <w:tcW w:w="1256" w:type="dxa"/>
          </w:tcPr>
          <w:p w14:paraId="4F11FB54"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Bhavya</w:t>
            </w:r>
          </w:p>
          <w:p w14:paraId="7FE3ADBD"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B Rishika</w:t>
            </w:r>
          </w:p>
        </w:tc>
        <w:tc>
          <w:tcPr>
            <w:tcW w:w="1702" w:type="dxa"/>
            <w:gridSpan w:val="2"/>
            <w:vAlign w:val="bottom"/>
          </w:tcPr>
          <w:p w14:paraId="5C8D1EE6" w14:textId="77777777" w:rsidR="00226B14" w:rsidRPr="00DD410E" w:rsidRDefault="00226B14" w:rsidP="00A743B7">
            <w:pPr>
              <w:rPr>
                <w:rFonts w:ascii="Times New Roman" w:hAnsi="Times New Roman" w:cs="Times New Roman"/>
                <w:sz w:val="24"/>
                <w:szCs w:val="24"/>
                <w:lang w:val="en-US"/>
              </w:rPr>
            </w:pPr>
            <w:r>
              <w:rPr>
                <w:rFonts w:ascii="Times New Roman" w:hAnsi="Times New Roman" w:cs="Times New Roman"/>
                <w:sz w:val="24"/>
                <w:szCs w:val="24"/>
                <w:lang w:val="en-US"/>
              </w:rPr>
              <w:t>Health Connect</w:t>
            </w:r>
          </w:p>
        </w:tc>
        <w:tc>
          <w:tcPr>
            <w:tcW w:w="1527" w:type="dxa"/>
          </w:tcPr>
          <w:p w14:paraId="2CE7457B"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07" w:type="dxa"/>
            <w:vAlign w:val="bottom"/>
          </w:tcPr>
          <w:p w14:paraId="3F61570D" w14:textId="77777777" w:rsidR="00226B14" w:rsidRPr="00DD410E" w:rsidRDefault="00226B14" w:rsidP="00A743B7">
            <w:pPr>
              <w:rPr>
                <w:rFonts w:ascii="Times New Roman" w:hAnsi="Times New Roman" w:cs="Times New Roman"/>
                <w:sz w:val="24"/>
                <w:szCs w:val="24"/>
                <w:lang w:val="en-US"/>
              </w:rPr>
            </w:pPr>
            <w:proofErr w:type="spellStart"/>
            <w:r w:rsidRPr="00DD410E">
              <w:rPr>
                <w:rFonts w:ascii="Aptos Narrow" w:hAnsi="Aptos Narrow"/>
                <w:color w:val="000000"/>
              </w:rPr>
              <w:t>M.Supriya</w:t>
            </w:r>
            <w:proofErr w:type="spellEnd"/>
          </w:p>
        </w:tc>
        <w:tc>
          <w:tcPr>
            <w:tcW w:w="1293" w:type="dxa"/>
            <w:gridSpan w:val="2"/>
            <w:vAlign w:val="bottom"/>
          </w:tcPr>
          <w:p w14:paraId="14555F9F" w14:textId="77777777" w:rsidR="00226B14" w:rsidRPr="00DD410E" w:rsidRDefault="00226B14" w:rsidP="00A743B7">
            <w:pPr>
              <w:rPr>
                <w:rFonts w:ascii="Times New Roman" w:hAnsi="Times New Roman" w:cs="Times New Roman"/>
                <w:sz w:val="24"/>
                <w:szCs w:val="24"/>
                <w:lang w:val="en-US"/>
              </w:rPr>
            </w:pPr>
          </w:p>
        </w:tc>
      </w:tr>
      <w:tr w:rsidR="00226B14" w:rsidRPr="00DD410E" w14:paraId="77359A3F" w14:textId="77777777" w:rsidTr="00A743B7">
        <w:trPr>
          <w:trHeight w:val="987"/>
        </w:trPr>
        <w:tc>
          <w:tcPr>
            <w:tcW w:w="740" w:type="dxa"/>
          </w:tcPr>
          <w:p w14:paraId="45A05487"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4</w:t>
            </w:r>
          </w:p>
        </w:tc>
        <w:tc>
          <w:tcPr>
            <w:tcW w:w="1768" w:type="dxa"/>
            <w:gridSpan w:val="2"/>
          </w:tcPr>
          <w:p w14:paraId="32D78BEC"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111723039005</w:t>
            </w:r>
          </w:p>
          <w:p w14:paraId="121F9E26" w14:textId="77777777" w:rsidR="00226B14" w:rsidRPr="00DD410E" w:rsidRDefault="00226B14" w:rsidP="00A743B7">
            <w:pPr>
              <w:rPr>
                <w:rFonts w:ascii="Times New Roman" w:hAnsi="Times New Roman" w:cs="Times New Roman"/>
                <w:sz w:val="24"/>
                <w:szCs w:val="24"/>
                <w:lang w:val="en-US"/>
              </w:rPr>
            </w:pPr>
          </w:p>
        </w:tc>
        <w:tc>
          <w:tcPr>
            <w:tcW w:w="1256" w:type="dxa"/>
          </w:tcPr>
          <w:p w14:paraId="6202E13C"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Alice Saloni</w:t>
            </w:r>
          </w:p>
        </w:tc>
        <w:tc>
          <w:tcPr>
            <w:tcW w:w="1702" w:type="dxa"/>
            <w:gridSpan w:val="2"/>
            <w:vAlign w:val="bottom"/>
          </w:tcPr>
          <w:p w14:paraId="238794F0"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 xml:space="preserve">Web </w:t>
            </w:r>
            <w:proofErr w:type="gramStart"/>
            <w:r w:rsidRPr="00DD410E">
              <w:rPr>
                <w:rFonts w:ascii="Aptos Narrow" w:hAnsi="Aptos Narrow"/>
                <w:color w:val="000000"/>
              </w:rPr>
              <w:t>application based</w:t>
            </w:r>
            <w:proofErr w:type="gramEnd"/>
            <w:r w:rsidRPr="00DD410E">
              <w:rPr>
                <w:rFonts w:ascii="Aptos Narrow" w:hAnsi="Aptos Narrow"/>
                <w:color w:val="000000"/>
              </w:rPr>
              <w:t xml:space="preserve"> honeypot</w:t>
            </w:r>
          </w:p>
        </w:tc>
        <w:tc>
          <w:tcPr>
            <w:tcW w:w="1527" w:type="dxa"/>
          </w:tcPr>
          <w:p w14:paraId="2369825F"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07" w:type="dxa"/>
            <w:vAlign w:val="bottom"/>
          </w:tcPr>
          <w:p w14:paraId="21BB3F6B"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S.Kavitha</w:t>
            </w:r>
            <w:proofErr w:type="spellEnd"/>
            <w:proofErr w:type="gramEnd"/>
          </w:p>
        </w:tc>
        <w:tc>
          <w:tcPr>
            <w:tcW w:w="1293" w:type="dxa"/>
            <w:gridSpan w:val="2"/>
            <w:vAlign w:val="bottom"/>
          </w:tcPr>
          <w:p w14:paraId="277CBB99" w14:textId="77777777" w:rsidR="00226B14" w:rsidRPr="00DD410E" w:rsidRDefault="00226B14" w:rsidP="00A743B7">
            <w:pPr>
              <w:rPr>
                <w:rFonts w:ascii="Times New Roman" w:hAnsi="Times New Roman" w:cs="Times New Roman"/>
                <w:sz w:val="24"/>
                <w:szCs w:val="24"/>
                <w:lang w:val="en-US"/>
              </w:rPr>
            </w:pPr>
          </w:p>
        </w:tc>
      </w:tr>
      <w:tr w:rsidR="00226B14" w:rsidRPr="00DD410E" w14:paraId="1CC39E9F" w14:textId="77777777" w:rsidTr="00A743B7">
        <w:trPr>
          <w:trHeight w:val="838"/>
        </w:trPr>
        <w:tc>
          <w:tcPr>
            <w:tcW w:w="740" w:type="dxa"/>
          </w:tcPr>
          <w:p w14:paraId="5E6B4F88"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5</w:t>
            </w:r>
          </w:p>
        </w:tc>
        <w:tc>
          <w:tcPr>
            <w:tcW w:w="1768" w:type="dxa"/>
            <w:gridSpan w:val="2"/>
          </w:tcPr>
          <w:p w14:paraId="55D6FCEE"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111723039006</w:t>
            </w:r>
          </w:p>
          <w:p w14:paraId="33B21F36"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111723039010</w:t>
            </w:r>
          </w:p>
        </w:tc>
        <w:tc>
          <w:tcPr>
            <w:tcW w:w="1256" w:type="dxa"/>
          </w:tcPr>
          <w:p w14:paraId="536431E8"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D Jhansi</w:t>
            </w:r>
          </w:p>
          <w:p w14:paraId="45DB8293"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Raziya Bhanu</w:t>
            </w:r>
          </w:p>
          <w:p w14:paraId="112D0D75" w14:textId="77777777" w:rsidR="00226B14" w:rsidRPr="00DD410E" w:rsidRDefault="00226B14" w:rsidP="00A743B7">
            <w:pPr>
              <w:rPr>
                <w:rFonts w:ascii="Times New Roman" w:hAnsi="Times New Roman" w:cs="Times New Roman"/>
                <w:sz w:val="24"/>
                <w:szCs w:val="24"/>
                <w:lang w:val="en-US"/>
              </w:rPr>
            </w:pPr>
          </w:p>
        </w:tc>
        <w:tc>
          <w:tcPr>
            <w:tcW w:w="1702" w:type="dxa"/>
            <w:gridSpan w:val="2"/>
            <w:vAlign w:val="bottom"/>
          </w:tcPr>
          <w:p w14:paraId="086A02FF" w14:textId="77777777" w:rsidR="00226B14" w:rsidRPr="00DD410E" w:rsidRDefault="00226B14" w:rsidP="00A743B7">
            <w:pPr>
              <w:rPr>
                <w:rFonts w:ascii="Times New Roman" w:hAnsi="Times New Roman" w:cs="Times New Roman"/>
                <w:sz w:val="24"/>
                <w:szCs w:val="24"/>
                <w:lang w:val="en-US"/>
              </w:rPr>
            </w:pPr>
            <w:proofErr w:type="spellStart"/>
            <w:r w:rsidRPr="00DD410E">
              <w:rPr>
                <w:rFonts w:ascii="Aptos Narrow" w:hAnsi="Aptos Narrow"/>
                <w:color w:val="000000"/>
              </w:rPr>
              <w:t>Penteration</w:t>
            </w:r>
            <w:proofErr w:type="spellEnd"/>
            <w:r w:rsidRPr="00DD410E">
              <w:rPr>
                <w:rFonts w:ascii="Aptos Narrow" w:hAnsi="Aptos Narrow"/>
                <w:color w:val="000000"/>
              </w:rPr>
              <w:t xml:space="preserve"> testing </w:t>
            </w:r>
          </w:p>
        </w:tc>
        <w:tc>
          <w:tcPr>
            <w:tcW w:w="1527" w:type="dxa"/>
          </w:tcPr>
          <w:p w14:paraId="66019AAB"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07" w:type="dxa"/>
            <w:vAlign w:val="bottom"/>
          </w:tcPr>
          <w:p w14:paraId="66978E80"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S.Lakshmi</w:t>
            </w:r>
            <w:proofErr w:type="spellEnd"/>
            <w:proofErr w:type="gramEnd"/>
          </w:p>
        </w:tc>
        <w:tc>
          <w:tcPr>
            <w:tcW w:w="1293" w:type="dxa"/>
            <w:gridSpan w:val="2"/>
            <w:vAlign w:val="bottom"/>
          </w:tcPr>
          <w:p w14:paraId="5F42B26B" w14:textId="77777777" w:rsidR="00226B14" w:rsidRPr="00DD410E" w:rsidRDefault="00226B14" w:rsidP="00A743B7">
            <w:pPr>
              <w:rPr>
                <w:rFonts w:ascii="Times New Roman" w:hAnsi="Times New Roman" w:cs="Times New Roman"/>
                <w:sz w:val="24"/>
                <w:szCs w:val="24"/>
                <w:lang w:val="en-US"/>
              </w:rPr>
            </w:pPr>
          </w:p>
        </w:tc>
      </w:tr>
      <w:tr w:rsidR="00226B14" w:rsidRPr="00DD410E" w14:paraId="0D09B353" w14:textId="77777777" w:rsidTr="00A743B7">
        <w:tc>
          <w:tcPr>
            <w:tcW w:w="740" w:type="dxa"/>
          </w:tcPr>
          <w:p w14:paraId="17A8F4E2"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6</w:t>
            </w:r>
          </w:p>
        </w:tc>
        <w:tc>
          <w:tcPr>
            <w:tcW w:w="1751" w:type="dxa"/>
          </w:tcPr>
          <w:p w14:paraId="47C741A4"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111723039007</w:t>
            </w:r>
          </w:p>
          <w:p w14:paraId="422E0B9E"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111723039012</w:t>
            </w:r>
          </w:p>
        </w:tc>
        <w:tc>
          <w:tcPr>
            <w:tcW w:w="1273" w:type="dxa"/>
            <w:gridSpan w:val="2"/>
          </w:tcPr>
          <w:p w14:paraId="7B807A78"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G Akshitha</w:t>
            </w:r>
          </w:p>
          <w:p w14:paraId="0AE75824"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R Sudhiksha</w:t>
            </w:r>
          </w:p>
        </w:tc>
        <w:tc>
          <w:tcPr>
            <w:tcW w:w="1667" w:type="dxa"/>
            <w:vAlign w:val="bottom"/>
          </w:tcPr>
          <w:p w14:paraId="682D0B02"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E attendance tracker</w:t>
            </w:r>
          </w:p>
        </w:tc>
        <w:tc>
          <w:tcPr>
            <w:tcW w:w="1562" w:type="dxa"/>
            <w:gridSpan w:val="2"/>
          </w:tcPr>
          <w:p w14:paraId="230C32D4"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vAlign w:val="bottom"/>
          </w:tcPr>
          <w:p w14:paraId="2606C675"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N.Manisha</w:t>
            </w:r>
            <w:proofErr w:type="spellEnd"/>
            <w:proofErr w:type="gramEnd"/>
          </w:p>
        </w:tc>
        <w:tc>
          <w:tcPr>
            <w:tcW w:w="1260" w:type="dxa"/>
            <w:vAlign w:val="bottom"/>
          </w:tcPr>
          <w:p w14:paraId="6CF84F5E" w14:textId="77777777" w:rsidR="00226B14" w:rsidRPr="00DD410E" w:rsidRDefault="00226B14" w:rsidP="00A743B7">
            <w:pPr>
              <w:rPr>
                <w:rFonts w:ascii="Times New Roman" w:hAnsi="Times New Roman" w:cs="Times New Roman"/>
                <w:sz w:val="24"/>
                <w:szCs w:val="24"/>
                <w:lang w:val="en-US"/>
              </w:rPr>
            </w:pPr>
          </w:p>
        </w:tc>
      </w:tr>
      <w:tr w:rsidR="00226B14" w:rsidRPr="00DD410E" w14:paraId="5C937116" w14:textId="77777777" w:rsidTr="00A743B7">
        <w:tc>
          <w:tcPr>
            <w:tcW w:w="740" w:type="dxa"/>
            <w:vAlign w:val="bottom"/>
          </w:tcPr>
          <w:p w14:paraId="48313977"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7</w:t>
            </w:r>
          </w:p>
        </w:tc>
        <w:tc>
          <w:tcPr>
            <w:tcW w:w="1751" w:type="dxa"/>
          </w:tcPr>
          <w:p w14:paraId="23765A8E"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111723039008</w:t>
            </w:r>
          </w:p>
          <w:p w14:paraId="0E7CC8A3"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111723039014</w:t>
            </w:r>
          </w:p>
          <w:p w14:paraId="6429E0E4" w14:textId="77777777" w:rsidR="00226B14" w:rsidRPr="00DD410E" w:rsidRDefault="00226B14" w:rsidP="00A743B7">
            <w:pPr>
              <w:rPr>
                <w:rFonts w:ascii="Times New Roman" w:hAnsi="Times New Roman" w:cs="Times New Roman"/>
                <w:sz w:val="24"/>
                <w:szCs w:val="24"/>
                <w:lang w:val="en-US"/>
              </w:rPr>
            </w:pPr>
          </w:p>
        </w:tc>
        <w:tc>
          <w:tcPr>
            <w:tcW w:w="1273" w:type="dxa"/>
            <w:gridSpan w:val="2"/>
          </w:tcPr>
          <w:p w14:paraId="35A57634"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K Mounica</w:t>
            </w:r>
          </w:p>
          <w:p w14:paraId="27B46788"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A Lasya Reddy</w:t>
            </w:r>
          </w:p>
        </w:tc>
        <w:tc>
          <w:tcPr>
            <w:tcW w:w="1667" w:type="dxa"/>
            <w:vAlign w:val="bottom"/>
          </w:tcPr>
          <w:p w14:paraId="4EF4A08D"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Android lock screen bypass</w:t>
            </w:r>
          </w:p>
        </w:tc>
        <w:tc>
          <w:tcPr>
            <w:tcW w:w="1562" w:type="dxa"/>
            <w:gridSpan w:val="2"/>
          </w:tcPr>
          <w:p w14:paraId="19C01A64"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vAlign w:val="bottom"/>
          </w:tcPr>
          <w:p w14:paraId="79C127A5" w14:textId="77777777" w:rsidR="00226B14" w:rsidRPr="00DD410E" w:rsidRDefault="00226B14" w:rsidP="00A743B7">
            <w:pPr>
              <w:rPr>
                <w:rFonts w:ascii="Times New Roman" w:hAnsi="Times New Roman" w:cs="Times New Roman"/>
                <w:sz w:val="24"/>
                <w:szCs w:val="24"/>
                <w:lang w:val="en-US"/>
              </w:rPr>
            </w:pPr>
            <w:proofErr w:type="spellStart"/>
            <w:r w:rsidRPr="00DD410E">
              <w:rPr>
                <w:rFonts w:ascii="Aptos Narrow" w:hAnsi="Aptos Narrow"/>
                <w:color w:val="000000"/>
              </w:rPr>
              <w:t>M.Supriya</w:t>
            </w:r>
            <w:proofErr w:type="spellEnd"/>
          </w:p>
        </w:tc>
        <w:tc>
          <w:tcPr>
            <w:tcW w:w="1260" w:type="dxa"/>
            <w:vAlign w:val="bottom"/>
          </w:tcPr>
          <w:p w14:paraId="021AE36D" w14:textId="77777777" w:rsidR="00226B14" w:rsidRPr="00DD410E" w:rsidRDefault="00226B14" w:rsidP="00A743B7">
            <w:pPr>
              <w:rPr>
                <w:rFonts w:ascii="Times New Roman" w:hAnsi="Times New Roman" w:cs="Times New Roman"/>
                <w:sz w:val="24"/>
                <w:szCs w:val="24"/>
                <w:lang w:val="en-US"/>
              </w:rPr>
            </w:pPr>
          </w:p>
        </w:tc>
      </w:tr>
      <w:tr w:rsidR="00226B14" w:rsidRPr="00DD410E" w14:paraId="43A11677" w14:textId="77777777" w:rsidTr="00A743B7">
        <w:tc>
          <w:tcPr>
            <w:tcW w:w="740" w:type="dxa"/>
            <w:vAlign w:val="bottom"/>
          </w:tcPr>
          <w:p w14:paraId="1F664472"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8</w:t>
            </w:r>
          </w:p>
        </w:tc>
        <w:tc>
          <w:tcPr>
            <w:tcW w:w="1751" w:type="dxa"/>
          </w:tcPr>
          <w:p w14:paraId="315C7FAA"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111723039011</w:t>
            </w:r>
          </w:p>
          <w:p w14:paraId="449A63B7" w14:textId="77777777" w:rsidR="00226B14" w:rsidRPr="00DD410E" w:rsidRDefault="00226B14" w:rsidP="00A743B7">
            <w:pPr>
              <w:rPr>
                <w:rFonts w:ascii="Times New Roman" w:hAnsi="Times New Roman" w:cs="Times New Roman"/>
                <w:sz w:val="24"/>
                <w:szCs w:val="24"/>
                <w:lang w:val="en-US"/>
              </w:rPr>
            </w:pPr>
          </w:p>
        </w:tc>
        <w:tc>
          <w:tcPr>
            <w:tcW w:w="1273" w:type="dxa"/>
            <w:gridSpan w:val="2"/>
          </w:tcPr>
          <w:p w14:paraId="71F03DD7"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N Manasa</w:t>
            </w:r>
          </w:p>
        </w:tc>
        <w:tc>
          <w:tcPr>
            <w:tcW w:w="1667" w:type="dxa"/>
            <w:vAlign w:val="bottom"/>
          </w:tcPr>
          <w:p w14:paraId="2881638F" w14:textId="77777777" w:rsidR="00226B14" w:rsidRPr="00DD410E" w:rsidRDefault="00226B14" w:rsidP="00A743B7">
            <w:pPr>
              <w:rPr>
                <w:rFonts w:ascii="Times New Roman" w:hAnsi="Times New Roman" w:cs="Times New Roman"/>
                <w:sz w:val="24"/>
                <w:szCs w:val="24"/>
                <w:lang w:val="en-US"/>
              </w:rPr>
            </w:pPr>
            <w:r>
              <w:rPr>
                <w:rFonts w:ascii="Aptos Narrow" w:hAnsi="Aptos Narrow"/>
                <w:color w:val="000000"/>
              </w:rPr>
              <w:t>Graphical authentication Project</w:t>
            </w:r>
          </w:p>
        </w:tc>
        <w:tc>
          <w:tcPr>
            <w:tcW w:w="1562" w:type="dxa"/>
            <w:gridSpan w:val="2"/>
          </w:tcPr>
          <w:p w14:paraId="06D52192"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vAlign w:val="bottom"/>
          </w:tcPr>
          <w:p w14:paraId="39758F7E"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S.Kavitha</w:t>
            </w:r>
            <w:proofErr w:type="spellEnd"/>
            <w:proofErr w:type="gramEnd"/>
          </w:p>
        </w:tc>
        <w:tc>
          <w:tcPr>
            <w:tcW w:w="1260" w:type="dxa"/>
            <w:vAlign w:val="bottom"/>
          </w:tcPr>
          <w:p w14:paraId="6E0EAA1D" w14:textId="77777777" w:rsidR="00226B14" w:rsidRPr="00DD410E" w:rsidRDefault="00226B14" w:rsidP="00A743B7">
            <w:pPr>
              <w:rPr>
                <w:rFonts w:ascii="Times New Roman" w:hAnsi="Times New Roman" w:cs="Times New Roman"/>
                <w:sz w:val="24"/>
                <w:szCs w:val="24"/>
                <w:lang w:val="en-US"/>
              </w:rPr>
            </w:pPr>
          </w:p>
        </w:tc>
      </w:tr>
      <w:tr w:rsidR="00226B14" w:rsidRPr="00DD410E" w14:paraId="09AE311D" w14:textId="77777777" w:rsidTr="00A743B7">
        <w:tc>
          <w:tcPr>
            <w:tcW w:w="740" w:type="dxa"/>
            <w:vAlign w:val="bottom"/>
          </w:tcPr>
          <w:p w14:paraId="15E7BDDB"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9</w:t>
            </w:r>
          </w:p>
        </w:tc>
        <w:tc>
          <w:tcPr>
            <w:tcW w:w="1751" w:type="dxa"/>
          </w:tcPr>
          <w:p w14:paraId="766B403D"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111723039013</w:t>
            </w:r>
          </w:p>
          <w:p w14:paraId="0B8C6185"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111723039016</w:t>
            </w:r>
          </w:p>
        </w:tc>
        <w:tc>
          <w:tcPr>
            <w:tcW w:w="1273" w:type="dxa"/>
            <w:gridSpan w:val="2"/>
          </w:tcPr>
          <w:p w14:paraId="2385DA73"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Rubeena</w:t>
            </w:r>
          </w:p>
          <w:p w14:paraId="611A2AEB"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Taj Fatima</w:t>
            </w:r>
          </w:p>
        </w:tc>
        <w:tc>
          <w:tcPr>
            <w:tcW w:w="1667" w:type="dxa"/>
            <w:vAlign w:val="bottom"/>
          </w:tcPr>
          <w:p w14:paraId="43ED5B9A"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Fake login page detection system</w:t>
            </w:r>
          </w:p>
        </w:tc>
        <w:tc>
          <w:tcPr>
            <w:tcW w:w="1562" w:type="dxa"/>
            <w:gridSpan w:val="2"/>
          </w:tcPr>
          <w:p w14:paraId="03E001CF"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vAlign w:val="bottom"/>
          </w:tcPr>
          <w:p w14:paraId="43B21407"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S.Lakshmi</w:t>
            </w:r>
            <w:proofErr w:type="spellEnd"/>
            <w:proofErr w:type="gramEnd"/>
          </w:p>
        </w:tc>
        <w:tc>
          <w:tcPr>
            <w:tcW w:w="1260" w:type="dxa"/>
            <w:vAlign w:val="bottom"/>
          </w:tcPr>
          <w:p w14:paraId="21B7225E" w14:textId="77777777" w:rsidR="00226B14" w:rsidRPr="00DD410E" w:rsidRDefault="00226B14" w:rsidP="00A743B7">
            <w:pPr>
              <w:rPr>
                <w:rFonts w:ascii="Times New Roman" w:hAnsi="Times New Roman" w:cs="Times New Roman"/>
                <w:sz w:val="24"/>
                <w:szCs w:val="24"/>
                <w:lang w:val="en-US"/>
              </w:rPr>
            </w:pPr>
          </w:p>
        </w:tc>
      </w:tr>
      <w:tr w:rsidR="00226B14" w:rsidRPr="00DD410E" w14:paraId="030B097F" w14:textId="77777777" w:rsidTr="00A743B7">
        <w:tc>
          <w:tcPr>
            <w:tcW w:w="740" w:type="dxa"/>
            <w:vAlign w:val="bottom"/>
          </w:tcPr>
          <w:p w14:paraId="7A9EEB84"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10</w:t>
            </w:r>
          </w:p>
        </w:tc>
        <w:tc>
          <w:tcPr>
            <w:tcW w:w="1751" w:type="dxa"/>
          </w:tcPr>
          <w:p w14:paraId="3DBE19D2"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111723039017</w:t>
            </w:r>
          </w:p>
          <w:p w14:paraId="40F1524C"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111723039041</w:t>
            </w:r>
          </w:p>
        </w:tc>
        <w:tc>
          <w:tcPr>
            <w:tcW w:w="1273" w:type="dxa"/>
            <w:gridSpan w:val="2"/>
          </w:tcPr>
          <w:p w14:paraId="04EF129E"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Abraham Wallace</w:t>
            </w:r>
          </w:p>
          <w:p w14:paraId="62A9E52E"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Philip Paul</w:t>
            </w:r>
          </w:p>
        </w:tc>
        <w:tc>
          <w:tcPr>
            <w:tcW w:w="1667" w:type="dxa"/>
            <w:vAlign w:val="bottom"/>
          </w:tcPr>
          <w:p w14:paraId="2AC9EEE1"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simulating brute force attack</w:t>
            </w:r>
          </w:p>
        </w:tc>
        <w:tc>
          <w:tcPr>
            <w:tcW w:w="1562" w:type="dxa"/>
            <w:gridSpan w:val="2"/>
          </w:tcPr>
          <w:p w14:paraId="1FDDE710"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vAlign w:val="bottom"/>
          </w:tcPr>
          <w:p w14:paraId="1EF60291"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N.Manisha</w:t>
            </w:r>
            <w:proofErr w:type="spellEnd"/>
            <w:proofErr w:type="gramEnd"/>
          </w:p>
        </w:tc>
        <w:tc>
          <w:tcPr>
            <w:tcW w:w="1260" w:type="dxa"/>
            <w:vAlign w:val="bottom"/>
          </w:tcPr>
          <w:p w14:paraId="5ECD3F87" w14:textId="77777777" w:rsidR="00226B14" w:rsidRPr="00DD410E" w:rsidRDefault="00226B14" w:rsidP="00A743B7">
            <w:pPr>
              <w:rPr>
                <w:rFonts w:ascii="Times New Roman" w:hAnsi="Times New Roman" w:cs="Times New Roman"/>
                <w:sz w:val="24"/>
                <w:szCs w:val="24"/>
                <w:lang w:val="en-US"/>
              </w:rPr>
            </w:pPr>
          </w:p>
        </w:tc>
      </w:tr>
      <w:tr w:rsidR="00226B14" w:rsidRPr="00DD410E" w14:paraId="63320388" w14:textId="77777777" w:rsidTr="00A743B7">
        <w:tc>
          <w:tcPr>
            <w:tcW w:w="740" w:type="dxa"/>
            <w:vAlign w:val="bottom"/>
          </w:tcPr>
          <w:p w14:paraId="5977EC61"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11</w:t>
            </w:r>
          </w:p>
        </w:tc>
        <w:tc>
          <w:tcPr>
            <w:tcW w:w="1751" w:type="dxa"/>
          </w:tcPr>
          <w:p w14:paraId="68B43BA0"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111723039018</w:t>
            </w:r>
          </w:p>
          <w:p w14:paraId="656059AA"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111723039048</w:t>
            </w:r>
          </w:p>
          <w:p w14:paraId="3C5CC838" w14:textId="77777777" w:rsidR="00226B14" w:rsidRPr="00DD410E" w:rsidRDefault="00226B14" w:rsidP="00A743B7">
            <w:pPr>
              <w:rPr>
                <w:rFonts w:ascii="Times New Roman" w:hAnsi="Times New Roman" w:cs="Times New Roman"/>
                <w:sz w:val="24"/>
                <w:szCs w:val="24"/>
                <w:lang w:val="en-US"/>
              </w:rPr>
            </w:pPr>
          </w:p>
        </w:tc>
        <w:tc>
          <w:tcPr>
            <w:tcW w:w="1273" w:type="dxa"/>
            <w:gridSpan w:val="2"/>
          </w:tcPr>
          <w:p w14:paraId="4E79D0AE"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 xml:space="preserve">Aditya </w:t>
            </w:r>
            <w:proofErr w:type="spellStart"/>
            <w:r w:rsidRPr="00DD410E">
              <w:rPr>
                <w:rFonts w:ascii="Times New Roman" w:hAnsi="Times New Roman" w:cs="Times New Roman"/>
                <w:sz w:val="24"/>
                <w:szCs w:val="24"/>
                <w:lang w:val="en-US"/>
              </w:rPr>
              <w:t>singh</w:t>
            </w:r>
            <w:proofErr w:type="spellEnd"/>
          </w:p>
          <w:p w14:paraId="32476FDD" w14:textId="77777777" w:rsidR="00226B14" w:rsidRPr="00DD410E" w:rsidRDefault="00226B14" w:rsidP="00A743B7">
            <w:pPr>
              <w:rPr>
                <w:rFonts w:ascii="Times New Roman" w:hAnsi="Times New Roman" w:cs="Times New Roman"/>
                <w:sz w:val="24"/>
                <w:szCs w:val="24"/>
                <w:lang w:val="en-US"/>
              </w:rPr>
            </w:pPr>
          </w:p>
          <w:p w14:paraId="799B4427"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 xml:space="preserve">V </w:t>
            </w:r>
            <w:proofErr w:type="spellStart"/>
            <w:r w:rsidRPr="00DD410E">
              <w:rPr>
                <w:rFonts w:ascii="Times New Roman" w:hAnsi="Times New Roman" w:cs="Times New Roman"/>
                <w:sz w:val="24"/>
                <w:szCs w:val="24"/>
                <w:lang w:val="en-US"/>
              </w:rPr>
              <w:t>jason</w:t>
            </w:r>
            <w:proofErr w:type="spellEnd"/>
          </w:p>
        </w:tc>
        <w:tc>
          <w:tcPr>
            <w:tcW w:w="1667" w:type="dxa"/>
            <w:vAlign w:val="bottom"/>
          </w:tcPr>
          <w:p w14:paraId="54928853"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File integrity checker</w:t>
            </w:r>
          </w:p>
        </w:tc>
        <w:tc>
          <w:tcPr>
            <w:tcW w:w="1562" w:type="dxa"/>
            <w:gridSpan w:val="2"/>
          </w:tcPr>
          <w:p w14:paraId="1484B13F"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vAlign w:val="bottom"/>
          </w:tcPr>
          <w:p w14:paraId="4190703D" w14:textId="77777777" w:rsidR="00226B14" w:rsidRPr="00DD410E" w:rsidRDefault="00226B14" w:rsidP="00A743B7">
            <w:pPr>
              <w:rPr>
                <w:rFonts w:ascii="Times New Roman" w:hAnsi="Times New Roman" w:cs="Times New Roman"/>
                <w:sz w:val="24"/>
                <w:szCs w:val="24"/>
                <w:lang w:val="en-US"/>
              </w:rPr>
            </w:pPr>
            <w:proofErr w:type="spellStart"/>
            <w:r w:rsidRPr="00DD410E">
              <w:rPr>
                <w:rFonts w:ascii="Aptos Narrow" w:hAnsi="Aptos Narrow"/>
                <w:color w:val="000000"/>
              </w:rPr>
              <w:t>M.Supriya</w:t>
            </w:r>
            <w:proofErr w:type="spellEnd"/>
          </w:p>
        </w:tc>
        <w:tc>
          <w:tcPr>
            <w:tcW w:w="1260" w:type="dxa"/>
            <w:vAlign w:val="bottom"/>
          </w:tcPr>
          <w:p w14:paraId="5D2EB065" w14:textId="77777777" w:rsidR="00226B14" w:rsidRPr="00DD410E" w:rsidRDefault="00226B14" w:rsidP="00A743B7">
            <w:pPr>
              <w:rPr>
                <w:rFonts w:ascii="Times New Roman" w:hAnsi="Times New Roman" w:cs="Times New Roman"/>
                <w:sz w:val="24"/>
                <w:szCs w:val="24"/>
                <w:lang w:val="en-US"/>
              </w:rPr>
            </w:pPr>
          </w:p>
        </w:tc>
      </w:tr>
      <w:tr w:rsidR="00226B14" w:rsidRPr="00DD410E" w14:paraId="195733DD" w14:textId="77777777" w:rsidTr="00A743B7">
        <w:tc>
          <w:tcPr>
            <w:tcW w:w="740" w:type="dxa"/>
            <w:vAlign w:val="bottom"/>
          </w:tcPr>
          <w:p w14:paraId="10BE6761"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12</w:t>
            </w:r>
          </w:p>
        </w:tc>
        <w:tc>
          <w:tcPr>
            <w:tcW w:w="1751" w:type="dxa"/>
          </w:tcPr>
          <w:p w14:paraId="7390A816"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111723039019</w:t>
            </w:r>
          </w:p>
          <w:p w14:paraId="0F8D4882"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111723039027</w:t>
            </w:r>
          </w:p>
        </w:tc>
        <w:tc>
          <w:tcPr>
            <w:tcW w:w="1273" w:type="dxa"/>
            <w:gridSpan w:val="2"/>
          </w:tcPr>
          <w:p w14:paraId="3A236816"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Aryan Gupta</w:t>
            </w:r>
          </w:p>
          <w:p w14:paraId="7B5CEB0E"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Hamad Mahafooz</w:t>
            </w:r>
          </w:p>
        </w:tc>
        <w:tc>
          <w:tcPr>
            <w:tcW w:w="1667" w:type="dxa"/>
            <w:vAlign w:val="bottom"/>
          </w:tcPr>
          <w:p w14:paraId="36B27AD6"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secure p</w:t>
            </w:r>
            <w:r>
              <w:rPr>
                <w:rFonts w:ascii="Aptos Narrow" w:hAnsi="Aptos Narrow"/>
                <w:color w:val="000000"/>
              </w:rPr>
              <w:t>assword</w:t>
            </w:r>
            <w:r w:rsidRPr="00DD410E">
              <w:rPr>
                <w:rFonts w:ascii="Aptos Narrow" w:hAnsi="Aptos Narrow"/>
                <w:color w:val="000000"/>
              </w:rPr>
              <w:t xml:space="preserve"> manager</w:t>
            </w:r>
          </w:p>
        </w:tc>
        <w:tc>
          <w:tcPr>
            <w:tcW w:w="1562" w:type="dxa"/>
            <w:gridSpan w:val="2"/>
          </w:tcPr>
          <w:p w14:paraId="781F3C3B"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vAlign w:val="bottom"/>
          </w:tcPr>
          <w:p w14:paraId="61569120"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S.Kavitha</w:t>
            </w:r>
            <w:proofErr w:type="spellEnd"/>
            <w:proofErr w:type="gramEnd"/>
          </w:p>
        </w:tc>
        <w:tc>
          <w:tcPr>
            <w:tcW w:w="1260" w:type="dxa"/>
            <w:vAlign w:val="bottom"/>
          </w:tcPr>
          <w:p w14:paraId="510A75D4" w14:textId="77777777" w:rsidR="00226B14" w:rsidRPr="00DD410E" w:rsidRDefault="00226B14" w:rsidP="00A743B7">
            <w:pPr>
              <w:rPr>
                <w:rFonts w:ascii="Times New Roman" w:hAnsi="Times New Roman" w:cs="Times New Roman"/>
                <w:sz w:val="24"/>
                <w:szCs w:val="24"/>
                <w:lang w:val="en-US"/>
              </w:rPr>
            </w:pPr>
          </w:p>
        </w:tc>
      </w:tr>
      <w:tr w:rsidR="00226B14" w:rsidRPr="00DD410E" w14:paraId="4E32114D" w14:textId="77777777" w:rsidTr="00A743B7">
        <w:tc>
          <w:tcPr>
            <w:tcW w:w="740" w:type="dxa"/>
            <w:vAlign w:val="bottom"/>
          </w:tcPr>
          <w:p w14:paraId="416D63B3"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13</w:t>
            </w:r>
          </w:p>
        </w:tc>
        <w:tc>
          <w:tcPr>
            <w:tcW w:w="1751" w:type="dxa"/>
          </w:tcPr>
          <w:p w14:paraId="1C96AFA2"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111723039020</w:t>
            </w:r>
          </w:p>
          <w:p w14:paraId="5BDC9904"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111723039040</w:t>
            </w:r>
          </w:p>
        </w:tc>
        <w:tc>
          <w:tcPr>
            <w:tcW w:w="1273" w:type="dxa"/>
            <w:gridSpan w:val="2"/>
          </w:tcPr>
          <w:p w14:paraId="38E70D03"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B Vamshi</w:t>
            </w:r>
          </w:p>
          <w:p w14:paraId="12EB0EC6"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P Varshith</w:t>
            </w:r>
          </w:p>
        </w:tc>
        <w:tc>
          <w:tcPr>
            <w:tcW w:w="1667" w:type="dxa"/>
            <w:vAlign w:val="bottom"/>
          </w:tcPr>
          <w:p w14:paraId="5EA27DDF" w14:textId="77777777" w:rsidR="00226B14" w:rsidRPr="00DD410E" w:rsidRDefault="00226B14" w:rsidP="00A743B7">
            <w:pPr>
              <w:rPr>
                <w:rFonts w:ascii="Times New Roman" w:hAnsi="Times New Roman" w:cs="Times New Roman"/>
                <w:sz w:val="24"/>
                <w:szCs w:val="24"/>
                <w:lang w:val="en-US"/>
              </w:rPr>
            </w:pPr>
            <w:proofErr w:type="gramStart"/>
            <w:r w:rsidRPr="00DD410E">
              <w:rPr>
                <w:rFonts w:ascii="Aptos Narrow" w:hAnsi="Aptos Narrow"/>
                <w:color w:val="000000"/>
              </w:rPr>
              <w:t>One time</w:t>
            </w:r>
            <w:proofErr w:type="gramEnd"/>
            <w:r w:rsidRPr="00DD410E">
              <w:rPr>
                <w:rFonts w:ascii="Aptos Narrow" w:hAnsi="Aptos Narrow"/>
                <w:color w:val="000000"/>
              </w:rPr>
              <w:t xml:space="preserve"> secret link generator </w:t>
            </w:r>
          </w:p>
        </w:tc>
        <w:tc>
          <w:tcPr>
            <w:tcW w:w="1562" w:type="dxa"/>
            <w:gridSpan w:val="2"/>
          </w:tcPr>
          <w:p w14:paraId="1AC3B9D8"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vAlign w:val="bottom"/>
          </w:tcPr>
          <w:p w14:paraId="61BD412C"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S.Lakshmi</w:t>
            </w:r>
            <w:proofErr w:type="spellEnd"/>
            <w:proofErr w:type="gramEnd"/>
          </w:p>
        </w:tc>
        <w:tc>
          <w:tcPr>
            <w:tcW w:w="1260" w:type="dxa"/>
            <w:vAlign w:val="bottom"/>
          </w:tcPr>
          <w:p w14:paraId="347A2D8C" w14:textId="77777777" w:rsidR="00226B14" w:rsidRPr="00DD410E" w:rsidRDefault="00226B14" w:rsidP="00A743B7">
            <w:pPr>
              <w:rPr>
                <w:rFonts w:ascii="Times New Roman" w:hAnsi="Times New Roman" w:cs="Times New Roman"/>
                <w:sz w:val="24"/>
                <w:szCs w:val="24"/>
                <w:lang w:val="en-US"/>
              </w:rPr>
            </w:pPr>
          </w:p>
        </w:tc>
      </w:tr>
      <w:tr w:rsidR="00226B14" w:rsidRPr="00DD410E" w14:paraId="34FB86C6" w14:textId="77777777" w:rsidTr="00A743B7">
        <w:tc>
          <w:tcPr>
            <w:tcW w:w="740" w:type="dxa"/>
            <w:vAlign w:val="bottom"/>
          </w:tcPr>
          <w:p w14:paraId="71CE8EB6"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14</w:t>
            </w:r>
          </w:p>
        </w:tc>
        <w:tc>
          <w:tcPr>
            <w:tcW w:w="1751" w:type="dxa"/>
          </w:tcPr>
          <w:p w14:paraId="1C45D0DC"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111723039021</w:t>
            </w:r>
          </w:p>
          <w:p w14:paraId="3D6A3B66"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111723039023</w:t>
            </w:r>
          </w:p>
        </w:tc>
        <w:tc>
          <w:tcPr>
            <w:tcW w:w="1273" w:type="dxa"/>
            <w:gridSpan w:val="2"/>
          </w:tcPr>
          <w:p w14:paraId="2F7589BA"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B Rishikesh</w:t>
            </w:r>
          </w:p>
          <w:p w14:paraId="4B317DF6"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 xml:space="preserve">Clemence </w:t>
            </w:r>
          </w:p>
        </w:tc>
        <w:tc>
          <w:tcPr>
            <w:tcW w:w="1667" w:type="dxa"/>
            <w:vAlign w:val="bottom"/>
          </w:tcPr>
          <w:p w14:paraId="44BA1498"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 xml:space="preserve">Utilising deep learning approaches for text summarization </w:t>
            </w:r>
          </w:p>
        </w:tc>
        <w:tc>
          <w:tcPr>
            <w:tcW w:w="1562" w:type="dxa"/>
            <w:gridSpan w:val="2"/>
          </w:tcPr>
          <w:p w14:paraId="31B4D6F9"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vAlign w:val="bottom"/>
          </w:tcPr>
          <w:p w14:paraId="01A7DA70"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N.Manisha</w:t>
            </w:r>
            <w:proofErr w:type="spellEnd"/>
            <w:proofErr w:type="gramEnd"/>
          </w:p>
        </w:tc>
        <w:tc>
          <w:tcPr>
            <w:tcW w:w="1260" w:type="dxa"/>
            <w:vAlign w:val="bottom"/>
          </w:tcPr>
          <w:p w14:paraId="1F73B535" w14:textId="77777777" w:rsidR="00226B14" w:rsidRPr="00DD410E" w:rsidRDefault="00226B14" w:rsidP="00A743B7">
            <w:pPr>
              <w:rPr>
                <w:rFonts w:ascii="Times New Roman" w:hAnsi="Times New Roman" w:cs="Times New Roman"/>
                <w:sz w:val="24"/>
                <w:szCs w:val="24"/>
                <w:lang w:val="en-US"/>
              </w:rPr>
            </w:pPr>
          </w:p>
        </w:tc>
      </w:tr>
      <w:tr w:rsidR="00226B14" w:rsidRPr="00DD410E" w14:paraId="18685FE8" w14:textId="77777777" w:rsidTr="00A743B7">
        <w:tc>
          <w:tcPr>
            <w:tcW w:w="740" w:type="dxa"/>
            <w:vAlign w:val="bottom"/>
          </w:tcPr>
          <w:p w14:paraId="306E3B13"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15</w:t>
            </w:r>
          </w:p>
        </w:tc>
        <w:tc>
          <w:tcPr>
            <w:tcW w:w="1751" w:type="dxa"/>
          </w:tcPr>
          <w:p w14:paraId="0FDD21A2"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111723039022</w:t>
            </w:r>
          </w:p>
          <w:p w14:paraId="315FF7E4"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111723039033</w:t>
            </w:r>
          </w:p>
        </w:tc>
        <w:tc>
          <w:tcPr>
            <w:tcW w:w="1273" w:type="dxa"/>
            <w:gridSpan w:val="2"/>
          </w:tcPr>
          <w:p w14:paraId="49B5B238"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Siril</w:t>
            </w:r>
          </w:p>
          <w:p w14:paraId="5A82DC01"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M Manoj</w:t>
            </w:r>
          </w:p>
        </w:tc>
        <w:tc>
          <w:tcPr>
            <w:tcW w:w="1667" w:type="dxa"/>
            <w:vAlign w:val="bottom"/>
          </w:tcPr>
          <w:p w14:paraId="693F09CC"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 xml:space="preserve">Privacy Leak detect </w:t>
            </w:r>
          </w:p>
        </w:tc>
        <w:tc>
          <w:tcPr>
            <w:tcW w:w="1562" w:type="dxa"/>
            <w:gridSpan w:val="2"/>
          </w:tcPr>
          <w:p w14:paraId="3267C57B"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vAlign w:val="bottom"/>
          </w:tcPr>
          <w:p w14:paraId="520FC883" w14:textId="77777777" w:rsidR="00226B14" w:rsidRPr="00DD410E" w:rsidRDefault="00226B14" w:rsidP="00A743B7">
            <w:pPr>
              <w:rPr>
                <w:rFonts w:ascii="Times New Roman" w:hAnsi="Times New Roman" w:cs="Times New Roman"/>
                <w:sz w:val="24"/>
                <w:szCs w:val="24"/>
                <w:lang w:val="en-US"/>
              </w:rPr>
            </w:pPr>
            <w:proofErr w:type="spellStart"/>
            <w:r w:rsidRPr="00DD410E">
              <w:rPr>
                <w:rFonts w:ascii="Aptos Narrow" w:hAnsi="Aptos Narrow"/>
                <w:color w:val="000000"/>
              </w:rPr>
              <w:t>M.Supriya</w:t>
            </w:r>
            <w:proofErr w:type="spellEnd"/>
          </w:p>
        </w:tc>
        <w:tc>
          <w:tcPr>
            <w:tcW w:w="1260" w:type="dxa"/>
            <w:vAlign w:val="bottom"/>
          </w:tcPr>
          <w:p w14:paraId="428C38B5" w14:textId="77777777" w:rsidR="00226B14" w:rsidRPr="00DD410E" w:rsidRDefault="00226B14" w:rsidP="00A743B7">
            <w:pPr>
              <w:rPr>
                <w:rFonts w:ascii="Times New Roman" w:hAnsi="Times New Roman" w:cs="Times New Roman"/>
                <w:sz w:val="24"/>
                <w:szCs w:val="24"/>
                <w:lang w:val="en-US"/>
              </w:rPr>
            </w:pPr>
          </w:p>
        </w:tc>
      </w:tr>
      <w:tr w:rsidR="00226B14" w:rsidRPr="00DD410E" w14:paraId="3E6F725B" w14:textId="77777777" w:rsidTr="00A743B7">
        <w:tc>
          <w:tcPr>
            <w:tcW w:w="740" w:type="dxa"/>
            <w:vAlign w:val="bottom"/>
          </w:tcPr>
          <w:p w14:paraId="77340D30"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lastRenderedPageBreak/>
              <w:t>16</w:t>
            </w:r>
          </w:p>
        </w:tc>
        <w:tc>
          <w:tcPr>
            <w:tcW w:w="1751" w:type="dxa"/>
          </w:tcPr>
          <w:p w14:paraId="22EAD656"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111723039024</w:t>
            </w:r>
          </w:p>
          <w:p w14:paraId="262D6A4D"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111723039042</w:t>
            </w:r>
          </w:p>
        </w:tc>
        <w:tc>
          <w:tcPr>
            <w:tcW w:w="1273" w:type="dxa"/>
            <w:gridSpan w:val="2"/>
          </w:tcPr>
          <w:p w14:paraId="3753C345"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Durga Prasad</w:t>
            </w:r>
          </w:p>
          <w:p w14:paraId="237709DB"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P Manikanta</w:t>
            </w:r>
          </w:p>
        </w:tc>
        <w:tc>
          <w:tcPr>
            <w:tcW w:w="1667" w:type="dxa"/>
            <w:vAlign w:val="bottom"/>
          </w:tcPr>
          <w:p w14:paraId="28C1DD98" w14:textId="77777777" w:rsidR="00226B14" w:rsidRPr="00DD410E" w:rsidRDefault="00226B14" w:rsidP="00A743B7">
            <w:pPr>
              <w:rPr>
                <w:rFonts w:ascii="Times New Roman" w:hAnsi="Times New Roman" w:cs="Times New Roman"/>
                <w:sz w:val="24"/>
                <w:szCs w:val="24"/>
                <w:lang w:val="en-US"/>
              </w:rPr>
            </w:pPr>
            <w:proofErr w:type="spellStart"/>
            <w:r>
              <w:rPr>
                <w:rFonts w:ascii="Times New Roman" w:hAnsi="Times New Roman" w:cs="Times New Roman"/>
                <w:sz w:val="24"/>
                <w:szCs w:val="24"/>
                <w:lang w:val="en-US"/>
              </w:rPr>
              <w:t>NeoBank</w:t>
            </w:r>
            <w:proofErr w:type="spellEnd"/>
          </w:p>
        </w:tc>
        <w:tc>
          <w:tcPr>
            <w:tcW w:w="1562" w:type="dxa"/>
            <w:gridSpan w:val="2"/>
          </w:tcPr>
          <w:p w14:paraId="305ECB30"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vAlign w:val="bottom"/>
          </w:tcPr>
          <w:p w14:paraId="3FA5C867"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S.Kavitha</w:t>
            </w:r>
            <w:proofErr w:type="spellEnd"/>
            <w:proofErr w:type="gramEnd"/>
          </w:p>
        </w:tc>
        <w:tc>
          <w:tcPr>
            <w:tcW w:w="1260" w:type="dxa"/>
            <w:vAlign w:val="bottom"/>
          </w:tcPr>
          <w:p w14:paraId="5605FAB2" w14:textId="77777777" w:rsidR="00226B14" w:rsidRPr="00DD410E" w:rsidRDefault="00226B14" w:rsidP="00A743B7">
            <w:pPr>
              <w:rPr>
                <w:rFonts w:ascii="Times New Roman" w:hAnsi="Times New Roman" w:cs="Times New Roman"/>
                <w:sz w:val="24"/>
                <w:szCs w:val="24"/>
                <w:lang w:val="en-US"/>
              </w:rPr>
            </w:pPr>
          </w:p>
        </w:tc>
      </w:tr>
      <w:tr w:rsidR="00226B14" w:rsidRPr="00DD410E" w14:paraId="411BFDDE" w14:textId="77777777" w:rsidTr="00A743B7">
        <w:tc>
          <w:tcPr>
            <w:tcW w:w="740" w:type="dxa"/>
            <w:vAlign w:val="bottom"/>
          </w:tcPr>
          <w:p w14:paraId="5482D1EB"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17</w:t>
            </w:r>
          </w:p>
        </w:tc>
        <w:tc>
          <w:tcPr>
            <w:tcW w:w="1751" w:type="dxa"/>
          </w:tcPr>
          <w:p w14:paraId="39BBFB70"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111723039025</w:t>
            </w:r>
          </w:p>
          <w:p w14:paraId="7BA9D412"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111723039028</w:t>
            </w:r>
          </w:p>
        </w:tc>
        <w:tc>
          <w:tcPr>
            <w:tcW w:w="1273" w:type="dxa"/>
            <w:gridSpan w:val="2"/>
          </w:tcPr>
          <w:p w14:paraId="3D39B551"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G Sai Teja</w:t>
            </w:r>
          </w:p>
          <w:p w14:paraId="69EDCB26"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J Satish</w:t>
            </w:r>
          </w:p>
        </w:tc>
        <w:tc>
          <w:tcPr>
            <w:tcW w:w="1667" w:type="dxa"/>
            <w:vAlign w:val="bottom"/>
          </w:tcPr>
          <w:p w14:paraId="62977221"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Phish guard</w:t>
            </w:r>
          </w:p>
        </w:tc>
        <w:tc>
          <w:tcPr>
            <w:tcW w:w="1562" w:type="dxa"/>
            <w:gridSpan w:val="2"/>
          </w:tcPr>
          <w:p w14:paraId="67024975"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vAlign w:val="bottom"/>
          </w:tcPr>
          <w:p w14:paraId="5DC8F5CD"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S.Lakshmi</w:t>
            </w:r>
            <w:proofErr w:type="spellEnd"/>
            <w:proofErr w:type="gramEnd"/>
          </w:p>
        </w:tc>
        <w:tc>
          <w:tcPr>
            <w:tcW w:w="1260" w:type="dxa"/>
            <w:vAlign w:val="bottom"/>
          </w:tcPr>
          <w:p w14:paraId="018AB3AF" w14:textId="77777777" w:rsidR="00226B14" w:rsidRPr="00DD410E" w:rsidRDefault="00226B14" w:rsidP="00A743B7">
            <w:pPr>
              <w:rPr>
                <w:rFonts w:ascii="Times New Roman" w:hAnsi="Times New Roman" w:cs="Times New Roman"/>
                <w:sz w:val="24"/>
                <w:szCs w:val="24"/>
                <w:lang w:val="en-US"/>
              </w:rPr>
            </w:pPr>
          </w:p>
        </w:tc>
      </w:tr>
      <w:tr w:rsidR="00226B14" w:rsidRPr="00DD410E" w14:paraId="68FFA7BF" w14:textId="77777777" w:rsidTr="00A743B7">
        <w:tc>
          <w:tcPr>
            <w:tcW w:w="740" w:type="dxa"/>
            <w:vAlign w:val="bottom"/>
          </w:tcPr>
          <w:p w14:paraId="69E6F774"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18</w:t>
            </w:r>
          </w:p>
        </w:tc>
        <w:tc>
          <w:tcPr>
            <w:tcW w:w="1751" w:type="dxa"/>
          </w:tcPr>
          <w:p w14:paraId="5CAFFF38"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111723039026</w:t>
            </w:r>
          </w:p>
        </w:tc>
        <w:tc>
          <w:tcPr>
            <w:tcW w:w="1273" w:type="dxa"/>
            <w:gridSpan w:val="2"/>
          </w:tcPr>
          <w:p w14:paraId="66DEFEA1"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Paul Thomas</w:t>
            </w:r>
          </w:p>
        </w:tc>
        <w:tc>
          <w:tcPr>
            <w:tcW w:w="1667" w:type="dxa"/>
            <w:vAlign w:val="bottom"/>
          </w:tcPr>
          <w:p w14:paraId="13DB46ED"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Automated Android Malware detection</w:t>
            </w:r>
          </w:p>
        </w:tc>
        <w:tc>
          <w:tcPr>
            <w:tcW w:w="1562" w:type="dxa"/>
            <w:gridSpan w:val="2"/>
          </w:tcPr>
          <w:p w14:paraId="5E3C9CCE"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vAlign w:val="bottom"/>
          </w:tcPr>
          <w:p w14:paraId="56587934"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N.Manisha</w:t>
            </w:r>
            <w:proofErr w:type="spellEnd"/>
            <w:proofErr w:type="gramEnd"/>
          </w:p>
        </w:tc>
        <w:tc>
          <w:tcPr>
            <w:tcW w:w="1260" w:type="dxa"/>
            <w:vAlign w:val="bottom"/>
          </w:tcPr>
          <w:p w14:paraId="1B2EAF16" w14:textId="77777777" w:rsidR="00226B14" w:rsidRPr="00DD410E" w:rsidRDefault="00226B14" w:rsidP="00A743B7">
            <w:pPr>
              <w:rPr>
                <w:rFonts w:ascii="Times New Roman" w:hAnsi="Times New Roman" w:cs="Times New Roman"/>
                <w:sz w:val="24"/>
                <w:szCs w:val="24"/>
                <w:lang w:val="en-US"/>
              </w:rPr>
            </w:pPr>
          </w:p>
        </w:tc>
      </w:tr>
      <w:tr w:rsidR="00226B14" w:rsidRPr="00DD410E" w14:paraId="41B503CD" w14:textId="77777777" w:rsidTr="00A743B7">
        <w:tc>
          <w:tcPr>
            <w:tcW w:w="740" w:type="dxa"/>
            <w:vAlign w:val="bottom"/>
          </w:tcPr>
          <w:p w14:paraId="32D3328A"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19</w:t>
            </w:r>
          </w:p>
        </w:tc>
        <w:tc>
          <w:tcPr>
            <w:tcW w:w="1751" w:type="dxa"/>
          </w:tcPr>
          <w:p w14:paraId="6B469E0A"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111723039030</w:t>
            </w:r>
          </w:p>
          <w:p w14:paraId="0F29D188"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111723039043</w:t>
            </w:r>
          </w:p>
        </w:tc>
        <w:tc>
          <w:tcPr>
            <w:tcW w:w="1273" w:type="dxa"/>
            <w:gridSpan w:val="2"/>
          </w:tcPr>
          <w:p w14:paraId="52581776"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K Varun</w:t>
            </w:r>
          </w:p>
          <w:p w14:paraId="1888E788"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 xml:space="preserve">P Shiva </w:t>
            </w:r>
            <w:proofErr w:type="spellStart"/>
            <w:r w:rsidRPr="00DD410E">
              <w:rPr>
                <w:rFonts w:ascii="Times New Roman" w:hAnsi="Times New Roman" w:cs="Times New Roman"/>
                <w:sz w:val="24"/>
                <w:szCs w:val="24"/>
                <w:lang w:val="en-US"/>
              </w:rPr>
              <w:t>kumar</w:t>
            </w:r>
            <w:proofErr w:type="spellEnd"/>
          </w:p>
        </w:tc>
        <w:tc>
          <w:tcPr>
            <w:tcW w:w="1667" w:type="dxa"/>
            <w:vAlign w:val="bottom"/>
          </w:tcPr>
          <w:p w14:paraId="572701D4" w14:textId="77777777" w:rsidR="00226B14" w:rsidRPr="00DD410E" w:rsidRDefault="00226B14" w:rsidP="00A743B7">
            <w:pPr>
              <w:rPr>
                <w:rFonts w:ascii="Times New Roman" w:hAnsi="Times New Roman" w:cs="Times New Roman"/>
                <w:sz w:val="24"/>
                <w:szCs w:val="24"/>
                <w:lang w:val="en-US"/>
              </w:rPr>
            </w:pPr>
            <w:proofErr w:type="gramStart"/>
            <w:r w:rsidRPr="00DD410E">
              <w:rPr>
                <w:rFonts w:ascii="Aptos Narrow" w:hAnsi="Aptos Narrow"/>
                <w:color w:val="000000"/>
              </w:rPr>
              <w:t>AYYO!(</w:t>
            </w:r>
            <w:proofErr w:type="gramEnd"/>
            <w:r w:rsidRPr="00DD410E">
              <w:rPr>
                <w:rFonts w:ascii="Aptos Narrow" w:hAnsi="Aptos Narrow"/>
                <w:color w:val="000000"/>
              </w:rPr>
              <w:t>Authentic Yummy Yatra Organization)</w:t>
            </w:r>
          </w:p>
        </w:tc>
        <w:tc>
          <w:tcPr>
            <w:tcW w:w="1562" w:type="dxa"/>
            <w:gridSpan w:val="2"/>
          </w:tcPr>
          <w:p w14:paraId="0E7E0F6A"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vAlign w:val="bottom"/>
          </w:tcPr>
          <w:p w14:paraId="1522107B" w14:textId="77777777" w:rsidR="00226B14" w:rsidRPr="00DD410E" w:rsidRDefault="00226B14" w:rsidP="00A743B7">
            <w:pPr>
              <w:rPr>
                <w:rFonts w:ascii="Times New Roman" w:hAnsi="Times New Roman" w:cs="Times New Roman"/>
                <w:sz w:val="24"/>
                <w:szCs w:val="24"/>
                <w:lang w:val="en-US"/>
              </w:rPr>
            </w:pPr>
            <w:proofErr w:type="spellStart"/>
            <w:r w:rsidRPr="00DD410E">
              <w:rPr>
                <w:rFonts w:ascii="Aptos Narrow" w:hAnsi="Aptos Narrow"/>
                <w:color w:val="000000"/>
              </w:rPr>
              <w:t>M.Supriya</w:t>
            </w:r>
            <w:proofErr w:type="spellEnd"/>
          </w:p>
        </w:tc>
        <w:tc>
          <w:tcPr>
            <w:tcW w:w="1260" w:type="dxa"/>
            <w:vAlign w:val="bottom"/>
          </w:tcPr>
          <w:p w14:paraId="56DEF049" w14:textId="77777777" w:rsidR="00226B14" w:rsidRPr="00DD410E" w:rsidRDefault="00226B14" w:rsidP="00A743B7">
            <w:pPr>
              <w:rPr>
                <w:rFonts w:ascii="Times New Roman" w:hAnsi="Times New Roman" w:cs="Times New Roman"/>
                <w:sz w:val="24"/>
                <w:szCs w:val="24"/>
                <w:lang w:val="en-US"/>
              </w:rPr>
            </w:pPr>
          </w:p>
        </w:tc>
      </w:tr>
      <w:tr w:rsidR="00226B14" w:rsidRPr="00DD410E" w14:paraId="4F6BFD37" w14:textId="77777777" w:rsidTr="00A743B7">
        <w:tc>
          <w:tcPr>
            <w:tcW w:w="740" w:type="dxa"/>
            <w:vAlign w:val="bottom"/>
          </w:tcPr>
          <w:p w14:paraId="585F9CCC"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20</w:t>
            </w:r>
          </w:p>
        </w:tc>
        <w:tc>
          <w:tcPr>
            <w:tcW w:w="1751" w:type="dxa"/>
          </w:tcPr>
          <w:p w14:paraId="670F2954"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111723039034</w:t>
            </w:r>
          </w:p>
          <w:p w14:paraId="4BB178F2"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111723039045</w:t>
            </w:r>
          </w:p>
        </w:tc>
        <w:tc>
          <w:tcPr>
            <w:tcW w:w="1273" w:type="dxa"/>
            <w:gridSpan w:val="2"/>
          </w:tcPr>
          <w:p w14:paraId="7279B84C"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M Yashwanth</w:t>
            </w:r>
          </w:p>
          <w:p w14:paraId="42A03A63"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 xml:space="preserve">R Sai </w:t>
            </w:r>
            <w:proofErr w:type="spellStart"/>
            <w:r w:rsidRPr="00DD410E">
              <w:rPr>
                <w:rFonts w:ascii="Times New Roman" w:hAnsi="Times New Roman" w:cs="Times New Roman"/>
                <w:sz w:val="24"/>
                <w:szCs w:val="24"/>
                <w:lang w:val="en-US"/>
              </w:rPr>
              <w:t>kishore</w:t>
            </w:r>
            <w:proofErr w:type="spellEnd"/>
          </w:p>
        </w:tc>
        <w:tc>
          <w:tcPr>
            <w:tcW w:w="1667" w:type="dxa"/>
            <w:vAlign w:val="bottom"/>
          </w:tcPr>
          <w:p w14:paraId="17ECCEB2"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ePIC</w:t>
            </w:r>
            <w:proofErr w:type="spellEnd"/>
            <w:r w:rsidRPr="00DD410E">
              <w:rPr>
                <w:rFonts w:ascii="Aptos Narrow" w:hAnsi="Aptos Narrow"/>
                <w:color w:val="000000"/>
              </w:rPr>
              <w:t>( encrypted</w:t>
            </w:r>
            <w:proofErr w:type="gramEnd"/>
            <w:r w:rsidRPr="00DD410E">
              <w:rPr>
                <w:rFonts w:ascii="Aptos Narrow" w:hAnsi="Aptos Narrow"/>
                <w:color w:val="000000"/>
              </w:rPr>
              <w:t xml:space="preserve"> </w:t>
            </w:r>
            <w:proofErr w:type="gramStart"/>
            <w:r w:rsidRPr="00DD410E">
              <w:rPr>
                <w:rFonts w:ascii="Aptos Narrow" w:hAnsi="Aptos Narrow"/>
                <w:color w:val="000000"/>
              </w:rPr>
              <w:t>picture )</w:t>
            </w:r>
            <w:proofErr w:type="gramEnd"/>
          </w:p>
        </w:tc>
        <w:tc>
          <w:tcPr>
            <w:tcW w:w="1562" w:type="dxa"/>
            <w:gridSpan w:val="2"/>
          </w:tcPr>
          <w:p w14:paraId="72C23743"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vAlign w:val="bottom"/>
          </w:tcPr>
          <w:p w14:paraId="1FCEF2D0"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S.Kavitha</w:t>
            </w:r>
            <w:proofErr w:type="spellEnd"/>
            <w:proofErr w:type="gramEnd"/>
          </w:p>
        </w:tc>
        <w:tc>
          <w:tcPr>
            <w:tcW w:w="1260" w:type="dxa"/>
            <w:vAlign w:val="bottom"/>
          </w:tcPr>
          <w:p w14:paraId="6145D793" w14:textId="77777777" w:rsidR="00226B14" w:rsidRPr="00DD410E" w:rsidRDefault="00226B14" w:rsidP="00A743B7">
            <w:pPr>
              <w:rPr>
                <w:rFonts w:ascii="Times New Roman" w:hAnsi="Times New Roman" w:cs="Times New Roman"/>
                <w:sz w:val="24"/>
                <w:szCs w:val="24"/>
                <w:lang w:val="en-US"/>
              </w:rPr>
            </w:pPr>
          </w:p>
        </w:tc>
      </w:tr>
      <w:tr w:rsidR="00226B14" w:rsidRPr="00DD410E" w14:paraId="1948898D" w14:textId="77777777" w:rsidTr="00A743B7">
        <w:tc>
          <w:tcPr>
            <w:tcW w:w="740" w:type="dxa"/>
            <w:vAlign w:val="bottom"/>
          </w:tcPr>
          <w:p w14:paraId="7CDE0683"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21</w:t>
            </w:r>
          </w:p>
        </w:tc>
        <w:tc>
          <w:tcPr>
            <w:tcW w:w="1751" w:type="dxa"/>
          </w:tcPr>
          <w:p w14:paraId="6CACC021"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111723039035</w:t>
            </w:r>
          </w:p>
          <w:p w14:paraId="3A53AB99"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111723039044</w:t>
            </w:r>
          </w:p>
        </w:tc>
        <w:tc>
          <w:tcPr>
            <w:tcW w:w="1273" w:type="dxa"/>
            <w:gridSpan w:val="2"/>
          </w:tcPr>
          <w:p w14:paraId="36EADEEE"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A Manikanta</w:t>
            </w:r>
          </w:p>
          <w:p w14:paraId="6B771BD6"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 xml:space="preserve">Rohith </w:t>
            </w:r>
            <w:proofErr w:type="spellStart"/>
            <w:r w:rsidRPr="00DD410E">
              <w:rPr>
                <w:rFonts w:ascii="Times New Roman" w:hAnsi="Times New Roman" w:cs="Times New Roman"/>
                <w:sz w:val="24"/>
                <w:szCs w:val="24"/>
                <w:lang w:val="en-US"/>
              </w:rPr>
              <w:t>kumar</w:t>
            </w:r>
            <w:proofErr w:type="spellEnd"/>
            <w:r w:rsidRPr="00DD410E">
              <w:rPr>
                <w:rFonts w:ascii="Times New Roman" w:hAnsi="Times New Roman" w:cs="Times New Roman"/>
                <w:sz w:val="24"/>
                <w:szCs w:val="24"/>
                <w:lang w:val="en-US"/>
              </w:rPr>
              <w:t xml:space="preserve"> </w:t>
            </w:r>
            <w:proofErr w:type="spellStart"/>
            <w:r w:rsidRPr="00DD410E">
              <w:rPr>
                <w:rFonts w:ascii="Times New Roman" w:hAnsi="Times New Roman" w:cs="Times New Roman"/>
                <w:sz w:val="24"/>
                <w:szCs w:val="24"/>
                <w:lang w:val="en-US"/>
              </w:rPr>
              <w:t>singh</w:t>
            </w:r>
            <w:proofErr w:type="spellEnd"/>
          </w:p>
        </w:tc>
        <w:tc>
          <w:tcPr>
            <w:tcW w:w="1667" w:type="dxa"/>
            <w:vAlign w:val="bottom"/>
          </w:tcPr>
          <w:p w14:paraId="5373D69B"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Screenshot organiser</w:t>
            </w:r>
          </w:p>
        </w:tc>
        <w:tc>
          <w:tcPr>
            <w:tcW w:w="1562" w:type="dxa"/>
            <w:gridSpan w:val="2"/>
          </w:tcPr>
          <w:p w14:paraId="1DFCC783"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vAlign w:val="bottom"/>
          </w:tcPr>
          <w:p w14:paraId="057E9FD8"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N.Manisha</w:t>
            </w:r>
            <w:proofErr w:type="spellEnd"/>
            <w:proofErr w:type="gramEnd"/>
          </w:p>
        </w:tc>
        <w:tc>
          <w:tcPr>
            <w:tcW w:w="1260" w:type="dxa"/>
            <w:vAlign w:val="bottom"/>
          </w:tcPr>
          <w:p w14:paraId="65C6DE3C" w14:textId="77777777" w:rsidR="00226B14" w:rsidRPr="00DD410E" w:rsidRDefault="00226B14" w:rsidP="00A743B7">
            <w:pPr>
              <w:rPr>
                <w:rFonts w:ascii="Times New Roman" w:hAnsi="Times New Roman" w:cs="Times New Roman"/>
                <w:sz w:val="24"/>
                <w:szCs w:val="24"/>
                <w:lang w:val="en-US"/>
              </w:rPr>
            </w:pPr>
          </w:p>
        </w:tc>
      </w:tr>
      <w:tr w:rsidR="00226B14" w:rsidRPr="00DD410E" w14:paraId="0B0109CB" w14:textId="77777777" w:rsidTr="00A743B7">
        <w:tc>
          <w:tcPr>
            <w:tcW w:w="740" w:type="dxa"/>
            <w:vAlign w:val="bottom"/>
          </w:tcPr>
          <w:p w14:paraId="0ED1B354"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22</w:t>
            </w:r>
          </w:p>
        </w:tc>
        <w:tc>
          <w:tcPr>
            <w:tcW w:w="1751" w:type="dxa"/>
          </w:tcPr>
          <w:p w14:paraId="1DD94D79"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111723039037</w:t>
            </w:r>
          </w:p>
        </w:tc>
        <w:tc>
          <w:tcPr>
            <w:tcW w:w="1273" w:type="dxa"/>
            <w:gridSpan w:val="2"/>
          </w:tcPr>
          <w:p w14:paraId="347DD806"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M Sampath</w:t>
            </w:r>
          </w:p>
        </w:tc>
        <w:tc>
          <w:tcPr>
            <w:tcW w:w="1667" w:type="dxa"/>
            <w:vAlign w:val="bottom"/>
          </w:tcPr>
          <w:p w14:paraId="5AD53971"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Expenses tracker app</w:t>
            </w:r>
          </w:p>
        </w:tc>
        <w:tc>
          <w:tcPr>
            <w:tcW w:w="1562" w:type="dxa"/>
            <w:gridSpan w:val="2"/>
          </w:tcPr>
          <w:p w14:paraId="41098708"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vAlign w:val="bottom"/>
          </w:tcPr>
          <w:p w14:paraId="258E15B9" w14:textId="77777777" w:rsidR="00226B14" w:rsidRPr="00DD410E" w:rsidRDefault="00226B14" w:rsidP="00A743B7">
            <w:pPr>
              <w:rPr>
                <w:rFonts w:ascii="Times New Roman" w:hAnsi="Times New Roman" w:cs="Times New Roman"/>
                <w:sz w:val="24"/>
                <w:szCs w:val="24"/>
                <w:lang w:val="en-US"/>
              </w:rPr>
            </w:pPr>
            <w:proofErr w:type="spellStart"/>
            <w:r w:rsidRPr="00DD410E">
              <w:rPr>
                <w:rFonts w:ascii="Aptos Narrow" w:hAnsi="Aptos Narrow"/>
                <w:color w:val="000000"/>
              </w:rPr>
              <w:t>M.Supriya</w:t>
            </w:r>
            <w:proofErr w:type="spellEnd"/>
          </w:p>
        </w:tc>
        <w:tc>
          <w:tcPr>
            <w:tcW w:w="1260" w:type="dxa"/>
            <w:vAlign w:val="bottom"/>
          </w:tcPr>
          <w:p w14:paraId="56E42F8D" w14:textId="77777777" w:rsidR="00226B14" w:rsidRPr="00DD410E" w:rsidRDefault="00226B14" w:rsidP="00A743B7">
            <w:pPr>
              <w:rPr>
                <w:rFonts w:ascii="Times New Roman" w:hAnsi="Times New Roman" w:cs="Times New Roman"/>
                <w:sz w:val="24"/>
                <w:szCs w:val="24"/>
                <w:lang w:val="en-US"/>
              </w:rPr>
            </w:pPr>
          </w:p>
        </w:tc>
      </w:tr>
      <w:tr w:rsidR="00226B14" w:rsidRPr="00DD410E" w14:paraId="7D00ADA3" w14:textId="77777777" w:rsidTr="00A743B7">
        <w:tc>
          <w:tcPr>
            <w:tcW w:w="740" w:type="dxa"/>
            <w:vAlign w:val="bottom"/>
          </w:tcPr>
          <w:p w14:paraId="41E174DB"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23</w:t>
            </w:r>
          </w:p>
        </w:tc>
        <w:tc>
          <w:tcPr>
            <w:tcW w:w="1751" w:type="dxa"/>
          </w:tcPr>
          <w:p w14:paraId="014CD3AC"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111723039038</w:t>
            </w:r>
          </w:p>
          <w:p w14:paraId="7B61265A"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111723039046</w:t>
            </w:r>
          </w:p>
        </w:tc>
        <w:tc>
          <w:tcPr>
            <w:tcW w:w="1273" w:type="dxa"/>
            <w:gridSpan w:val="2"/>
          </w:tcPr>
          <w:p w14:paraId="590945BA"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Muzamil</w:t>
            </w:r>
          </w:p>
          <w:p w14:paraId="53C4DFB0"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S John</w:t>
            </w:r>
          </w:p>
        </w:tc>
        <w:tc>
          <w:tcPr>
            <w:tcW w:w="1667" w:type="dxa"/>
            <w:vAlign w:val="bottom"/>
          </w:tcPr>
          <w:p w14:paraId="42C64B17"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URL Integrity checker</w:t>
            </w:r>
          </w:p>
        </w:tc>
        <w:tc>
          <w:tcPr>
            <w:tcW w:w="1562" w:type="dxa"/>
            <w:gridSpan w:val="2"/>
          </w:tcPr>
          <w:p w14:paraId="4C3B7743"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tcPr>
          <w:p w14:paraId="205B313D"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S.Kavitha</w:t>
            </w:r>
            <w:proofErr w:type="spellEnd"/>
            <w:proofErr w:type="gramEnd"/>
          </w:p>
        </w:tc>
        <w:tc>
          <w:tcPr>
            <w:tcW w:w="1260" w:type="dxa"/>
          </w:tcPr>
          <w:p w14:paraId="657CBA37" w14:textId="77777777" w:rsidR="00226B14" w:rsidRPr="00DD410E" w:rsidRDefault="00226B14" w:rsidP="00A743B7">
            <w:pPr>
              <w:rPr>
                <w:rFonts w:ascii="Times New Roman" w:hAnsi="Times New Roman" w:cs="Times New Roman"/>
                <w:sz w:val="24"/>
                <w:szCs w:val="24"/>
                <w:lang w:val="en-US"/>
              </w:rPr>
            </w:pPr>
          </w:p>
        </w:tc>
      </w:tr>
      <w:tr w:rsidR="00226B14" w:rsidRPr="00DD410E" w14:paraId="1D62E915" w14:textId="77777777" w:rsidTr="00A743B7">
        <w:tc>
          <w:tcPr>
            <w:tcW w:w="740" w:type="dxa"/>
            <w:vAlign w:val="bottom"/>
          </w:tcPr>
          <w:p w14:paraId="1E12485E"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24</w:t>
            </w:r>
          </w:p>
        </w:tc>
        <w:tc>
          <w:tcPr>
            <w:tcW w:w="1751" w:type="dxa"/>
          </w:tcPr>
          <w:p w14:paraId="3E6F0541"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111723039039</w:t>
            </w:r>
          </w:p>
          <w:p w14:paraId="442976EA"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111723039047</w:t>
            </w:r>
          </w:p>
        </w:tc>
        <w:tc>
          <w:tcPr>
            <w:tcW w:w="1273" w:type="dxa"/>
            <w:gridSpan w:val="2"/>
          </w:tcPr>
          <w:p w14:paraId="05C3C2DB"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N Manikanta</w:t>
            </w:r>
          </w:p>
          <w:p w14:paraId="421708DA"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T Raju</w:t>
            </w:r>
          </w:p>
        </w:tc>
        <w:tc>
          <w:tcPr>
            <w:tcW w:w="1667" w:type="dxa"/>
            <w:vAlign w:val="bottom"/>
          </w:tcPr>
          <w:p w14:paraId="08BB5D01"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 xml:space="preserve">Online rehashed </w:t>
            </w:r>
            <w:proofErr w:type="gramStart"/>
            <w:r w:rsidRPr="00DD410E">
              <w:rPr>
                <w:rFonts w:ascii="Times New Roman" w:hAnsi="Times New Roman" w:cs="Times New Roman"/>
                <w:sz w:val="24"/>
                <w:szCs w:val="24"/>
                <w:lang w:val="en-US"/>
              </w:rPr>
              <w:t>book store</w:t>
            </w:r>
            <w:proofErr w:type="gramEnd"/>
            <w:r w:rsidRPr="00DD410E">
              <w:rPr>
                <w:rFonts w:ascii="Times New Roman" w:hAnsi="Times New Roman" w:cs="Times New Roman"/>
                <w:sz w:val="24"/>
                <w:szCs w:val="24"/>
                <w:lang w:val="en-US"/>
              </w:rPr>
              <w:t xml:space="preserve"> system</w:t>
            </w:r>
          </w:p>
        </w:tc>
        <w:tc>
          <w:tcPr>
            <w:tcW w:w="1562" w:type="dxa"/>
            <w:gridSpan w:val="2"/>
          </w:tcPr>
          <w:p w14:paraId="16EB9F9F"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tcPr>
          <w:p w14:paraId="68574956" w14:textId="77777777" w:rsidR="00226B14" w:rsidRPr="00DD410E" w:rsidRDefault="00226B14" w:rsidP="00A743B7">
            <w:pPr>
              <w:rPr>
                <w:rFonts w:ascii="Times New Roman" w:hAnsi="Times New Roman" w:cs="Times New Roman"/>
                <w:sz w:val="24"/>
                <w:szCs w:val="24"/>
                <w:lang w:val="en-US"/>
              </w:rPr>
            </w:pPr>
            <w:proofErr w:type="spellStart"/>
            <w:proofErr w:type="gramStart"/>
            <w:r w:rsidRPr="00DD410E">
              <w:rPr>
                <w:rFonts w:ascii="Aptos Narrow" w:hAnsi="Aptos Narrow"/>
                <w:color w:val="000000"/>
              </w:rPr>
              <w:t>S.Kavitha</w:t>
            </w:r>
            <w:proofErr w:type="spellEnd"/>
            <w:proofErr w:type="gramEnd"/>
          </w:p>
        </w:tc>
        <w:tc>
          <w:tcPr>
            <w:tcW w:w="1260" w:type="dxa"/>
          </w:tcPr>
          <w:p w14:paraId="77A55961" w14:textId="77777777" w:rsidR="00226B14" w:rsidRPr="00DD410E" w:rsidRDefault="00226B14" w:rsidP="00A743B7">
            <w:pPr>
              <w:rPr>
                <w:rFonts w:ascii="Times New Roman" w:hAnsi="Times New Roman" w:cs="Times New Roman"/>
                <w:sz w:val="24"/>
                <w:szCs w:val="24"/>
                <w:lang w:val="en-US"/>
              </w:rPr>
            </w:pPr>
          </w:p>
        </w:tc>
      </w:tr>
      <w:tr w:rsidR="00226B14" w:rsidRPr="00DD410E" w14:paraId="7FC4F587" w14:textId="77777777" w:rsidTr="00A743B7">
        <w:tc>
          <w:tcPr>
            <w:tcW w:w="740" w:type="dxa"/>
            <w:vAlign w:val="bottom"/>
          </w:tcPr>
          <w:p w14:paraId="7694946E" w14:textId="77777777" w:rsidR="00226B14" w:rsidRPr="00DD410E" w:rsidRDefault="00226B14" w:rsidP="00A743B7">
            <w:pPr>
              <w:rPr>
                <w:rFonts w:ascii="Times New Roman" w:hAnsi="Times New Roman" w:cs="Times New Roman"/>
                <w:sz w:val="24"/>
                <w:szCs w:val="24"/>
                <w:lang w:val="en-US"/>
              </w:rPr>
            </w:pPr>
            <w:r w:rsidRPr="00DD410E">
              <w:rPr>
                <w:rFonts w:ascii="Aptos Narrow" w:hAnsi="Aptos Narrow"/>
                <w:color w:val="000000"/>
              </w:rPr>
              <w:t>25</w:t>
            </w:r>
          </w:p>
        </w:tc>
        <w:tc>
          <w:tcPr>
            <w:tcW w:w="1751" w:type="dxa"/>
          </w:tcPr>
          <w:p w14:paraId="3D0F3CF1"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111723039049</w:t>
            </w:r>
          </w:p>
          <w:p w14:paraId="0CA1C27E"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111723039050</w:t>
            </w:r>
          </w:p>
        </w:tc>
        <w:tc>
          <w:tcPr>
            <w:tcW w:w="1273" w:type="dxa"/>
            <w:gridSpan w:val="2"/>
          </w:tcPr>
          <w:p w14:paraId="34AF268E"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V Srujan</w:t>
            </w:r>
          </w:p>
          <w:p w14:paraId="3E66D3B4"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Y Bhanu Preetham</w:t>
            </w:r>
          </w:p>
        </w:tc>
        <w:tc>
          <w:tcPr>
            <w:tcW w:w="1667" w:type="dxa"/>
            <w:vAlign w:val="bottom"/>
          </w:tcPr>
          <w:p w14:paraId="09D46A20" w14:textId="77777777" w:rsidR="00226B14" w:rsidRPr="00DD410E" w:rsidRDefault="00226B14" w:rsidP="00A743B7">
            <w:pPr>
              <w:rPr>
                <w:rFonts w:ascii="Times New Roman" w:hAnsi="Times New Roman" w:cs="Times New Roman"/>
                <w:sz w:val="24"/>
                <w:szCs w:val="24"/>
                <w:lang w:val="en-US"/>
              </w:rPr>
            </w:pPr>
            <w:r>
              <w:rPr>
                <w:rFonts w:ascii="Times New Roman" w:hAnsi="Times New Roman" w:cs="Times New Roman"/>
                <w:sz w:val="24"/>
                <w:szCs w:val="24"/>
                <w:lang w:val="en-US"/>
              </w:rPr>
              <w:t xml:space="preserve">Encrypted </w:t>
            </w:r>
            <w:r w:rsidRPr="00DD410E">
              <w:rPr>
                <w:rFonts w:ascii="Times New Roman" w:hAnsi="Times New Roman" w:cs="Times New Roman"/>
                <w:sz w:val="24"/>
                <w:szCs w:val="24"/>
                <w:lang w:val="en-US"/>
              </w:rPr>
              <w:t>notes locker</w:t>
            </w:r>
          </w:p>
        </w:tc>
        <w:tc>
          <w:tcPr>
            <w:tcW w:w="1562" w:type="dxa"/>
            <w:gridSpan w:val="2"/>
          </w:tcPr>
          <w:p w14:paraId="34F7F6E9" w14:textId="77777777" w:rsidR="00226B14" w:rsidRPr="00DD410E" w:rsidRDefault="00226B14" w:rsidP="00A743B7">
            <w:pPr>
              <w:rPr>
                <w:rFonts w:ascii="Times New Roman" w:hAnsi="Times New Roman" w:cs="Times New Roman"/>
                <w:sz w:val="24"/>
                <w:szCs w:val="24"/>
                <w:lang w:val="en-US"/>
              </w:rPr>
            </w:pPr>
            <w:r w:rsidRPr="00DD410E">
              <w:rPr>
                <w:rFonts w:ascii="Times New Roman" w:hAnsi="Times New Roman" w:cs="Times New Roman"/>
                <w:sz w:val="24"/>
                <w:szCs w:val="24"/>
                <w:lang w:val="en-US"/>
              </w:rPr>
              <w:t>Loyola Academy</w:t>
            </w:r>
          </w:p>
        </w:tc>
        <w:tc>
          <w:tcPr>
            <w:tcW w:w="1240" w:type="dxa"/>
            <w:gridSpan w:val="2"/>
          </w:tcPr>
          <w:p w14:paraId="27C825B5" w14:textId="77777777" w:rsidR="00226B14" w:rsidRPr="00DD410E" w:rsidRDefault="00226B14" w:rsidP="00A743B7">
            <w:pPr>
              <w:rPr>
                <w:rFonts w:ascii="Times New Roman" w:hAnsi="Times New Roman" w:cs="Times New Roman"/>
                <w:sz w:val="24"/>
                <w:szCs w:val="24"/>
                <w:lang w:val="en-US"/>
              </w:rPr>
            </w:pPr>
            <w:proofErr w:type="spellStart"/>
            <w:r w:rsidRPr="00DD410E">
              <w:rPr>
                <w:rFonts w:ascii="Aptos Narrow" w:hAnsi="Aptos Narrow"/>
                <w:color w:val="000000"/>
              </w:rPr>
              <w:t>M.Supriya</w:t>
            </w:r>
            <w:proofErr w:type="spellEnd"/>
          </w:p>
        </w:tc>
        <w:tc>
          <w:tcPr>
            <w:tcW w:w="1260" w:type="dxa"/>
            <w:vAlign w:val="bottom"/>
          </w:tcPr>
          <w:p w14:paraId="445B5B28" w14:textId="77777777" w:rsidR="00226B14" w:rsidRPr="00DD410E" w:rsidRDefault="00226B14" w:rsidP="00A743B7">
            <w:pPr>
              <w:rPr>
                <w:rFonts w:ascii="Times New Roman" w:hAnsi="Times New Roman" w:cs="Times New Roman"/>
                <w:sz w:val="24"/>
                <w:szCs w:val="24"/>
                <w:lang w:val="en-US"/>
              </w:rPr>
            </w:pPr>
          </w:p>
        </w:tc>
      </w:tr>
    </w:tbl>
    <w:p w14:paraId="420C40BE" w14:textId="77777777" w:rsidR="00226B14" w:rsidRDefault="00226B14" w:rsidP="00226B14">
      <w:pPr>
        <w:rPr>
          <w:rFonts w:ascii="Times New Roman" w:hAnsi="Times New Roman" w:cs="Times New Roman"/>
          <w:sz w:val="24"/>
          <w:szCs w:val="24"/>
          <w:lang w:val="en-US"/>
        </w:rPr>
      </w:pPr>
    </w:p>
    <w:p w14:paraId="14F6E560" w14:textId="77777777" w:rsidR="00226B14" w:rsidRDefault="00226B14" w:rsidP="00226B14">
      <w:pPr>
        <w:rPr>
          <w:rFonts w:ascii="Times New Roman" w:hAnsi="Times New Roman" w:cs="Times New Roman"/>
          <w:sz w:val="24"/>
          <w:szCs w:val="24"/>
          <w:lang w:val="en-US"/>
        </w:rPr>
      </w:pPr>
    </w:p>
    <w:p w14:paraId="13DA99F2" w14:textId="034BC6BD" w:rsidR="00226B14" w:rsidRDefault="00226B14" w:rsidP="00226B14">
      <w:pPr>
        <w:rPr>
          <w:rFonts w:ascii="Times New Roman" w:hAnsi="Times New Roman" w:cs="Times New Roman"/>
          <w:b/>
          <w:bCs/>
          <w:sz w:val="24"/>
          <w:szCs w:val="24"/>
          <w:lang w:val="en-US"/>
        </w:rPr>
      </w:pPr>
      <w:r w:rsidRPr="00226B14">
        <w:rPr>
          <w:rFonts w:ascii="Times New Roman" w:hAnsi="Times New Roman" w:cs="Times New Roman"/>
          <w:b/>
          <w:bCs/>
          <w:sz w:val="24"/>
          <w:szCs w:val="24"/>
          <w:lang w:val="en-US"/>
        </w:rPr>
        <w:t>M</w:t>
      </w:r>
      <w:r w:rsidR="001A1005">
        <w:rPr>
          <w:rFonts w:ascii="Times New Roman" w:hAnsi="Times New Roman" w:cs="Times New Roman"/>
          <w:b/>
          <w:bCs/>
          <w:sz w:val="24"/>
          <w:szCs w:val="24"/>
          <w:lang w:val="en-US"/>
        </w:rPr>
        <w:t>INI PROJECT:</w:t>
      </w:r>
      <w:r w:rsidR="00D12216">
        <w:rPr>
          <w:rFonts w:ascii="Times New Roman" w:hAnsi="Times New Roman" w:cs="Times New Roman"/>
          <w:b/>
          <w:bCs/>
          <w:sz w:val="24"/>
          <w:szCs w:val="24"/>
          <w:lang w:val="en-US"/>
        </w:rPr>
        <w:t xml:space="preserve"> Total :32</w:t>
      </w:r>
    </w:p>
    <w:p w14:paraId="5F483D68" w14:textId="0F59B313" w:rsidR="00D12216" w:rsidRDefault="00D12216" w:rsidP="00D12216">
      <w:pPr>
        <w:jc w:val="center"/>
        <w:rPr>
          <w:b/>
          <w:bCs/>
          <w:sz w:val="28"/>
          <w:szCs w:val="28"/>
        </w:rPr>
      </w:pPr>
    </w:p>
    <w:tbl>
      <w:tblPr>
        <w:tblW w:w="87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60"/>
        <w:gridCol w:w="1665"/>
        <w:gridCol w:w="1995"/>
        <w:gridCol w:w="1635"/>
        <w:gridCol w:w="1590"/>
        <w:gridCol w:w="1200"/>
      </w:tblGrid>
      <w:tr w:rsidR="00D12216" w14:paraId="519F929A" w14:textId="77777777" w:rsidTr="00E62D64">
        <w:tc>
          <w:tcPr>
            <w:tcW w:w="660" w:type="dxa"/>
          </w:tcPr>
          <w:p w14:paraId="71689E89" w14:textId="77777777" w:rsidR="00D12216" w:rsidRDefault="00D12216" w:rsidP="00E62D64">
            <w:pPr>
              <w:jc w:val="center"/>
              <w:rPr>
                <w:b/>
                <w:bCs/>
                <w:sz w:val="28"/>
                <w:szCs w:val="28"/>
              </w:rPr>
            </w:pPr>
            <w:r>
              <w:rPr>
                <w:b/>
                <w:bCs/>
                <w:sz w:val="28"/>
                <w:szCs w:val="28"/>
              </w:rPr>
              <w:t>Sno</w:t>
            </w:r>
          </w:p>
        </w:tc>
        <w:tc>
          <w:tcPr>
            <w:tcW w:w="1665" w:type="dxa"/>
          </w:tcPr>
          <w:p w14:paraId="5596F337" w14:textId="77777777" w:rsidR="00D12216" w:rsidRDefault="00D12216" w:rsidP="00E62D64">
            <w:pPr>
              <w:jc w:val="center"/>
              <w:rPr>
                <w:b/>
                <w:bCs/>
                <w:sz w:val="28"/>
                <w:szCs w:val="28"/>
              </w:rPr>
            </w:pPr>
            <w:proofErr w:type="spellStart"/>
            <w:r>
              <w:rPr>
                <w:b/>
                <w:bCs/>
                <w:sz w:val="28"/>
                <w:szCs w:val="28"/>
              </w:rPr>
              <w:t>Uid</w:t>
            </w:r>
            <w:proofErr w:type="spellEnd"/>
          </w:p>
        </w:tc>
        <w:tc>
          <w:tcPr>
            <w:tcW w:w="1995" w:type="dxa"/>
          </w:tcPr>
          <w:p w14:paraId="1AFD7227" w14:textId="77777777" w:rsidR="00D12216" w:rsidRDefault="00D12216" w:rsidP="00E62D64">
            <w:pPr>
              <w:jc w:val="center"/>
              <w:rPr>
                <w:b/>
                <w:bCs/>
              </w:rPr>
            </w:pPr>
            <w:r>
              <w:rPr>
                <w:b/>
                <w:bCs/>
              </w:rPr>
              <w:t>Team member</w:t>
            </w:r>
          </w:p>
          <w:p w14:paraId="08110E99" w14:textId="77777777" w:rsidR="00D12216" w:rsidRDefault="00D12216" w:rsidP="00E62D64">
            <w:pPr>
              <w:jc w:val="center"/>
              <w:rPr>
                <w:b/>
                <w:bCs/>
                <w:sz w:val="28"/>
                <w:szCs w:val="28"/>
              </w:rPr>
            </w:pPr>
            <w:r>
              <w:rPr>
                <w:b/>
                <w:bCs/>
              </w:rPr>
              <w:t xml:space="preserve"> -Names</w:t>
            </w:r>
          </w:p>
        </w:tc>
        <w:tc>
          <w:tcPr>
            <w:tcW w:w="1635" w:type="dxa"/>
          </w:tcPr>
          <w:p w14:paraId="1169C18D" w14:textId="77777777" w:rsidR="00D12216" w:rsidRDefault="00D12216" w:rsidP="00E62D64">
            <w:pPr>
              <w:jc w:val="center"/>
              <w:rPr>
                <w:b/>
                <w:bCs/>
              </w:rPr>
            </w:pPr>
            <w:r>
              <w:rPr>
                <w:b/>
                <w:bCs/>
              </w:rPr>
              <w:t>Project</w:t>
            </w:r>
          </w:p>
          <w:p w14:paraId="2132FA05" w14:textId="77777777" w:rsidR="00D12216" w:rsidRDefault="00D12216" w:rsidP="00E62D64">
            <w:pPr>
              <w:jc w:val="center"/>
              <w:rPr>
                <w:b/>
                <w:bCs/>
              </w:rPr>
            </w:pPr>
            <w:r>
              <w:rPr>
                <w:b/>
                <w:bCs/>
              </w:rPr>
              <w:t xml:space="preserve"> Title</w:t>
            </w:r>
          </w:p>
        </w:tc>
        <w:tc>
          <w:tcPr>
            <w:tcW w:w="1590" w:type="dxa"/>
          </w:tcPr>
          <w:p w14:paraId="3BAE4358" w14:textId="77777777" w:rsidR="00D12216" w:rsidRDefault="00D12216" w:rsidP="00E62D64">
            <w:pPr>
              <w:jc w:val="center"/>
              <w:rPr>
                <w:b/>
                <w:bCs/>
              </w:rPr>
            </w:pPr>
            <w:proofErr w:type="gramStart"/>
            <w:r>
              <w:rPr>
                <w:b/>
                <w:bCs/>
              </w:rPr>
              <w:t>Mentor  name</w:t>
            </w:r>
            <w:proofErr w:type="gramEnd"/>
          </w:p>
        </w:tc>
        <w:tc>
          <w:tcPr>
            <w:tcW w:w="1200" w:type="dxa"/>
          </w:tcPr>
          <w:p w14:paraId="275A6348" w14:textId="77777777" w:rsidR="00D12216" w:rsidRDefault="00D12216" w:rsidP="00E62D64">
            <w:pPr>
              <w:jc w:val="center"/>
              <w:rPr>
                <w:b/>
                <w:bCs/>
              </w:rPr>
            </w:pPr>
            <w:r>
              <w:rPr>
                <w:b/>
                <w:bCs/>
              </w:rPr>
              <w:t>Address</w:t>
            </w:r>
          </w:p>
        </w:tc>
      </w:tr>
      <w:tr w:rsidR="00D12216" w14:paraId="0E5A3836" w14:textId="77777777" w:rsidTr="00E62D64">
        <w:tc>
          <w:tcPr>
            <w:tcW w:w="660" w:type="dxa"/>
          </w:tcPr>
          <w:p w14:paraId="71C808CA" w14:textId="77777777" w:rsidR="00D12216" w:rsidRDefault="00D12216" w:rsidP="00E62D64">
            <w:pPr>
              <w:jc w:val="center"/>
              <w:rPr>
                <w:b/>
                <w:bCs/>
                <w:sz w:val="28"/>
                <w:szCs w:val="28"/>
              </w:rPr>
            </w:pPr>
            <w:r>
              <w:rPr>
                <w:b/>
                <w:bCs/>
                <w:sz w:val="28"/>
                <w:szCs w:val="28"/>
              </w:rPr>
              <w:t>1</w:t>
            </w:r>
          </w:p>
        </w:tc>
        <w:tc>
          <w:tcPr>
            <w:tcW w:w="1665" w:type="dxa"/>
          </w:tcPr>
          <w:p w14:paraId="22062E56"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111724039001 ,111724039006</w:t>
            </w:r>
          </w:p>
          <w:p w14:paraId="622C63F2" w14:textId="77777777" w:rsidR="00D12216" w:rsidRDefault="00D12216" w:rsidP="00E62D64">
            <w:pPr>
              <w:jc w:val="center"/>
              <w:rPr>
                <w:b/>
                <w:bCs/>
                <w:sz w:val="28"/>
                <w:szCs w:val="28"/>
              </w:rPr>
            </w:pPr>
          </w:p>
        </w:tc>
        <w:tc>
          <w:tcPr>
            <w:tcW w:w="1995" w:type="dxa"/>
          </w:tcPr>
          <w:p w14:paraId="5C03186C"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Ardhi Pravalika-</w:t>
            </w:r>
          </w:p>
          <w:p w14:paraId="7DCCDB72" w14:textId="77777777" w:rsidR="00D12216" w:rsidRDefault="00D12216" w:rsidP="00E62D64">
            <w:pPr>
              <w:jc w:val="center"/>
              <w:rPr>
                <w:b/>
                <w:bCs/>
                <w:sz w:val="28"/>
                <w:szCs w:val="28"/>
              </w:rPr>
            </w:pPr>
            <w:proofErr w:type="spellStart"/>
            <w:proofErr w:type="gramStart"/>
            <w:r>
              <w:rPr>
                <w:rFonts w:ascii="Arial" w:eastAsia="Arial" w:hAnsi="Arial" w:cs="Arial"/>
                <w:color w:val="000000"/>
                <w:sz w:val="20"/>
                <w:szCs w:val="20"/>
              </w:rPr>
              <w:t>G.Ramya</w:t>
            </w:r>
            <w:proofErr w:type="spellEnd"/>
            <w:proofErr w:type="gramEnd"/>
            <w:r>
              <w:rPr>
                <w:rFonts w:ascii="Arial" w:eastAsia="Arial" w:hAnsi="Arial" w:cs="Arial"/>
                <w:color w:val="000000"/>
                <w:sz w:val="20"/>
                <w:szCs w:val="20"/>
              </w:rPr>
              <w:t xml:space="preserve"> Mary-</w:t>
            </w:r>
          </w:p>
        </w:tc>
        <w:tc>
          <w:tcPr>
            <w:tcW w:w="1635" w:type="dxa"/>
          </w:tcPr>
          <w:p w14:paraId="370B9A0D"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Python-based programming with socket programming </w:t>
            </w:r>
          </w:p>
          <w:p w14:paraId="5321C574" w14:textId="77777777" w:rsidR="00D12216" w:rsidRDefault="00D12216" w:rsidP="00E62D64">
            <w:pPr>
              <w:jc w:val="center"/>
              <w:rPr>
                <w:b/>
                <w:bCs/>
                <w:sz w:val="28"/>
                <w:szCs w:val="28"/>
              </w:rPr>
            </w:pPr>
          </w:p>
        </w:tc>
        <w:tc>
          <w:tcPr>
            <w:tcW w:w="1590" w:type="dxa"/>
          </w:tcPr>
          <w:p w14:paraId="51A0E016" w14:textId="77777777" w:rsidR="00D12216" w:rsidRDefault="00D12216" w:rsidP="00E62D64">
            <w:pPr>
              <w:jc w:val="center"/>
              <w:rPr>
                <w:rFonts w:ascii="Arial" w:eastAsia="Arial" w:hAnsi="Arial" w:cs="Arial"/>
                <w:color w:val="000000"/>
                <w:sz w:val="20"/>
                <w:szCs w:val="20"/>
              </w:rPr>
            </w:pPr>
            <w:proofErr w:type="spellStart"/>
            <w:proofErr w:type="gramStart"/>
            <w:r>
              <w:rPr>
                <w:rFonts w:ascii="Arial" w:eastAsia="Arial" w:hAnsi="Arial" w:cs="Arial"/>
                <w:color w:val="000000"/>
                <w:sz w:val="20"/>
                <w:szCs w:val="20"/>
              </w:rPr>
              <w:t>S.Laxmii</w:t>
            </w:r>
            <w:proofErr w:type="spellEnd"/>
            <w:proofErr w:type="gramEnd"/>
            <w:r>
              <w:rPr>
                <w:rFonts w:ascii="Arial" w:eastAsia="Arial" w:hAnsi="Arial" w:cs="Arial"/>
                <w:color w:val="000000"/>
                <w:sz w:val="20"/>
                <w:szCs w:val="20"/>
              </w:rPr>
              <w:t>(HOD)</w:t>
            </w:r>
          </w:p>
          <w:p w14:paraId="23C189E1" w14:textId="77777777" w:rsidR="00D12216" w:rsidRDefault="00D12216" w:rsidP="00E62D64">
            <w:pPr>
              <w:jc w:val="center"/>
              <w:rPr>
                <w:b/>
                <w:bCs/>
                <w:sz w:val="28"/>
                <w:szCs w:val="28"/>
              </w:rPr>
            </w:pPr>
          </w:p>
        </w:tc>
        <w:tc>
          <w:tcPr>
            <w:tcW w:w="1200" w:type="dxa"/>
          </w:tcPr>
          <w:p w14:paraId="52D34711" w14:textId="77777777" w:rsidR="00D12216" w:rsidRDefault="00D12216" w:rsidP="00E62D64">
            <w:pPr>
              <w:jc w:val="center"/>
              <w:rPr>
                <w:rFonts w:ascii="Arial" w:eastAsia="Arial" w:hAnsi="Arial" w:cs="Arial"/>
                <w:sz w:val="16"/>
                <w:szCs w:val="16"/>
              </w:rPr>
            </w:pPr>
            <w:r>
              <w:rPr>
                <w:rFonts w:ascii="Arial" w:eastAsia="Arial" w:hAnsi="Arial" w:cs="Arial"/>
                <w:sz w:val="16"/>
                <w:szCs w:val="16"/>
              </w:rPr>
              <w:t>Loyola academy degree &amp;Pg college</w:t>
            </w:r>
          </w:p>
        </w:tc>
      </w:tr>
      <w:tr w:rsidR="00D12216" w14:paraId="20F57377" w14:textId="77777777" w:rsidTr="00E62D64">
        <w:tc>
          <w:tcPr>
            <w:tcW w:w="660" w:type="dxa"/>
          </w:tcPr>
          <w:p w14:paraId="362B2BB6" w14:textId="77777777" w:rsidR="00D12216" w:rsidRDefault="00D12216" w:rsidP="00E62D64">
            <w:pPr>
              <w:jc w:val="center"/>
              <w:rPr>
                <w:b/>
                <w:bCs/>
                <w:sz w:val="28"/>
                <w:szCs w:val="28"/>
              </w:rPr>
            </w:pPr>
            <w:r>
              <w:rPr>
                <w:b/>
                <w:bCs/>
                <w:sz w:val="28"/>
                <w:szCs w:val="28"/>
              </w:rPr>
              <w:lastRenderedPageBreak/>
              <w:t>2</w:t>
            </w:r>
          </w:p>
        </w:tc>
        <w:tc>
          <w:tcPr>
            <w:tcW w:w="1665" w:type="dxa"/>
          </w:tcPr>
          <w:p w14:paraId="3138B285"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111724029002, 111724039018</w:t>
            </w:r>
          </w:p>
          <w:p w14:paraId="67256424" w14:textId="77777777" w:rsidR="00D12216" w:rsidRDefault="00D12216" w:rsidP="00E62D64">
            <w:pPr>
              <w:jc w:val="center"/>
              <w:rPr>
                <w:b/>
                <w:bCs/>
                <w:sz w:val="28"/>
                <w:szCs w:val="28"/>
              </w:rPr>
            </w:pPr>
          </w:p>
        </w:tc>
        <w:tc>
          <w:tcPr>
            <w:tcW w:w="1995" w:type="dxa"/>
          </w:tcPr>
          <w:p w14:paraId="207FB264" w14:textId="77777777" w:rsidR="00D12216" w:rsidRDefault="00D12216" w:rsidP="00E62D64">
            <w:pPr>
              <w:jc w:val="center"/>
              <w:rPr>
                <w:rFonts w:ascii="Arial" w:eastAsia="Arial" w:hAnsi="Arial" w:cs="Arial"/>
                <w:color w:val="000000"/>
                <w:sz w:val="20"/>
                <w:szCs w:val="20"/>
              </w:rPr>
            </w:pPr>
            <w:proofErr w:type="spellStart"/>
            <w:proofErr w:type="gramStart"/>
            <w:r>
              <w:rPr>
                <w:rFonts w:ascii="Arial" w:eastAsia="Arial" w:hAnsi="Arial" w:cs="Arial"/>
                <w:color w:val="000000"/>
                <w:sz w:val="20"/>
                <w:szCs w:val="20"/>
              </w:rPr>
              <w:t>B.nagamalleshwari</w:t>
            </w:r>
            <w:proofErr w:type="spellEnd"/>
            <w:proofErr w:type="gramEnd"/>
            <w:r>
              <w:rPr>
                <w:rFonts w:ascii="Arial" w:eastAsia="Arial" w:hAnsi="Arial" w:cs="Arial"/>
                <w:color w:val="000000"/>
                <w:sz w:val="20"/>
                <w:szCs w:val="20"/>
              </w:rPr>
              <w:t>,</w:t>
            </w:r>
          </w:p>
          <w:p w14:paraId="5DEB5CB9" w14:textId="77777777" w:rsidR="00D12216" w:rsidRDefault="00D12216" w:rsidP="00E62D64">
            <w:pPr>
              <w:jc w:val="center"/>
              <w:rPr>
                <w:b/>
                <w:bCs/>
                <w:sz w:val="28"/>
                <w:szCs w:val="28"/>
              </w:rPr>
            </w:pPr>
            <w:proofErr w:type="spellStart"/>
            <w:proofErr w:type="gramStart"/>
            <w:r>
              <w:rPr>
                <w:rFonts w:ascii="Arial" w:eastAsia="Arial" w:hAnsi="Arial" w:cs="Arial"/>
                <w:color w:val="000000"/>
                <w:sz w:val="20"/>
                <w:szCs w:val="20"/>
              </w:rPr>
              <w:t>s.varshini</w:t>
            </w:r>
            <w:proofErr w:type="spellEnd"/>
            <w:proofErr w:type="gramEnd"/>
          </w:p>
        </w:tc>
        <w:tc>
          <w:tcPr>
            <w:tcW w:w="1635" w:type="dxa"/>
          </w:tcPr>
          <w:p w14:paraId="29512077"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Shoulder surfing alert system using ai</w:t>
            </w:r>
          </w:p>
          <w:p w14:paraId="2857475B" w14:textId="77777777" w:rsidR="00D12216" w:rsidRDefault="00D12216" w:rsidP="00E62D64">
            <w:pPr>
              <w:jc w:val="center"/>
              <w:rPr>
                <w:b/>
                <w:bCs/>
                <w:sz w:val="28"/>
                <w:szCs w:val="28"/>
              </w:rPr>
            </w:pPr>
          </w:p>
        </w:tc>
        <w:tc>
          <w:tcPr>
            <w:tcW w:w="1590" w:type="dxa"/>
          </w:tcPr>
          <w:p w14:paraId="37592488" w14:textId="77777777" w:rsidR="00D12216" w:rsidRDefault="00D12216" w:rsidP="00E62D64">
            <w:pPr>
              <w:jc w:val="center"/>
              <w:rPr>
                <w:rFonts w:ascii="Arial" w:eastAsia="Arial" w:hAnsi="Arial" w:cs="Arial"/>
                <w:color w:val="000000"/>
                <w:sz w:val="20"/>
                <w:szCs w:val="20"/>
              </w:rPr>
            </w:pPr>
            <w:proofErr w:type="spellStart"/>
            <w:proofErr w:type="gramStart"/>
            <w:r>
              <w:rPr>
                <w:rFonts w:ascii="Arial" w:eastAsia="Arial" w:hAnsi="Arial" w:cs="Arial"/>
                <w:color w:val="000000"/>
                <w:sz w:val="20"/>
                <w:szCs w:val="20"/>
              </w:rPr>
              <w:t>N.manisha</w:t>
            </w:r>
            <w:proofErr w:type="spellEnd"/>
            <w:proofErr w:type="gramEnd"/>
          </w:p>
          <w:p w14:paraId="71DB5144" w14:textId="77777777" w:rsidR="00D12216" w:rsidRDefault="00D12216" w:rsidP="00E62D64">
            <w:pPr>
              <w:jc w:val="center"/>
              <w:rPr>
                <w:b/>
                <w:bCs/>
                <w:sz w:val="28"/>
                <w:szCs w:val="28"/>
              </w:rPr>
            </w:pPr>
          </w:p>
        </w:tc>
        <w:tc>
          <w:tcPr>
            <w:tcW w:w="1200" w:type="dxa"/>
          </w:tcPr>
          <w:p w14:paraId="05C99212"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3C22966A" w14:textId="77777777" w:rsidTr="00E62D64">
        <w:tc>
          <w:tcPr>
            <w:tcW w:w="660" w:type="dxa"/>
          </w:tcPr>
          <w:p w14:paraId="035B552E" w14:textId="77777777" w:rsidR="00D12216" w:rsidRDefault="00D12216" w:rsidP="00E62D64">
            <w:pPr>
              <w:jc w:val="center"/>
              <w:rPr>
                <w:b/>
                <w:bCs/>
                <w:sz w:val="28"/>
                <w:szCs w:val="28"/>
              </w:rPr>
            </w:pPr>
            <w:r>
              <w:rPr>
                <w:b/>
                <w:bCs/>
                <w:sz w:val="28"/>
                <w:szCs w:val="28"/>
              </w:rPr>
              <w:t>3</w:t>
            </w:r>
          </w:p>
        </w:tc>
        <w:tc>
          <w:tcPr>
            <w:tcW w:w="1665" w:type="dxa"/>
          </w:tcPr>
          <w:p w14:paraId="61DF7AFC"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111724039003, 111724039013</w:t>
            </w:r>
          </w:p>
          <w:p w14:paraId="557DF501" w14:textId="77777777" w:rsidR="00D12216" w:rsidRDefault="00D12216" w:rsidP="00E62D64">
            <w:pPr>
              <w:jc w:val="center"/>
              <w:rPr>
                <w:b/>
                <w:bCs/>
                <w:sz w:val="28"/>
                <w:szCs w:val="28"/>
              </w:rPr>
            </w:pPr>
          </w:p>
        </w:tc>
        <w:tc>
          <w:tcPr>
            <w:tcW w:w="1995" w:type="dxa"/>
          </w:tcPr>
          <w:p w14:paraId="5C2D10F0"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Shruthi,</w:t>
            </w:r>
          </w:p>
          <w:p w14:paraId="47EF9E67" w14:textId="77777777" w:rsidR="00D12216" w:rsidRDefault="00D12216" w:rsidP="00E62D64">
            <w:pPr>
              <w:jc w:val="center"/>
              <w:rPr>
                <w:b/>
                <w:bCs/>
                <w:sz w:val="28"/>
                <w:szCs w:val="28"/>
              </w:rPr>
            </w:pPr>
            <w:proofErr w:type="spellStart"/>
            <w:r>
              <w:rPr>
                <w:rFonts w:ascii="Arial" w:eastAsia="Arial" w:hAnsi="Arial" w:cs="Arial"/>
                <w:color w:val="000000"/>
                <w:sz w:val="20"/>
                <w:szCs w:val="20"/>
              </w:rPr>
              <w:t>Tejareddy</w:t>
            </w:r>
            <w:proofErr w:type="spellEnd"/>
          </w:p>
        </w:tc>
        <w:tc>
          <w:tcPr>
            <w:tcW w:w="1635" w:type="dxa"/>
          </w:tcPr>
          <w:p w14:paraId="4E9CBFBE"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Password strength checker</w:t>
            </w:r>
          </w:p>
          <w:p w14:paraId="6E74AC32" w14:textId="77777777" w:rsidR="00D12216" w:rsidRDefault="00D12216" w:rsidP="00E62D64">
            <w:pPr>
              <w:jc w:val="center"/>
              <w:rPr>
                <w:b/>
                <w:bCs/>
                <w:sz w:val="28"/>
                <w:szCs w:val="28"/>
              </w:rPr>
            </w:pPr>
          </w:p>
        </w:tc>
        <w:tc>
          <w:tcPr>
            <w:tcW w:w="1590" w:type="dxa"/>
          </w:tcPr>
          <w:p w14:paraId="0CFEE1A5"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Supriya </w:t>
            </w:r>
          </w:p>
          <w:p w14:paraId="29232493" w14:textId="77777777" w:rsidR="00D12216" w:rsidRDefault="00D12216" w:rsidP="00E62D64">
            <w:pPr>
              <w:jc w:val="center"/>
              <w:rPr>
                <w:b/>
                <w:bCs/>
                <w:sz w:val="28"/>
                <w:szCs w:val="28"/>
              </w:rPr>
            </w:pPr>
          </w:p>
        </w:tc>
        <w:tc>
          <w:tcPr>
            <w:tcW w:w="1200" w:type="dxa"/>
          </w:tcPr>
          <w:p w14:paraId="443EE6A1"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0D303B24" w14:textId="77777777" w:rsidTr="00E62D64">
        <w:tc>
          <w:tcPr>
            <w:tcW w:w="660" w:type="dxa"/>
          </w:tcPr>
          <w:p w14:paraId="15F137E1" w14:textId="77777777" w:rsidR="00D12216" w:rsidRDefault="00D12216" w:rsidP="00E62D64">
            <w:pPr>
              <w:jc w:val="center"/>
              <w:rPr>
                <w:b/>
                <w:bCs/>
                <w:sz w:val="28"/>
                <w:szCs w:val="28"/>
              </w:rPr>
            </w:pPr>
            <w:r>
              <w:rPr>
                <w:b/>
                <w:bCs/>
                <w:sz w:val="28"/>
                <w:szCs w:val="28"/>
              </w:rPr>
              <w:t>4</w:t>
            </w:r>
          </w:p>
        </w:tc>
        <w:tc>
          <w:tcPr>
            <w:tcW w:w="1665" w:type="dxa"/>
          </w:tcPr>
          <w:p w14:paraId="61F95E45"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 111724039004, 111724039014</w:t>
            </w:r>
          </w:p>
          <w:p w14:paraId="36A26B5D" w14:textId="77777777" w:rsidR="00D12216" w:rsidRDefault="00D12216" w:rsidP="00E62D64">
            <w:pPr>
              <w:jc w:val="center"/>
              <w:rPr>
                <w:b/>
                <w:bCs/>
                <w:sz w:val="28"/>
                <w:szCs w:val="28"/>
              </w:rPr>
            </w:pPr>
          </w:p>
        </w:tc>
        <w:tc>
          <w:tcPr>
            <w:tcW w:w="1995" w:type="dxa"/>
          </w:tcPr>
          <w:p w14:paraId="0FFD90A6" w14:textId="77777777" w:rsidR="00D12216" w:rsidRDefault="00D12216" w:rsidP="00E62D64">
            <w:pPr>
              <w:jc w:val="center"/>
              <w:rPr>
                <w:rFonts w:ascii="Arial" w:eastAsia="Arial" w:hAnsi="Arial" w:cs="Arial"/>
                <w:color w:val="000000"/>
                <w:sz w:val="20"/>
                <w:szCs w:val="20"/>
              </w:rPr>
            </w:pPr>
            <w:proofErr w:type="spellStart"/>
            <w:r>
              <w:rPr>
                <w:rFonts w:ascii="Arial" w:eastAsia="Arial" w:hAnsi="Arial" w:cs="Arial"/>
                <w:color w:val="000000"/>
                <w:sz w:val="20"/>
                <w:szCs w:val="20"/>
              </w:rPr>
              <w:t>Dandotkar</w:t>
            </w:r>
            <w:proofErr w:type="spellEnd"/>
            <w:r>
              <w:rPr>
                <w:rFonts w:ascii="Arial" w:eastAsia="Arial" w:hAnsi="Arial" w:cs="Arial"/>
                <w:color w:val="000000"/>
                <w:sz w:val="20"/>
                <w:szCs w:val="20"/>
              </w:rPr>
              <w:t xml:space="preserve"> Sanjana,</w:t>
            </w:r>
          </w:p>
          <w:p w14:paraId="0DA2FD2F" w14:textId="77777777" w:rsidR="00D12216" w:rsidRDefault="00D12216" w:rsidP="00E62D64">
            <w:pPr>
              <w:jc w:val="center"/>
              <w:rPr>
                <w:b/>
                <w:bCs/>
                <w:sz w:val="28"/>
                <w:szCs w:val="28"/>
              </w:rPr>
            </w:pPr>
            <w:proofErr w:type="spellStart"/>
            <w:r>
              <w:rPr>
                <w:rFonts w:ascii="Arial" w:eastAsia="Arial" w:hAnsi="Arial" w:cs="Arial"/>
                <w:color w:val="000000"/>
                <w:sz w:val="20"/>
                <w:szCs w:val="20"/>
              </w:rPr>
              <w:t>Marmamla</w:t>
            </w:r>
            <w:proofErr w:type="spellEnd"/>
            <w:r>
              <w:rPr>
                <w:rFonts w:ascii="Arial" w:eastAsia="Arial" w:hAnsi="Arial" w:cs="Arial"/>
                <w:color w:val="000000"/>
                <w:sz w:val="20"/>
                <w:szCs w:val="20"/>
              </w:rPr>
              <w:t xml:space="preserve"> Sreenidhi</w:t>
            </w:r>
          </w:p>
        </w:tc>
        <w:tc>
          <w:tcPr>
            <w:tcW w:w="1635" w:type="dxa"/>
          </w:tcPr>
          <w:p w14:paraId="40D7B57D" w14:textId="77777777" w:rsidR="00D12216" w:rsidRDefault="00D12216" w:rsidP="00E62D64">
            <w:pPr>
              <w:jc w:val="center"/>
              <w:rPr>
                <w:rFonts w:ascii="Arial" w:eastAsia="Arial" w:hAnsi="Arial" w:cs="Arial"/>
                <w:color w:val="000000"/>
                <w:sz w:val="20"/>
                <w:szCs w:val="20"/>
              </w:rPr>
            </w:pPr>
            <w:proofErr w:type="spellStart"/>
            <w:r>
              <w:rPr>
                <w:rFonts w:ascii="Arial" w:eastAsia="Arial" w:hAnsi="Arial" w:cs="Arial"/>
                <w:color w:val="000000"/>
                <w:sz w:val="20"/>
                <w:szCs w:val="20"/>
              </w:rPr>
              <w:t>PhishGuard</w:t>
            </w:r>
            <w:proofErr w:type="spellEnd"/>
          </w:p>
          <w:p w14:paraId="2E5A45D7" w14:textId="77777777" w:rsidR="00D12216" w:rsidRDefault="00D12216" w:rsidP="00E62D64">
            <w:pPr>
              <w:jc w:val="center"/>
              <w:rPr>
                <w:b/>
                <w:bCs/>
                <w:sz w:val="28"/>
                <w:szCs w:val="28"/>
              </w:rPr>
            </w:pPr>
          </w:p>
        </w:tc>
        <w:tc>
          <w:tcPr>
            <w:tcW w:w="1590" w:type="dxa"/>
          </w:tcPr>
          <w:p w14:paraId="5836233E"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Kavitha</w:t>
            </w:r>
          </w:p>
          <w:p w14:paraId="2FF2EF12" w14:textId="77777777" w:rsidR="00D12216" w:rsidRDefault="00D12216" w:rsidP="00E62D64">
            <w:pPr>
              <w:jc w:val="center"/>
              <w:rPr>
                <w:b/>
                <w:bCs/>
                <w:sz w:val="28"/>
                <w:szCs w:val="28"/>
              </w:rPr>
            </w:pPr>
          </w:p>
        </w:tc>
        <w:tc>
          <w:tcPr>
            <w:tcW w:w="1200" w:type="dxa"/>
          </w:tcPr>
          <w:p w14:paraId="15CA4E72" w14:textId="77777777" w:rsidR="00D12216" w:rsidRDefault="00D12216" w:rsidP="00E62D64">
            <w:pPr>
              <w:jc w:val="center"/>
              <w:rPr>
                <w:rFonts w:ascii="Arial" w:eastAsia="Arial" w:hAnsi="Arial" w:cs="Arial"/>
                <w:sz w:val="16"/>
                <w:szCs w:val="16"/>
              </w:rPr>
            </w:pPr>
            <w:r>
              <w:rPr>
                <w:rFonts w:ascii="Arial" w:eastAsia="Arial" w:hAnsi="Arial" w:cs="Arial"/>
                <w:sz w:val="16"/>
                <w:szCs w:val="16"/>
              </w:rPr>
              <w:t>Loyola academy degree &amp;Pg college</w:t>
            </w:r>
          </w:p>
        </w:tc>
      </w:tr>
      <w:tr w:rsidR="00D12216" w14:paraId="19E0A5A8" w14:textId="77777777" w:rsidTr="00E62D64">
        <w:tc>
          <w:tcPr>
            <w:tcW w:w="660" w:type="dxa"/>
          </w:tcPr>
          <w:p w14:paraId="0E5991BF" w14:textId="77777777" w:rsidR="00D12216" w:rsidRDefault="00D12216" w:rsidP="00E62D64">
            <w:pPr>
              <w:jc w:val="center"/>
              <w:rPr>
                <w:b/>
                <w:bCs/>
                <w:sz w:val="28"/>
                <w:szCs w:val="28"/>
              </w:rPr>
            </w:pPr>
            <w:r>
              <w:rPr>
                <w:b/>
                <w:bCs/>
                <w:sz w:val="28"/>
                <w:szCs w:val="28"/>
              </w:rPr>
              <w:t>5</w:t>
            </w:r>
          </w:p>
        </w:tc>
        <w:tc>
          <w:tcPr>
            <w:tcW w:w="1665" w:type="dxa"/>
          </w:tcPr>
          <w:p w14:paraId="1D3912AC" w14:textId="77777777" w:rsidR="00D12216" w:rsidRDefault="00D12216" w:rsidP="00E62D64">
            <w:pPr>
              <w:jc w:val="center"/>
              <w:rPr>
                <w:rFonts w:ascii="Arial" w:eastAsia="Arial" w:hAnsi="Arial" w:cs="Arial"/>
                <w:color w:val="000000"/>
                <w:sz w:val="20"/>
                <w:szCs w:val="20"/>
              </w:rPr>
            </w:pPr>
            <w:proofErr w:type="gramStart"/>
            <w:r>
              <w:rPr>
                <w:rFonts w:ascii="Arial" w:eastAsia="Arial" w:hAnsi="Arial" w:cs="Arial"/>
                <w:color w:val="000000"/>
                <w:sz w:val="20"/>
                <w:szCs w:val="20"/>
              </w:rPr>
              <w:t xml:space="preserve">111724039005,   </w:t>
            </w:r>
            <w:proofErr w:type="gramEnd"/>
            <w:r>
              <w:rPr>
                <w:rFonts w:ascii="Arial" w:eastAsia="Arial" w:hAnsi="Arial" w:cs="Arial"/>
                <w:color w:val="000000"/>
                <w:sz w:val="20"/>
                <w:szCs w:val="20"/>
              </w:rPr>
              <w:t xml:space="preserve"> 111724039017</w:t>
            </w:r>
          </w:p>
          <w:p w14:paraId="318E127F" w14:textId="77777777" w:rsidR="00D12216" w:rsidRDefault="00D12216" w:rsidP="00E62D64">
            <w:pPr>
              <w:jc w:val="center"/>
              <w:rPr>
                <w:b/>
                <w:bCs/>
                <w:sz w:val="28"/>
                <w:szCs w:val="28"/>
              </w:rPr>
            </w:pPr>
          </w:p>
        </w:tc>
        <w:tc>
          <w:tcPr>
            <w:tcW w:w="1995" w:type="dxa"/>
          </w:tcPr>
          <w:p w14:paraId="32686CF3"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Bhargavi, </w:t>
            </w:r>
          </w:p>
          <w:p w14:paraId="6B2885CF" w14:textId="77777777" w:rsidR="00D12216" w:rsidRDefault="00D12216" w:rsidP="00E62D64">
            <w:pPr>
              <w:jc w:val="center"/>
              <w:rPr>
                <w:b/>
                <w:bCs/>
                <w:sz w:val="28"/>
                <w:szCs w:val="28"/>
              </w:rPr>
            </w:pPr>
            <w:r>
              <w:rPr>
                <w:rFonts w:ascii="Arial" w:eastAsia="Arial" w:hAnsi="Arial" w:cs="Arial"/>
                <w:color w:val="000000"/>
                <w:sz w:val="20"/>
                <w:szCs w:val="20"/>
              </w:rPr>
              <w:t>Harshini</w:t>
            </w:r>
          </w:p>
        </w:tc>
        <w:tc>
          <w:tcPr>
            <w:tcW w:w="1635" w:type="dxa"/>
          </w:tcPr>
          <w:p w14:paraId="0CA246BF"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Adaptive Password Deception using AI</w:t>
            </w:r>
          </w:p>
          <w:p w14:paraId="4880BA45" w14:textId="77777777" w:rsidR="00D12216" w:rsidRDefault="00D12216" w:rsidP="00E62D64">
            <w:pPr>
              <w:jc w:val="center"/>
              <w:rPr>
                <w:b/>
                <w:bCs/>
                <w:sz w:val="28"/>
                <w:szCs w:val="28"/>
              </w:rPr>
            </w:pPr>
          </w:p>
        </w:tc>
        <w:tc>
          <w:tcPr>
            <w:tcW w:w="1590" w:type="dxa"/>
          </w:tcPr>
          <w:p w14:paraId="0D76BB57" w14:textId="77777777" w:rsidR="00D12216" w:rsidRDefault="00D12216" w:rsidP="00E62D64">
            <w:pPr>
              <w:jc w:val="center"/>
              <w:rPr>
                <w:rFonts w:ascii="Arial" w:eastAsia="Arial" w:hAnsi="Arial" w:cs="Arial"/>
                <w:color w:val="000000"/>
                <w:sz w:val="20"/>
                <w:szCs w:val="20"/>
              </w:rPr>
            </w:pPr>
            <w:proofErr w:type="spellStart"/>
            <w:proofErr w:type="gramStart"/>
            <w:r>
              <w:rPr>
                <w:rFonts w:ascii="Arial" w:eastAsia="Arial" w:hAnsi="Arial" w:cs="Arial"/>
                <w:color w:val="000000"/>
                <w:sz w:val="20"/>
                <w:szCs w:val="20"/>
              </w:rPr>
              <w:t>S.Lakshmi</w:t>
            </w:r>
            <w:proofErr w:type="spellEnd"/>
            <w:proofErr w:type="gramEnd"/>
          </w:p>
          <w:p w14:paraId="1EFDBD04" w14:textId="77777777" w:rsidR="00D12216" w:rsidRDefault="00D12216" w:rsidP="00E62D64">
            <w:pPr>
              <w:jc w:val="center"/>
              <w:rPr>
                <w:b/>
                <w:bCs/>
                <w:sz w:val="28"/>
                <w:szCs w:val="28"/>
              </w:rPr>
            </w:pPr>
          </w:p>
        </w:tc>
        <w:tc>
          <w:tcPr>
            <w:tcW w:w="1200" w:type="dxa"/>
          </w:tcPr>
          <w:p w14:paraId="07491614"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470A95EE" w14:textId="77777777" w:rsidTr="00E62D64">
        <w:tc>
          <w:tcPr>
            <w:tcW w:w="660" w:type="dxa"/>
          </w:tcPr>
          <w:p w14:paraId="5A3FCDD6" w14:textId="77777777" w:rsidR="00D12216" w:rsidRDefault="00D12216" w:rsidP="00E62D64">
            <w:pPr>
              <w:jc w:val="center"/>
              <w:rPr>
                <w:b/>
                <w:bCs/>
                <w:sz w:val="28"/>
                <w:szCs w:val="28"/>
              </w:rPr>
            </w:pPr>
            <w:r>
              <w:rPr>
                <w:b/>
                <w:bCs/>
                <w:sz w:val="28"/>
                <w:szCs w:val="28"/>
              </w:rPr>
              <w:t>6</w:t>
            </w:r>
          </w:p>
        </w:tc>
        <w:tc>
          <w:tcPr>
            <w:tcW w:w="1665" w:type="dxa"/>
          </w:tcPr>
          <w:p w14:paraId="5CC8603C"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111724039007, 1117240390020</w:t>
            </w:r>
          </w:p>
          <w:p w14:paraId="0E20C14E" w14:textId="77777777" w:rsidR="00D12216" w:rsidRDefault="00D12216" w:rsidP="00E62D64">
            <w:pPr>
              <w:jc w:val="center"/>
              <w:rPr>
                <w:b/>
                <w:bCs/>
                <w:sz w:val="28"/>
                <w:szCs w:val="28"/>
              </w:rPr>
            </w:pPr>
          </w:p>
        </w:tc>
        <w:tc>
          <w:tcPr>
            <w:tcW w:w="1995" w:type="dxa"/>
          </w:tcPr>
          <w:p w14:paraId="19A48935" w14:textId="77777777" w:rsidR="00D12216" w:rsidRDefault="00D12216" w:rsidP="00E62D64">
            <w:pPr>
              <w:jc w:val="center"/>
              <w:rPr>
                <w:rFonts w:ascii="Arial" w:eastAsia="Arial" w:hAnsi="Arial" w:cs="Arial"/>
                <w:color w:val="000000"/>
                <w:sz w:val="20"/>
                <w:szCs w:val="20"/>
              </w:rPr>
            </w:pPr>
            <w:proofErr w:type="spellStart"/>
            <w:r>
              <w:rPr>
                <w:rFonts w:ascii="Arial" w:eastAsia="Arial" w:hAnsi="Arial" w:cs="Arial"/>
                <w:color w:val="000000"/>
                <w:sz w:val="20"/>
                <w:szCs w:val="20"/>
              </w:rPr>
              <w:t>Gujja</w:t>
            </w:r>
            <w:proofErr w:type="spellEnd"/>
            <w:r>
              <w:rPr>
                <w:rFonts w:ascii="Arial" w:eastAsia="Arial" w:hAnsi="Arial" w:cs="Arial"/>
                <w:color w:val="000000"/>
                <w:sz w:val="20"/>
                <w:szCs w:val="20"/>
              </w:rPr>
              <w:t xml:space="preserve"> </w:t>
            </w:r>
            <w:proofErr w:type="gramStart"/>
            <w:r>
              <w:rPr>
                <w:rFonts w:ascii="Arial" w:eastAsia="Arial" w:hAnsi="Arial" w:cs="Arial"/>
                <w:color w:val="000000"/>
                <w:sz w:val="20"/>
                <w:szCs w:val="20"/>
              </w:rPr>
              <w:t>Akhila ,</w:t>
            </w:r>
            <w:proofErr w:type="spellStart"/>
            <w:r>
              <w:rPr>
                <w:rFonts w:ascii="Arial" w:eastAsia="Arial" w:hAnsi="Arial" w:cs="Arial"/>
                <w:color w:val="000000"/>
                <w:sz w:val="20"/>
                <w:szCs w:val="20"/>
              </w:rPr>
              <w:t>Upputuri</w:t>
            </w:r>
            <w:proofErr w:type="spellEnd"/>
            <w:proofErr w:type="gramEnd"/>
            <w:r>
              <w:rPr>
                <w:rFonts w:ascii="Arial" w:eastAsia="Arial" w:hAnsi="Arial" w:cs="Arial"/>
                <w:color w:val="000000"/>
                <w:sz w:val="20"/>
                <w:szCs w:val="20"/>
              </w:rPr>
              <w:t xml:space="preserve"> Venkata Lakshmi Sahiti </w:t>
            </w:r>
          </w:p>
          <w:p w14:paraId="58306EC0" w14:textId="77777777" w:rsidR="00D12216" w:rsidRDefault="00D12216" w:rsidP="00E62D64">
            <w:pPr>
              <w:jc w:val="center"/>
              <w:rPr>
                <w:b/>
                <w:bCs/>
                <w:sz w:val="28"/>
                <w:szCs w:val="28"/>
              </w:rPr>
            </w:pPr>
          </w:p>
        </w:tc>
        <w:tc>
          <w:tcPr>
            <w:tcW w:w="1635" w:type="dxa"/>
          </w:tcPr>
          <w:p w14:paraId="551593F1"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Mentoring book management system </w:t>
            </w:r>
          </w:p>
          <w:p w14:paraId="37D95660" w14:textId="77777777" w:rsidR="00D12216" w:rsidRDefault="00D12216" w:rsidP="00E62D64">
            <w:pPr>
              <w:jc w:val="center"/>
              <w:rPr>
                <w:b/>
                <w:bCs/>
                <w:sz w:val="28"/>
                <w:szCs w:val="28"/>
              </w:rPr>
            </w:pPr>
          </w:p>
        </w:tc>
        <w:tc>
          <w:tcPr>
            <w:tcW w:w="1590" w:type="dxa"/>
          </w:tcPr>
          <w:p w14:paraId="27D361D7" w14:textId="77777777" w:rsidR="00D12216" w:rsidRDefault="00D12216" w:rsidP="00E62D64">
            <w:pPr>
              <w:jc w:val="center"/>
              <w:rPr>
                <w:rFonts w:ascii="Arial" w:eastAsia="Arial" w:hAnsi="Arial" w:cs="Arial"/>
                <w:color w:val="000000"/>
                <w:sz w:val="20"/>
                <w:szCs w:val="20"/>
              </w:rPr>
            </w:pPr>
            <w:proofErr w:type="spellStart"/>
            <w:proofErr w:type="gramStart"/>
            <w:r>
              <w:rPr>
                <w:rFonts w:ascii="Arial" w:eastAsia="Arial" w:hAnsi="Arial" w:cs="Arial"/>
                <w:color w:val="000000"/>
                <w:sz w:val="20"/>
                <w:szCs w:val="20"/>
              </w:rPr>
              <w:t>N.manisha</w:t>
            </w:r>
            <w:proofErr w:type="spellEnd"/>
            <w:proofErr w:type="gramEnd"/>
          </w:p>
          <w:p w14:paraId="735D3B16" w14:textId="77777777" w:rsidR="00D12216" w:rsidRDefault="00D12216" w:rsidP="00E62D64">
            <w:pPr>
              <w:jc w:val="center"/>
              <w:rPr>
                <w:b/>
                <w:bCs/>
                <w:sz w:val="28"/>
                <w:szCs w:val="28"/>
              </w:rPr>
            </w:pPr>
          </w:p>
        </w:tc>
        <w:tc>
          <w:tcPr>
            <w:tcW w:w="1200" w:type="dxa"/>
          </w:tcPr>
          <w:p w14:paraId="5AB0ADDB"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5C724ECB" w14:textId="77777777" w:rsidTr="00E62D64">
        <w:tc>
          <w:tcPr>
            <w:tcW w:w="660" w:type="dxa"/>
          </w:tcPr>
          <w:p w14:paraId="7C26B076" w14:textId="77777777" w:rsidR="00D12216" w:rsidRDefault="00D12216" w:rsidP="00E62D64">
            <w:pPr>
              <w:jc w:val="center"/>
              <w:rPr>
                <w:b/>
                <w:bCs/>
                <w:sz w:val="28"/>
                <w:szCs w:val="28"/>
              </w:rPr>
            </w:pPr>
            <w:r>
              <w:rPr>
                <w:b/>
                <w:bCs/>
                <w:sz w:val="28"/>
                <w:szCs w:val="28"/>
              </w:rPr>
              <w:t>7</w:t>
            </w:r>
          </w:p>
        </w:tc>
        <w:tc>
          <w:tcPr>
            <w:tcW w:w="1665" w:type="dxa"/>
          </w:tcPr>
          <w:p w14:paraId="734C995F"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111724039008, 1117240390021</w:t>
            </w:r>
          </w:p>
          <w:p w14:paraId="5CA4D11D" w14:textId="77777777" w:rsidR="00D12216" w:rsidRDefault="00D12216" w:rsidP="00E62D64">
            <w:pPr>
              <w:jc w:val="center"/>
              <w:rPr>
                <w:b/>
                <w:bCs/>
                <w:sz w:val="28"/>
                <w:szCs w:val="28"/>
              </w:rPr>
            </w:pPr>
          </w:p>
        </w:tc>
        <w:tc>
          <w:tcPr>
            <w:tcW w:w="1995" w:type="dxa"/>
          </w:tcPr>
          <w:p w14:paraId="39F72C43" w14:textId="77777777" w:rsidR="00D12216" w:rsidRDefault="00D12216" w:rsidP="00E62D64">
            <w:pPr>
              <w:jc w:val="center"/>
              <w:rPr>
                <w:rFonts w:ascii="Arial" w:eastAsia="Arial" w:hAnsi="Arial" w:cs="Arial"/>
                <w:color w:val="000000"/>
                <w:sz w:val="20"/>
                <w:szCs w:val="20"/>
              </w:rPr>
            </w:pPr>
            <w:proofErr w:type="gramStart"/>
            <w:r>
              <w:rPr>
                <w:rFonts w:ascii="Arial" w:eastAsia="Arial" w:hAnsi="Arial" w:cs="Arial"/>
                <w:color w:val="000000"/>
                <w:sz w:val="20"/>
                <w:szCs w:val="20"/>
              </w:rPr>
              <w:t>Harsha ,</w:t>
            </w:r>
            <w:proofErr w:type="gramEnd"/>
          </w:p>
          <w:p w14:paraId="5A69E14D" w14:textId="77777777" w:rsidR="00D12216" w:rsidRDefault="00D12216" w:rsidP="00E62D64">
            <w:pPr>
              <w:jc w:val="center"/>
              <w:rPr>
                <w:b/>
                <w:bCs/>
                <w:sz w:val="28"/>
                <w:szCs w:val="28"/>
              </w:rPr>
            </w:pPr>
            <w:r>
              <w:rPr>
                <w:rFonts w:ascii="Arial" w:eastAsia="Arial" w:hAnsi="Arial" w:cs="Arial"/>
                <w:color w:val="000000"/>
                <w:sz w:val="20"/>
                <w:szCs w:val="20"/>
              </w:rPr>
              <w:t xml:space="preserve">Yagna Gurureddy   </w:t>
            </w:r>
          </w:p>
        </w:tc>
        <w:tc>
          <w:tcPr>
            <w:tcW w:w="1635" w:type="dxa"/>
          </w:tcPr>
          <w:p w14:paraId="2AF53472"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Network Monitoring+ Emergency Alert Tool</w:t>
            </w:r>
          </w:p>
          <w:p w14:paraId="1BE9BB5A" w14:textId="77777777" w:rsidR="00D12216" w:rsidRDefault="00D12216" w:rsidP="00E62D64">
            <w:pPr>
              <w:jc w:val="center"/>
              <w:rPr>
                <w:b/>
                <w:bCs/>
                <w:sz w:val="28"/>
                <w:szCs w:val="28"/>
              </w:rPr>
            </w:pPr>
          </w:p>
        </w:tc>
        <w:tc>
          <w:tcPr>
            <w:tcW w:w="1590" w:type="dxa"/>
          </w:tcPr>
          <w:p w14:paraId="70C53F8A"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Supriya</w:t>
            </w:r>
          </w:p>
          <w:p w14:paraId="5A2374C9" w14:textId="77777777" w:rsidR="00D12216" w:rsidRDefault="00D12216" w:rsidP="00E62D64">
            <w:pPr>
              <w:jc w:val="center"/>
              <w:rPr>
                <w:b/>
                <w:bCs/>
                <w:sz w:val="28"/>
                <w:szCs w:val="28"/>
              </w:rPr>
            </w:pPr>
          </w:p>
        </w:tc>
        <w:tc>
          <w:tcPr>
            <w:tcW w:w="1200" w:type="dxa"/>
          </w:tcPr>
          <w:p w14:paraId="1D443357" w14:textId="77777777" w:rsidR="00D12216" w:rsidRDefault="00D12216" w:rsidP="00E62D64">
            <w:pPr>
              <w:jc w:val="center"/>
              <w:rPr>
                <w:rFonts w:ascii="Arial" w:eastAsia="Arial" w:hAnsi="Arial" w:cs="Arial"/>
                <w:sz w:val="16"/>
                <w:szCs w:val="16"/>
              </w:rPr>
            </w:pPr>
            <w:r>
              <w:rPr>
                <w:rFonts w:ascii="Arial" w:eastAsia="Arial" w:hAnsi="Arial" w:cs="Arial"/>
                <w:sz w:val="16"/>
                <w:szCs w:val="16"/>
              </w:rPr>
              <w:t>Loyola academy degree &amp;Pg college</w:t>
            </w:r>
          </w:p>
        </w:tc>
      </w:tr>
      <w:tr w:rsidR="00D12216" w14:paraId="0E3473C5" w14:textId="77777777" w:rsidTr="00E62D64">
        <w:tc>
          <w:tcPr>
            <w:tcW w:w="660" w:type="dxa"/>
          </w:tcPr>
          <w:p w14:paraId="2845B8CF" w14:textId="77777777" w:rsidR="00D12216" w:rsidRDefault="00D12216" w:rsidP="00E62D64">
            <w:pPr>
              <w:jc w:val="center"/>
              <w:rPr>
                <w:b/>
                <w:bCs/>
                <w:sz w:val="28"/>
                <w:szCs w:val="28"/>
              </w:rPr>
            </w:pPr>
            <w:r>
              <w:rPr>
                <w:b/>
                <w:bCs/>
                <w:sz w:val="28"/>
                <w:szCs w:val="28"/>
              </w:rPr>
              <w:t>8</w:t>
            </w:r>
          </w:p>
        </w:tc>
        <w:tc>
          <w:tcPr>
            <w:tcW w:w="1665" w:type="dxa"/>
          </w:tcPr>
          <w:p w14:paraId="15CFA8BB"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111724039009,</w:t>
            </w:r>
          </w:p>
          <w:p w14:paraId="5A88C501"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111724039019</w:t>
            </w:r>
          </w:p>
          <w:p w14:paraId="4BFAA49C" w14:textId="77777777" w:rsidR="00D12216" w:rsidRDefault="00D12216" w:rsidP="00E62D64">
            <w:pPr>
              <w:jc w:val="center"/>
              <w:rPr>
                <w:b/>
                <w:bCs/>
                <w:sz w:val="28"/>
                <w:szCs w:val="28"/>
              </w:rPr>
            </w:pPr>
          </w:p>
        </w:tc>
        <w:tc>
          <w:tcPr>
            <w:tcW w:w="1995" w:type="dxa"/>
          </w:tcPr>
          <w:p w14:paraId="6989C811" w14:textId="77777777" w:rsidR="00D12216" w:rsidRDefault="00D12216" w:rsidP="00E62D64">
            <w:pPr>
              <w:jc w:val="center"/>
              <w:rPr>
                <w:rFonts w:ascii="Arial" w:eastAsia="Arial" w:hAnsi="Arial" w:cs="Arial"/>
                <w:color w:val="000000"/>
                <w:sz w:val="20"/>
                <w:szCs w:val="20"/>
              </w:rPr>
            </w:pPr>
            <w:proofErr w:type="spellStart"/>
            <w:proofErr w:type="gramStart"/>
            <w:r>
              <w:rPr>
                <w:rFonts w:ascii="Arial" w:eastAsia="Arial" w:hAnsi="Arial" w:cs="Arial"/>
                <w:color w:val="000000"/>
                <w:sz w:val="20"/>
                <w:szCs w:val="20"/>
              </w:rPr>
              <w:t>J.Swethika</w:t>
            </w:r>
            <w:proofErr w:type="spellEnd"/>
            <w:proofErr w:type="gramEnd"/>
            <w:r>
              <w:rPr>
                <w:rFonts w:ascii="Arial" w:eastAsia="Arial" w:hAnsi="Arial" w:cs="Arial"/>
                <w:color w:val="000000"/>
                <w:sz w:val="20"/>
                <w:szCs w:val="20"/>
              </w:rPr>
              <w:t>,</w:t>
            </w:r>
          </w:p>
          <w:p w14:paraId="65CD1462" w14:textId="77777777" w:rsidR="00D12216" w:rsidRDefault="00D12216" w:rsidP="00E62D64">
            <w:pPr>
              <w:jc w:val="center"/>
              <w:rPr>
                <w:b/>
                <w:bCs/>
                <w:sz w:val="28"/>
                <w:szCs w:val="28"/>
              </w:rPr>
            </w:pPr>
            <w:proofErr w:type="spellStart"/>
            <w:proofErr w:type="gramStart"/>
            <w:r>
              <w:rPr>
                <w:rFonts w:ascii="Arial" w:eastAsia="Arial" w:hAnsi="Arial" w:cs="Arial"/>
                <w:color w:val="000000"/>
                <w:sz w:val="20"/>
                <w:szCs w:val="20"/>
              </w:rPr>
              <w:t>T.Namitha</w:t>
            </w:r>
            <w:proofErr w:type="spellEnd"/>
            <w:proofErr w:type="gramEnd"/>
            <w:r>
              <w:rPr>
                <w:rFonts w:ascii="Arial" w:eastAsia="Arial" w:hAnsi="Arial" w:cs="Arial"/>
                <w:color w:val="000000"/>
                <w:sz w:val="20"/>
                <w:szCs w:val="20"/>
              </w:rPr>
              <w:t xml:space="preserve"> </w:t>
            </w:r>
            <w:proofErr w:type="spellStart"/>
            <w:r>
              <w:rPr>
                <w:rFonts w:ascii="Arial" w:eastAsia="Arial" w:hAnsi="Arial" w:cs="Arial"/>
                <w:color w:val="000000"/>
                <w:sz w:val="20"/>
                <w:szCs w:val="20"/>
              </w:rPr>
              <w:t>sree</w:t>
            </w:r>
            <w:proofErr w:type="spellEnd"/>
          </w:p>
        </w:tc>
        <w:tc>
          <w:tcPr>
            <w:tcW w:w="1635" w:type="dxa"/>
          </w:tcPr>
          <w:p w14:paraId="0793D623"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Business management application </w:t>
            </w:r>
          </w:p>
          <w:p w14:paraId="4D8AAAB8" w14:textId="77777777" w:rsidR="00D12216" w:rsidRDefault="00D12216" w:rsidP="00E62D64">
            <w:pPr>
              <w:jc w:val="center"/>
              <w:rPr>
                <w:b/>
                <w:bCs/>
                <w:sz w:val="28"/>
                <w:szCs w:val="28"/>
              </w:rPr>
            </w:pPr>
          </w:p>
        </w:tc>
        <w:tc>
          <w:tcPr>
            <w:tcW w:w="1590" w:type="dxa"/>
          </w:tcPr>
          <w:p w14:paraId="5BC442E9" w14:textId="77777777" w:rsidR="00D12216" w:rsidRDefault="00D12216" w:rsidP="00E62D64">
            <w:pPr>
              <w:jc w:val="center"/>
              <w:rPr>
                <w:rFonts w:ascii="Arial" w:eastAsia="Arial" w:hAnsi="Arial" w:cs="Arial"/>
                <w:color w:val="000000"/>
                <w:sz w:val="20"/>
                <w:szCs w:val="20"/>
              </w:rPr>
            </w:pPr>
            <w:proofErr w:type="spellStart"/>
            <w:proofErr w:type="gramStart"/>
            <w:r>
              <w:rPr>
                <w:rFonts w:ascii="Arial" w:eastAsia="Arial" w:hAnsi="Arial" w:cs="Arial"/>
                <w:color w:val="000000"/>
                <w:sz w:val="20"/>
                <w:szCs w:val="20"/>
              </w:rPr>
              <w:t>S.Kavitha</w:t>
            </w:r>
            <w:proofErr w:type="spellEnd"/>
            <w:proofErr w:type="gramEnd"/>
          </w:p>
          <w:p w14:paraId="1347DE55" w14:textId="77777777" w:rsidR="00D12216" w:rsidRDefault="00D12216" w:rsidP="00E62D64">
            <w:pPr>
              <w:jc w:val="center"/>
              <w:rPr>
                <w:b/>
                <w:bCs/>
                <w:sz w:val="28"/>
                <w:szCs w:val="28"/>
              </w:rPr>
            </w:pPr>
          </w:p>
        </w:tc>
        <w:tc>
          <w:tcPr>
            <w:tcW w:w="1200" w:type="dxa"/>
          </w:tcPr>
          <w:p w14:paraId="472915C1"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686D86FE" w14:textId="77777777" w:rsidTr="00E62D64">
        <w:tc>
          <w:tcPr>
            <w:tcW w:w="660" w:type="dxa"/>
          </w:tcPr>
          <w:p w14:paraId="0D49FA33" w14:textId="77777777" w:rsidR="00D12216" w:rsidRDefault="00D12216" w:rsidP="00E62D64">
            <w:pPr>
              <w:jc w:val="center"/>
              <w:rPr>
                <w:b/>
                <w:bCs/>
                <w:sz w:val="28"/>
                <w:szCs w:val="28"/>
              </w:rPr>
            </w:pPr>
            <w:r>
              <w:rPr>
                <w:b/>
                <w:bCs/>
                <w:sz w:val="28"/>
                <w:szCs w:val="28"/>
              </w:rPr>
              <w:t>9</w:t>
            </w:r>
          </w:p>
        </w:tc>
        <w:tc>
          <w:tcPr>
            <w:tcW w:w="1665" w:type="dxa"/>
          </w:tcPr>
          <w:p w14:paraId="6A1041C1"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111724039010,</w:t>
            </w:r>
          </w:p>
          <w:p w14:paraId="0CB7710B" w14:textId="77777777" w:rsidR="00D12216" w:rsidRDefault="00D12216" w:rsidP="00E62D64">
            <w:pPr>
              <w:jc w:val="center"/>
              <w:rPr>
                <w:b/>
                <w:bCs/>
                <w:sz w:val="28"/>
                <w:szCs w:val="28"/>
              </w:rPr>
            </w:pPr>
            <w:r>
              <w:rPr>
                <w:rFonts w:ascii="Arial" w:eastAsia="Arial" w:hAnsi="Arial" w:cs="Arial"/>
                <w:color w:val="000000"/>
                <w:sz w:val="20"/>
                <w:szCs w:val="20"/>
              </w:rPr>
              <w:t>111724039011</w:t>
            </w:r>
          </w:p>
        </w:tc>
        <w:tc>
          <w:tcPr>
            <w:tcW w:w="1995" w:type="dxa"/>
          </w:tcPr>
          <w:p w14:paraId="747863FF"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Sravana </w:t>
            </w:r>
            <w:proofErr w:type="gramStart"/>
            <w:r>
              <w:rPr>
                <w:rFonts w:ascii="Arial" w:eastAsia="Arial" w:hAnsi="Arial" w:cs="Arial"/>
                <w:color w:val="000000"/>
                <w:sz w:val="20"/>
                <w:szCs w:val="20"/>
              </w:rPr>
              <w:t>Jyothi ,</w:t>
            </w:r>
            <w:proofErr w:type="gramEnd"/>
          </w:p>
          <w:p w14:paraId="49A125E5"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Ashritha </w:t>
            </w:r>
          </w:p>
          <w:p w14:paraId="4637B090" w14:textId="77777777" w:rsidR="00D12216" w:rsidRDefault="00D12216" w:rsidP="00E62D64">
            <w:pPr>
              <w:jc w:val="center"/>
              <w:rPr>
                <w:rFonts w:ascii="Arial" w:eastAsia="Arial" w:hAnsi="Arial" w:cs="Arial"/>
                <w:color w:val="000000"/>
                <w:sz w:val="20"/>
                <w:szCs w:val="20"/>
              </w:rPr>
            </w:pPr>
          </w:p>
          <w:p w14:paraId="617D4D24" w14:textId="77777777" w:rsidR="00D12216" w:rsidRDefault="00D12216" w:rsidP="00E62D64">
            <w:pPr>
              <w:jc w:val="center"/>
              <w:rPr>
                <w:b/>
                <w:bCs/>
                <w:sz w:val="28"/>
                <w:szCs w:val="28"/>
              </w:rPr>
            </w:pPr>
          </w:p>
        </w:tc>
        <w:tc>
          <w:tcPr>
            <w:tcW w:w="1635" w:type="dxa"/>
          </w:tcPr>
          <w:p w14:paraId="1F054D33" w14:textId="77777777" w:rsidR="00D12216" w:rsidRDefault="00D12216" w:rsidP="00E62D64">
            <w:pPr>
              <w:jc w:val="center"/>
              <w:rPr>
                <w:rFonts w:ascii="Arial" w:eastAsia="Arial" w:hAnsi="Arial" w:cs="Arial"/>
                <w:color w:val="000000"/>
                <w:sz w:val="20"/>
                <w:szCs w:val="20"/>
              </w:rPr>
            </w:pPr>
            <w:proofErr w:type="spellStart"/>
            <w:r>
              <w:rPr>
                <w:rFonts w:ascii="Arial" w:eastAsia="Arial" w:hAnsi="Arial" w:cs="Arial"/>
                <w:color w:val="000000"/>
                <w:sz w:val="20"/>
                <w:szCs w:val="20"/>
              </w:rPr>
              <w:t>Stegovault</w:t>
            </w:r>
            <w:proofErr w:type="spellEnd"/>
            <w:r>
              <w:rPr>
                <w:rFonts w:ascii="Arial" w:eastAsia="Arial" w:hAnsi="Arial" w:cs="Arial"/>
                <w:color w:val="000000"/>
                <w:sz w:val="20"/>
                <w:szCs w:val="20"/>
              </w:rPr>
              <w:t xml:space="preserve"> </w:t>
            </w:r>
          </w:p>
          <w:p w14:paraId="296F5F51" w14:textId="77777777" w:rsidR="00D12216" w:rsidRDefault="00D12216" w:rsidP="00E62D64">
            <w:pPr>
              <w:jc w:val="center"/>
              <w:rPr>
                <w:b/>
                <w:bCs/>
                <w:sz w:val="28"/>
                <w:szCs w:val="28"/>
              </w:rPr>
            </w:pPr>
          </w:p>
        </w:tc>
        <w:tc>
          <w:tcPr>
            <w:tcW w:w="1590" w:type="dxa"/>
          </w:tcPr>
          <w:p w14:paraId="30A86C56"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Lakshmi </w:t>
            </w:r>
          </w:p>
          <w:p w14:paraId="4850E4C7" w14:textId="77777777" w:rsidR="00D12216" w:rsidRDefault="00D12216" w:rsidP="00E62D64">
            <w:pPr>
              <w:jc w:val="center"/>
              <w:rPr>
                <w:b/>
                <w:bCs/>
                <w:sz w:val="28"/>
                <w:szCs w:val="28"/>
              </w:rPr>
            </w:pPr>
          </w:p>
        </w:tc>
        <w:tc>
          <w:tcPr>
            <w:tcW w:w="1200" w:type="dxa"/>
          </w:tcPr>
          <w:p w14:paraId="62656F59"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4A6B9732" w14:textId="77777777" w:rsidTr="00E62D64">
        <w:tc>
          <w:tcPr>
            <w:tcW w:w="660" w:type="dxa"/>
          </w:tcPr>
          <w:p w14:paraId="4CE09A0F" w14:textId="77777777" w:rsidR="00D12216" w:rsidRDefault="00D12216" w:rsidP="00E62D64">
            <w:pPr>
              <w:jc w:val="center"/>
              <w:rPr>
                <w:b/>
                <w:bCs/>
                <w:sz w:val="28"/>
                <w:szCs w:val="28"/>
              </w:rPr>
            </w:pPr>
            <w:r>
              <w:rPr>
                <w:b/>
                <w:bCs/>
                <w:sz w:val="28"/>
                <w:szCs w:val="28"/>
              </w:rPr>
              <w:t>10</w:t>
            </w:r>
          </w:p>
        </w:tc>
        <w:tc>
          <w:tcPr>
            <w:tcW w:w="1665" w:type="dxa"/>
          </w:tcPr>
          <w:p w14:paraId="5F831ED8" w14:textId="77777777" w:rsidR="00D12216" w:rsidRDefault="00D12216" w:rsidP="00E62D64">
            <w:pPr>
              <w:jc w:val="center"/>
              <w:rPr>
                <w:b/>
                <w:bCs/>
                <w:sz w:val="28"/>
                <w:szCs w:val="28"/>
              </w:rPr>
            </w:pPr>
            <w:r>
              <w:rPr>
                <w:rFonts w:ascii="Arial" w:eastAsia="Arial" w:hAnsi="Arial" w:cs="Arial"/>
                <w:color w:val="000000"/>
                <w:sz w:val="20"/>
                <w:szCs w:val="20"/>
              </w:rPr>
              <w:t>111724039012</w:t>
            </w:r>
          </w:p>
        </w:tc>
        <w:tc>
          <w:tcPr>
            <w:tcW w:w="1995" w:type="dxa"/>
          </w:tcPr>
          <w:p w14:paraId="444325CD" w14:textId="77777777" w:rsidR="00D12216" w:rsidRDefault="00D12216" w:rsidP="00E62D64">
            <w:pPr>
              <w:jc w:val="center"/>
              <w:rPr>
                <w:rFonts w:ascii="Arial" w:eastAsia="Arial" w:hAnsi="Arial" w:cs="Arial"/>
                <w:color w:val="000000"/>
                <w:sz w:val="20"/>
                <w:szCs w:val="20"/>
              </w:rPr>
            </w:pPr>
            <w:proofErr w:type="spellStart"/>
            <w:proofErr w:type="gramStart"/>
            <w:r>
              <w:rPr>
                <w:rFonts w:ascii="Arial" w:eastAsia="Arial" w:hAnsi="Arial" w:cs="Arial"/>
                <w:color w:val="000000"/>
                <w:sz w:val="20"/>
                <w:szCs w:val="20"/>
              </w:rPr>
              <w:t>K.vedha</w:t>
            </w:r>
            <w:proofErr w:type="spellEnd"/>
            <w:proofErr w:type="gramEnd"/>
            <w:r>
              <w:rPr>
                <w:rFonts w:ascii="Arial" w:eastAsia="Arial" w:hAnsi="Arial" w:cs="Arial"/>
                <w:color w:val="000000"/>
                <w:sz w:val="20"/>
                <w:szCs w:val="20"/>
              </w:rPr>
              <w:t xml:space="preserve"> </w:t>
            </w:r>
          </w:p>
          <w:p w14:paraId="5F0E0170" w14:textId="77777777" w:rsidR="00D12216" w:rsidRDefault="00D12216" w:rsidP="00E62D64">
            <w:pPr>
              <w:jc w:val="center"/>
              <w:rPr>
                <w:b/>
                <w:bCs/>
                <w:sz w:val="28"/>
                <w:szCs w:val="28"/>
              </w:rPr>
            </w:pPr>
          </w:p>
        </w:tc>
        <w:tc>
          <w:tcPr>
            <w:tcW w:w="1635" w:type="dxa"/>
          </w:tcPr>
          <w:p w14:paraId="375A08F8"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Honeypot setup</w:t>
            </w:r>
          </w:p>
          <w:p w14:paraId="1416DF6C" w14:textId="77777777" w:rsidR="00D12216" w:rsidRDefault="00D12216" w:rsidP="00E62D64">
            <w:pPr>
              <w:jc w:val="center"/>
              <w:rPr>
                <w:b/>
                <w:bCs/>
                <w:sz w:val="28"/>
                <w:szCs w:val="28"/>
              </w:rPr>
            </w:pPr>
          </w:p>
        </w:tc>
        <w:tc>
          <w:tcPr>
            <w:tcW w:w="1590" w:type="dxa"/>
          </w:tcPr>
          <w:p w14:paraId="4C85F718"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Manisha  </w:t>
            </w:r>
          </w:p>
          <w:p w14:paraId="4A652AC9" w14:textId="77777777" w:rsidR="00D12216" w:rsidRDefault="00D12216" w:rsidP="00E62D64">
            <w:pPr>
              <w:jc w:val="center"/>
              <w:rPr>
                <w:b/>
                <w:bCs/>
                <w:sz w:val="28"/>
                <w:szCs w:val="28"/>
              </w:rPr>
            </w:pPr>
          </w:p>
        </w:tc>
        <w:tc>
          <w:tcPr>
            <w:tcW w:w="1200" w:type="dxa"/>
          </w:tcPr>
          <w:p w14:paraId="26273D68" w14:textId="77777777" w:rsidR="00D12216" w:rsidRDefault="00D12216" w:rsidP="00E62D64">
            <w:pPr>
              <w:jc w:val="center"/>
              <w:rPr>
                <w:rFonts w:ascii="Arial" w:eastAsia="Arial" w:hAnsi="Arial" w:cs="Arial"/>
                <w:sz w:val="16"/>
                <w:szCs w:val="16"/>
              </w:rPr>
            </w:pPr>
            <w:r>
              <w:rPr>
                <w:rFonts w:ascii="Arial" w:eastAsia="Arial" w:hAnsi="Arial" w:cs="Arial"/>
                <w:sz w:val="16"/>
                <w:szCs w:val="16"/>
              </w:rPr>
              <w:t>Loyola academy degree &amp;Pg college</w:t>
            </w:r>
          </w:p>
        </w:tc>
      </w:tr>
      <w:tr w:rsidR="00D12216" w14:paraId="2A53C3E3" w14:textId="77777777" w:rsidTr="00E62D64">
        <w:trPr>
          <w:trHeight w:val="754"/>
        </w:trPr>
        <w:tc>
          <w:tcPr>
            <w:tcW w:w="660" w:type="dxa"/>
          </w:tcPr>
          <w:p w14:paraId="1C943FE5" w14:textId="77777777" w:rsidR="00D12216" w:rsidRDefault="00D12216" w:rsidP="00E62D64">
            <w:pPr>
              <w:jc w:val="center"/>
              <w:rPr>
                <w:b/>
                <w:bCs/>
                <w:sz w:val="28"/>
                <w:szCs w:val="28"/>
              </w:rPr>
            </w:pPr>
            <w:r>
              <w:rPr>
                <w:b/>
                <w:bCs/>
                <w:sz w:val="28"/>
                <w:szCs w:val="28"/>
              </w:rPr>
              <w:t>11</w:t>
            </w:r>
          </w:p>
        </w:tc>
        <w:tc>
          <w:tcPr>
            <w:tcW w:w="1665" w:type="dxa"/>
          </w:tcPr>
          <w:p w14:paraId="7E63E8CA"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111724039015,</w:t>
            </w:r>
          </w:p>
          <w:p w14:paraId="59E67ADA" w14:textId="77777777" w:rsidR="00D12216" w:rsidRDefault="00D12216" w:rsidP="00E62D64">
            <w:pPr>
              <w:jc w:val="center"/>
              <w:rPr>
                <w:b/>
                <w:bCs/>
                <w:sz w:val="28"/>
                <w:szCs w:val="28"/>
              </w:rPr>
            </w:pPr>
            <w:r>
              <w:rPr>
                <w:rFonts w:ascii="Arial" w:eastAsia="Arial" w:hAnsi="Arial" w:cs="Arial"/>
                <w:color w:val="000000"/>
                <w:sz w:val="20"/>
                <w:szCs w:val="20"/>
              </w:rPr>
              <w:t>111724039016,</w:t>
            </w:r>
          </w:p>
        </w:tc>
        <w:tc>
          <w:tcPr>
            <w:tcW w:w="1995" w:type="dxa"/>
          </w:tcPr>
          <w:p w14:paraId="7A03E591" w14:textId="77777777" w:rsidR="00D12216" w:rsidRDefault="00D12216" w:rsidP="00E62D64">
            <w:pPr>
              <w:jc w:val="center"/>
              <w:rPr>
                <w:rFonts w:ascii="Arial" w:eastAsia="Arial" w:hAnsi="Arial" w:cs="Arial"/>
                <w:color w:val="000000"/>
                <w:sz w:val="20"/>
                <w:szCs w:val="20"/>
              </w:rPr>
            </w:pPr>
            <w:proofErr w:type="spellStart"/>
            <w:proofErr w:type="gramStart"/>
            <w:r>
              <w:rPr>
                <w:rFonts w:ascii="Arial" w:eastAsia="Arial" w:hAnsi="Arial" w:cs="Arial"/>
                <w:color w:val="000000"/>
                <w:sz w:val="20"/>
                <w:szCs w:val="20"/>
              </w:rPr>
              <w:t>tejaswini</w:t>
            </w:r>
            <w:proofErr w:type="spellEnd"/>
            <w:r>
              <w:rPr>
                <w:rFonts w:ascii="Arial" w:eastAsia="Arial" w:hAnsi="Arial" w:cs="Arial"/>
                <w:color w:val="000000"/>
                <w:sz w:val="20"/>
                <w:szCs w:val="20"/>
              </w:rPr>
              <w:t xml:space="preserve"> ,</w:t>
            </w:r>
            <w:proofErr w:type="gramEnd"/>
          </w:p>
          <w:p w14:paraId="028AECDB"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Pooja </w:t>
            </w:r>
            <w:proofErr w:type="gramStart"/>
            <w:r>
              <w:rPr>
                <w:rFonts w:ascii="Arial" w:eastAsia="Arial" w:hAnsi="Arial" w:cs="Arial"/>
                <w:color w:val="000000"/>
                <w:sz w:val="20"/>
                <w:szCs w:val="20"/>
              </w:rPr>
              <w:t>pal ,</w:t>
            </w:r>
            <w:proofErr w:type="gramEnd"/>
          </w:p>
          <w:p w14:paraId="26AD46BB" w14:textId="77777777" w:rsidR="00D12216" w:rsidRDefault="00D12216" w:rsidP="00E62D64">
            <w:pPr>
              <w:jc w:val="center"/>
              <w:rPr>
                <w:rFonts w:ascii="Arial" w:eastAsia="Arial" w:hAnsi="Arial" w:cs="Arial"/>
                <w:color w:val="000000"/>
                <w:sz w:val="20"/>
                <w:szCs w:val="20"/>
              </w:rPr>
            </w:pPr>
          </w:p>
          <w:p w14:paraId="607F3E1D" w14:textId="77777777" w:rsidR="00D12216" w:rsidRDefault="00D12216" w:rsidP="00E62D64">
            <w:pPr>
              <w:jc w:val="center"/>
              <w:rPr>
                <w:b/>
                <w:bCs/>
                <w:sz w:val="28"/>
                <w:szCs w:val="28"/>
              </w:rPr>
            </w:pPr>
          </w:p>
        </w:tc>
        <w:tc>
          <w:tcPr>
            <w:tcW w:w="1635" w:type="dxa"/>
          </w:tcPr>
          <w:p w14:paraId="0C7EC8A3" w14:textId="77777777" w:rsidR="00D12216" w:rsidRDefault="00D12216" w:rsidP="00E62D64">
            <w:pPr>
              <w:jc w:val="center"/>
              <w:rPr>
                <w:b/>
                <w:bCs/>
                <w:sz w:val="28"/>
                <w:szCs w:val="28"/>
              </w:rPr>
            </w:pPr>
            <w:r>
              <w:rPr>
                <w:rFonts w:ascii="Arial" w:eastAsia="Arial" w:hAnsi="Arial" w:cs="Arial"/>
                <w:color w:val="000000"/>
                <w:sz w:val="20"/>
                <w:szCs w:val="20"/>
              </w:rPr>
              <w:lastRenderedPageBreak/>
              <w:t xml:space="preserve">AI based suspicious chat </w:t>
            </w:r>
            <w:r>
              <w:rPr>
                <w:rFonts w:ascii="Arial" w:eastAsia="Arial" w:hAnsi="Arial" w:cs="Arial"/>
                <w:color w:val="000000"/>
                <w:sz w:val="20"/>
                <w:szCs w:val="20"/>
              </w:rPr>
              <w:lastRenderedPageBreak/>
              <w:t xml:space="preserve">message detector </w:t>
            </w:r>
          </w:p>
        </w:tc>
        <w:tc>
          <w:tcPr>
            <w:tcW w:w="1590" w:type="dxa"/>
          </w:tcPr>
          <w:p w14:paraId="76E3D07B"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lastRenderedPageBreak/>
              <w:t>M. Supriya</w:t>
            </w:r>
          </w:p>
          <w:p w14:paraId="1CC1F286" w14:textId="77777777" w:rsidR="00D12216" w:rsidRDefault="00D12216" w:rsidP="00E62D64">
            <w:pPr>
              <w:jc w:val="center"/>
              <w:rPr>
                <w:b/>
                <w:bCs/>
                <w:sz w:val="28"/>
                <w:szCs w:val="28"/>
              </w:rPr>
            </w:pPr>
          </w:p>
        </w:tc>
        <w:tc>
          <w:tcPr>
            <w:tcW w:w="1200" w:type="dxa"/>
          </w:tcPr>
          <w:p w14:paraId="5781D1A0" w14:textId="77777777" w:rsidR="00D12216" w:rsidRDefault="00D12216" w:rsidP="00E62D64">
            <w:pPr>
              <w:jc w:val="center"/>
              <w:rPr>
                <w:b/>
                <w:bCs/>
                <w:sz w:val="16"/>
                <w:szCs w:val="16"/>
              </w:rPr>
            </w:pPr>
            <w:r>
              <w:rPr>
                <w:rFonts w:ascii="Arial" w:eastAsia="Arial" w:hAnsi="Arial" w:cs="Arial"/>
                <w:sz w:val="16"/>
                <w:szCs w:val="16"/>
              </w:rPr>
              <w:lastRenderedPageBreak/>
              <w:t xml:space="preserve">Loyola academy </w:t>
            </w:r>
            <w:r>
              <w:rPr>
                <w:rFonts w:ascii="Arial" w:eastAsia="Arial" w:hAnsi="Arial" w:cs="Arial"/>
                <w:sz w:val="16"/>
                <w:szCs w:val="16"/>
              </w:rPr>
              <w:lastRenderedPageBreak/>
              <w:t>degree &amp;Pg college</w:t>
            </w:r>
          </w:p>
        </w:tc>
      </w:tr>
      <w:tr w:rsidR="00D12216" w14:paraId="14610D48" w14:textId="77777777" w:rsidTr="00E62D64">
        <w:tc>
          <w:tcPr>
            <w:tcW w:w="660" w:type="dxa"/>
          </w:tcPr>
          <w:p w14:paraId="6A8EB05B" w14:textId="77777777" w:rsidR="00D12216" w:rsidRDefault="00D12216" w:rsidP="00E62D64">
            <w:pPr>
              <w:jc w:val="center"/>
              <w:rPr>
                <w:b/>
                <w:bCs/>
                <w:sz w:val="28"/>
                <w:szCs w:val="28"/>
              </w:rPr>
            </w:pPr>
            <w:r>
              <w:rPr>
                <w:b/>
                <w:bCs/>
                <w:sz w:val="28"/>
                <w:szCs w:val="28"/>
              </w:rPr>
              <w:lastRenderedPageBreak/>
              <w:t>12</w:t>
            </w:r>
          </w:p>
        </w:tc>
        <w:tc>
          <w:tcPr>
            <w:tcW w:w="1665" w:type="dxa"/>
          </w:tcPr>
          <w:p w14:paraId="7F108B8A"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111724039022,</w:t>
            </w:r>
          </w:p>
          <w:p w14:paraId="38C63055" w14:textId="77777777" w:rsidR="00D12216" w:rsidRDefault="00D12216" w:rsidP="00E62D64">
            <w:pPr>
              <w:jc w:val="center"/>
              <w:rPr>
                <w:b/>
                <w:bCs/>
                <w:sz w:val="28"/>
                <w:szCs w:val="28"/>
              </w:rPr>
            </w:pPr>
            <w:r>
              <w:rPr>
                <w:rFonts w:ascii="Arial" w:eastAsia="Arial" w:hAnsi="Arial" w:cs="Arial"/>
                <w:color w:val="000000"/>
                <w:sz w:val="20"/>
                <w:szCs w:val="20"/>
              </w:rPr>
              <w:t>111724039043</w:t>
            </w:r>
          </w:p>
        </w:tc>
        <w:tc>
          <w:tcPr>
            <w:tcW w:w="1995" w:type="dxa"/>
          </w:tcPr>
          <w:p w14:paraId="263908D1"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Arshad </w:t>
            </w:r>
            <w:proofErr w:type="spellStart"/>
            <w:proofErr w:type="gramStart"/>
            <w:r>
              <w:rPr>
                <w:rFonts w:ascii="Arial" w:eastAsia="Arial" w:hAnsi="Arial" w:cs="Arial"/>
                <w:color w:val="000000"/>
                <w:sz w:val="20"/>
                <w:szCs w:val="20"/>
              </w:rPr>
              <w:t>ali</w:t>
            </w:r>
            <w:proofErr w:type="spellEnd"/>
            <w:r>
              <w:rPr>
                <w:rFonts w:ascii="Arial" w:eastAsia="Arial" w:hAnsi="Arial" w:cs="Arial"/>
                <w:color w:val="000000"/>
                <w:sz w:val="20"/>
                <w:szCs w:val="20"/>
              </w:rPr>
              <w:t xml:space="preserve"> ,</w:t>
            </w:r>
            <w:proofErr w:type="gramEnd"/>
          </w:p>
          <w:p w14:paraId="75140EE4"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Rohit </w:t>
            </w:r>
            <w:proofErr w:type="spellStart"/>
            <w:r>
              <w:rPr>
                <w:rFonts w:ascii="Arial" w:eastAsia="Arial" w:hAnsi="Arial" w:cs="Arial"/>
                <w:color w:val="000000"/>
                <w:sz w:val="20"/>
                <w:szCs w:val="20"/>
              </w:rPr>
              <w:t>sahni</w:t>
            </w:r>
            <w:proofErr w:type="spellEnd"/>
            <w:r>
              <w:rPr>
                <w:rFonts w:ascii="Arial" w:eastAsia="Arial" w:hAnsi="Arial" w:cs="Arial"/>
                <w:color w:val="000000"/>
                <w:sz w:val="20"/>
                <w:szCs w:val="20"/>
              </w:rPr>
              <w:t>,</w:t>
            </w:r>
          </w:p>
          <w:p w14:paraId="1D8C4049" w14:textId="77777777" w:rsidR="00D12216" w:rsidRDefault="00D12216" w:rsidP="00E62D64">
            <w:pPr>
              <w:jc w:val="center"/>
              <w:rPr>
                <w:b/>
                <w:bCs/>
                <w:sz w:val="28"/>
                <w:szCs w:val="28"/>
              </w:rPr>
            </w:pPr>
          </w:p>
        </w:tc>
        <w:tc>
          <w:tcPr>
            <w:tcW w:w="1635" w:type="dxa"/>
          </w:tcPr>
          <w:p w14:paraId="288AE2F3"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Cyber Security </w:t>
            </w:r>
            <w:proofErr w:type="spellStart"/>
            <w:r>
              <w:rPr>
                <w:rFonts w:ascii="Arial" w:eastAsia="Arial" w:hAnsi="Arial" w:cs="Arial"/>
                <w:color w:val="000000"/>
                <w:sz w:val="20"/>
                <w:szCs w:val="20"/>
              </w:rPr>
              <w:t>Quizverse</w:t>
            </w:r>
            <w:proofErr w:type="spellEnd"/>
            <w:r>
              <w:rPr>
                <w:rFonts w:ascii="Arial" w:eastAsia="Arial" w:hAnsi="Arial" w:cs="Arial"/>
                <w:color w:val="000000"/>
                <w:sz w:val="20"/>
                <w:szCs w:val="20"/>
              </w:rPr>
              <w:t xml:space="preserve"> Adaptive Knowledge Website</w:t>
            </w:r>
          </w:p>
          <w:p w14:paraId="7331411E" w14:textId="77777777" w:rsidR="00D12216" w:rsidRDefault="00D12216" w:rsidP="00E62D64">
            <w:pPr>
              <w:jc w:val="center"/>
              <w:rPr>
                <w:b/>
                <w:bCs/>
                <w:sz w:val="28"/>
                <w:szCs w:val="28"/>
              </w:rPr>
            </w:pPr>
          </w:p>
        </w:tc>
        <w:tc>
          <w:tcPr>
            <w:tcW w:w="1590" w:type="dxa"/>
          </w:tcPr>
          <w:p w14:paraId="439C089F"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Kavitha</w:t>
            </w:r>
          </w:p>
          <w:p w14:paraId="540384D1" w14:textId="77777777" w:rsidR="00D12216" w:rsidRDefault="00D12216" w:rsidP="00E62D64">
            <w:pPr>
              <w:jc w:val="center"/>
              <w:rPr>
                <w:b/>
                <w:bCs/>
                <w:sz w:val="28"/>
                <w:szCs w:val="28"/>
              </w:rPr>
            </w:pPr>
          </w:p>
        </w:tc>
        <w:tc>
          <w:tcPr>
            <w:tcW w:w="1200" w:type="dxa"/>
          </w:tcPr>
          <w:p w14:paraId="260B2397"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4EE1A9DC" w14:textId="77777777" w:rsidTr="00E62D64">
        <w:tc>
          <w:tcPr>
            <w:tcW w:w="660" w:type="dxa"/>
          </w:tcPr>
          <w:p w14:paraId="6A474A30" w14:textId="77777777" w:rsidR="00D12216" w:rsidRDefault="00D12216" w:rsidP="00E62D64">
            <w:pPr>
              <w:jc w:val="center"/>
              <w:rPr>
                <w:b/>
                <w:bCs/>
                <w:sz w:val="28"/>
                <w:szCs w:val="28"/>
              </w:rPr>
            </w:pPr>
            <w:r>
              <w:rPr>
                <w:b/>
                <w:bCs/>
                <w:sz w:val="28"/>
                <w:szCs w:val="28"/>
              </w:rPr>
              <w:t>13</w:t>
            </w:r>
          </w:p>
        </w:tc>
        <w:tc>
          <w:tcPr>
            <w:tcW w:w="1665" w:type="dxa"/>
          </w:tcPr>
          <w:p w14:paraId="4BF5F4C5" w14:textId="77777777" w:rsidR="00D12216" w:rsidRDefault="00D12216" w:rsidP="00E62D64">
            <w:pPr>
              <w:jc w:val="center"/>
              <w:rPr>
                <w:b/>
                <w:bCs/>
                <w:sz w:val="28"/>
                <w:szCs w:val="28"/>
              </w:rPr>
            </w:pPr>
            <w:r>
              <w:rPr>
                <w:rFonts w:ascii="Arial" w:eastAsia="Arial" w:hAnsi="Arial" w:cs="Arial"/>
                <w:color w:val="000000"/>
                <w:sz w:val="20"/>
                <w:szCs w:val="20"/>
              </w:rPr>
              <w:t>111724039023</w:t>
            </w:r>
          </w:p>
        </w:tc>
        <w:tc>
          <w:tcPr>
            <w:tcW w:w="1995" w:type="dxa"/>
          </w:tcPr>
          <w:p w14:paraId="35BC0188" w14:textId="77777777" w:rsidR="00D12216" w:rsidRDefault="00D12216" w:rsidP="00E62D64">
            <w:pPr>
              <w:jc w:val="center"/>
              <w:rPr>
                <w:rFonts w:ascii="Arial" w:eastAsia="Arial" w:hAnsi="Arial" w:cs="Arial"/>
                <w:color w:val="000000"/>
                <w:sz w:val="20"/>
                <w:szCs w:val="20"/>
              </w:rPr>
            </w:pPr>
            <w:proofErr w:type="spellStart"/>
            <w:r>
              <w:rPr>
                <w:rFonts w:ascii="Arial" w:eastAsia="Arial" w:hAnsi="Arial" w:cs="Arial"/>
                <w:color w:val="000000"/>
                <w:sz w:val="20"/>
                <w:szCs w:val="20"/>
              </w:rPr>
              <w:t>Saisampath</w:t>
            </w:r>
            <w:proofErr w:type="spellEnd"/>
            <w:r>
              <w:rPr>
                <w:rFonts w:ascii="Arial" w:eastAsia="Arial" w:hAnsi="Arial" w:cs="Arial"/>
                <w:color w:val="000000"/>
                <w:sz w:val="20"/>
                <w:szCs w:val="20"/>
              </w:rPr>
              <w:t xml:space="preserve"> </w:t>
            </w:r>
          </w:p>
          <w:p w14:paraId="0893A1B1" w14:textId="77777777" w:rsidR="00D12216" w:rsidRDefault="00D12216" w:rsidP="00E62D64">
            <w:pPr>
              <w:jc w:val="center"/>
              <w:rPr>
                <w:b/>
                <w:bCs/>
                <w:sz w:val="28"/>
                <w:szCs w:val="28"/>
              </w:rPr>
            </w:pPr>
          </w:p>
        </w:tc>
        <w:tc>
          <w:tcPr>
            <w:tcW w:w="1635" w:type="dxa"/>
          </w:tcPr>
          <w:p w14:paraId="22AEAA44"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Password generator </w:t>
            </w:r>
          </w:p>
          <w:p w14:paraId="21C6B790" w14:textId="77777777" w:rsidR="00D12216" w:rsidRDefault="00D12216" w:rsidP="00E62D64">
            <w:pPr>
              <w:jc w:val="center"/>
              <w:rPr>
                <w:b/>
                <w:bCs/>
                <w:sz w:val="28"/>
                <w:szCs w:val="28"/>
              </w:rPr>
            </w:pPr>
          </w:p>
        </w:tc>
        <w:tc>
          <w:tcPr>
            <w:tcW w:w="1590" w:type="dxa"/>
          </w:tcPr>
          <w:p w14:paraId="5F7CE661" w14:textId="77777777" w:rsidR="00D12216" w:rsidRDefault="00D12216" w:rsidP="00E62D64">
            <w:pPr>
              <w:jc w:val="center"/>
              <w:rPr>
                <w:rFonts w:ascii="Arial" w:eastAsia="Arial" w:hAnsi="Arial" w:cs="Arial"/>
                <w:color w:val="000000"/>
                <w:sz w:val="20"/>
                <w:szCs w:val="20"/>
              </w:rPr>
            </w:pPr>
            <w:proofErr w:type="spellStart"/>
            <w:proofErr w:type="gramStart"/>
            <w:r>
              <w:rPr>
                <w:rFonts w:ascii="Arial" w:eastAsia="Arial" w:hAnsi="Arial" w:cs="Arial"/>
                <w:color w:val="000000"/>
                <w:sz w:val="20"/>
                <w:szCs w:val="20"/>
              </w:rPr>
              <w:t>S.Lakshmi</w:t>
            </w:r>
            <w:proofErr w:type="spellEnd"/>
            <w:proofErr w:type="gramEnd"/>
            <w:r>
              <w:rPr>
                <w:rFonts w:ascii="Arial" w:eastAsia="Arial" w:hAnsi="Arial" w:cs="Arial"/>
                <w:color w:val="000000"/>
                <w:sz w:val="20"/>
                <w:szCs w:val="20"/>
              </w:rPr>
              <w:t xml:space="preserve"> </w:t>
            </w:r>
          </w:p>
          <w:p w14:paraId="559EF3A0" w14:textId="77777777" w:rsidR="00D12216" w:rsidRDefault="00D12216" w:rsidP="00E62D64">
            <w:pPr>
              <w:jc w:val="center"/>
              <w:rPr>
                <w:b/>
                <w:bCs/>
                <w:sz w:val="28"/>
                <w:szCs w:val="28"/>
              </w:rPr>
            </w:pPr>
          </w:p>
        </w:tc>
        <w:tc>
          <w:tcPr>
            <w:tcW w:w="1200" w:type="dxa"/>
          </w:tcPr>
          <w:p w14:paraId="4DF5198A" w14:textId="77777777" w:rsidR="00D12216" w:rsidRDefault="00D12216" w:rsidP="00E62D64">
            <w:pPr>
              <w:jc w:val="center"/>
              <w:rPr>
                <w:rFonts w:ascii="Arial" w:eastAsia="Arial" w:hAnsi="Arial" w:cs="Arial"/>
                <w:sz w:val="16"/>
                <w:szCs w:val="16"/>
              </w:rPr>
            </w:pPr>
            <w:r>
              <w:rPr>
                <w:rFonts w:ascii="Arial" w:eastAsia="Arial" w:hAnsi="Arial" w:cs="Arial"/>
                <w:sz w:val="16"/>
                <w:szCs w:val="16"/>
              </w:rPr>
              <w:t>Loyola academy degree &amp;Pg college</w:t>
            </w:r>
          </w:p>
        </w:tc>
      </w:tr>
      <w:tr w:rsidR="00D12216" w14:paraId="4AF2D0A6" w14:textId="77777777" w:rsidTr="00E62D64">
        <w:tc>
          <w:tcPr>
            <w:tcW w:w="660" w:type="dxa"/>
          </w:tcPr>
          <w:p w14:paraId="423E37E3" w14:textId="77777777" w:rsidR="00D12216" w:rsidRDefault="00D12216" w:rsidP="00E62D64">
            <w:pPr>
              <w:jc w:val="center"/>
              <w:rPr>
                <w:b/>
                <w:bCs/>
                <w:sz w:val="28"/>
                <w:szCs w:val="28"/>
              </w:rPr>
            </w:pPr>
            <w:r>
              <w:rPr>
                <w:b/>
                <w:bCs/>
                <w:sz w:val="28"/>
                <w:szCs w:val="28"/>
              </w:rPr>
              <w:t>14</w:t>
            </w:r>
          </w:p>
        </w:tc>
        <w:tc>
          <w:tcPr>
            <w:tcW w:w="1665" w:type="dxa"/>
          </w:tcPr>
          <w:p w14:paraId="67F2C692"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111724039024, </w:t>
            </w:r>
          </w:p>
          <w:p w14:paraId="67B8B756" w14:textId="77777777" w:rsidR="00D12216" w:rsidRDefault="00D12216" w:rsidP="00E62D64">
            <w:pPr>
              <w:jc w:val="center"/>
              <w:rPr>
                <w:b/>
                <w:bCs/>
                <w:sz w:val="28"/>
                <w:szCs w:val="28"/>
              </w:rPr>
            </w:pPr>
            <w:r>
              <w:rPr>
                <w:rFonts w:ascii="Arial" w:eastAsia="Arial" w:hAnsi="Arial" w:cs="Arial"/>
                <w:color w:val="000000"/>
                <w:sz w:val="20"/>
                <w:szCs w:val="20"/>
              </w:rPr>
              <w:t xml:space="preserve">111724039041.  </w:t>
            </w:r>
          </w:p>
        </w:tc>
        <w:tc>
          <w:tcPr>
            <w:tcW w:w="1995" w:type="dxa"/>
          </w:tcPr>
          <w:p w14:paraId="345E5874"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BYVS. Pavan </w:t>
            </w:r>
            <w:proofErr w:type="gramStart"/>
            <w:r>
              <w:rPr>
                <w:rFonts w:ascii="Arial" w:eastAsia="Arial" w:hAnsi="Arial" w:cs="Arial"/>
                <w:color w:val="000000"/>
                <w:sz w:val="20"/>
                <w:szCs w:val="20"/>
              </w:rPr>
              <w:t>Kumar ,</w:t>
            </w:r>
            <w:proofErr w:type="gramEnd"/>
            <w:r>
              <w:rPr>
                <w:rFonts w:ascii="Arial" w:eastAsia="Arial" w:hAnsi="Arial" w:cs="Arial"/>
                <w:color w:val="000000"/>
                <w:sz w:val="20"/>
                <w:szCs w:val="20"/>
              </w:rPr>
              <w:t xml:space="preserve"> P. Abhiram Adithya </w:t>
            </w:r>
          </w:p>
          <w:p w14:paraId="2274176F" w14:textId="77777777" w:rsidR="00D12216" w:rsidRDefault="00D12216" w:rsidP="00E62D64">
            <w:pPr>
              <w:jc w:val="center"/>
              <w:rPr>
                <w:b/>
                <w:bCs/>
                <w:sz w:val="28"/>
                <w:szCs w:val="28"/>
              </w:rPr>
            </w:pPr>
          </w:p>
        </w:tc>
        <w:tc>
          <w:tcPr>
            <w:tcW w:w="1635" w:type="dxa"/>
          </w:tcPr>
          <w:p w14:paraId="5AB3C721"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Phishing E-Mail Detector.</w:t>
            </w:r>
          </w:p>
          <w:p w14:paraId="3DEB139B" w14:textId="77777777" w:rsidR="00D12216" w:rsidRDefault="00D12216" w:rsidP="00E62D64">
            <w:pPr>
              <w:jc w:val="center"/>
              <w:rPr>
                <w:b/>
                <w:bCs/>
                <w:sz w:val="28"/>
                <w:szCs w:val="28"/>
              </w:rPr>
            </w:pPr>
          </w:p>
        </w:tc>
        <w:tc>
          <w:tcPr>
            <w:tcW w:w="1590" w:type="dxa"/>
          </w:tcPr>
          <w:p w14:paraId="7E5BFA3F" w14:textId="77777777" w:rsidR="00D12216" w:rsidRDefault="00D12216" w:rsidP="00E62D64">
            <w:pPr>
              <w:jc w:val="center"/>
              <w:rPr>
                <w:rFonts w:ascii="Arial" w:eastAsia="Arial" w:hAnsi="Arial" w:cs="Arial"/>
                <w:color w:val="000000"/>
                <w:sz w:val="20"/>
                <w:szCs w:val="20"/>
              </w:rPr>
            </w:pPr>
            <w:proofErr w:type="spellStart"/>
            <w:r>
              <w:rPr>
                <w:rFonts w:ascii="Arial" w:eastAsia="Arial" w:hAnsi="Arial" w:cs="Arial"/>
                <w:color w:val="000000"/>
                <w:sz w:val="20"/>
                <w:szCs w:val="20"/>
              </w:rPr>
              <w:t>Nellutla</w:t>
            </w:r>
            <w:proofErr w:type="spellEnd"/>
            <w:r>
              <w:rPr>
                <w:rFonts w:ascii="Arial" w:eastAsia="Arial" w:hAnsi="Arial" w:cs="Arial"/>
                <w:color w:val="000000"/>
                <w:sz w:val="20"/>
                <w:szCs w:val="20"/>
              </w:rPr>
              <w:t xml:space="preserve"> Manisha</w:t>
            </w:r>
          </w:p>
          <w:p w14:paraId="299C3408" w14:textId="77777777" w:rsidR="00D12216" w:rsidRDefault="00D12216" w:rsidP="00E62D64">
            <w:pPr>
              <w:jc w:val="center"/>
              <w:rPr>
                <w:b/>
                <w:bCs/>
                <w:sz w:val="28"/>
                <w:szCs w:val="28"/>
              </w:rPr>
            </w:pPr>
          </w:p>
        </w:tc>
        <w:tc>
          <w:tcPr>
            <w:tcW w:w="1200" w:type="dxa"/>
          </w:tcPr>
          <w:p w14:paraId="6884D52B"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58622657" w14:textId="77777777" w:rsidTr="00E62D64">
        <w:tc>
          <w:tcPr>
            <w:tcW w:w="660" w:type="dxa"/>
          </w:tcPr>
          <w:p w14:paraId="603B5E13" w14:textId="77777777" w:rsidR="00D12216" w:rsidRDefault="00D12216" w:rsidP="00E62D64">
            <w:pPr>
              <w:jc w:val="center"/>
              <w:rPr>
                <w:b/>
                <w:bCs/>
                <w:sz w:val="28"/>
                <w:szCs w:val="28"/>
              </w:rPr>
            </w:pPr>
            <w:r>
              <w:rPr>
                <w:b/>
                <w:bCs/>
                <w:sz w:val="28"/>
                <w:szCs w:val="28"/>
              </w:rPr>
              <w:t>15</w:t>
            </w:r>
          </w:p>
        </w:tc>
        <w:tc>
          <w:tcPr>
            <w:tcW w:w="1665" w:type="dxa"/>
          </w:tcPr>
          <w:p w14:paraId="6094DCB6"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111724039025,</w:t>
            </w:r>
          </w:p>
          <w:p w14:paraId="49E41BD7" w14:textId="77777777" w:rsidR="00D12216" w:rsidRDefault="00D12216" w:rsidP="00E62D64">
            <w:pPr>
              <w:jc w:val="center"/>
              <w:rPr>
                <w:b/>
                <w:bCs/>
                <w:sz w:val="28"/>
                <w:szCs w:val="28"/>
              </w:rPr>
            </w:pPr>
            <w:r>
              <w:rPr>
                <w:rFonts w:ascii="Arial" w:eastAsia="Arial" w:hAnsi="Arial" w:cs="Arial"/>
                <w:color w:val="000000"/>
                <w:sz w:val="20"/>
                <w:szCs w:val="20"/>
              </w:rPr>
              <w:t>111724039050</w:t>
            </w:r>
          </w:p>
        </w:tc>
        <w:tc>
          <w:tcPr>
            <w:tcW w:w="1995" w:type="dxa"/>
          </w:tcPr>
          <w:p w14:paraId="4F0CEC42"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D Naga </w:t>
            </w:r>
            <w:proofErr w:type="gramStart"/>
            <w:r>
              <w:rPr>
                <w:rFonts w:ascii="Arial" w:eastAsia="Arial" w:hAnsi="Arial" w:cs="Arial"/>
                <w:color w:val="000000"/>
                <w:sz w:val="20"/>
                <w:szCs w:val="20"/>
              </w:rPr>
              <w:t>Chaitanya ,</w:t>
            </w:r>
            <w:proofErr w:type="gramEnd"/>
          </w:p>
          <w:p w14:paraId="3DD0820F"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A </w:t>
            </w:r>
            <w:proofErr w:type="spellStart"/>
            <w:r>
              <w:rPr>
                <w:rFonts w:ascii="Arial" w:eastAsia="Arial" w:hAnsi="Arial" w:cs="Arial"/>
                <w:color w:val="000000"/>
                <w:sz w:val="20"/>
                <w:szCs w:val="20"/>
              </w:rPr>
              <w:t>Abivardhana</w:t>
            </w:r>
            <w:proofErr w:type="spellEnd"/>
            <w:r>
              <w:rPr>
                <w:rFonts w:ascii="Arial" w:eastAsia="Arial" w:hAnsi="Arial" w:cs="Arial"/>
                <w:color w:val="000000"/>
                <w:sz w:val="20"/>
                <w:szCs w:val="20"/>
              </w:rPr>
              <w:t xml:space="preserve"> Reddy </w:t>
            </w:r>
          </w:p>
          <w:p w14:paraId="031A4A60" w14:textId="77777777" w:rsidR="00D12216" w:rsidRDefault="00D12216" w:rsidP="00E62D64">
            <w:pPr>
              <w:jc w:val="center"/>
              <w:rPr>
                <w:b/>
                <w:bCs/>
                <w:sz w:val="28"/>
                <w:szCs w:val="28"/>
              </w:rPr>
            </w:pPr>
          </w:p>
        </w:tc>
        <w:tc>
          <w:tcPr>
            <w:tcW w:w="1635" w:type="dxa"/>
          </w:tcPr>
          <w:p w14:paraId="22A3FEF2"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Pilgrimage management application </w:t>
            </w:r>
          </w:p>
          <w:p w14:paraId="08785AFE" w14:textId="77777777" w:rsidR="00D12216" w:rsidRDefault="00D12216" w:rsidP="00E62D64">
            <w:pPr>
              <w:jc w:val="center"/>
              <w:rPr>
                <w:b/>
                <w:bCs/>
                <w:sz w:val="28"/>
                <w:szCs w:val="28"/>
              </w:rPr>
            </w:pPr>
          </w:p>
        </w:tc>
        <w:tc>
          <w:tcPr>
            <w:tcW w:w="1590" w:type="dxa"/>
          </w:tcPr>
          <w:p w14:paraId="0C477AEC"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Supriya </w:t>
            </w:r>
          </w:p>
          <w:p w14:paraId="2D436F80" w14:textId="77777777" w:rsidR="00D12216" w:rsidRDefault="00D12216" w:rsidP="00E62D64">
            <w:pPr>
              <w:jc w:val="center"/>
              <w:rPr>
                <w:b/>
                <w:bCs/>
                <w:sz w:val="28"/>
                <w:szCs w:val="28"/>
              </w:rPr>
            </w:pPr>
          </w:p>
        </w:tc>
        <w:tc>
          <w:tcPr>
            <w:tcW w:w="1200" w:type="dxa"/>
          </w:tcPr>
          <w:p w14:paraId="0F194B15"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670471A7" w14:textId="77777777" w:rsidTr="00E62D64">
        <w:tc>
          <w:tcPr>
            <w:tcW w:w="660" w:type="dxa"/>
          </w:tcPr>
          <w:p w14:paraId="4865BCE9" w14:textId="77777777" w:rsidR="00D12216" w:rsidRDefault="00D12216" w:rsidP="00E62D64">
            <w:pPr>
              <w:jc w:val="center"/>
              <w:rPr>
                <w:b/>
                <w:bCs/>
                <w:sz w:val="28"/>
                <w:szCs w:val="28"/>
              </w:rPr>
            </w:pPr>
            <w:r>
              <w:rPr>
                <w:b/>
                <w:bCs/>
                <w:sz w:val="28"/>
                <w:szCs w:val="28"/>
              </w:rPr>
              <w:t>16</w:t>
            </w:r>
          </w:p>
        </w:tc>
        <w:tc>
          <w:tcPr>
            <w:tcW w:w="1665" w:type="dxa"/>
          </w:tcPr>
          <w:p w14:paraId="020D004E"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111724039026,</w:t>
            </w:r>
          </w:p>
          <w:p w14:paraId="47D152A7" w14:textId="77777777" w:rsidR="00D12216" w:rsidRDefault="00D12216" w:rsidP="00E62D64">
            <w:pPr>
              <w:jc w:val="center"/>
              <w:rPr>
                <w:b/>
                <w:bCs/>
                <w:sz w:val="28"/>
                <w:szCs w:val="28"/>
              </w:rPr>
            </w:pPr>
            <w:r>
              <w:rPr>
                <w:rFonts w:ascii="Arial" w:eastAsia="Arial" w:hAnsi="Arial" w:cs="Arial"/>
                <w:color w:val="000000"/>
                <w:sz w:val="20"/>
                <w:szCs w:val="20"/>
              </w:rPr>
              <w:t>111724039034</w:t>
            </w:r>
          </w:p>
        </w:tc>
        <w:tc>
          <w:tcPr>
            <w:tcW w:w="1995" w:type="dxa"/>
          </w:tcPr>
          <w:p w14:paraId="445CB1DA"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Daya </w:t>
            </w:r>
            <w:proofErr w:type="gramStart"/>
            <w:r>
              <w:rPr>
                <w:rFonts w:ascii="Arial" w:eastAsia="Arial" w:hAnsi="Arial" w:cs="Arial"/>
                <w:color w:val="000000"/>
                <w:sz w:val="20"/>
                <w:szCs w:val="20"/>
              </w:rPr>
              <w:t>Shankar ,</w:t>
            </w:r>
            <w:proofErr w:type="gramEnd"/>
          </w:p>
          <w:p w14:paraId="331FD93B"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Dheeraj Raj </w:t>
            </w:r>
          </w:p>
          <w:p w14:paraId="67DD6886" w14:textId="77777777" w:rsidR="00D12216" w:rsidRDefault="00D12216" w:rsidP="00E62D64">
            <w:pPr>
              <w:jc w:val="center"/>
              <w:rPr>
                <w:b/>
                <w:bCs/>
                <w:sz w:val="28"/>
                <w:szCs w:val="28"/>
              </w:rPr>
            </w:pPr>
          </w:p>
        </w:tc>
        <w:tc>
          <w:tcPr>
            <w:tcW w:w="1635" w:type="dxa"/>
          </w:tcPr>
          <w:p w14:paraId="33FFD072" w14:textId="77777777" w:rsidR="00D12216" w:rsidRDefault="00D12216" w:rsidP="00E62D64">
            <w:pPr>
              <w:jc w:val="center"/>
              <w:rPr>
                <w:rFonts w:ascii="Arial" w:eastAsia="Arial" w:hAnsi="Arial" w:cs="Arial"/>
                <w:color w:val="000000"/>
                <w:sz w:val="20"/>
                <w:szCs w:val="20"/>
              </w:rPr>
            </w:pPr>
            <w:bookmarkStart w:id="12" w:name="_heading=h.sdk8omlqjsoe" w:colFirst="0" w:colLast="0"/>
            <w:bookmarkEnd w:id="12"/>
            <w:r>
              <w:rPr>
                <w:rFonts w:ascii="Arial" w:eastAsia="Arial" w:hAnsi="Arial" w:cs="Arial"/>
                <w:color w:val="000000"/>
                <w:sz w:val="20"/>
                <w:szCs w:val="20"/>
              </w:rPr>
              <w:t xml:space="preserve">Packet Vista </w:t>
            </w:r>
          </w:p>
          <w:p w14:paraId="77EC713D" w14:textId="77777777" w:rsidR="00D12216" w:rsidRDefault="00D12216" w:rsidP="00E62D64">
            <w:pPr>
              <w:jc w:val="center"/>
              <w:rPr>
                <w:b/>
                <w:bCs/>
                <w:sz w:val="28"/>
                <w:szCs w:val="28"/>
              </w:rPr>
            </w:pPr>
          </w:p>
        </w:tc>
        <w:tc>
          <w:tcPr>
            <w:tcW w:w="1590" w:type="dxa"/>
          </w:tcPr>
          <w:p w14:paraId="44C12A78"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Kavitha </w:t>
            </w:r>
          </w:p>
          <w:p w14:paraId="41871A6E" w14:textId="77777777" w:rsidR="00D12216" w:rsidRDefault="00D12216" w:rsidP="00E62D64">
            <w:pPr>
              <w:jc w:val="center"/>
              <w:rPr>
                <w:b/>
                <w:bCs/>
                <w:sz w:val="28"/>
                <w:szCs w:val="28"/>
              </w:rPr>
            </w:pPr>
          </w:p>
        </w:tc>
        <w:tc>
          <w:tcPr>
            <w:tcW w:w="1200" w:type="dxa"/>
          </w:tcPr>
          <w:p w14:paraId="770DC9D2" w14:textId="77777777" w:rsidR="00D12216" w:rsidRDefault="00D12216" w:rsidP="00E62D64">
            <w:pPr>
              <w:jc w:val="center"/>
              <w:rPr>
                <w:rFonts w:ascii="Arial" w:eastAsia="Arial" w:hAnsi="Arial" w:cs="Arial"/>
                <w:sz w:val="16"/>
                <w:szCs w:val="16"/>
              </w:rPr>
            </w:pPr>
            <w:r>
              <w:rPr>
                <w:rFonts w:ascii="Arial" w:eastAsia="Arial" w:hAnsi="Arial" w:cs="Arial"/>
                <w:sz w:val="16"/>
                <w:szCs w:val="16"/>
              </w:rPr>
              <w:t>Loyola academy degree &amp;Pg college</w:t>
            </w:r>
          </w:p>
        </w:tc>
      </w:tr>
      <w:tr w:rsidR="00D12216" w14:paraId="3CA91971" w14:textId="77777777" w:rsidTr="00E62D64">
        <w:tc>
          <w:tcPr>
            <w:tcW w:w="660" w:type="dxa"/>
          </w:tcPr>
          <w:p w14:paraId="3088F0F4" w14:textId="77777777" w:rsidR="00D12216" w:rsidRDefault="00D12216" w:rsidP="00E62D64">
            <w:pPr>
              <w:jc w:val="center"/>
              <w:rPr>
                <w:b/>
                <w:bCs/>
                <w:sz w:val="28"/>
                <w:szCs w:val="28"/>
              </w:rPr>
            </w:pPr>
            <w:r>
              <w:rPr>
                <w:b/>
                <w:bCs/>
                <w:sz w:val="28"/>
                <w:szCs w:val="28"/>
              </w:rPr>
              <w:t>17</w:t>
            </w:r>
          </w:p>
        </w:tc>
        <w:tc>
          <w:tcPr>
            <w:tcW w:w="1665" w:type="dxa"/>
          </w:tcPr>
          <w:p w14:paraId="10909FF4"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111724039027,</w:t>
            </w:r>
          </w:p>
          <w:p w14:paraId="175508EB" w14:textId="77777777" w:rsidR="00D12216" w:rsidRDefault="00D12216" w:rsidP="00E62D64">
            <w:pPr>
              <w:jc w:val="center"/>
              <w:rPr>
                <w:b/>
                <w:bCs/>
                <w:sz w:val="28"/>
                <w:szCs w:val="28"/>
              </w:rPr>
            </w:pPr>
            <w:r>
              <w:rPr>
                <w:rFonts w:ascii="Arial" w:eastAsia="Arial" w:hAnsi="Arial" w:cs="Arial"/>
                <w:color w:val="000000"/>
                <w:sz w:val="20"/>
                <w:szCs w:val="20"/>
              </w:rPr>
              <w:t>111724039036</w:t>
            </w:r>
          </w:p>
        </w:tc>
        <w:tc>
          <w:tcPr>
            <w:tcW w:w="1995" w:type="dxa"/>
          </w:tcPr>
          <w:p w14:paraId="3443D878" w14:textId="77777777" w:rsidR="00D12216" w:rsidRDefault="00D12216" w:rsidP="00E62D64">
            <w:pPr>
              <w:jc w:val="center"/>
              <w:rPr>
                <w:rFonts w:ascii="Arial" w:eastAsia="Arial" w:hAnsi="Arial" w:cs="Arial"/>
                <w:color w:val="000000"/>
                <w:sz w:val="20"/>
                <w:szCs w:val="20"/>
              </w:rPr>
            </w:pPr>
            <w:proofErr w:type="spellStart"/>
            <w:r>
              <w:rPr>
                <w:rFonts w:ascii="Arial" w:eastAsia="Arial" w:hAnsi="Arial" w:cs="Arial"/>
                <w:color w:val="000000"/>
                <w:sz w:val="20"/>
                <w:szCs w:val="20"/>
              </w:rPr>
              <w:t>D.Srinivas</w:t>
            </w:r>
            <w:proofErr w:type="spellEnd"/>
            <w:r>
              <w:rPr>
                <w:rFonts w:ascii="Arial" w:eastAsia="Arial" w:hAnsi="Arial" w:cs="Arial"/>
                <w:color w:val="000000"/>
                <w:sz w:val="20"/>
                <w:szCs w:val="20"/>
              </w:rPr>
              <w:t xml:space="preserve">, </w:t>
            </w:r>
            <w:proofErr w:type="spellStart"/>
            <w:proofErr w:type="gramStart"/>
            <w:r>
              <w:rPr>
                <w:rFonts w:ascii="Arial" w:eastAsia="Arial" w:hAnsi="Arial" w:cs="Arial"/>
                <w:color w:val="000000"/>
                <w:sz w:val="20"/>
                <w:szCs w:val="20"/>
              </w:rPr>
              <w:t>P.Preetham</w:t>
            </w:r>
            <w:proofErr w:type="spellEnd"/>
            <w:proofErr w:type="gramEnd"/>
            <w:r>
              <w:rPr>
                <w:rFonts w:ascii="Arial" w:eastAsia="Arial" w:hAnsi="Arial" w:cs="Arial"/>
                <w:color w:val="000000"/>
                <w:sz w:val="20"/>
                <w:szCs w:val="20"/>
              </w:rPr>
              <w:t xml:space="preserve"> Chary </w:t>
            </w:r>
          </w:p>
          <w:p w14:paraId="29D436CE" w14:textId="77777777" w:rsidR="00D12216" w:rsidRDefault="00D12216" w:rsidP="00E62D64">
            <w:pPr>
              <w:jc w:val="center"/>
              <w:rPr>
                <w:b/>
                <w:bCs/>
                <w:sz w:val="28"/>
                <w:szCs w:val="28"/>
              </w:rPr>
            </w:pPr>
          </w:p>
        </w:tc>
        <w:tc>
          <w:tcPr>
            <w:tcW w:w="1635" w:type="dxa"/>
          </w:tcPr>
          <w:p w14:paraId="4D47540D"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Payment remainder software </w:t>
            </w:r>
          </w:p>
          <w:p w14:paraId="4470610C" w14:textId="77777777" w:rsidR="00D12216" w:rsidRDefault="00D12216" w:rsidP="00E62D64">
            <w:pPr>
              <w:jc w:val="center"/>
              <w:rPr>
                <w:b/>
                <w:bCs/>
                <w:sz w:val="28"/>
                <w:szCs w:val="28"/>
              </w:rPr>
            </w:pPr>
          </w:p>
        </w:tc>
        <w:tc>
          <w:tcPr>
            <w:tcW w:w="1590" w:type="dxa"/>
          </w:tcPr>
          <w:p w14:paraId="2647D989" w14:textId="77777777" w:rsidR="00D12216" w:rsidRDefault="00D12216" w:rsidP="00E62D64">
            <w:pPr>
              <w:jc w:val="center"/>
              <w:rPr>
                <w:rFonts w:ascii="Arial" w:eastAsia="Arial" w:hAnsi="Arial" w:cs="Arial"/>
                <w:color w:val="000000"/>
                <w:sz w:val="20"/>
                <w:szCs w:val="20"/>
              </w:rPr>
            </w:pPr>
            <w:proofErr w:type="spellStart"/>
            <w:proofErr w:type="gramStart"/>
            <w:r>
              <w:rPr>
                <w:rFonts w:ascii="Arial" w:eastAsia="Arial" w:hAnsi="Arial" w:cs="Arial"/>
                <w:color w:val="000000"/>
                <w:sz w:val="20"/>
                <w:szCs w:val="20"/>
              </w:rPr>
              <w:t>S.Lakshmi</w:t>
            </w:r>
            <w:proofErr w:type="spellEnd"/>
            <w:proofErr w:type="gramEnd"/>
            <w:r>
              <w:rPr>
                <w:rFonts w:ascii="Arial" w:eastAsia="Arial" w:hAnsi="Arial" w:cs="Arial"/>
                <w:color w:val="000000"/>
                <w:sz w:val="20"/>
                <w:szCs w:val="20"/>
              </w:rPr>
              <w:t xml:space="preserve"> </w:t>
            </w:r>
          </w:p>
          <w:p w14:paraId="2D711DE2" w14:textId="77777777" w:rsidR="00D12216" w:rsidRDefault="00D12216" w:rsidP="00E62D64">
            <w:pPr>
              <w:jc w:val="center"/>
              <w:rPr>
                <w:b/>
                <w:bCs/>
                <w:sz w:val="28"/>
                <w:szCs w:val="28"/>
              </w:rPr>
            </w:pPr>
          </w:p>
        </w:tc>
        <w:tc>
          <w:tcPr>
            <w:tcW w:w="1200" w:type="dxa"/>
          </w:tcPr>
          <w:p w14:paraId="67943B05"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03FB403E" w14:textId="77777777" w:rsidTr="00E62D64">
        <w:tc>
          <w:tcPr>
            <w:tcW w:w="660" w:type="dxa"/>
          </w:tcPr>
          <w:p w14:paraId="3E41C9BC" w14:textId="77777777" w:rsidR="00D12216" w:rsidRDefault="00D12216" w:rsidP="00E62D64">
            <w:pPr>
              <w:jc w:val="center"/>
              <w:rPr>
                <w:b/>
                <w:bCs/>
                <w:sz w:val="28"/>
                <w:szCs w:val="28"/>
              </w:rPr>
            </w:pPr>
            <w:r>
              <w:rPr>
                <w:b/>
                <w:bCs/>
                <w:sz w:val="28"/>
                <w:szCs w:val="28"/>
              </w:rPr>
              <w:t>18</w:t>
            </w:r>
          </w:p>
        </w:tc>
        <w:tc>
          <w:tcPr>
            <w:tcW w:w="1665" w:type="dxa"/>
          </w:tcPr>
          <w:p w14:paraId="7CE50849"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111724039028</w:t>
            </w:r>
          </w:p>
          <w:p w14:paraId="797BD44C" w14:textId="77777777" w:rsidR="00D12216" w:rsidRDefault="00D12216" w:rsidP="00E62D64">
            <w:pPr>
              <w:jc w:val="center"/>
              <w:rPr>
                <w:b/>
                <w:bCs/>
                <w:sz w:val="28"/>
                <w:szCs w:val="28"/>
              </w:rPr>
            </w:pPr>
          </w:p>
        </w:tc>
        <w:tc>
          <w:tcPr>
            <w:tcW w:w="1995" w:type="dxa"/>
          </w:tcPr>
          <w:p w14:paraId="1E8C6A83" w14:textId="77777777" w:rsidR="00D12216" w:rsidRDefault="00D12216" w:rsidP="00E62D64">
            <w:pPr>
              <w:jc w:val="center"/>
              <w:rPr>
                <w:b/>
                <w:bCs/>
                <w:sz w:val="28"/>
                <w:szCs w:val="28"/>
              </w:rPr>
            </w:pPr>
            <w:r>
              <w:rPr>
                <w:rFonts w:ascii="Arial" w:eastAsia="Arial" w:hAnsi="Arial" w:cs="Arial"/>
                <w:color w:val="000000"/>
                <w:sz w:val="20"/>
                <w:szCs w:val="20"/>
              </w:rPr>
              <w:t xml:space="preserve">Jagan Mohan Reddy </w:t>
            </w:r>
          </w:p>
        </w:tc>
        <w:tc>
          <w:tcPr>
            <w:tcW w:w="1635" w:type="dxa"/>
          </w:tcPr>
          <w:p w14:paraId="0BDEE3A8"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Simple LAN chat </w:t>
            </w:r>
          </w:p>
          <w:p w14:paraId="00D06320" w14:textId="77777777" w:rsidR="00D12216" w:rsidRDefault="00D12216" w:rsidP="00E62D64">
            <w:pPr>
              <w:jc w:val="center"/>
              <w:rPr>
                <w:b/>
                <w:bCs/>
                <w:sz w:val="28"/>
                <w:szCs w:val="28"/>
              </w:rPr>
            </w:pPr>
          </w:p>
        </w:tc>
        <w:tc>
          <w:tcPr>
            <w:tcW w:w="1590" w:type="dxa"/>
          </w:tcPr>
          <w:p w14:paraId="557773DA"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Manisha </w:t>
            </w:r>
          </w:p>
          <w:p w14:paraId="62A458FF" w14:textId="77777777" w:rsidR="00D12216" w:rsidRDefault="00D12216" w:rsidP="00E62D64">
            <w:pPr>
              <w:jc w:val="center"/>
              <w:rPr>
                <w:b/>
                <w:bCs/>
                <w:sz w:val="28"/>
                <w:szCs w:val="28"/>
              </w:rPr>
            </w:pPr>
          </w:p>
        </w:tc>
        <w:tc>
          <w:tcPr>
            <w:tcW w:w="1200" w:type="dxa"/>
          </w:tcPr>
          <w:p w14:paraId="55F71C08"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000482AA" w14:textId="77777777" w:rsidTr="00E62D64">
        <w:tc>
          <w:tcPr>
            <w:tcW w:w="660" w:type="dxa"/>
          </w:tcPr>
          <w:p w14:paraId="58DC3C20" w14:textId="77777777" w:rsidR="00D12216" w:rsidRDefault="00D12216" w:rsidP="00E62D64">
            <w:pPr>
              <w:jc w:val="center"/>
              <w:rPr>
                <w:b/>
                <w:bCs/>
                <w:sz w:val="28"/>
                <w:szCs w:val="28"/>
              </w:rPr>
            </w:pPr>
            <w:r>
              <w:rPr>
                <w:b/>
                <w:bCs/>
                <w:sz w:val="28"/>
                <w:szCs w:val="28"/>
              </w:rPr>
              <w:t>19</w:t>
            </w:r>
          </w:p>
        </w:tc>
        <w:tc>
          <w:tcPr>
            <w:tcW w:w="1665" w:type="dxa"/>
          </w:tcPr>
          <w:p w14:paraId="13FB7AE8"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111724039029</w:t>
            </w:r>
          </w:p>
          <w:p w14:paraId="31A6E39C" w14:textId="77777777" w:rsidR="00D12216" w:rsidRDefault="00D12216" w:rsidP="00E62D64">
            <w:pPr>
              <w:jc w:val="center"/>
              <w:rPr>
                <w:b/>
                <w:bCs/>
                <w:sz w:val="28"/>
                <w:szCs w:val="28"/>
              </w:rPr>
            </w:pPr>
          </w:p>
        </w:tc>
        <w:tc>
          <w:tcPr>
            <w:tcW w:w="1995" w:type="dxa"/>
          </w:tcPr>
          <w:p w14:paraId="6A769C87" w14:textId="77777777" w:rsidR="00D12216" w:rsidRDefault="00D12216" w:rsidP="00E62D64">
            <w:pPr>
              <w:jc w:val="center"/>
              <w:rPr>
                <w:b/>
                <w:bCs/>
                <w:sz w:val="28"/>
                <w:szCs w:val="28"/>
              </w:rPr>
            </w:pPr>
            <w:r>
              <w:rPr>
                <w:rFonts w:ascii="Arial" w:eastAsia="Arial" w:hAnsi="Arial" w:cs="Arial"/>
                <w:color w:val="000000"/>
                <w:sz w:val="20"/>
                <w:szCs w:val="20"/>
              </w:rPr>
              <w:t xml:space="preserve">k. </w:t>
            </w:r>
            <w:proofErr w:type="spellStart"/>
            <w:r>
              <w:rPr>
                <w:rFonts w:ascii="Arial" w:eastAsia="Arial" w:hAnsi="Arial" w:cs="Arial"/>
                <w:color w:val="000000"/>
                <w:sz w:val="20"/>
                <w:szCs w:val="20"/>
              </w:rPr>
              <w:t>jayanth</w:t>
            </w:r>
            <w:proofErr w:type="spellEnd"/>
            <w:r>
              <w:rPr>
                <w:rFonts w:ascii="Arial" w:eastAsia="Arial" w:hAnsi="Arial" w:cs="Arial"/>
                <w:color w:val="000000"/>
                <w:sz w:val="20"/>
                <w:szCs w:val="20"/>
              </w:rPr>
              <w:t xml:space="preserve"> </w:t>
            </w:r>
          </w:p>
        </w:tc>
        <w:tc>
          <w:tcPr>
            <w:tcW w:w="1635" w:type="dxa"/>
          </w:tcPr>
          <w:p w14:paraId="635FE479"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blood bank and management system </w:t>
            </w:r>
          </w:p>
          <w:p w14:paraId="70CCD257" w14:textId="77777777" w:rsidR="00D12216" w:rsidRDefault="00D12216" w:rsidP="00E62D64">
            <w:pPr>
              <w:jc w:val="center"/>
              <w:rPr>
                <w:b/>
                <w:bCs/>
                <w:sz w:val="28"/>
                <w:szCs w:val="28"/>
              </w:rPr>
            </w:pPr>
          </w:p>
        </w:tc>
        <w:tc>
          <w:tcPr>
            <w:tcW w:w="1590" w:type="dxa"/>
          </w:tcPr>
          <w:p w14:paraId="7CAE5261"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Supriya </w:t>
            </w:r>
          </w:p>
          <w:p w14:paraId="469B6054" w14:textId="77777777" w:rsidR="00D12216" w:rsidRDefault="00D12216" w:rsidP="00E62D64">
            <w:pPr>
              <w:jc w:val="center"/>
              <w:rPr>
                <w:b/>
                <w:bCs/>
                <w:sz w:val="28"/>
                <w:szCs w:val="28"/>
              </w:rPr>
            </w:pPr>
          </w:p>
        </w:tc>
        <w:tc>
          <w:tcPr>
            <w:tcW w:w="1200" w:type="dxa"/>
          </w:tcPr>
          <w:p w14:paraId="51CB518E" w14:textId="77777777" w:rsidR="00D12216" w:rsidRDefault="00D12216" w:rsidP="00E62D64">
            <w:pPr>
              <w:jc w:val="center"/>
              <w:rPr>
                <w:rFonts w:ascii="Arial" w:eastAsia="Arial" w:hAnsi="Arial" w:cs="Arial"/>
                <w:sz w:val="16"/>
                <w:szCs w:val="16"/>
              </w:rPr>
            </w:pPr>
            <w:r>
              <w:rPr>
                <w:rFonts w:ascii="Arial" w:eastAsia="Arial" w:hAnsi="Arial" w:cs="Arial"/>
                <w:sz w:val="16"/>
                <w:szCs w:val="16"/>
              </w:rPr>
              <w:t>Loyola academy degree &amp;Pg college</w:t>
            </w:r>
          </w:p>
        </w:tc>
      </w:tr>
      <w:tr w:rsidR="00D12216" w14:paraId="31797969" w14:textId="77777777" w:rsidTr="00E62D64">
        <w:tc>
          <w:tcPr>
            <w:tcW w:w="660" w:type="dxa"/>
          </w:tcPr>
          <w:p w14:paraId="48157193" w14:textId="77777777" w:rsidR="00D12216" w:rsidRDefault="00D12216" w:rsidP="00E62D64">
            <w:pPr>
              <w:jc w:val="center"/>
              <w:rPr>
                <w:b/>
                <w:bCs/>
                <w:sz w:val="28"/>
                <w:szCs w:val="28"/>
              </w:rPr>
            </w:pPr>
            <w:r>
              <w:rPr>
                <w:b/>
                <w:bCs/>
                <w:sz w:val="28"/>
                <w:szCs w:val="28"/>
              </w:rPr>
              <w:t>20</w:t>
            </w:r>
          </w:p>
        </w:tc>
        <w:tc>
          <w:tcPr>
            <w:tcW w:w="1665" w:type="dxa"/>
          </w:tcPr>
          <w:p w14:paraId="79B2E89F"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111724039030,</w:t>
            </w:r>
          </w:p>
          <w:p w14:paraId="5F9309C1" w14:textId="77777777" w:rsidR="00D12216" w:rsidRDefault="00D12216" w:rsidP="00E62D64">
            <w:pPr>
              <w:jc w:val="center"/>
              <w:rPr>
                <w:b/>
                <w:bCs/>
                <w:sz w:val="28"/>
                <w:szCs w:val="28"/>
              </w:rPr>
            </w:pPr>
            <w:r>
              <w:rPr>
                <w:rFonts w:ascii="Arial" w:eastAsia="Arial" w:hAnsi="Arial" w:cs="Arial"/>
                <w:color w:val="000000"/>
                <w:sz w:val="20"/>
                <w:szCs w:val="20"/>
              </w:rPr>
              <w:t>111724039049</w:t>
            </w:r>
          </w:p>
        </w:tc>
        <w:tc>
          <w:tcPr>
            <w:tcW w:w="1995" w:type="dxa"/>
          </w:tcPr>
          <w:p w14:paraId="26EA23D5" w14:textId="77777777" w:rsidR="00D12216" w:rsidRDefault="00D12216" w:rsidP="00E62D64">
            <w:pPr>
              <w:jc w:val="center"/>
              <w:rPr>
                <w:rFonts w:ascii="Arial" w:eastAsia="Arial" w:hAnsi="Arial" w:cs="Arial"/>
                <w:color w:val="000000"/>
                <w:sz w:val="20"/>
                <w:szCs w:val="20"/>
              </w:rPr>
            </w:pPr>
            <w:proofErr w:type="gramStart"/>
            <w:r>
              <w:rPr>
                <w:rFonts w:ascii="Arial" w:eastAsia="Arial" w:hAnsi="Arial" w:cs="Arial"/>
                <w:color w:val="000000"/>
                <w:sz w:val="20"/>
                <w:szCs w:val="20"/>
              </w:rPr>
              <w:t>Prashanth ,Praveen</w:t>
            </w:r>
            <w:proofErr w:type="gramEnd"/>
            <w:r>
              <w:rPr>
                <w:rFonts w:ascii="Arial" w:eastAsia="Arial" w:hAnsi="Arial" w:cs="Arial"/>
                <w:color w:val="000000"/>
                <w:sz w:val="20"/>
                <w:szCs w:val="20"/>
              </w:rPr>
              <w:t xml:space="preserve"> </w:t>
            </w:r>
          </w:p>
          <w:p w14:paraId="7F6D595F" w14:textId="77777777" w:rsidR="00D12216" w:rsidRDefault="00D12216" w:rsidP="00E62D64">
            <w:pPr>
              <w:jc w:val="center"/>
              <w:rPr>
                <w:b/>
                <w:bCs/>
                <w:sz w:val="28"/>
                <w:szCs w:val="28"/>
              </w:rPr>
            </w:pPr>
          </w:p>
        </w:tc>
        <w:tc>
          <w:tcPr>
            <w:tcW w:w="1635" w:type="dxa"/>
          </w:tcPr>
          <w:p w14:paraId="210A9E28"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Screenshot Privacy Risk Scanner </w:t>
            </w:r>
          </w:p>
          <w:p w14:paraId="2F6215C3" w14:textId="77777777" w:rsidR="00D12216" w:rsidRDefault="00D12216" w:rsidP="00E62D64">
            <w:pPr>
              <w:jc w:val="center"/>
              <w:rPr>
                <w:b/>
                <w:bCs/>
                <w:sz w:val="28"/>
                <w:szCs w:val="28"/>
              </w:rPr>
            </w:pPr>
          </w:p>
        </w:tc>
        <w:tc>
          <w:tcPr>
            <w:tcW w:w="1590" w:type="dxa"/>
          </w:tcPr>
          <w:p w14:paraId="60E99A47"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lastRenderedPageBreak/>
              <w:t xml:space="preserve">Kavitha mam </w:t>
            </w:r>
          </w:p>
          <w:p w14:paraId="7CD077B9" w14:textId="77777777" w:rsidR="00D12216" w:rsidRDefault="00D12216" w:rsidP="00E62D64">
            <w:pPr>
              <w:jc w:val="center"/>
              <w:rPr>
                <w:b/>
                <w:bCs/>
                <w:sz w:val="28"/>
                <w:szCs w:val="28"/>
              </w:rPr>
            </w:pPr>
          </w:p>
        </w:tc>
        <w:tc>
          <w:tcPr>
            <w:tcW w:w="1200" w:type="dxa"/>
          </w:tcPr>
          <w:p w14:paraId="648DDD8E"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3BCA14CC" w14:textId="77777777" w:rsidTr="00E62D64">
        <w:tc>
          <w:tcPr>
            <w:tcW w:w="660" w:type="dxa"/>
          </w:tcPr>
          <w:p w14:paraId="1C338F68" w14:textId="77777777" w:rsidR="00D12216" w:rsidRDefault="00D12216" w:rsidP="00E62D64">
            <w:pPr>
              <w:jc w:val="center"/>
              <w:rPr>
                <w:b/>
                <w:bCs/>
                <w:sz w:val="28"/>
                <w:szCs w:val="28"/>
              </w:rPr>
            </w:pPr>
            <w:r>
              <w:rPr>
                <w:b/>
                <w:bCs/>
                <w:sz w:val="28"/>
                <w:szCs w:val="28"/>
              </w:rPr>
              <w:t>21</w:t>
            </w:r>
          </w:p>
        </w:tc>
        <w:tc>
          <w:tcPr>
            <w:tcW w:w="1665" w:type="dxa"/>
          </w:tcPr>
          <w:p w14:paraId="01114F98"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111724039031</w:t>
            </w:r>
          </w:p>
          <w:p w14:paraId="10272049" w14:textId="77777777" w:rsidR="00D12216" w:rsidRDefault="00D12216" w:rsidP="00E62D64">
            <w:pPr>
              <w:jc w:val="center"/>
              <w:rPr>
                <w:b/>
                <w:bCs/>
                <w:sz w:val="28"/>
                <w:szCs w:val="28"/>
              </w:rPr>
            </w:pPr>
          </w:p>
        </w:tc>
        <w:tc>
          <w:tcPr>
            <w:tcW w:w="1995" w:type="dxa"/>
          </w:tcPr>
          <w:p w14:paraId="480E4E7C" w14:textId="77777777" w:rsidR="00D12216" w:rsidRDefault="00D12216" w:rsidP="00E62D64">
            <w:pPr>
              <w:jc w:val="center"/>
              <w:rPr>
                <w:b/>
                <w:bCs/>
              </w:rPr>
            </w:pPr>
            <w:r>
              <w:rPr>
                <w:b/>
                <w:bCs/>
              </w:rPr>
              <w:t>John</w:t>
            </w:r>
          </w:p>
        </w:tc>
        <w:tc>
          <w:tcPr>
            <w:tcW w:w="1635" w:type="dxa"/>
          </w:tcPr>
          <w:p w14:paraId="67E5D8B4" w14:textId="77777777" w:rsidR="00D12216" w:rsidRDefault="00D12216" w:rsidP="00E62D64">
            <w:pPr>
              <w:jc w:val="center"/>
              <w:rPr>
                <w:b/>
                <w:bCs/>
              </w:rPr>
            </w:pPr>
            <w:r>
              <w:rPr>
                <w:b/>
                <w:bCs/>
              </w:rPr>
              <w:t>Password Strength analyser</w:t>
            </w:r>
          </w:p>
        </w:tc>
        <w:tc>
          <w:tcPr>
            <w:tcW w:w="1590" w:type="dxa"/>
          </w:tcPr>
          <w:p w14:paraId="77B757E4" w14:textId="77777777" w:rsidR="00D12216" w:rsidRDefault="00D12216" w:rsidP="00E62D64">
            <w:pPr>
              <w:jc w:val="center"/>
              <w:rPr>
                <w:b/>
                <w:bCs/>
              </w:rPr>
            </w:pPr>
            <w:proofErr w:type="spellStart"/>
            <w:proofErr w:type="gramStart"/>
            <w:r>
              <w:rPr>
                <w:b/>
                <w:bCs/>
              </w:rPr>
              <w:t>S.Lakshmi</w:t>
            </w:r>
            <w:proofErr w:type="spellEnd"/>
            <w:proofErr w:type="gramEnd"/>
          </w:p>
        </w:tc>
        <w:tc>
          <w:tcPr>
            <w:tcW w:w="1200" w:type="dxa"/>
          </w:tcPr>
          <w:p w14:paraId="4FB3B240"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640E07C1" w14:textId="77777777" w:rsidTr="00E62D64">
        <w:tc>
          <w:tcPr>
            <w:tcW w:w="660" w:type="dxa"/>
          </w:tcPr>
          <w:p w14:paraId="528C9DE4" w14:textId="77777777" w:rsidR="00D12216" w:rsidRDefault="00D12216" w:rsidP="00E62D64">
            <w:pPr>
              <w:jc w:val="center"/>
              <w:rPr>
                <w:b/>
                <w:bCs/>
                <w:sz w:val="28"/>
                <w:szCs w:val="28"/>
              </w:rPr>
            </w:pPr>
            <w:r>
              <w:rPr>
                <w:b/>
                <w:bCs/>
                <w:sz w:val="28"/>
                <w:szCs w:val="28"/>
              </w:rPr>
              <w:t>22</w:t>
            </w:r>
          </w:p>
        </w:tc>
        <w:tc>
          <w:tcPr>
            <w:tcW w:w="1665" w:type="dxa"/>
          </w:tcPr>
          <w:p w14:paraId="77920E1D"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111724039032</w:t>
            </w:r>
          </w:p>
          <w:p w14:paraId="39346A05" w14:textId="77777777" w:rsidR="00D12216" w:rsidRDefault="00D12216" w:rsidP="00E62D64">
            <w:pPr>
              <w:jc w:val="center"/>
              <w:rPr>
                <w:b/>
                <w:bCs/>
                <w:sz w:val="28"/>
                <w:szCs w:val="28"/>
              </w:rPr>
            </w:pPr>
          </w:p>
        </w:tc>
        <w:tc>
          <w:tcPr>
            <w:tcW w:w="1995" w:type="dxa"/>
          </w:tcPr>
          <w:p w14:paraId="2AD4027B" w14:textId="77777777" w:rsidR="00D12216" w:rsidRDefault="00D12216" w:rsidP="00E62D64">
            <w:pPr>
              <w:jc w:val="center"/>
              <w:rPr>
                <w:b/>
                <w:bCs/>
                <w:sz w:val="28"/>
                <w:szCs w:val="28"/>
              </w:rPr>
            </w:pPr>
            <w:r>
              <w:rPr>
                <w:rFonts w:ascii="Arial" w:eastAsia="Arial" w:hAnsi="Arial" w:cs="Arial"/>
                <w:color w:val="000000"/>
                <w:sz w:val="20"/>
                <w:szCs w:val="20"/>
              </w:rPr>
              <w:t xml:space="preserve">Sharath </w:t>
            </w:r>
          </w:p>
        </w:tc>
        <w:tc>
          <w:tcPr>
            <w:tcW w:w="1635" w:type="dxa"/>
          </w:tcPr>
          <w:p w14:paraId="226FF929"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Browser forensic analyser </w:t>
            </w:r>
          </w:p>
          <w:p w14:paraId="3CB65085" w14:textId="77777777" w:rsidR="00D12216" w:rsidRDefault="00D12216" w:rsidP="00E62D64">
            <w:pPr>
              <w:jc w:val="center"/>
              <w:rPr>
                <w:b/>
                <w:bCs/>
                <w:sz w:val="28"/>
                <w:szCs w:val="28"/>
              </w:rPr>
            </w:pPr>
          </w:p>
        </w:tc>
        <w:tc>
          <w:tcPr>
            <w:tcW w:w="1590" w:type="dxa"/>
          </w:tcPr>
          <w:p w14:paraId="393BC1C1"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Manisha </w:t>
            </w:r>
          </w:p>
          <w:p w14:paraId="4484CEDF" w14:textId="77777777" w:rsidR="00D12216" w:rsidRDefault="00D12216" w:rsidP="00E62D64">
            <w:pPr>
              <w:jc w:val="center"/>
              <w:rPr>
                <w:b/>
                <w:bCs/>
                <w:sz w:val="28"/>
                <w:szCs w:val="28"/>
              </w:rPr>
            </w:pPr>
          </w:p>
        </w:tc>
        <w:tc>
          <w:tcPr>
            <w:tcW w:w="1200" w:type="dxa"/>
          </w:tcPr>
          <w:p w14:paraId="36011EF9" w14:textId="77777777" w:rsidR="00D12216" w:rsidRDefault="00D12216" w:rsidP="00E62D64">
            <w:pPr>
              <w:jc w:val="center"/>
              <w:rPr>
                <w:rFonts w:ascii="Arial" w:eastAsia="Arial" w:hAnsi="Arial" w:cs="Arial"/>
                <w:sz w:val="16"/>
                <w:szCs w:val="16"/>
              </w:rPr>
            </w:pPr>
            <w:r>
              <w:rPr>
                <w:rFonts w:ascii="Arial" w:eastAsia="Arial" w:hAnsi="Arial" w:cs="Arial"/>
                <w:sz w:val="16"/>
                <w:szCs w:val="16"/>
              </w:rPr>
              <w:t>Loyola academy degree &amp;Pg college</w:t>
            </w:r>
          </w:p>
        </w:tc>
      </w:tr>
      <w:tr w:rsidR="00D12216" w14:paraId="68823389" w14:textId="77777777" w:rsidTr="00E62D64">
        <w:tc>
          <w:tcPr>
            <w:tcW w:w="660" w:type="dxa"/>
          </w:tcPr>
          <w:p w14:paraId="094C5407" w14:textId="77777777" w:rsidR="00D12216" w:rsidRDefault="00D12216" w:rsidP="00E62D64">
            <w:pPr>
              <w:jc w:val="center"/>
              <w:rPr>
                <w:b/>
                <w:bCs/>
                <w:sz w:val="28"/>
                <w:szCs w:val="28"/>
              </w:rPr>
            </w:pPr>
            <w:r>
              <w:rPr>
                <w:b/>
                <w:bCs/>
                <w:sz w:val="28"/>
                <w:szCs w:val="28"/>
              </w:rPr>
              <w:t>23</w:t>
            </w:r>
          </w:p>
        </w:tc>
        <w:tc>
          <w:tcPr>
            <w:tcW w:w="1665" w:type="dxa"/>
          </w:tcPr>
          <w:p w14:paraId="50404D02"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111724039033</w:t>
            </w:r>
          </w:p>
          <w:p w14:paraId="4DD735F8" w14:textId="77777777" w:rsidR="00D12216" w:rsidRDefault="00D12216" w:rsidP="00E62D64">
            <w:pPr>
              <w:jc w:val="center"/>
              <w:rPr>
                <w:b/>
                <w:bCs/>
                <w:sz w:val="28"/>
                <w:szCs w:val="28"/>
              </w:rPr>
            </w:pPr>
          </w:p>
        </w:tc>
        <w:tc>
          <w:tcPr>
            <w:tcW w:w="1995" w:type="dxa"/>
          </w:tcPr>
          <w:p w14:paraId="543E48AE" w14:textId="77777777" w:rsidR="00D12216" w:rsidRDefault="00D12216" w:rsidP="00E62D64">
            <w:pPr>
              <w:jc w:val="center"/>
              <w:rPr>
                <w:rFonts w:ascii="Arial" w:eastAsia="Arial" w:hAnsi="Arial" w:cs="Arial"/>
                <w:b/>
                <w:bCs/>
                <w:color w:val="000000"/>
                <w:sz w:val="16"/>
                <w:szCs w:val="16"/>
              </w:rPr>
            </w:pPr>
            <w:r>
              <w:rPr>
                <w:rFonts w:ascii="Arial" w:eastAsia="Arial" w:hAnsi="Arial" w:cs="Arial"/>
                <w:b/>
                <w:bCs/>
                <w:color w:val="000000"/>
                <w:sz w:val="16"/>
                <w:szCs w:val="16"/>
              </w:rPr>
              <w:t>M CHETHAN YADAV</w:t>
            </w:r>
          </w:p>
          <w:p w14:paraId="74771007" w14:textId="77777777" w:rsidR="00D12216" w:rsidRDefault="00D12216" w:rsidP="00E62D64">
            <w:pPr>
              <w:jc w:val="center"/>
              <w:rPr>
                <w:b/>
                <w:bCs/>
                <w:sz w:val="28"/>
                <w:szCs w:val="28"/>
              </w:rPr>
            </w:pPr>
          </w:p>
        </w:tc>
        <w:tc>
          <w:tcPr>
            <w:tcW w:w="1635" w:type="dxa"/>
          </w:tcPr>
          <w:p w14:paraId="16AECE10"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AVEM: Adaptive Autonomous Vulnerability Exploitation Mitigation Engine</w:t>
            </w:r>
          </w:p>
          <w:p w14:paraId="4B23F67B" w14:textId="77777777" w:rsidR="00D12216" w:rsidRDefault="00D12216" w:rsidP="00E62D64">
            <w:pPr>
              <w:jc w:val="center"/>
              <w:rPr>
                <w:b/>
                <w:bCs/>
                <w:sz w:val="28"/>
                <w:szCs w:val="28"/>
              </w:rPr>
            </w:pPr>
          </w:p>
        </w:tc>
        <w:tc>
          <w:tcPr>
            <w:tcW w:w="1590" w:type="dxa"/>
          </w:tcPr>
          <w:p w14:paraId="3DB3AF24"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Supriya </w:t>
            </w:r>
          </w:p>
          <w:p w14:paraId="3152C57B" w14:textId="77777777" w:rsidR="00D12216" w:rsidRDefault="00D12216" w:rsidP="00E62D64">
            <w:pPr>
              <w:jc w:val="center"/>
              <w:rPr>
                <w:b/>
                <w:bCs/>
                <w:sz w:val="28"/>
                <w:szCs w:val="28"/>
              </w:rPr>
            </w:pPr>
          </w:p>
        </w:tc>
        <w:tc>
          <w:tcPr>
            <w:tcW w:w="1200" w:type="dxa"/>
          </w:tcPr>
          <w:p w14:paraId="4F6ECB83"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241EC01A" w14:textId="77777777" w:rsidTr="00E62D64">
        <w:tc>
          <w:tcPr>
            <w:tcW w:w="660" w:type="dxa"/>
          </w:tcPr>
          <w:p w14:paraId="65FFEB87" w14:textId="77777777" w:rsidR="00D12216" w:rsidRDefault="00D12216" w:rsidP="00E62D64">
            <w:pPr>
              <w:jc w:val="center"/>
              <w:rPr>
                <w:b/>
                <w:bCs/>
                <w:sz w:val="28"/>
                <w:szCs w:val="28"/>
              </w:rPr>
            </w:pPr>
            <w:r>
              <w:rPr>
                <w:b/>
                <w:bCs/>
                <w:sz w:val="28"/>
                <w:szCs w:val="28"/>
              </w:rPr>
              <w:t>24</w:t>
            </w:r>
          </w:p>
        </w:tc>
        <w:tc>
          <w:tcPr>
            <w:tcW w:w="1665" w:type="dxa"/>
          </w:tcPr>
          <w:p w14:paraId="25FB954D" w14:textId="77777777" w:rsidR="00D12216" w:rsidRDefault="00D12216" w:rsidP="00E62D64">
            <w:pPr>
              <w:jc w:val="center"/>
              <w:rPr>
                <w:b/>
                <w:bCs/>
                <w:sz w:val="28"/>
                <w:szCs w:val="28"/>
              </w:rPr>
            </w:pPr>
            <w:r>
              <w:rPr>
                <w:rFonts w:ascii="Arial" w:eastAsia="Arial" w:hAnsi="Arial" w:cs="Arial"/>
                <w:color w:val="000000"/>
                <w:sz w:val="20"/>
                <w:szCs w:val="20"/>
              </w:rPr>
              <w:t>111724039035</w:t>
            </w:r>
            <w:r>
              <w:rPr>
                <w:b/>
                <w:bCs/>
                <w:sz w:val="28"/>
                <w:szCs w:val="28"/>
              </w:rPr>
              <w:t>,</w:t>
            </w:r>
          </w:p>
          <w:p w14:paraId="3F9B7D18" w14:textId="77777777" w:rsidR="00D12216" w:rsidRDefault="00D12216" w:rsidP="00E62D64">
            <w:pPr>
              <w:jc w:val="center"/>
              <w:rPr>
                <w:b/>
                <w:bCs/>
                <w:sz w:val="28"/>
                <w:szCs w:val="28"/>
              </w:rPr>
            </w:pPr>
            <w:r>
              <w:rPr>
                <w:rFonts w:ascii="Arial" w:eastAsia="Arial" w:hAnsi="Arial" w:cs="Arial"/>
                <w:color w:val="000000"/>
                <w:sz w:val="20"/>
                <w:szCs w:val="20"/>
              </w:rPr>
              <w:t>111724039048</w:t>
            </w:r>
          </w:p>
        </w:tc>
        <w:tc>
          <w:tcPr>
            <w:tcW w:w="1995" w:type="dxa"/>
          </w:tcPr>
          <w:p w14:paraId="4B1ADE8E"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N </w:t>
            </w:r>
            <w:proofErr w:type="spellStart"/>
            <w:proofErr w:type="gramStart"/>
            <w:r>
              <w:rPr>
                <w:rFonts w:ascii="Arial" w:eastAsia="Arial" w:hAnsi="Arial" w:cs="Arial"/>
                <w:color w:val="000000"/>
                <w:sz w:val="20"/>
                <w:szCs w:val="20"/>
              </w:rPr>
              <w:t>koushik</w:t>
            </w:r>
            <w:proofErr w:type="spellEnd"/>
            <w:r>
              <w:rPr>
                <w:rFonts w:ascii="Arial" w:eastAsia="Arial" w:hAnsi="Arial" w:cs="Arial"/>
                <w:color w:val="000000"/>
                <w:sz w:val="20"/>
                <w:szCs w:val="20"/>
              </w:rPr>
              <w:t xml:space="preserve"> ,</w:t>
            </w:r>
            <w:proofErr w:type="gramEnd"/>
          </w:p>
          <w:p w14:paraId="60D8C972" w14:textId="77777777" w:rsidR="00D12216" w:rsidRDefault="00D12216" w:rsidP="00E62D64">
            <w:pPr>
              <w:jc w:val="center"/>
              <w:rPr>
                <w:b/>
                <w:bCs/>
                <w:sz w:val="28"/>
                <w:szCs w:val="28"/>
              </w:rPr>
            </w:pPr>
            <w:r>
              <w:rPr>
                <w:rFonts w:ascii="Arial" w:eastAsia="Arial" w:hAnsi="Arial" w:cs="Arial"/>
                <w:color w:val="000000"/>
                <w:sz w:val="20"/>
                <w:szCs w:val="20"/>
              </w:rPr>
              <w:t xml:space="preserve">Y Satya Sreehari  </w:t>
            </w:r>
          </w:p>
        </w:tc>
        <w:tc>
          <w:tcPr>
            <w:tcW w:w="1635" w:type="dxa"/>
          </w:tcPr>
          <w:p w14:paraId="77B50EC6"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Digital Forensic Tool for File System Analysis </w:t>
            </w:r>
          </w:p>
          <w:p w14:paraId="7804C580" w14:textId="77777777" w:rsidR="00D12216" w:rsidRDefault="00D12216" w:rsidP="00E62D64">
            <w:pPr>
              <w:jc w:val="center"/>
              <w:rPr>
                <w:b/>
                <w:bCs/>
                <w:sz w:val="28"/>
                <w:szCs w:val="28"/>
              </w:rPr>
            </w:pPr>
          </w:p>
        </w:tc>
        <w:tc>
          <w:tcPr>
            <w:tcW w:w="1590" w:type="dxa"/>
          </w:tcPr>
          <w:p w14:paraId="6A19BE34"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Kavitha</w:t>
            </w:r>
          </w:p>
          <w:p w14:paraId="78A2B0B9" w14:textId="77777777" w:rsidR="00D12216" w:rsidRDefault="00D12216" w:rsidP="00E62D64">
            <w:pPr>
              <w:jc w:val="center"/>
              <w:rPr>
                <w:b/>
                <w:bCs/>
                <w:sz w:val="28"/>
                <w:szCs w:val="28"/>
              </w:rPr>
            </w:pPr>
          </w:p>
        </w:tc>
        <w:tc>
          <w:tcPr>
            <w:tcW w:w="1200" w:type="dxa"/>
          </w:tcPr>
          <w:p w14:paraId="14628F43"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6F1600AE" w14:textId="77777777" w:rsidTr="00E62D64">
        <w:tc>
          <w:tcPr>
            <w:tcW w:w="660" w:type="dxa"/>
          </w:tcPr>
          <w:p w14:paraId="4ABC7937" w14:textId="77777777" w:rsidR="00D12216" w:rsidRDefault="00D12216" w:rsidP="00E62D64">
            <w:pPr>
              <w:jc w:val="center"/>
              <w:rPr>
                <w:b/>
                <w:bCs/>
                <w:sz w:val="28"/>
                <w:szCs w:val="28"/>
              </w:rPr>
            </w:pPr>
            <w:r>
              <w:rPr>
                <w:b/>
                <w:bCs/>
                <w:sz w:val="28"/>
                <w:szCs w:val="28"/>
              </w:rPr>
              <w:t>25</w:t>
            </w:r>
          </w:p>
        </w:tc>
        <w:tc>
          <w:tcPr>
            <w:tcW w:w="1665" w:type="dxa"/>
          </w:tcPr>
          <w:p w14:paraId="3B830FAB"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111724039037</w:t>
            </w:r>
          </w:p>
          <w:p w14:paraId="2DFCE10C" w14:textId="77777777" w:rsidR="00D12216" w:rsidRDefault="00D12216" w:rsidP="00E62D64">
            <w:pPr>
              <w:jc w:val="center"/>
              <w:rPr>
                <w:b/>
                <w:bCs/>
                <w:sz w:val="28"/>
                <w:szCs w:val="28"/>
              </w:rPr>
            </w:pPr>
          </w:p>
        </w:tc>
        <w:tc>
          <w:tcPr>
            <w:tcW w:w="1995" w:type="dxa"/>
          </w:tcPr>
          <w:p w14:paraId="59525F9A" w14:textId="77777777" w:rsidR="00D12216" w:rsidRDefault="00D12216" w:rsidP="00E62D64">
            <w:pPr>
              <w:jc w:val="center"/>
              <w:rPr>
                <w:b/>
                <w:bCs/>
                <w:sz w:val="28"/>
                <w:szCs w:val="28"/>
              </w:rPr>
            </w:pPr>
            <w:r>
              <w:rPr>
                <w:rFonts w:ascii="Arial" w:eastAsia="Arial" w:hAnsi="Arial" w:cs="Arial"/>
                <w:color w:val="000000"/>
                <w:sz w:val="20"/>
                <w:szCs w:val="20"/>
              </w:rPr>
              <w:t>Yuvaraj</w:t>
            </w:r>
          </w:p>
        </w:tc>
        <w:tc>
          <w:tcPr>
            <w:tcW w:w="1635" w:type="dxa"/>
          </w:tcPr>
          <w:p w14:paraId="482A7368"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Http header security Analyser </w:t>
            </w:r>
          </w:p>
          <w:p w14:paraId="1F9A3C2B" w14:textId="77777777" w:rsidR="00D12216" w:rsidRDefault="00D12216" w:rsidP="00E62D64">
            <w:pPr>
              <w:jc w:val="center"/>
              <w:rPr>
                <w:b/>
                <w:bCs/>
                <w:sz w:val="28"/>
                <w:szCs w:val="28"/>
              </w:rPr>
            </w:pPr>
          </w:p>
        </w:tc>
        <w:tc>
          <w:tcPr>
            <w:tcW w:w="1590" w:type="dxa"/>
          </w:tcPr>
          <w:p w14:paraId="7B02F9DC"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S Lakshmi </w:t>
            </w:r>
          </w:p>
          <w:p w14:paraId="3C386EA0" w14:textId="77777777" w:rsidR="00D12216" w:rsidRDefault="00D12216" w:rsidP="00E62D64">
            <w:pPr>
              <w:jc w:val="center"/>
              <w:rPr>
                <w:b/>
                <w:bCs/>
                <w:sz w:val="28"/>
                <w:szCs w:val="28"/>
              </w:rPr>
            </w:pPr>
          </w:p>
        </w:tc>
        <w:tc>
          <w:tcPr>
            <w:tcW w:w="1200" w:type="dxa"/>
          </w:tcPr>
          <w:p w14:paraId="5BF8B3C9" w14:textId="77777777" w:rsidR="00D12216" w:rsidRDefault="00D12216" w:rsidP="00E62D64">
            <w:pPr>
              <w:jc w:val="center"/>
              <w:rPr>
                <w:rFonts w:ascii="Arial" w:eastAsia="Arial" w:hAnsi="Arial" w:cs="Arial"/>
                <w:sz w:val="16"/>
                <w:szCs w:val="16"/>
              </w:rPr>
            </w:pPr>
            <w:r>
              <w:rPr>
                <w:rFonts w:ascii="Arial" w:eastAsia="Arial" w:hAnsi="Arial" w:cs="Arial"/>
                <w:sz w:val="16"/>
                <w:szCs w:val="16"/>
              </w:rPr>
              <w:t>Loyola academy degree &amp;Pg college</w:t>
            </w:r>
          </w:p>
        </w:tc>
      </w:tr>
      <w:tr w:rsidR="00D12216" w14:paraId="2E8A2B54" w14:textId="77777777" w:rsidTr="00E62D64">
        <w:tc>
          <w:tcPr>
            <w:tcW w:w="660" w:type="dxa"/>
          </w:tcPr>
          <w:p w14:paraId="3A250B2C" w14:textId="77777777" w:rsidR="00D12216" w:rsidRDefault="00D12216" w:rsidP="00E62D64">
            <w:pPr>
              <w:jc w:val="center"/>
              <w:rPr>
                <w:b/>
                <w:bCs/>
                <w:sz w:val="28"/>
                <w:szCs w:val="28"/>
              </w:rPr>
            </w:pPr>
            <w:r>
              <w:rPr>
                <w:b/>
                <w:bCs/>
                <w:sz w:val="28"/>
                <w:szCs w:val="28"/>
              </w:rPr>
              <w:t>26</w:t>
            </w:r>
          </w:p>
        </w:tc>
        <w:tc>
          <w:tcPr>
            <w:tcW w:w="1665" w:type="dxa"/>
          </w:tcPr>
          <w:p w14:paraId="3A2A697B" w14:textId="77777777" w:rsidR="00D12216" w:rsidRDefault="00D12216" w:rsidP="00E62D64">
            <w:pPr>
              <w:jc w:val="center"/>
              <w:rPr>
                <w:b/>
                <w:bCs/>
                <w:sz w:val="28"/>
                <w:szCs w:val="28"/>
              </w:rPr>
            </w:pPr>
            <w:r>
              <w:rPr>
                <w:rFonts w:ascii="Arial" w:eastAsia="Arial" w:hAnsi="Arial" w:cs="Arial"/>
                <w:color w:val="000000"/>
                <w:sz w:val="20"/>
                <w:szCs w:val="20"/>
              </w:rPr>
              <w:t>111724039038</w:t>
            </w:r>
          </w:p>
        </w:tc>
        <w:tc>
          <w:tcPr>
            <w:tcW w:w="1995" w:type="dxa"/>
          </w:tcPr>
          <w:p w14:paraId="081D6D00"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Bhavan Teja -</w:t>
            </w:r>
          </w:p>
          <w:p w14:paraId="6BEB6041" w14:textId="77777777" w:rsidR="00D12216" w:rsidRDefault="00D12216" w:rsidP="00E62D64">
            <w:pPr>
              <w:jc w:val="center"/>
              <w:rPr>
                <w:b/>
                <w:bCs/>
                <w:sz w:val="28"/>
                <w:szCs w:val="28"/>
              </w:rPr>
            </w:pPr>
          </w:p>
        </w:tc>
        <w:tc>
          <w:tcPr>
            <w:tcW w:w="1635" w:type="dxa"/>
          </w:tcPr>
          <w:p w14:paraId="3FD893DA"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Smart crop advisor for small and marginal farmers </w:t>
            </w:r>
          </w:p>
          <w:p w14:paraId="72ACDDF2" w14:textId="77777777" w:rsidR="00D12216" w:rsidRDefault="00D12216" w:rsidP="00E62D64">
            <w:pPr>
              <w:jc w:val="center"/>
              <w:rPr>
                <w:b/>
                <w:bCs/>
                <w:sz w:val="28"/>
                <w:szCs w:val="28"/>
              </w:rPr>
            </w:pPr>
          </w:p>
        </w:tc>
        <w:tc>
          <w:tcPr>
            <w:tcW w:w="1590" w:type="dxa"/>
          </w:tcPr>
          <w:p w14:paraId="6CCB7F41" w14:textId="77777777" w:rsidR="00D12216" w:rsidRDefault="00D12216" w:rsidP="00E62D64">
            <w:pPr>
              <w:jc w:val="center"/>
              <w:rPr>
                <w:rFonts w:ascii="Arial" w:eastAsia="Arial" w:hAnsi="Arial" w:cs="Arial"/>
                <w:color w:val="000000"/>
                <w:sz w:val="20"/>
                <w:szCs w:val="20"/>
              </w:rPr>
            </w:pPr>
            <w:proofErr w:type="spellStart"/>
            <w:proofErr w:type="gramStart"/>
            <w:r>
              <w:rPr>
                <w:rFonts w:ascii="Arial" w:eastAsia="Arial" w:hAnsi="Arial" w:cs="Arial"/>
                <w:color w:val="000000"/>
                <w:sz w:val="20"/>
                <w:szCs w:val="20"/>
              </w:rPr>
              <w:t>N.Manisha</w:t>
            </w:r>
            <w:proofErr w:type="spellEnd"/>
            <w:proofErr w:type="gramEnd"/>
            <w:r>
              <w:rPr>
                <w:rFonts w:ascii="Arial" w:eastAsia="Arial" w:hAnsi="Arial" w:cs="Arial"/>
                <w:color w:val="000000"/>
                <w:sz w:val="20"/>
                <w:szCs w:val="20"/>
              </w:rPr>
              <w:t xml:space="preserve"> ma'am </w:t>
            </w:r>
          </w:p>
          <w:p w14:paraId="55DDC1A5" w14:textId="77777777" w:rsidR="00D12216" w:rsidRDefault="00D12216" w:rsidP="00E62D64">
            <w:pPr>
              <w:jc w:val="center"/>
              <w:rPr>
                <w:b/>
                <w:bCs/>
                <w:sz w:val="28"/>
                <w:szCs w:val="28"/>
              </w:rPr>
            </w:pPr>
          </w:p>
        </w:tc>
        <w:tc>
          <w:tcPr>
            <w:tcW w:w="1200" w:type="dxa"/>
          </w:tcPr>
          <w:p w14:paraId="375AB979"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45C24860" w14:textId="77777777" w:rsidTr="00E62D64">
        <w:tc>
          <w:tcPr>
            <w:tcW w:w="660" w:type="dxa"/>
          </w:tcPr>
          <w:p w14:paraId="05ACFD3A" w14:textId="77777777" w:rsidR="00D12216" w:rsidRDefault="00D12216" w:rsidP="00E62D64">
            <w:pPr>
              <w:jc w:val="center"/>
              <w:rPr>
                <w:b/>
                <w:bCs/>
                <w:sz w:val="28"/>
                <w:szCs w:val="28"/>
              </w:rPr>
            </w:pPr>
            <w:r>
              <w:rPr>
                <w:b/>
                <w:bCs/>
                <w:sz w:val="28"/>
                <w:szCs w:val="28"/>
              </w:rPr>
              <w:t>27</w:t>
            </w:r>
          </w:p>
        </w:tc>
        <w:tc>
          <w:tcPr>
            <w:tcW w:w="1665" w:type="dxa"/>
          </w:tcPr>
          <w:p w14:paraId="587B4707" w14:textId="77777777" w:rsidR="00D12216" w:rsidRDefault="00D12216" w:rsidP="00E62D64">
            <w:pPr>
              <w:jc w:val="center"/>
              <w:rPr>
                <w:b/>
                <w:bCs/>
                <w:sz w:val="28"/>
                <w:szCs w:val="28"/>
              </w:rPr>
            </w:pPr>
            <w:r>
              <w:rPr>
                <w:rFonts w:ascii="Arial" w:eastAsia="Arial" w:hAnsi="Arial" w:cs="Arial"/>
                <w:color w:val="000000"/>
                <w:sz w:val="20"/>
                <w:szCs w:val="20"/>
              </w:rPr>
              <w:t>111724039039</w:t>
            </w:r>
          </w:p>
        </w:tc>
        <w:tc>
          <w:tcPr>
            <w:tcW w:w="1995" w:type="dxa"/>
          </w:tcPr>
          <w:p w14:paraId="0C60B0C9"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Pavan Kumawat-</w:t>
            </w:r>
          </w:p>
          <w:p w14:paraId="746ACF4E" w14:textId="77777777" w:rsidR="00D12216" w:rsidRDefault="00D12216" w:rsidP="00E62D64">
            <w:pPr>
              <w:jc w:val="center"/>
              <w:rPr>
                <w:b/>
                <w:bCs/>
                <w:sz w:val="28"/>
                <w:szCs w:val="28"/>
              </w:rPr>
            </w:pPr>
          </w:p>
        </w:tc>
        <w:tc>
          <w:tcPr>
            <w:tcW w:w="1635" w:type="dxa"/>
          </w:tcPr>
          <w:p w14:paraId="409FDDB2" w14:textId="77777777" w:rsidR="00D12216" w:rsidRDefault="00D12216" w:rsidP="00E62D64">
            <w:pPr>
              <w:jc w:val="center"/>
              <w:rPr>
                <w:rFonts w:ascii="Arial" w:eastAsia="Arial" w:hAnsi="Arial" w:cs="Arial"/>
                <w:b/>
                <w:bCs/>
                <w:color w:val="000000"/>
                <w:sz w:val="18"/>
                <w:szCs w:val="18"/>
              </w:rPr>
            </w:pPr>
            <w:r>
              <w:rPr>
                <w:rFonts w:ascii="Arial" w:eastAsia="Arial" w:hAnsi="Arial" w:cs="Arial"/>
                <w:b/>
                <w:bCs/>
                <w:color w:val="000000"/>
                <w:sz w:val="18"/>
                <w:szCs w:val="18"/>
              </w:rPr>
              <w:t>AI DISTRACTION FORECAST"</w:t>
            </w:r>
          </w:p>
          <w:p w14:paraId="5008C0F7" w14:textId="77777777" w:rsidR="00D12216" w:rsidRDefault="00D12216" w:rsidP="00E62D64">
            <w:pPr>
              <w:jc w:val="center"/>
              <w:rPr>
                <w:b/>
                <w:bCs/>
                <w:sz w:val="28"/>
                <w:szCs w:val="28"/>
              </w:rPr>
            </w:pPr>
          </w:p>
        </w:tc>
        <w:tc>
          <w:tcPr>
            <w:tcW w:w="1590" w:type="dxa"/>
          </w:tcPr>
          <w:p w14:paraId="7ADFB29F" w14:textId="77777777" w:rsidR="00D12216" w:rsidRDefault="00D12216" w:rsidP="00E62D64">
            <w:pPr>
              <w:jc w:val="center"/>
              <w:rPr>
                <w:rFonts w:ascii="Arial" w:eastAsia="Arial" w:hAnsi="Arial" w:cs="Arial"/>
                <w:color w:val="000000"/>
                <w:sz w:val="20"/>
                <w:szCs w:val="20"/>
              </w:rPr>
            </w:pPr>
            <w:r>
              <w:rPr>
                <w:rFonts w:ascii="Arial" w:eastAsia="Arial" w:hAnsi="Arial" w:cs="Arial"/>
                <w:sz w:val="20"/>
                <w:szCs w:val="20"/>
              </w:rPr>
              <w:t>M. Supriya</w:t>
            </w:r>
          </w:p>
          <w:p w14:paraId="72D4775E" w14:textId="77777777" w:rsidR="00D12216" w:rsidRDefault="00D12216" w:rsidP="00E62D64">
            <w:pPr>
              <w:jc w:val="center"/>
              <w:rPr>
                <w:b/>
                <w:bCs/>
                <w:sz w:val="28"/>
                <w:szCs w:val="28"/>
              </w:rPr>
            </w:pPr>
          </w:p>
        </w:tc>
        <w:tc>
          <w:tcPr>
            <w:tcW w:w="1200" w:type="dxa"/>
          </w:tcPr>
          <w:p w14:paraId="5BF449DB"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3AFEA9B2" w14:textId="77777777" w:rsidTr="00E62D64">
        <w:tc>
          <w:tcPr>
            <w:tcW w:w="660" w:type="dxa"/>
          </w:tcPr>
          <w:p w14:paraId="495F6158" w14:textId="77777777" w:rsidR="00D12216" w:rsidRDefault="00D12216" w:rsidP="00E62D64">
            <w:pPr>
              <w:jc w:val="center"/>
              <w:rPr>
                <w:b/>
                <w:bCs/>
                <w:sz w:val="28"/>
                <w:szCs w:val="28"/>
              </w:rPr>
            </w:pPr>
            <w:r>
              <w:rPr>
                <w:b/>
                <w:bCs/>
                <w:sz w:val="28"/>
                <w:szCs w:val="28"/>
              </w:rPr>
              <w:t>28</w:t>
            </w:r>
          </w:p>
        </w:tc>
        <w:tc>
          <w:tcPr>
            <w:tcW w:w="1665" w:type="dxa"/>
          </w:tcPr>
          <w:p w14:paraId="6B2637F8"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111724039040,</w:t>
            </w:r>
          </w:p>
          <w:p w14:paraId="343E1E7B" w14:textId="77777777" w:rsidR="00D12216" w:rsidRDefault="00D12216" w:rsidP="00E62D64">
            <w:pPr>
              <w:jc w:val="center"/>
              <w:rPr>
                <w:b/>
                <w:bCs/>
                <w:sz w:val="28"/>
                <w:szCs w:val="28"/>
              </w:rPr>
            </w:pPr>
            <w:r>
              <w:rPr>
                <w:rFonts w:ascii="Arial" w:eastAsia="Arial" w:hAnsi="Arial" w:cs="Arial"/>
                <w:color w:val="000000"/>
                <w:sz w:val="20"/>
                <w:szCs w:val="20"/>
              </w:rPr>
              <w:t>111724039047</w:t>
            </w:r>
          </w:p>
        </w:tc>
        <w:tc>
          <w:tcPr>
            <w:tcW w:w="1995" w:type="dxa"/>
          </w:tcPr>
          <w:p w14:paraId="4E24120D" w14:textId="77777777" w:rsidR="00D12216" w:rsidRDefault="00D12216" w:rsidP="00E62D64">
            <w:pPr>
              <w:jc w:val="center"/>
              <w:rPr>
                <w:rFonts w:ascii="Arial" w:eastAsia="Arial" w:hAnsi="Arial" w:cs="Arial"/>
                <w:color w:val="000000"/>
                <w:sz w:val="20"/>
                <w:szCs w:val="20"/>
              </w:rPr>
            </w:pPr>
            <w:proofErr w:type="spellStart"/>
            <w:proofErr w:type="gramStart"/>
            <w:r>
              <w:rPr>
                <w:rFonts w:ascii="Arial" w:eastAsia="Arial" w:hAnsi="Arial" w:cs="Arial"/>
                <w:color w:val="000000"/>
                <w:sz w:val="20"/>
                <w:szCs w:val="20"/>
              </w:rPr>
              <w:t>P.Manicharan</w:t>
            </w:r>
            <w:proofErr w:type="spellEnd"/>
            <w:r>
              <w:rPr>
                <w:rFonts w:ascii="Arial" w:eastAsia="Arial" w:hAnsi="Arial" w:cs="Arial"/>
                <w:color w:val="000000"/>
                <w:sz w:val="20"/>
                <w:szCs w:val="20"/>
              </w:rPr>
              <w:t xml:space="preserve"> ,Vivek</w:t>
            </w:r>
            <w:proofErr w:type="gramEnd"/>
            <w:r>
              <w:rPr>
                <w:rFonts w:ascii="Arial" w:eastAsia="Arial" w:hAnsi="Arial" w:cs="Arial"/>
                <w:color w:val="000000"/>
                <w:sz w:val="20"/>
                <w:szCs w:val="20"/>
              </w:rPr>
              <w:t xml:space="preserve"> </w:t>
            </w:r>
          </w:p>
          <w:p w14:paraId="58D54D7F" w14:textId="77777777" w:rsidR="00D12216" w:rsidRDefault="00D12216" w:rsidP="00E62D64">
            <w:pPr>
              <w:jc w:val="center"/>
              <w:rPr>
                <w:b/>
                <w:bCs/>
                <w:sz w:val="28"/>
                <w:szCs w:val="28"/>
              </w:rPr>
            </w:pPr>
          </w:p>
        </w:tc>
        <w:tc>
          <w:tcPr>
            <w:tcW w:w="1635" w:type="dxa"/>
          </w:tcPr>
          <w:p w14:paraId="0A0AD3A3"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Digital Footprint Shrinker </w:t>
            </w:r>
          </w:p>
          <w:p w14:paraId="5C65C72A" w14:textId="77777777" w:rsidR="00D12216" w:rsidRDefault="00D12216" w:rsidP="00E62D64">
            <w:pPr>
              <w:jc w:val="center"/>
              <w:rPr>
                <w:b/>
                <w:bCs/>
                <w:sz w:val="28"/>
                <w:szCs w:val="28"/>
              </w:rPr>
            </w:pPr>
          </w:p>
        </w:tc>
        <w:tc>
          <w:tcPr>
            <w:tcW w:w="1590" w:type="dxa"/>
          </w:tcPr>
          <w:p w14:paraId="479683E1" w14:textId="77777777" w:rsidR="00D12216" w:rsidRDefault="00D12216" w:rsidP="00E62D64">
            <w:pPr>
              <w:jc w:val="center"/>
              <w:rPr>
                <w:rFonts w:ascii="Arial" w:eastAsia="Arial" w:hAnsi="Arial" w:cs="Arial"/>
                <w:color w:val="000000"/>
                <w:sz w:val="20"/>
                <w:szCs w:val="20"/>
              </w:rPr>
            </w:pPr>
            <w:proofErr w:type="spellStart"/>
            <w:proofErr w:type="gramStart"/>
            <w:r>
              <w:rPr>
                <w:rFonts w:ascii="Arial" w:eastAsia="Arial" w:hAnsi="Arial" w:cs="Arial"/>
                <w:color w:val="000000"/>
                <w:sz w:val="20"/>
                <w:szCs w:val="20"/>
              </w:rPr>
              <w:t>S.Kavitha</w:t>
            </w:r>
            <w:proofErr w:type="spellEnd"/>
            <w:proofErr w:type="gramEnd"/>
            <w:r>
              <w:rPr>
                <w:rFonts w:ascii="Arial" w:eastAsia="Arial" w:hAnsi="Arial" w:cs="Arial"/>
                <w:color w:val="000000"/>
                <w:sz w:val="20"/>
                <w:szCs w:val="20"/>
              </w:rPr>
              <w:t xml:space="preserve"> </w:t>
            </w:r>
          </w:p>
          <w:p w14:paraId="744E1E9C" w14:textId="77777777" w:rsidR="00D12216" w:rsidRDefault="00D12216" w:rsidP="00E62D64">
            <w:pPr>
              <w:jc w:val="center"/>
              <w:rPr>
                <w:b/>
                <w:bCs/>
                <w:sz w:val="28"/>
                <w:szCs w:val="28"/>
              </w:rPr>
            </w:pPr>
          </w:p>
        </w:tc>
        <w:tc>
          <w:tcPr>
            <w:tcW w:w="1200" w:type="dxa"/>
          </w:tcPr>
          <w:p w14:paraId="73F938A3" w14:textId="77777777" w:rsidR="00D12216" w:rsidRDefault="00D12216" w:rsidP="00E62D64">
            <w:pPr>
              <w:jc w:val="center"/>
              <w:rPr>
                <w:rFonts w:ascii="Arial" w:eastAsia="Arial" w:hAnsi="Arial" w:cs="Arial"/>
                <w:sz w:val="16"/>
                <w:szCs w:val="16"/>
              </w:rPr>
            </w:pPr>
            <w:r>
              <w:rPr>
                <w:rFonts w:ascii="Arial" w:eastAsia="Arial" w:hAnsi="Arial" w:cs="Arial"/>
                <w:sz w:val="16"/>
                <w:szCs w:val="16"/>
              </w:rPr>
              <w:t>Loyola academy degree &amp;Pg college</w:t>
            </w:r>
          </w:p>
        </w:tc>
      </w:tr>
      <w:tr w:rsidR="00D12216" w14:paraId="258099BE" w14:textId="77777777" w:rsidTr="00E62D64">
        <w:tc>
          <w:tcPr>
            <w:tcW w:w="660" w:type="dxa"/>
          </w:tcPr>
          <w:p w14:paraId="56C0DB78" w14:textId="77777777" w:rsidR="00D12216" w:rsidRDefault="00D12216" w:rsidP="00E62D64">
            <w:pPr>
              <w:jc w:val="center"/>
              <w:rPr>
                <w:b/>
                <w:bCs/>
                <w:sz w:val="28"/>
                <w:szCs w:val="28"/>
              </w:rPr>
            </w:pPr>
            <w:r>
              <w:rPr>
                <w:b/>
                <w:bCs/>
                <w:sz w:val="28"/>
                <w:szCs w:val="28"/>
              </w:rPr>
              <w:t>29</w:t>
            </w:r>
          </w:p>
        </w:tc>
        <w:tc>
          <w:tcPr>
            <w:tcW w:w="1665" w:type="dxa"/>
          </w:tcPr>
          <w:p w14:paraId="3FB06136" w14:textId="77777777" w:rsidR="00D12216" w:rsidRDefault="00D12216" w:rsidP="00E62D64">
            <w:pPr>
              <w:jc w:val="center"/>
              <w:rPr>
                <w:b/>
                <w:bCs/>
                <w:sz w:val="28"/>
                <w:szCs w:val="28"/>
              </w:rPr>
            </w:pPr>
            <w:r>
              <w:rPr>
                <w:rFonts w:ascii="Arial" w:eastAsia="Arial" w:hAnsi="Arial" w:cs="Arial"/>
                <w:color w:val="000000"/>
                <w:sz w:val="20"/>
                <w:szCs w:val="20"/>
              </w:rPr>
              <w:t>111724039042</w:t>
            </w:r>
          </w:p>
        </w:tc>
        <w:tc>
          <w:tcPr>
            <w:tcW w:w="1995" w:type="dxa"/>
          </w:tcPr>
          <w:p w14:paraId="6C8E2D8E" w14:textId="77777777" w:rsidR="00D12216" w:rsidRDefault="00D12216" w:rsidP="00E62D64">
            <w:pPr>
              <w:jc w:val="center"/>
              <w:rPr>
                <w:rFonts w:ascii="Arial" w:eastAsia="Arial" w:hAnsi="Arial" w:cs="Arial"/>
                <w:color w:val="000000"/>
                <w:sz w:val="20"/>
                <w:szCs w:val="20"/>
              </w:rPr>
            </w:pPr>
            <w:proofErr w:type="spellStart"/>
            <w:r>
              <w:rPr>
                <w:rFonts w:ascii="Arial" w:eastAsia="Arial" w:hAnsi="Arial" w:cs="Arial"/>
                <w:color w:val="000000"/>
                <w:sz w:val="20"/>
                <w:szCs w:val="20"/>
              </w:rPr>
              <w:t>Pretam</w:t>
            </w:r>
            <w:proofErr w:type="spellEnd"/>
          </w:p>
          <w:p w14:paraId="257691BB" w14:textId="77777777" w:rsidR="00D12216" w:rsidRDefault="00D12216" w:rsidP="00E62D64">
            <w:pPr>
              <w:jc w:val="center"/>
              <w:rPr>
                <w:b/>
                <w:bCs/>
                <w:sz w:val="28"/>
                <w:szCs w:val="28"/>
              </w:rPr>
            </w:pPr>
          </w:p>
        </w:tc>
        <w:tc>
          <w:tcPr>
            <w:tcW w:w="1635" w:type="dxa"/>
          </w:tcPr>
          <w:p w14:paraId="50C17133" w14:textId="77777777" w:rsidR="00D12216" w:rsidRDefault="00D12216" w:rsidP="00E62D64">
            <w:pPr>
              <w:jc w:val="center"/>
              <w:rPr>
                <w:rFonts w:ascii="Arial" w:eastAsia="Arial" w:hAnsi="Arial" w:cs="Arial"/>
                <w:color w:val="000000"/>
                <w:sz w:val="20"/>
                <w:szCs w:val="20"/>
              </w:rPr>
            </w:pPr>
            <w:proofErr w:type="spellStart"/>
            <w:r>
              <w:rPr>
                <w:rFonts w:ascii="Arial" w:eastAsia="Arial" w:hAnsi="Arial" w:cs="Arial"/>
                <w:color w:val="000000"/>
                <w:sz w:val="20"/>
                <w:szCs w:val="20"/>
              </w:rPr>
              <w:lastRenderedPageBreak/>
              <w:t>Self destruction</w:t>
            </w:r>
            <w:proofErr w:type="spellEnd"/>
            <w:r>
              <w:rPr>
                <w:rFonts w:ascii="Arial" w:eastAsia="Arial" w:hAnsi="Arial" w:cs="Arial"/>
                <w:color w:val="000000"/>
                <w:sz w:val="20"/>
                <w:szCs w:val="20"/>
              </w:rPr>
              <w:t xml:space="preserve"> message portal</w:t>
            </w:r>
          </w:p>
          <w:p w14:paraId="28208932" w14:textId="77777777" w:rsidR="00D12216" w:rsidRDefault="00D12216" w:rsidP="00E62D64">
            <w:pPr>
              <w:jc w:val="center"/>
              <w:rPr>
                <w:b/>
                <w:bCs/>
                <w:sz w:val="28"/>
                <w:szCs w:val="28"/>
              </w:rPr>
            </w:pPr>
          </w:p>
        </w:tc>
        <w:tc>
          <w:tcPr>
            <w:tcW w:w="1590" w:type="dxa"/>
          </w:tcPr>
          <w:p w14:paraId="033C0A93" w14:textId="77777777" w:rsidR="00D12216" w:rsidRDefault="00D12216" w:rsidP="00E62D64">
            <w:pPr>
              <w:jc w:val="center"/>
              <w:rPr>
                <w:rFonts w:ascii="Arial" w:eastAsia="Arial" w:hAnsi="Arial" w:cs="Arial"/>
                <w:color w:val="000000"/>
                <w:sz w:val="20"/>
                <w:szCs w:val="20"/>
              </w:rPr>
            </w:pPr>
            <w:proofErr w:type="spellStart"/>
            <w:proofErr w:type="gramStart"/>
            <w:r>
              <w:rPr>
                <w:rFonts w:ascii="Arial" w:eastAsia="Arial" w:hAnsi="Arial" w:cs="Arial"/>
                <w:color w:val="000000"/>
                <w:sz w:val="20"/>
                <w:szCs w:val="20"/>
              </w:rPr>
              <w:lastRenderedPageBreak/>
              <w:t>S.lakshmi</w:t>
            </w:r>
            <w:proofErr w:type="spellEnd"/>
            <w:proofErr w:type="gramEnd"/>
          </w:p>
          <w:p w14:paraId="316E60DA" w14:textId="77777777" w:rsidR="00D12216" w:rsidRDefault="00D12216" w:rsidP="00E62D64">
            <w:pPr>
              <w:jc w:val="center"/>
              <w:rPr>
                <w:b/>
                <w:bCs/>
                <w:sz w:val="28"/>
                <w:szCs w:val="28"/>
              </w:rPr>
            </w:pPr>
          </w:p>
        </w:tc>
        <w:tc>
          <w:tcPr>
            <w:tcW w:w="1200" w:type="dxa"/>
          </w:tcPr>
          <w:p w14:paraId="72864E8E" w14:textId="77777777" w:rsidR="00D12216" w:rsidRDefault="00D12216" w:rsidP="00E62D64">
            <w:pPr>
              <w:jc w:val="center"/>
              <w:rPr>
                <w:b/>
                <w:bCs/>
                <w:sz w:val="16"/>
                <w:szCs w:val="16"/>
              </w:rPr>
            </w:pPr>
            <w:r>
              <w:rPr>
                <w:rFonts w:ascii="Arial" w:eastAsia="Arial" w:hAnsi="Arial" w:cs="Arial"/>
                <w:sz w:val="16"/>
                <w:szCs w:val="16"/>
              </w:rPr>
              <w:lastRenderedPageBreak/>
              <w:t xml:space="preserve">Loyola academy </w:t>
            </w:r>
            <w:r>
              <w:rPr>
                <w:rFonts w:ascii="Arial" w:eastAsia="Arial" w:hAnsi="Arial" w:cs="Arial"/>
                <w:sz w:val="16"/>
                <w:szCs w:val="16"/>
              </w:rPr>
              <w:lastRenderedPageBreak/>
              <w:t>degree &amp;Pg college</w:t>
            </w:r>
          </w:p>
        </w:tc>
      </w:tr>
      <w:tr w:rsidR="00D12216" w14:paraId="4921DDD4" w14:textId="77777777" w:rsidTr="00E62D64">
        <w:tc>
          <w:tcPr>
            <w:tcW w:w="660" w:type="dxa"/>
          </w:tcPr>
          <w:p w14:paraId="5196E71D" w14:textId="77777777" w:rsidR="00D12216" w:rsidRDefault="00D12216" w:rsidP="00E62D64">
            <w:pPr>
              <w:jc w:val="center"/>
              <w:rPr>
                <w:b/>
                <w:bCs/>
                <w:sz w:val="28"/>
                <w:szCs w:val="28"/>
              </w:rPr>
            </w:pPr>
            <w:r>
              <w:rPr>
                <w:b/>
                <w:bCs/>
                <w:sz w:val="28"/>
                <w:szCs w:val="28"/>
              </w:rPr>
              <w:lastRenderedPageBreak/>
              <w:t>30</w:t>
            </w:r>
          </w:p>
        </w:tc>
        <w:tc>
          <w:tcPr>
            <w:tcW w:w="1665" w:type="dxa"/>
          </w:tcPr>
          <w:p w14:paraId="252D1C41" w14:textId="77777777" w:rsidR="00D12216" w:rsidRDefault="00D12216" w:rsidP="00E62D64">
            <w:pPr>
              <w:jc w:val="center"/>
              <w:rPr>
                <w:b/>
                <w:bCs/>
                <w:sz w:val="28"/>
                <w:szCs w:val="28"/>
              </w:rPr>
            </w:pPr>
            <w:r>
              <w:rPr>
                <w:rFonts w:ascii="Arial" w:eastAsia="Arial" w:hAnsi="Arial" w:cs="Arial"/>
                <w:color w:val="000000"/>
                <w:sz w:val="20"/>
                <w:szCs w:val="20"/>
              </w:rPr>
              <w:t>111724039044</w:t>
            </w:r>
          </w:p>
        </w:tc>
        <w:tc>
          <w:tcPr>
            <w:tcW w:w="1995" w:type="dxa"/>
          </w:tcPr>
          <w:p w14:paraId="4EA19F7C"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R Vikramaditya Wence - </w:t>
            </w:r>
          </w:p>
          <w:p w14:paraId="297048E4" w14:textId="77777777" w:rsidR="00D12216" w:rsidRDefault="00D12216" w:rsidP="00E62D64">
            <w:pPr>
              <w:jc w:val="center"/>
              <w:rPr>
                <w:b/>
                <w:bCs/>
                <w:sz w:val="28"/>
                <w:szCs w:val="28"/>
              </w:rPr>
            </w:pPr>
          </w:p>
        </w:tc>
        <w:tc>
          <w:tcPr>
            <w:tcW w:w="1635" w:type="dxa"/>
          </w:tcPr>
          <w:p w14:paraId="53A91B6F"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Preorder</w:t>
            </w:r>
          </w:p>
          <w:p w14:paraId="198E4B8A" w14:textId="77777777" w:rsidR="00D12216" w:rsidRDefault="00D12216" w:rsidP="00E62D64">
            <w:pPr>
              <w:jc w:val="center"/>
              <w:rPr>
                <w:b/>
                <w:bCs/>
                <w:sz w:val="28"/>
                <w:szCs w:val="28"/>
              </w:rPr>
            </w:pPr>
          </w:p>
        </w:tc>
        <w:tc>
          <w:tcPr>
            <w:tcW w:w="1590" w:type="dxa"/>
          </w:tcPr>
          <w:p w14:paraId="02F4BB49" w14:textId="77777777" w:rsidR="00D12216" w:rsidRDefault="00D12216" w:rsidP="00E62D64">
            <w:pPr>
              <w:jc w:val="center"/>
              <w:rPr>
                <w:rFonts w:ascii="Arial" w:eastAsia="Arial" w:hAnsi="Arial" w:cs="Arial"/>
                <w:color w:val="000000"/>
                <w:sz w:val="20"/>
                <w:szCs w:val="20"/>
              </w:rPr>
            </w:pPr>
            <w:proofErr w:type="spellStart"/>
            <w:proofErr w:type="gramStart"/>
            <w:r>
              <w:rPr>
                <w:rFonts w:ascii="Arial" w:eastAsia="Arial" w:hAnsi="Arial" w:cs="Arial"/>
                <w:color w:val="000000"/>
                <w:sz w:val="20"/>
                <w:szCs w:val="20"/>
              </w:rPr>
              <w:t>N.Manisha</w:t>
            </w:r>
            <w:proofErr w:type="spellEnd"/>
            <w:proofErr w:type="gramEnd"/>
          </w:p>
          <w:p w14:paraId="01C1A44F" w14:textId="77777777" w:rsidR="00D12216" w:rsidRDefault="00D12216" w:rsidP="00E62D64">
            <w:pPr>
              <w:jc w:val="center"/>
              <w:rPr>
                <w:b/>
                <w:bCs/>
                <w:sz w:val="28"/>
                <w:szCs w:val="28"/>
              </w:rPr>
            </w:pPr>
          </w:p>
        </w:tc>
        <w:tc>
          <w:tcPr>
            <w:tcW w:w="1200" w:type="dxa"/>
          </w:tcPr>
          <w:p w14:paraId="7CC9146F"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4507A918" w14:textId="77777777" w:rsidTr="00E62D64">
        <w:tc>
          <w:tcPr>
            <w:tcW w:w="660" w:type="dxa"/>
          </w:tcPr>
          <w:p w14:paraId="3347FBC9" w14:textId="77777777" w:rsidR="00D12216" w:rsidRDefault="00D12216" w:rsidP="00E62D64">
            <w:pPr>
              <w:jc w:val="center"/>
              <w:rPr>
                <w:b/>
                <w:bCs/>
                <w:sz w:val="28"/>
                <w:szCs w:val="28"/>
              </w:rPr>
            </w:pPr>
            <w:r>
              <w:rPr>
                <w:b/>
                <w:bCs/>
                <w:sz w:val="28"/>
                <w:szCs w:val="28"/>
              </w:rPr>
              <w:t>31</w:t>
            </w:r>
          </w:p>
        </w:tc>
        <w:tc>
          <w:tcPr>
            <w:tcW w:w="1665" w:type="dxa"/>
          </w:tcPr>
          <w:p w14:paraId="6B932BD4" w14:textId="77777777" w:rsidR="00D12216" w:rsidRDefault="00D12216" w:rsidP="00E62D64">
            <w:pPr>
              <w:jc w:val="center"/>
              <w:rPr>
                <w:b/>
                <w:bCs/>
                <w:sz w:val="28"/>
                <w:szCs w:val="28"/>
              </w:rPr>
            </w:pPr>
            <w:r>
              <w:rPr>
                <w:rFonts w:ascii="Arial" w:eastAsia="Arial" w:hAnsi="Arial" w:cs="Arial"/>
                <w:color w:val="000000"/>
                <w:sz w:val="20"/>
                <w:szCs w:val="20"/>
              </w:rPr>
              <w:t>111724039045</w:t>
            </w:r>
          </w:p>
        </w:tc>
        <w:tc>
          <w:tcPr>
            <w:tcW w:w="1995" w:type="dxa"/>
          </w:tcPr>
          <w:p w14:paraId="08054DBE"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Hemanth-</w:t>
            </w:r>
          </w:p>
          <w:p w14:paraId="4E8430E3" w14:textId="77777777" w:rsidR="00D12216" w:rsidRDefault="00D12216" w:rsidP="00E62D64">
            <w:pPr>
              <w:jc w:val="center"/>
              <w:rPr>
                <w:b/>
                <w:bCs/>
                <w:sz w:val="28"/>
                <w:szCs w:val="28"/>
              </w:rPr>
            </w:pPr>
          </w:p>
        </w:tc>
        <w:tc>
          <w:tcPr>
            <w:tcW w:w="1635" w:type="dxa"/>
          </w:tcPr>
          <w:p w14:paraId="40545D84"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Dark web keyword alert system </w:t>
            </w:r>
          </w:p>
          <w:p w14:paraId="7F945DC0" w14:textId="77777777" w:rsidR="00D12216" w:rsidRDefault="00D12216" w:rsidP="00E62D64">
            <w:pPr>
              <w:jc w:val="center"/>
              <w:rPr>
                <w:b/>
                <w:bCs/>
                <w:sz w:val="28"/>
                <w:szCs w:val="28"/>
              </w:rPr>
            </w:pPr>
          </w:p>
        </w:tc>
        <w:tc>
          <w:tcPr>
            <w:tcW w:w="1590" w:type="dxa"/>
          </w:tcPr>
          <w:p w14:paraId="79DD95EB"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Supriya </w:t>
            </w:r>
          </w:p>
          <w:p w14:paraId="44CD4C49" w14:textId="77777777" w:rsidR="00D12216" w:rsidRDefault="00D12216" w:rsidP="00E62D64">
            <w:pPr>
              <w:jc w:val="center"/>
              <w:rPr>
                <w:b/>
                <w:bCs/>
                <w:sz w:val="28"/>
                <w:szCs w:val="28"/>
              </w:rPr>
            </w:pPr>
          </w:p>
        </w:tc>
        <w:tc>
          <w:tcPr>
            <w:tcW w:w="1200" w:type="dxa"/>
          </w:tcPr>
          <w:p w14:paraId="12F4665D"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r w:rsidR="00D12216" w14:paraId="6DF8B2A5" w14:textId="77777777" w:rsidTr="00E62D64">
        <w:tc>
          <w:tcPr>
            <w:tcW w:w="660" w:type="dxa"/>
          </w:tcPr>
          <w:p w14:paraId="51EED71C" w14:textId="77777777" w:rsidR="00D12216" w:rsidRDefault="00D12216" w:rsidP="00E62D64">
            <w:pPr>
              <w:jc w:val="center"/>
              <w:rPr>
                <w:b/>
                <w:bCs/>
                <w:sz w:val="28"/>
                <w:szCs w:val="28"/>
              </w:rPr>
            </w:pPr>
            <w:r>
              <w:rPr>
                <w:b/>
                <w:bCs/>
                <w:sz w:val="28"/>
                <w:szCs w:val="28"/>
              </w:rPr>
              <w:t>32</w:t>
            </w:r>
          </w:p>
        </w:tc>
        <w:tc>
          <w:tcPr>
            <w:tcW w:w="1665" w:type="dxa"/>
          </w:tcPr>
          <w:p w14:paraId="52BF1B65"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111724039046</w:t>
            </w:r>
          </w:p>
          <w:p w14:paraId="088AE3D0" w14:textId="77777777" w:rsidR="00D12216" w:rsidRDefault="00D12216" w:rsidP="00E62D64">
            <w:pPr>
              <w:jc w:val="center"/>
              <w:rPr>
                <w:b/>
                <w:bCs/>
                <w:sz w:val="28"/>
                <w:szCs w:val="28"/>
              </w:rPr>
            </w:pPr>
          </w:p>
        </w:tc>
        <w:tc>
          <w:tcPr>
            <w:tcW w:w="1995" w:type="dxa"/>
          </w:tcPr>
          <w:p w14:paraId="5352482D" w14:textId="77777777" w:rsidR="00D12216" w:rsidRDefault="00D12216" w:rsidP="00E62D64">
            <w:pPr>
              <w:jc w:val="center"/>
              <w:rPr>
                <w:b/>
                <w:bCs/>
                <w:sz w:val="28"/>
                <w:szCs w:val="28"/>
              </w:rPr>
            </w:pPr>
            <w:r>
              <w:rPr>
                <w:rFonts w:ascii="Arial" w:eastAsia="Arial" w:hAnsi="Arial" w:cs="Arial"/>
                <w:color w:val="000000"/>
                <w:sz w:val="20"/>
                <w:szCs w:val="20"/>
              </w:rPr>
              <w:t xml:space="preserve">Chaitanya S - </w:t>
            </w:r>
          </w:p>
        </w:tc>
        <w:tc>
          <w:tcPr>
            <w:tcW w:w="1635" w:type="dxa"/>
          </w:tcPr>
          <w:p w14:paraId="16A7C73C"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Windows Forensic Tool</w:t>
            </w:r>
          </w:p>
          <w:p w14:paraId="3D92F6F4" w14:textId="77777777" w:rsidR="00D12216" w:rsidRDefault="00D12216" w:rsidP="00E62D64">
            <w:pPr>
              <w:jc w:val="center"/>
              <w:rPr>
                <w:b/>
                <w:bCs/>
                <w:sz w:val="28"/>
                <w:szCs w:val="28"/>
              </w:rPr>
            </w:pPr>
          </w:p>
        </w:tc>
        <w:tc>
          <w:tcPr>
            <w:tcW w:w="1590" w:type="dxa"/>
          </w:tcPr>
          <w:p w14:paraId="4A18C449" w14:textId="77777777" w:rsidR="00D12216" w:rsidRDefault="00D12216" w:rsidP="00E62D64">
            <w:pPr>
              <w:jc w:val="center"/>
              <w:rPr>
                <w:rFonts w:ascii="Arial" w:eastAsia="Arial" w:hAnsi="Arial" w:cs="Arial"/>
                <w:color w:val="000000"/>
                <w:sz w:val="20"/>
                <w:szCs w:val="20"/>
              </w:rPr>
            </w:pPr>
            <w:r>
              <w:rPr>
                <w:rFonts w:ascii="Arial" w:eastAsia="Arial" w:hAnsi="Arial" w:cs="Arial"/>
                <w:color w:val="000000"/>
                <w:sz w:val="20"/>
                <w:szCs w:val="20"/>
              </w:rPr>
              <w:t xml:space="preserve">Kavitha Ma'am </w:t>
            </w:r>
          </w:p>
          <w:p w14:paraId="332EEF99" w14:textId="77777777" w:rsidR="00D12216" w:rsidRDefault="00D12216" w:rsidP="00E62D64">
            <w:pPr>
              <w:jc w:val="center"/>
              <w:rPr>
                <w:b/>
                <w:bCs/>
                <w:sz w:val="28"/>
                <w:szCs w:val="28"/>
              </w:rPr>
            </w:pPr>
          </w:p>
        </w:tc>
        <w:tc>
          <w:tcPr>
            <w:tcW w:w="1200" w:type="dxa"/>
          </w:tcPr>
          <w:p w14:paraId="2AAA9A93" w14:textId="77777777" w:rsidR="00D12216" w:rsidRDefault="00D12216" w:rsidP="00E62D64">
            <w:pPr>
              <w:jc w:val="center"/>
              <w:rPr>
                <w:b/>
                <w:bCs/>
                <w:sz w:val="16"/>
                <w:szCs w:val="16"/>
              </w:rPr>
            </w:pPr>
            <w:r>
              <w:rPr>
                <w:rFonts w:ascii="Arial" w:eastAsia="Arial" w:hAnsi="Arial" w:cs="Arial"/>
                <w:sz w:val="16"/>
                <w:szCs w:val="16"/>
              </w:rPr>
              <w:t>Loyola academy degree &amp;Pg college</w:t>
            </w:r>
          </w:p>
        </w:tc>
      </w:tr>
    </w:tbl>
    <w:p w14:paraId="78EA5B73" w14:textId="77777777" w:rsidR="00D12216" w:rsidRDefault="00D12216" w:rsidP="00D12216">
      <w:pPr>
        <w:jc w:val="center"/>
        <w:rPr>
          <w:b/>
          <w:bCs/>
          <w:sz w:val="28"/>
          <w:szCs w:val="28"/>
        </w:rPr>
      </w:pPr>
    </w:p>
    <w:p w14:paraId="6A086644" w14:textId="77777777" w:rsidR="00D12216" w:rsidRDefault="00D12216" w:rsidP="00226B14">
      <w:pPr>
        <w:rPr>
          <w:rFonts w:ascii="Times New Roman" w:hAnsi="Times New Roman" w:cs="Times New Roman"/>
          <w:b/>
          <w:bCs/>
          <w:sz w:val="24"/>
          <w:szCs w:val="24"/>
          <w:lang w:val="en-US"/>
        </w:rPr>
      </w:pPr>
    </w:p>
    <w:p w14:paraId="61FD3E3F" w14:textId="77777777" w:rsidR="001A1005" w:rsidRDefault="001A1005" w:rsidP="00226B14">
      <w:pPr>
        <w:rPr>
          <w:rFonts w:ascii="Times New Roman" w:hAnsi="Times New Roman" w:cs="Times New Roman"/>
          <w:b/>
          <w:bCs/>
          <w:sz w:val="24"/>
          <w:szCs w:val="24"/>
          <w:lang w:val="en-US"/>
        </w:rPr>
      </w:pPr>
    </w:p>
    <w:p w14:paraId="06A8019E" w14:textId="77777777" w:rsidR="00226B14" w:rsidRPr="00226B14" w:rsidRDefault="00226B14" w:rsidP="00226B14">
      <w:pPr>
        <w:rPr>
          <w:rFonts w:ascii="Times New Roman" w:hAnsi="Times New Roman" w:cs="Times New Roman"/>
          <w:b/>
          <w:bCs/>
          <w:sz w:val="24"/>
          <w:szCs w:val="24"/>
          <w:lang w:val="en-US"/>
        </w:rPr>
      </w:pPr>
    </w:p>
    <w:p w14:paraId="2AA63462" w14:textId="77777777" w:rsidR="00226B14" w:rsidRPr="00DD410E" w:rsidRDefault="00226B14" w:rsidP="00226B14">
      <w:pPr>
        <w:rPr>
          <w:rFonts w:ascii="Times New Roman" w:hAnsi="Times New Roman" w:cs="Times New Roman"/>
          <w:sz w:val="24"/>
          <w:szCs w:val="24"/>
          <w:lang w:val="en-US"/>
        </w:rPr>
      </w:pPr>
    </w:p>
    <w:p w14:paraId="6B1C86DF" w14:textId="6ABFD1D4" w:rsidR="00226B14" w:rsidRPr="00226B14" w:rsidRDefault="00226B14" w:rsidP="00226B14">
      <w:pPr>
        <w:rPr>
          <w:b/>
          <w:bCs/>
          <w:sz w:val="28"/>
          <w:szCs w:val="28"/>
          <w:lang w:val="en-US"/>
        </w:rPr>
      </w:pPr>
      <w:r w:rsidRPr="00226B14">
        <w:rPr>
          <w:b/>
          <w:bCs/>
          <w:sz w:val="28"/>
          <w:szCs w:val="28"/>
          <w:lang w:val="en-US"/>
        </w:rPr>
        <w:t>1</w:t>
      </w:r>
      <w:r w:rsidR="006503B0">
        <w:rPr>
          <w:b/>
          <w:bCs/>
          <w:sz w:val="28"/>
          <w:szCs w:val="28"/>
          <w:lang w:val="en-US"/>
        </w:rPr>
        <w:t>2</w:t>
      </w:r>
      <w:r w:rsidRPr="00226B14">
        <w:rPr>
          <w:b/>
          <w:bCs/>
          <w:sz w:val="28"/>
          <w:szCs w:val="28"/>
          <w:lang w:val="en-US"/>
        </w:rPr>
        <w:t>.CERTIFICATE COURSE</w:t>
      </w:r>
      <w:r w:rsidR="00A673B0">
        <w:rPr>
          <w:b/>
          <w:bCs/>
          <w:sz w:val="28"/>
          <w:szCs w:val="28"/>
          <w:lang w:val="en-US"/>
        </w:rPr>
        <w:t xml:space="preserve"> &amp; </w:t>
      </w:r>
      <w:r w:rsidRPr="00226B14">
        <w:rPr>
          <w:b/>
          <w:bCs/>
          <w:sz w:val="28"/>
          <w:szCs w:val="28"/>
          <w:lang w:val="en-US"/>
        </w:rPr>
        <w:t>NPTEL LIST:</w:t>
      </w:r>
    </w:p>
    <w:p w14:paraId="1EC2DB76" w14:textId="77777777" w:rsidR="00226B14" w:rsidRPr="00DD410E" w:rsidRDefault="00226B14" w:rsidP="00226B14">
      <w:pPr>
        <w:rPr>
          <w:lang w:val="en-US"/>
        </w:rPr>
      </w:pPr>
    </w:p>
    <w:p w14:paraId="696BADFB" w14:textId="73ABD269" w:rsidR="009D2884" w:rsidRDefault="009D2884" w:rsidP="009A5AA2">
      <w:pPr>
        <w:rPr>
          <w:b/>
          <w:bCs/>
          <w:sz w:val="28"/>
          <w:szCs w:val="28"/>
          <w:lang w:val="en-US"/>
        </w:rPr>
      </w:pPr>
    </w:p>
    <w:tbl>
      <w:tblPr>
        <w:tblW w:w="7940" w:type="dxa"/>
        <w:tblLook w:val="04A0" w:firstRow="1" w:lastRow="0" w:firstColumn="1" w:lastColumn="0" w:noHBand="0" w:noVBand="1"/>
      </w:tblPr>
      <w:tblGrid>
        <w:gridCol w:w="960"/>
        <w:gridCol w:w="1720"/>
        <w:gridCol w:w="1780"/>
        <w:gridCol w:w="1540"/>
        <w:gridCol w:w="1940"/>
      </w:tblGrid>
      <w:tr w:rsidR="009D2884" w:rsidRPr="009D2884" w14:paraId="0C2178A3" w14:textId="77777777" w:rsidTr="009D2884">
        <w:trPr>
          <w:trHeight w:val="300"/>
        </w:trPr>
        <w:tc>
          <w:tcPr>
            <w:tcW w:w="960" w:type="dxa"/>
            <w:tcBorders>
              <w:top w:val="single" w:sz="4" w:space="0" w:color="auto"/>
              <w:left w:val="single" w:sz="4" w:space="0" w:color="auto"/>
              <w:bottom w:val="single" w:sz="4" w:space="0" w:color="auto"/>
              <w:right w:val="single" w:sz="4" w:space="0" w:color="auto"/>
            </w:tcBorders>
            <w:noWrap/>
            <w:vAlign w:val="bottom"/>
            <w:hideMark/>
          </w:tcPr>
          <w:p w14:paraId="38A0695D" w14:textId="77777777" w:rsidR="009D2884" w:rsidRPr="009D2884" w:rsidRDefault="009D2884" w:rsidP="009D2884">
            <w:pPr>
              <w:spacing w:after="0" w:line="240" w:lineRule="auto"/>
              <w:rPr>
                <w:rFonts w:ascii="Aptos Narrow" w:eastAsia="Times New Roman" w:hAnsi="Aptos Narrow" w:cs="Times New Roman"/>
                <w:b/>
                <w:bCs/>
                <w:color w:val="000000"/>
                <w:kern w:val="0"/>
                <w:lang w:eastAsia="en-IN"/>
                <w14:ligatures w14:val="none"/>
              </w:rPr>
            </w:pPr>
            <w:proofErr w:type="spellStart"/>
            <w:proofErr w:type="gramStart"/>
            <w:r w:rsidRPr="009D2884">
              <w:rPr>
                <w:rFonts w:ascii="Aptos Narrow" w:eastAsia="Times New Roman" w:hAnsi="Aptos Narrow" w:cs="Times New Roman"/>
                <w:b/>
                <w:bCs/>
                <w:color w:val="000000"/>
                <w:kern w:val="0"/>
                <w:lang w:eastAsia="en-IN"/>
                <w14:ligatures w14:val="none"/>
              </w:rPr>
              <w:t>S.No</w:t>
            </w:r>
            <w:proofErr w:type="spellEnd"/>
            <w:proofErr w:type="gramEnd"/>
          </w:p>
        </w:tc>
        <w:tc>
          <w:tcPr>
            <w:tcW w:w="1720" w:type="dxa"/>
            <w:tcBorders>
              <w:top w:val="single" w:sz="4" w:space="0" w:color="auto"/>
              <w:left w:val="nil"/>
              <w:bottom w:val="single" w:sz="4" w:space="0" w:color="auto"/>
              <w:right w:val="single" w:sz="4" w:space="0" w:color="auto"/>
            </w:tcBorders>
            <w:noWrap/>
            <w:vAlign w:val="bottom"/>
            <w:hideMark/>
          </w:tcPr>
          <w:p w14:paraId="7CF6E34F" w14:textId="77777777" w:rsidR="009D2884" w:rsidRPr="009D2884" w:rsidRDefault="009D2884" w:rsidP="009D2884">
            <w:pPr>
              <w:spacing w:after="0" w:line="240" w:lineRule="auto"/>
              <w:rPr>
                <w:rFonts w:ascii="Aptos Narrow" w:eastAsia="Times New Roman" w:hAnsi="Aptos Narrow" w:cs="Times New Roman"/>
                <w:b/>
                <w:bCs/>
                <w:color w:val="000000"/>
                <w:kern w:val="0"/>
                <w:lang w:eastAsia="en-IN"/>
                <w14:ligatures w14:val="none"/>
              </w:rPr>
            </w:pPr>
            <w:proofErr w:type="spellStart"/>
            <w:r w:rsidRPr="009D2884">
              <w:rPr>
                <w:rFonts w:ascii="Aptos Narrow" w:eastAsia="Times New Roman" w:hAnsi="Aptos Narrow" w:cs="Times New Roman"/>
                <w:b/>
                <w:bCs/>
                <w:color w:val="000000"/>
                <w:kern w:val="0"/>
                <w:lang w:eastAsia="en-IN"/>
                <w14:ligatures w14:val="none"/>
              </w:rPr>
              <w:t>uid</w:t>
            </w:r>
            <w:proofErr w:type="spellEnd"/>
          </w:p>
        </w:tc>
        <w:tc>
          <w:tcPr>
            <w:tcW w:w="1780" w:type="dxa"/>
            <w:tcBorders>
              <w:top w:val="single" w:sz="4" w:space="0" w:color="auto"/>
              <w:left w:val="nil"/>
              <w:bottom w:val="single" w:sz="4" w:space="0" w:color="auto"/>
              <w:right w:val="single" w:sz="4" w:space="0" w:color="auto"/>
            </w:tcBorders>
            <w:noWrap/>
            <w:vAlign w:val="bottom"/>
            <w:hideMark/>
          </w:tcPr>
          <w:p w14:paraId="267B4C54" w14:textId="77777777" w:rsidR="009D2884" w:rsidRPr="009D2884" w:rsidRDefault="009D2884" w:rsidP="009D2884">
            <w:pPr>
              <w:spacing w:after="0" w:line="240" w:lineRule="auto"/>
              <w:rPr>
                <w:rFonts w:ascii="Aptos Narrow" w:eastAsia="Times New Roman" w:hAnsi="Aptos Narrow" w:cs="Times New Roman"/>
                <w:b/>
                <w:bCs/>
                <w:color w:val="000000"/>
                <w:kern w:val="0"/>
                <w:lang w:eastAsia="en-IN"/>
                <w14:ligatures w14:val="none"/>
              </w:rPr>
            </w:pPr>
            <w:r w:rsidRPr="009D2884">
              <w:rPr>
                <w:rFonts w:ascii="Aptos Narrow" w:eastAsia="Times New Roman" w:hAnsi="Aptos Narrow" w:cs="Times New Roman"/>
                <w:b/>
                <w:bCs/>
                <w:color w:val="000000"/>
                <w:kern w:val="0"/>
                <w:lang w:eastAsia="en-IN"/>
                <w14:ligatures w14:val="none"/>
              </w:rPr>
              <w:t>name</w:t>
            </w:r>
          </w:p>
        </w:tc>
        <w:tc>
          <w:tcPr>
            <w:tcW w:w="1540" w:type="dxa"/>
            <w:tcBorders>
              <w:top w:val="single" w:sz="4" w:space="0" w:color="auto"/>
              <w:left w:val="nil"/>
              <w:bottom w:val="single" w:sz="4" w:space="0" w:color="auto"/>
              <w:right w:val="single" w:sz="4" w:space="0" w:color="auto"/>
            </w:tcBorders>
            <w:noWrap/>
            <w:vAlign w:val="bottom"/>
            <w:hideMark/>
          </w:tcPr>
          <w:p w14:paraId="632C0B74" w14:textId="77777777" w:rsidR="009D2884" w:rsidRPr="009D2884" w:rsidRDefault="009D2884" w:rsidP="009D2884">
            <w:pPr>
              <w:spacing w:after="0" w:line="240" w:lineRule="auto"/>
              <w:rPr>
                <w:rFonts w:ascii="Aptos Narrow" w:eastAsia="Times New Roman" w:hAnsi="Aptos Narrow" w:cs="Times New Roman"/>
                <w:b/>
                <w:bCs/>
                <w:color w:val="000000"/>
                <w:kern w:val="0"/>
                <w:lang w:eastAsia="en-IN"/>
                <w14:ligatures w14:val="none"/>
              </w:rPr>
            </w:pPr>
            <w:r w:rsidRPr="009D2884">
              <w:rPr>
                <w:rFonts w:ascii="Aptos Narrow" w:eastAsia="Times New Roman" w:hAnsi="Aptos Narrow" w:cs="Times New Roman"/>
                <w:b/>
                <w:bCs/>
                <w:color w:val="000000"/>
                <w:kern w:val="0"/>
                <w:lang w:eastAsia="en-IN"/>
                <w14:ligatures w14:val="none"/>
              </w:rPr>
              <w:t>CC Title</w:t>
            </w:r>
          </w:p>
        </w:tc>
        <w:tc>
          <w:tcPr>
            <w:tcW w:w="1940" w:type="dxa"/>
            <w:tcBorders>
              <w:top w:val="single" w:sz="4" w:space="0" w:color="auto"/>
              <w:left w:val="nil"/>
              <w:bottom w:val="single" w:sz="4" w:space="0" w:color="auto"/>
              <w:right w:val="single" w:sz="4" w:space="0" w:color="auto"/>
            </w:tcBorders>
            <w:noWrap/>
            <w:vAlign w:val="bottom"/>
            <w:hideMark/>
          </w:tcPr>
          <w:p w14:paraId="2BC05249" w14:textId="77777777" w:rsidR="009D2884" w:rsidRPr="009D2884" w:rsidRDefault="009D2884" w:rsidP="009D2884">
            <w:pPr>
              <w:spacing w:after="0" w:line="240" w:lineRule="auto"/>
              <w:rPr>
                <w:rFonts w:ascii="Aptos Narrow" w:eastAsia="Times New Roman" w:hAnsi="Aptos Narrow" w:cs="Times New Roman"/>
                <w:b/>
                <w:bCs/>
                <w:color w:val="000000"/>
                <w:kern w:val="0"/>
                <w:lang w:eastAsia="en-IN"/>
                <w14:ligatures w14:val="none"/>
              </w:rPr>
            </w:pPr>
            <w:r w:rsidRPr="009D2884">
              <w:rPr>
                <w:rFonts w:ascii="Aptos Narrow" w:eastAsia="Times New Roman" w:hAnsi="Aptos Narrow" w:cs="Times New Roman"/>
                <w:b/>
                <w:bCs/>
                <w:color w:val="000000"/>
                <w:kern w:val="0"/>
                <w:lang w:eastAsia="en-IN"/>
                <w14:ligatures w14:val="none"/>
              </w:rPr>
              <w:t>Instructor name</w:t>
            </w:r>
          </w:p>
        </w:tc>
      </w:tr>
      <w:tr w:rsidR="009D2884" w:rsidRPr="009D2884" w14:paraId="26BFDC49" w14:textId="77777777" w:rsidTr="009D2884">
        <w:trPr>
          <w:trHeight w:val="720"/>
        </w:trPr>
        <w:tc>
          <w:tcPr>
            <w:tcW w:w="960" w:type="dxa"/>
            <w:tcBorders>
              <w:top w:val="nil"/>
              <w:left w:val="single" w:sz="4" w:space="0" w:color="auto"/>
              <w:bottom w:val="single" w:sz="4" w:space="0" w:color="auto"/>
              <w:right w:val="single" w:sz="4" w:space="0" w:color="auto"/>
            </w:tcBorders>
            <w:noWrap/>
            <w:vAlign w:val="bottom"/>
            <w:hideMark/>
          </w:tcPr>
          <w:p w14:paraId="7B1DCEF1"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1</w:t>
            </w:r>
          </w:p>
        </w:tc>
        <w:tc>
          <w:tcPr>
            <w:tcW w:w="1720" w:type="dxa"/>
            <w:tcBorders>
              <w:top w:val="nil"/>
              <w:left w:val="nil"/>
              <w:bottom w:val="single" w:sz="4" w:space="0" w:color="auto"/>
              <w:right w:val="single" w:sz="4" w:space="0" w:color="auto"/>
            </w:tcBorders>
            <w:shd w:val="clear" w:color="000000" w:fill="FFFFFF"/>
            <w:vAlign w:val="center"/>
            <w:hideMark/>
          </w:tcPr>
          <w:p w14:paraId="4198E990"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111724039001</w:t>
            </w:r>
          </w:p>
        </w:tc>
        <w:tc>
          <w:tcPr>
            <w:tcW w:w="1780" w:type="dxa"/>
            <w:tcBorders>
              <w:top w:val="nil"/>
              <w:left w:val="nil"/>
              <w:bottom w:val="single" w:sz="4" w:space="0" w:color="auto"/>
              <w:right w:val="single" w:sz="4" w:space="0" w:color="auto"/>
            </w:tcBorders>
            <w:shd w:val="clear" w:color="000000" w:fill="FFFFFF"/>
            <w:vAlign w:val="center"/>
            <w:hideMark/>
          </w:tcPr>
          <w:p w14:paraId="22451673"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Ardhi Pravalika</w:t>
            </w:r>
          </w:p>
        </w:tc>
        <w:tc>
          <w:tcPr>
            <w:tcW w:w="1540" w:type="dxa"/>
            <w:tcBorders>
              <w:top w:val="nil"/>
              <w:left w:val="nil"/>
              <w:bottom w:val="single" w:sz="4" w:space="0" w:color="auto"/>
              <w:right w:val="single" w:sz="4" w:space="0" w:color="auto"/>
            </w:tcBorders>
            <w:shd w:val="clear" w:color="000000" w:fill="FFFFFF"/>
            <w:vAlign w:val="center"/>
            <w:hideMark/>
          </w:tcPr>
          <w:p w14:paraId="4F7B0B26"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Data science with machine learning</w:t>
            </w:r>
          </w:p>
        </w:tc>
        <w:tc>
          <w:tcPr>
            <w:tcW w:w="1940" w:type="dxa"/>
            <w:tcBorders>
              <w:top w:val="nil"/>
              <w:left w:val="nil"/>
              <w:bottom w:val="single" w:sz="4" w:space="0" w:color="auto"/>
              <w:right w:val="single" w:sz="4" w:space="0" w:color="auto"/>
            </w:tcBorders>
            <w:shd w:val="clear" w:color="000000" w:fill="FFFFFF"/>
            <w:vAlign w:val="center"/>
            <w:hideMark/>
          </w:tcPr>
          <w:p w14:paraId="3E6794AF"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Vishal</w:t>
            </w:r>
          </w:p>
        </w:tc>
      </w:tr>
      <w:tr w:rsidR="009D2884" w:rsidRPr="009D2884" w14:paraId="75EBFBA2"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2972A6C6"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2</w:t>
            </w:r>
          </w:p>
        </w:tc>
        <w:tc>
          <w:tcPr>
            <w:tcW w:w="1720" w:type="dxa"/>
            <w:tcBorders>
              <w:top w:val="nil"/>
              <w:left w:val="nil"/>
              <w:bottom w:val="single" w:sz="4" w:space="0" w:color="auto"/>
              <w:right w:val="single" w:sz="4" w:space="0" w:color="auto"/>
            </w:tcBorders>
            <w:shd w:val="clear" w:color="000000" w:fill="F8F9FA"/>
            <w:vAlign w:val="center"/>
            <w:hideMark/>
          </w:tcPr>
          <w:p w14:paraId="2E74D3FF"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111724039002</w:t>
            </w:r>
          </w:p>
        </w:tc>
        <w:tc>
          <w:tcPr>
            <w:tcW w:w="1780" w:type="dxa"/>
            <w:tcBorders>
              <w:top w:val="nil"/>
              <w:left w:val="nil"/>
              <w:bottom w:val="single" w:sz="4" w:space="0" w:color="auto"/>
              <w:right w:val="single" w:sz="4" w:space="0" w:color="auto"/>
            </w:tcBorders>
            <w:shd w:val="clear" w:color="000000" w:fill="F8F9FA"/>
            <w:vAlign w:val="center"/>
            <w:hideMark/>
          </w:tcPr>
          <w:p w14:paraId="52F59DD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Nagamalleshwari</w:t>
            </w:r>
            <w:proofErr w:type="spellEnd"/>
          </w:p>
        </w:tc>
        <w:tc>
          <w:tcPr>
            <w:tcW w:w="1540" w:type="dxa"/>
            <w:tcBorders>
              <w:top w:val="nil"/>
              <w:left w:val="nil"/>
              <w:bottom w:val="single" w:sz="4" w:space="0" w:color="auto"/>
              <w:right w:val="single" w:sz="4" w:space="0" w:color="auto"/>
            </w:tcBorders>
            <w:shd w:val="clear" w:color="000000" w:fill="F8F9FA"/>
            <w:vAlign w:val="center"/>
            <w:hideMark/>
          </w:tcPr>
          <w:p w14:paraId="33B5813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Mutual funds</w:t>
            </w:r>
          </w:p>
        </w:tc>
        <w:tc>
          <w:tcPr>
            <w:tcW w:w="1940" w:type="dxa"/>
            <w:tcBorders>
              <w:top w:val="nil"/>
              <w:left w:val="nil"/>
              <w:bottom w:val="single" w:sz="4" w:space="0" w:color="auto"/>
              <w:right w:val="single" w:sz="4" w:space="0" w:color="auto"/>
            </w:tcBorders>
            <w:shd w:val="clear" w:color="000000" w:fill="F8F9FA"/>
            <w:vAlign w:val="center"/>
            <w:hideMark/>
          </w:tcPr>
          <w:p w14:paraId="552B370E"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 xml:space="preserve">Sweta </w:t>
            </w:r>
            <w:proofErr w:type="spellStart"/>
            <w:r w:rsidRPr="009D2884">
              <w:rPr>
                <w:rFonts w:ascii="Roboto" w:eastAsia="Times New Roman" w:hAnsi="Roboto" w:cs="Times New Roman"/>
                <w:color w:val="333333"/>
                <w:kern w:val="0"/>
                <w:sz w:val="20"/>
                <w:szCs w:val="20"/>
                <w:lang w:eastAsia="en-IN"/>
                <w14:ligatures w14:val="none"/>
              </w:rPr>
              <w:t>roa</w:t>
            </w:r>
            <w:proofErr w:type="spellEnd"/>
          </w:p>
        </w:tc>
      </w:tr>
      <w:tr w:rsidR="009D2884" w:rsidRPr="009D2884" w14:paraId="5F11583A" w14:textId="77777777" w:rsidTr="009D2884">
        <w:trPr>
          <w:trHeight w:val="720"/>
        </w:trPr>
        <w:tc>
          <w:tcPr>
            <w:tcW w:w="960" w:type="dxa"/>
            <w:tcBorders>
              <w:top w:val="nil"/>
              <w:left w:val="single" w:sz="4" w:space="0" w:color="auto"/>
              <w:bottom w:val="single" w:sz="4" w:space="0" w:color="auto"/>
              <w:right w:val="single" w:sz="4" w:space="0" w:color="auto"/>
            </w:tcBorders>
            <w:noWrap/>
            <w:vAlign w:val="bottom"/>
            <w:hideMark/>
          </w:tcPr>
          <w:p w14:paraId="7921771A"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3</w:t>
            </w:r>
          </w:p>
        </w:tc>
        <w:tc>
          <w:tcPr>
            <w:tcW w:w="1720" w:type="dxa"/>
            <w:tcBorders>
              <w:top w:val="nil"/>
              <w:left w:val="nil"/>
              <w:bottom w:val="single" w:sz="4" w:space="0" w:color="auto"/>
              <w:right w:val="single" w:sz="4" w:space="0" w:color="auto"/>
            </w:tcBorders>
            <w:shd w:val="clear" w:color="000000" w:fill="FFFFFF"/>
            <w:vAlign w:val="center"/>
            <w:hideMark/>
          </w:tcPr>
          <w:p w14:paraId="13E30706"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111724039003</w:t>
            </w:r>
          </w:p>
        </w:tc>
        <w:tc>
          <w:tcPr>
            <w:tcW w:w="1780" w:type="dxa"/>
            <w:tcBorders>
              <w:top w:val="nil"/>
              <w:left w:val="nil"/>
              <w:bottom w:val="single" w:sz="4" w:space="0" w:color="auto"/>
              <w:right w:val="single" w:sz="4" w:space="0" w:color="auto"/>
            </w:tcBorders>
            <w:shd w:val="clear" w:color="000000" w:fill="FFFFFF"/>
            <w:vAlign w:val="center"/>
            <w:hideMark/>
          </w:tcPr>
          <w:p w14:paraId="07913E4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proofErr w:type="gramStart"/>
            <w:r w:rsidRPr="009D2884">
              <w:rPr>
                <w:rFonts w:ascii="Roboto" w:eastAsia="Times New Roman" w:hAnsi="Roboto" w:cs="Times New Roman"/>
                <w:color w:val="333333"/>
                <w:kern w:val="0"/>
                <w:sz w:val="20"/>
                <w:szCs w:val="20"/>
                <w:lang w:eastAsia="en-IN"/>
                <w14:ligatures w14:val="none"/>
              </w:rPr>
              <w:t>B.shruthi</w:t>
            </w:r>
            <w:proofErr w:type="spellEnd"/>
            <w:proofErr w:type="gramEnd"/>
          </w:p>
        </w:tc>
        <w:tc>
          <w:tcPr>
            <w:tcW w:w="1540" w:type="dxa"/>
            <w:tcBorders>
              <w:top w:val="nil"/>
              <w:left w:val="nil"/>
              <w:bottom w:val="single" w:sz="4" w:space="0" w:color="auto"/>
              <w:right w:val="single" w:sz="4" w:space="0" w:color="auto"/>
            </w:tcBorders>
            <w:shd w:val="clear" w:color="000000" w:fill="FFFFFF"/>
            <w:vAlign w:val="center"/>
            <w:hideMark/>
          </w:tcPr>
          <w:p w14:paraId="6A0F267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Ai and data science essentials</w:t>
            </w:r>
          </w:p>
        </w:tc>
        <w:tc>
          <w:tcPr>
            <w:tcW w:w="1940" w:type="dxa"/>
            <w:tcBorders>
              <w:top w:val="nil"/>
              <w:left w:val="nil"/>
              <w:bottom w:val="single" w:sz="4" w:space="0" w:color="auto"/>
              <w:right w:val="single" w:sz="4" w:space="0" w:color="auto"/>
            </w:tcBorders>
            <w:shd w:val="clear" w:color="000000" w:fill="FFFFFF"/>
            <w:vAlign w:val="center"/>
            <w:hideMark/>
          </w:tcPr>
          <w:p w14:paraId="6243D363"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Shirisha Mam</w:t>
            </w:r>
          </w:p>
        </w:tc>
      </w:tr>
      <w:tr w:rsidR="009D2884" w:rsidRPr="009D2884" w14:paraId="6E9C254B"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37728C0D"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4</w:t>
            </w:r>
          </w:p>
        </w:tc>
        <w:tc>
          <w:tcPr>
            <w:tcW w:w="1720" w:type="dxa"/>
            <w:tcBorders>
              <w:top w:val="nil"/>
              <w:left w:val="nil"/>
              <w:bottom w:val="single" w:sz="4" w:space="0" w:color="auto"/>
              <w:right w:val="single" w:sz="4" w:space="0" w:color="auto"/>
            </w:tcBorders>
            <w:shd w:val="clear" w:color="000000" w:fill="F8F9FA"/>
            <w:vAlign w:val="center"/>
            <w:hideMark/>
          </w:tcPr>
          <w:p w14:paraId="4073A68A"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111724039004</w:t>
            </w:r>
          </w:p>
        </w:tc>
        <w:tc>
          <w:tcPr>
            <w:tcW w:w="1780" w:type="dxa"/>
            <w:tcBorders>
              <w:top w:val="nil"/>
              <w:left w:val="nil"/>
              <w:bottom w:val="single" w:sz="4" w:space="0" w:color="auto"/>
              <w:right w:val="single" w:sz="4" w:space="0" w:color="auto"/>
            </w:tcBorders>
            <w:shd w:val="clear" w:color="000000" w:fill="F8F9FA"/>
            <w:vAlign w:val="center"/>
            <w:hideMark/>
          </w:tcPr>
          <w:p w14:paraId="2FC8D17A"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Dandotkar</w:t>
            </w:r>
            <w:proofErr w:type="spellEnd"/>
            <w:r w:rsidRPr="009D2884">
              <w:rPr>
                <w:rFonts w:ascii="Roboto" w:eastAsia="Times New Roman" w:hAnsi="Roboto" w:cs="Times New Roman"/>
                <w:color w:val="333333"/>
                <w:kern w:val="0"/>
                <w:sz w:val="20"/>
                <w:szCs w:val="20"/>
                <w:lang w:eastAsia="en-IN"/>
                <w14:ligatures w14:val="none"/>
              </w:rPr>
              <w:t xml:space="preserve"> Sanjana</w:t>
            </w:r>
          </w:p>
        </w:tc>
        <w:tc>
          <w:tcPr>
            <w:tcW w:w="1540" w:type="dxa"/>
            <w:tcBorders>
              <w:top w:val="nil"/>
              <w:left w:val="nil"/>
              <w:bottom w:val="single" w:sz="4" w:space="0" w:color="auto"/>
              <w:right w:val="single" w:sz="4" w:space="0" w:color="auto"/>
            </w:tcBorders>
            <w:shd w:val="clear" w:color="000000" w:fill="F8F9FA"/>
            <w:vAlign w:val="center"/>
            <w:hideMark/>
          </w:tcPr>
          <w:p w14:paraId="46190AE3"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Clay Modelling</w:t>
            </w:r>
          </w:p>
        </w:tc>
        <w:tc>
          <w:tcPr>
            <w:tcW w:w="1940" w:type="dxa"/>
            <w:tcBorders>
              <w:top w:val="nil"/>
              <w:left w:val="nil"/>
              <w:bottom w:val="single" w:sz="4" w:space="0" w:color="auto"/>
              <w:right w:val="single" w:sz="4" w:space="0" w:color="auto"/>
            </w:tcBorders>
            <w:shd w:val="clear" w:color="000000" w:fill="F8F9FA"/>
            <w:vAlign w:val="center"/>
            <w:hideMark/>
          </w:tcPr>
          <w:p w14:paraId="49C390F0"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Janardhan Naidu</w:t>
            </w:r>
          </w:p>
        </w:tc>
      </w:tr>
      <w:tr w:rsidR="009D2884" w:rsidRPr="009D2884" w14:paraId="0216E262"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774FB3D7"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5</w:t>
            </w:r>
          </w:p>
        </w:tc>
        <w:tc>
          <w:tcPr>
            <w:tcW w:w="1720" w:type="dxa"/>
            <w:tcBorders>
              <w:top w:val="nil"/>
              <w:left w:val="nil"/>
              <w:bottom w:val="single" w:sz="4" w:space="0" w:color="auto"/>
              <w:right w:val="single" w:sz="4" w:space="0" w:color="auto"/>
            </w:tcBorders>
            <w:shd w:val="clear" w:color="000000" w:fill="FFFFFF"/>
            <w:vAlign w:val="center"/>
            <w:hideMark/>
          </w:tcPr>
          <w:p w14:paraId="47B33A36"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111724039005</w:t>
            </w:r>
          </w:p>
        </w:tc>
        <w:tc>
          <w:tcPr>
            <w:tcW w:w="1780" w:type="dxa"/>
            <w:tcBorders>
              <w:top w:val="nil"/>
              <w:left w:val="nil"/>
              <w:bottom w:val="single" w:sz="4" w:space="0" w:color="auto"/>
              <w:right w:val="single" w:sz="4" w:space="0" w:color="auto"/>
            </w:tcBorders>
            <w:shd w:val="clear" w:color="000000" w:fill="FFFFFF"/>
            <w:vAlign w:val="center"/>
            <w:hideMark/>
          </w:tcPr>
          <w:p w14:paraId="41CD143E"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D.Bhargavi</w:t>
            </w:r>
            <w:proofErr w:type="spellEnd"/>
          </w:p>
        </w:tc>
        <w:tc>
          <w:tcPr>
            <w:tcW w:w="1540" w:type="dxa"/>
            <w:tcBorders>
              <w:top w:val="nil"/>
              <w:left w:val="nil"/>
              <w:bottom w:val="single" w:sz="4" w:space="0" w:color="auto"/>
              <w:right w:val="single" w:sz="4" w:space="0" w:color="auto"/>
            </w:tcBorders>
            <w:shd w:val="clear" w:color="000000" w:fill="FFFFFF"/>
            <w:vAlign w:val="center"/>
            <w:hideMark/>
          </w:tcPr>
          <w:p w14:paraId="738E5434"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Embroidery</w:t>
            </w:r>
          </w:p>
        </w:tc>
        <w:tc>
          <w:tcPr>
            <w:tcW w:w="1940" w:type="dxa"/>
            <w:tcBorders>
              <w:top w:val="nil"/>
              <w:left w:val="nil"/>
              <w:bottom w:val="single" w:sz="4" w:space="0" w:color="auto"/>
              <w:right w:val="single" w:sz="4" w:space="0" w:color="auto"/>
            </w:tcBorders>
            <w:shd w:val="clear" w:color="000000" w:fill="FFFFFF"/>
            <w:vAlign w:val="center"/>
            <w:hideMark/>
          </w:tcPr>
          <w:p w14:paraId="36414C3F"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 xml:space="preserve">Bhavani </w:t>
            </w:r>
            <w:proofErr w:type="spellStart"/>
            <w:r w:rsidRPr="009D2884">
              <w:rPr>
                <w:rFonts w:ascii="Roboto" w:eastAsia="Times New Roman" w:hAnsi="Roboto" w:cs="Times New Roman"/>
                <w:color w:val="333333"/>
                <w:kern w:val="0"/>
                <w:sz w:val="20"/>
                <w:szCs w:val="20"/>
                <w:lang w:eastAsia="en-IN"/>
                <w14:ligatures w14:val="none"/>
              </w:rPr>
              <w:t>reddy</w:t>
            </w:r>
            <w:proofErr w:type="spellEnd"/>
          </w:p>
        </w:tc>
      </w:tr>
      <w:tr w:rsidR="009D2884" w:rsidRPr="009D2884" w14:paraId="23F955B4" w14:textId="77777777" w:rsidTr="009D2884">
        <w:trPr>
          <w:trHeight w:val="720"/>
        </w:trPr>
        <w:tc>
          <w:tcPr>
            <w:tcW w:w="960" w:type="dxa"/>
            <w:tcBorders>
              <w:top w:val="nil"/>
              <w:left w:val="single" w:sz="4" w:space="0" w:color="auto"/>
              <w:bottom w:val="single" w:sz="4" w:space="0" w:color="auto"/>
              <w:right w:val="single" w:sz="4" w:space="0" w:color="auto"/>
            </w:tcBorders>
            <w:noWrap/>
            <w:vAlign w:val="bottom"/>
            <w:hideMark/>
          </w:tcPr>
          <w:p w14:paraId="42F786BE"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6</w:t>
            </w:r>
          </w:p>
        </w:tc>
        <w:tc>
          <w:tcPr>
            <w:tcW w:w="1720" w:type="dxa"/>
            <w:tcBorders>
              <w:top w:val="nil"/>
              <w:left w:val="nil"/>
              <w:bottom w:val="single" w:sz="4" w:space="0" w:color="auto"/>
              <w:right w:val="single" w:sz="4" w:space="0" w:color="auto"/>
            </w:tcBorders>
            <w:shd w:val="clear" w:color="000000" w:fill="F8F9FA"/>
            <w:vAlign w:val="center"/>
            <w:hideMark/>
          </w:tcPr>
          <w:p w14:paraId="2CF90942"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111724039006</w:t>
            </w:r>
          </w:p>
        </w:tc>
        <w:tc>
          <w:tcPr>
            <w:tcW w:w="1780" w:type="dxa"/>
            <w:tcBorders>
              <w:top w:val="nil"/>
              <w:left w:val="nil"/>
              <w:bottom w:val="single" w:sz="4" w:space="0" w:color="auto"/>
              <w:right w:val="single" w:sz="4" w:space="0" w:color="auto"/>
            </w:tcBorders>
            <w:shd w:val="clear" w:color="000000" w:fill="F8F9FA"/>
            <w:vAlign w:val="center"/>
            <w:hideMark/>
          </w:tcPr>
          <w:p w14:paraId="68E4F87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proofErr w:type="gramStart"/>
            <w:r w:rsidRPr="009D2884">
              <w:rPr>
                <w:rFonts w:ascii="Roboto" w:eastAsia="Times New Roman" w:hAnsi="Roboto" w:cs="Times New Roman"/>
                <w:color w:val="333333"/>
                <w:kern w:val="0"/>
                <w:sz w:val="20"/>
                <w:szCs w:val="20"/>
                <w:lang w:eastAsia="en-IN"/>
                <w14:ligatures w14:val="none"/>
              </w:rPr>
              <w:t>G.Ramya</w:t>
            </w:r>
            <w:proofErr w:type="spellEnd"/>
            <w:proofErr w:type="gramEnd"/>
            <w:r w:rsidRPr="009D2884">
              <w:rPr>
                <w:rFonts w:ascii="Roboto" w:eastAsia="Times New Roman" w:hAnsi="Roboto" w:cs="Times New Roman"/>
                <w:color w:val="333333"/>
                <w:kern w:val="0"/>
                <w:sz w:val="20"/>
                <w:szCs w:val="20"/>
                <w:lang w:eastAsia="en-IN"/>
                <w14:ligatures w14:val="none"/>
              </w:rPr>
              <w:t xml:space="preserve"> </w:t>
            </w:r>
            <w:proofErr w:type="spellStart"/>
            <w:r w:rsidRPr="009D2884">
              <w:rPr>
                <w:rFonts w:ascii="Roboto" w:eastAsia="Times New Roman" w:hAnsi="Roboto" w:cs="Times New Roman"/>
                <w:color w:val="333333"/>
                <w:kern w:val="0"/>
                <w:sz w:val="20"/>
                <w:szCs w:val="20"/>
                <w:lang w:eastAsia="en-IN"/>
                <w14:ligatures w14:val="none"/>
              </w:rPr>
              <w:t>mary</w:t>
            </w:r>
            <w:proofErr w:type="spellEnd"/>
          </w:p>
        </w:tc>
        <w:tc>
          <w:tcPr>
            <w:tcW w:w="1540" w:type="dxa"/>
            <w:tcBorders>
              <w:top w:val="nil"/>
              <w:left w:val="nil"/>
              <w:bottom w:val="single" w:sz="4" w:space="0" w:color="auto"/>
              <w:right w:val="single" w:sz="4" w:space="0" w:color="auto"/>
            </w:tcBorders>
            <w:shd w:val="clear" w:color="000000" w:fill="F8F9FA"/>
            <w:vAlign w:val="center"/>
            <w:hideMark/>
          </w:tcPr>
          <w:p w14:paraId="331D2F72"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Data science with machine learning</w:t>
            </w:r>
          </w:p>
        </w:tc>
        <w:tc>
          <w:tcPr>
            <w:tcW w:w="1940" w:type="dxa"/>
            <w:tcBorders>
              <w:top w:val="nil"/>
              <w:left w:val="nil"/>
              <w:bottom w:val="single" w:sz="4" w:space="0" w:color="auto"/>
              <w:right w:val="single" w:sz="4" w:space="0" w:color="auto"/>
            </w:tcBorders>
            <w:shd w:val="clear" w:color="000000" w:fill="F8F9FA"/>
            <w:vAlign w:val="center"/>
            <w:hideMark/>
          </w:tcPr>
          <w:p w14:paraId="01B1FB10"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Vishal</w:t>
            </w:r>
          </w:p>
        </w:tc>
      </w:tr>
      <w:tr w:rsidR="009D2884" w:rsidRPr="009D2884" w14:paraId="42BDD967"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2F599969"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7</w:t>
            </w:r>
          </w:p>
        </w:tc>
        <w:tc>
          <w:tcPr>
            <w:tcW w:w="1720" w:type="dxa"/>
            <w:tcBorders>
              <w:top w:val="nil"/>
              <w:left w:val="nil"/>
              <w:bottom w:val="single" w:sz="4" w:space="0" w:color="auto"/>
              <w:right w:val="single" w:sz="4" w:space="0" w:color="auto"/>
            </w:tcBorders>
            <w:shd w:val="clear" w:color="000000" w:fill="FFFFFF"/>
            <w:vAlign w:val="center"/>
            <w:hideMark/>
          </w:tcPr>
          <w:p w14:paraId="1B5F1269"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111724039007</w:t>
            </w:r>
          </w:p>
        </w:tc>
        <w:tc>
          <w:tcPr>
            <w:tcW w:w="1780" w:type="dxa"/>
            <w:tcBorders>
              <w:top w:val="nil"/>
              <w:left w:val="nil"/>
              <w:bottom w:val="single" w:sz="4" w:space="0" w:color="auto"/>
              <w:right w:val="single" w:sz="4" w:space="0" w:color="auto"/>
            </w:tcBorders>
            <w:shd w:val="clear" w:color="000000" w:fill="FFFFFF"/>
            <w:vAlign w:val="center"/>
            <w:hideMark/>
          </w:tcPr>
          <w:p w14:paraId="295201A4"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Gujja</w:t>
            </w:r>
            <w:proofErr w:type="spellEnd"/>
            <w:r w:rsidRPr="009D2884">
              <w:rPr>
                <w:rFonts w:ascii="Roboto" w:eastAsia="Times New Roman" w:hAnsi="Roboto" w:cs="Times New Roman"/>
                <w:color w:val="333333"/>
                <w:kern w:val="0"/>
                <w:sz w:val="20"/>
                <w:szCs w:val="20"/>
                <w:lang w:eastAsia="en-IN"/>
                <w14:ligatures w14:val="none"/>
              </w:rPr>
              <w:t xml:space="preserve"> Akhila</w:t>
            </w:r>
          </w:p>
        </w:tc>
        <w:tc>
          <w:tcPr>
            <w:tcW w:w="1540" w:type="dxa"/>
            <w:tcBorders>
              <w:top w:val="nil"/>
              <w:left w:val="nil"/>
              <w:bottom w:val="single" w:sz="4" w:space="0" w:color="auto"/>
              <w:right w:val="single" w:sz="4" w:space="0" w:color="auto"/>
            </w:tcBorders>
            <w:shd w:val="clear" w:color="000000" w:fill="FFFFFF"/>
            <w:vAlign w:val="center"/>
            <w:hideMark/>
          </w:tcPr>
          <w:p w14:paraId="4A15AC98"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Baking</w:t>
            </w:r>
          </w:p>
        </w:tc>
        <w:tc>
          <w:tcPr>
            <w:tcW w:w="1940" w:type="dxa"/>
            <w:tcBorders>
              <w:top w:val="nil"/>
              <w:left w:val="nil"/>
              <w:bottom w:val="single" w:sz="4" w:space="0" w:color="auto"/>
              <w:right w:val="single" w:sz="4" w:space="0" w:color="auto"/>
            </w:tcBorders>
            <w:shd w:val="clear" w:color="000000" w:fill="FFFFFF"/>
            <w:vAlign w:val="center"/>
            <w:hideMark/>
          </w:tcPr>
          <w:p w14:paraId="3C8B3004"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Surekha</w:t>
            </w:r>
          </w:p>
        </w:tc>
      </w:tr>
      <w:tr w:rsidR="009D2884" w:rsidRPr="009D2884" w14:paraId="5C4F162E"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084A16FE"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8</w:t>
            </w:r>
          </w:p>
        </w:tc>
        <w:tc>
          <w:tcPr>
            <w:tcW w:w="1720" w:type="dxa"/>
            <w:tcBorders>
              <w:top w:val="nil"/>
              <w:left w:val="nil"/>
              <w:bottom w:val="single" w:sz="4" w:space="0" w:color="auto"/>
              <w:right w:val="single" w:sz="4" w:space="0" w:color="auto"/>
            </w:tcBorders>
            <w:shd w:val="clear" w:color="000000" w:fill="F8F9FA"/>
            <w:vAlign w:val="center"/>
            <w:hideMark/>
          </w:tcPr>
          <w:p w14:paraId="1D60C832"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111724039008</w:t>
            </w:r>
          </w:p>
        </w:tc>
        <w:tc>
          <w:tcPr>
            <w:tcW w:w="1780" w:type="dxa"/>
            <w:tcBorders>
              <w:top w:val="nil"/>
              <w:left w:val="nil"/>
              <w:bottom w:val="single" w:sz="4" w:space="0" w:color="auto"/>
              <w:right w:val="single" w:sz="4" w:space="0" w:color="auto"/>
            </w:tcBorders>
            <w:shd w:val="clear" w:color="000000" w:fill="F8F9FA"/>
            <w:vAlign w:val="center"/>
            <w:hideMark/>
          </w:tcPr>
          <w:p w14:paraId="24ECE94D"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harsha</w:t>
            </w:r>
            <w:proofErr w:type="spellEnd"/>
            <w:r w:rsidRPr="009D2884">
              <w:rPr>
                <w:rFonts w:ascii="Roboto" w:eastAsia="Times New Roman" w:hAnsi="Roboto" w:cs="Times New Roman"/>
                <w:color w:val="333333"/>
                <w:kern w:val="0"/>
                <w:sz w:val="20"/>
                <w:szCs w:val="20"/>
                <w:lang w:eastAsia="en-IN"/>
                <w14:ligatures w14:val="none"/>
              </w:rPr>
              <w:t xml:space="preserve"> </w:t>
            </w:r>
            <w:proofErr w:type="spellStart"/>
            <w:r w:rsidRPr="009D2884">
              <w:rPr>
                <w:rFonts w:ascii="Roboto" w:eastAsia="Times New Roman" w:hAnsi="Roboto" w:cs="Times New Roman"/>
                <w:color w:val="333333"/>
                <w:kern w:val="0"/>
                <w:sz w:val="20"/>
                <w:szCs w:val="20"/>
                <w:lang w:eastAsia="en-IN"/>
                <w14:ligatures w14:val="none"/>
              </w:rPr>
              <w:t>vardhini</w:t>
            </w:r>
            <w:proofErr w:type="spellEnd"/>
          </w:p>
        </w:tc>
        <w:tc>
          <w:tcPr>
            <w:tcW w:w="1540" w:type="dxa"/>
            <w:tcBorders>
              <w:top w:val="nil"/>
              <w:left w:val="nil"/>
              <w:bottom w:val="single" w:sz="4" w:space="0" w:color="auto"/>
              <w:right w:val="single" w:sz="4" w:space="0" w:color="auto"/>
            </w:tcBorders>
            <w:shd w:val="clear" w:color="000000" w:fill="F8F9FA"/>
            <w:vAlign w:val="center"/>
            <w:hideMark/>
          </w:tcPr>
          <w:p w14:paraId="2FBEFF3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 xml:space="preserve">clay </w:t>
            </w:r>
            <w:proofErr w:type="spellStart"/>
            <w:r w:rsidRPr="009D2884">
              <w:rPr>
                <w:rFonts w:ascii="Roboto" w:eastAsia="Times New Roman" w:hAnsi="Roboto" w:cs="Times New Roman"/>
                <w:color w:val="333333"/>
                <w:kern w:val="0"/>
                <w:sz w:val="20"/>
                <w:szCs w:val="20"/>
                <w:lang w:eastAsia="en-IN"/>
                <w14:ligatures w14:val="none"/>
              </w:rPr>
              <w:t>modeling</w:t>
            </w:r>
            <w:proofErr w:type="spellEnd"/>
          </w:p>
        </w:tc>
        <w:tc>
          <w:tcPr>
            <w:tcW w:w="1940" w:type="dxa"/>
            <w:tcBorders>
              <w:top w:val="nil"/>
              <w:left w:val="nil"/>
              <w:bottom w:val="single" w:sz="4" w:space="0" w:color="auto"/>
              <w:right w:val="single" w:sz="4" w:space="0" w:color="auto"/>
            </w:tcBorders>
            <w:shd w:val="clear" w:color="000000" w:fill="F8F9FA"/>
            <w:vAlign w:val="center"/>
            <w:hideMark/>
          </w:tcPr>
          <w:p w14:paraId="4D51F5CA"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janardhan</w:t>
            </w:r>
            <w:proofErr w:type="spellEnd"/>
            <w:r w:rsidRPr="009D2884">
              <w:rPr>
                <w:rFonts w:ascii="Roboto" w:eastAsia="Times New Roman" w:hAnsi="Roboto" w:cs="Times New Roman"/>
                <w:color w:val="333333"/>
                <w:kern w:val="0"/>
                <w:sz w:val="20"/>
                <w:szCs w:val="20"/>
                <w:lang w:eastAsia="en-IN"/>
                <w14:ligatures w14:val="none"/>
              </w:rPr>
              <w:t xml:space="preserve"> </w:t>
            </w:r>
            <w:proofErr w:type="spellStart"/>
            <w:r w:rsidRPr="009D2884">
              <w:rPr>
                <w:rFonts w:ascii="Roboto" w:eastAsia="Times New Roman" w:hAnsi="Roboto" w:cs="Times New Roman"/>
                <w:color w:val="333333"/>
                <w:kern w:val="0"/>
                <w:sz w:val="20"/>
                <w:szCs w:val="20"/>
                <w:lang w:eastAsia="en-IN"/>
                <w14:ligatures w14:val="none"/>
              </w:rPr>
              <w:t>naidu</w:t>
            </w:r>
            <w:proofErr w:type="spellEnd"/>
          </w:p>
        </w:tc>
      </w:tr>
      <w:tr w:rsidR="009D2884" w:rsidRPr="009D2884" w14:paraId="367EC8FC"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6112CDB5"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9</w:t>
            </w:r>
          </w:p>
        </w:tc>
        <w:tc>
          <w:tcPr>
            <w:tcW w:w="1720" w:type="dxa"/>
            <w:tcBorders>
              <w:top w:val="nil"/>
              <w:left w:val="nil"/>
              <w:bottom w:val="single" w:sz="4" w:space="0" w:color="auto"/>
              <w:right w:val="single" w:sz="4" w:space="0" w:color="auto"/>
            </w:tcBorders>
            <w:shd w:val="clear" w:color="000000" w:fill="FFFFFF"/>
            <w:vAlign w:val="center"/>
            <w:hideMark/>
          </w:tcPr>
          <w:p w14:paraId="296A8148"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111724039009</w:t>
            </w:r>
          </w:p>
        </w:tc>
        <w:tc>
          <w:tcPr>
            <w:tcW w:w="1780" w:type="dxa"/>
            <w:tcBorders>
              <w:top w:val="nil"/>
              <w:left w:val="nil"/>
              <w:bottom w:val="single" w:sz="4" w:space="0" w:color="auto"/>
              <w:right w:val="single" w:sz="4" w:space="0" w:color="auto"/>
            </w:tcBorders>
            <w:shd w:val="clear" w:color="000000" w:fill="FFFFFF"/>
            <w:vAlign w:val="center"/>
            <w:hideMark/>
          </w:tcPr>
          <w:p w14:paraId="75EE698A"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 xml:space="preserve">Janga </w:t>
            </w:r>
            <w:proofErr w:type="spellStart"/>
            <w:r w:rsidRPr="009D2884">
              <w:rPr>
                <w:rFonts w:ascii="Roboto" w:eastAsia="Times New Roman" w:hAnsi="Roboto" w:cs="Times New Roman"/>
                <w:color w:val="333333"/>
                <w:kern w:val="0"/>
                <w:sz w:val="20"/>
                <w:szCs w:val="20"/>
                <w:lang w:eastAsia="en-IN"/>
                <w14:ligatures w14:val="none"/>
              </w:rPr>
              <w:t>swethika</w:t>
            </w:r>
            <w:proofErr w:type="spellEnd"/>
          </w:p>
        </w:tc>
        <w:tc>
          <w:tcPr>
            <w:tcW w:w="1540" w:type="dxa"/>
            <w:tcBorders>
              <w:top w:val="nil"/>
              <w:left w:val="nil"/>
              <w:bottom w:val="single" w:sz="4" w:space="0" w:color="auto"/>
              <w:right w:val="single" w:sz="4" w:space="0" w:color="auto"/>
            </w:tcBorders>
            <w:shd w:val="clear" w:color="000000" w:fill="FFFFFF"/>
            <w:vAlign w:val="center"/>
            <w:hideMark/>
          </w:tcPr>
          <w:p w14:paraId="5653D0C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Baking</w:t>
            </w:r>
          </w:p>
        </w:tc>
        <w:tc>
          <w:tcPr>
            <w:tcW w:w="1940" w:type="dxa"/>
            <w:tcBorders>
              <w:top w:val="nil"/>
              <w:left w:val="nil"/>
              <w:bottom w:val="single" w:sz="4" w:space="0" w:color="auto"/>
              <w:right w:val="single" w:sz="4" w:space="0" w:color="auto"/>
            </w:tcBorders>
            <w:shd w:val="clear" w:color="000000" w:fill="FFFFFF"/>
            <w:vAlign w:val="center"/>
            <w:hideMark/>
          </w:tcPr>
          <w:p w14:paraId="687DA062"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Surekha mam</w:t>
            </w:r>
          </w:p>
        </w:tc>
      </w:tr>
      <w:tr w:rsidR="009D2884" w:rsidRPr="009D2884" w14:paraId="64B26561"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38F14F47"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10</w:t>
            </w:r>
          </w:p>
        </w:tc>
        <w:tc>
          <w:tcPr>
            <w:tcW w:w="1720" w:type="dxa"/>
            <w:tcBorders>
              <w:top w:val="nil"/>
              <w:left w:val="nil"/>
              <w:bottom w:val="single" w:sz="4" w:space="0" w:color="auto"/>
              <w:right w:val="single" w:sz="4" w:space="0" w:color="auto"/>
            </w:tcBorders>
            <w:shd w:val="clear" w:color="000000" w:fill="F8F9FA"/>
            <w:vAlign w:val="center"/>
            <w:hideMark/>
          </w:tcPr>
          <w:p w14:paraId="1C7B2791"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111724039010</w:t>
            </w:r>
          </w:p>
        </w:tc>
        <w:tc>
          <w:tcPr>
            <w:tcW w:w="1780" w:type="dxa"/>
            <w:tcBorders>
              <w:top w:val="nil"/>
              <w:left w:val="nil"/>
              <w:bottom w:val="single" w:sz="4" w:space="0" w:color="auto"/>
              <w:right w:val="single" w:sz="4" w:space="0" w:color="auto"/>
            </w:tcBorders>
            <w:shd w:val="clear" w:color="000000" w:fill="F8F9FA"/>
            <w:vAlign w:val="center"/>
            <w:hideMark/>
          </w:tcPr>
          <w:p w14:paraId="3BA9B82C"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proofErr w:type="gramStart"/>
            <w:r w:rsidRPr="009D2884">
              <w:rPr>
                <w:rFonts w:ascii="Roboto" w:eastAsia="Times New Roman" w:hAnsi="Roboto" w:cs="Times New Roman"/>
                <w:color w:val="333333"/>
                <w:kern w:val="0"/>
                <w:sz w:val="20"/>
                <w:szCs w:val="20"/>
                <w:lang w:eastAsia="en-IN"/>
                <w14:ligatures w14:val="none"/>
              </w:rPr>
              <w:t>K.sravanajyothi</w:t>
            </w:r>
            <w:proofErr w:type="spellEnd"/>
            <w:proofErr w:type="gramEnd"/>
          </w:p>
        </w:tc>
        <w:tc>
          <w:tcPr>
            <w:tcW w:w="1540" w:type="dxa"/>
            <w:tcBorders>
              <w:top w:val="nil"/>
              <w:left w:val="nil"/>
              <w:bottom w:val="single" w:sz="4" w:space="0" w:color="auto"/>
              <w:right w:val="single" w:sz="4" w:space="0" w:color="auto"/>
            </w:tcBorders>
            <w:shd w:val="clear" w:color="000000" w:fill="F8F9FA"/>
            <w:vAlign w:val="center"/>
            <w:hideMark/>
          </w:tcPr>
          <w:p w14:paraId="790B494C"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Clay modelling</w:t>
            </w:r>
          </w:p>
        </w:tc>
        <w:tc>
          <w:tcPr>
            <w:tcW w:w="1940" w:type="dxa"/>
            <w:tcBorders>
              <w:top w:val="nil"/>
              <w:left w:val="nil"/>
              <w:bottom w:val="single" w:sz="4" w:space="0" w:color="auto"/>
              <w:right w:val="single" w:sz="4" w:space="0" w:color="auto"/>
            </w:tcBorders>
            <w:shd w:val="clear" w:color="000000" w:fill="F8F9FA"/>
            <w:vAlign w:val="center"/>
            <w:hideMark/>
          </w:tcPr>
          <w:p w14:paraId="4107D63B"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Janardhan</w:t>
            </w:r>
          </w:p>
        </w:tc>
      </w:tr>
      <w:tr w:rsidR="009D2884" w:rsidRPr="009D2884" w14:paraId="1C569191"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2AE8332D"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11</w:t>
            </w:r>
          </w:p>
        </w:tc>
        <w:tc>
          <w:tcPr>
            <w:tcW w:w="1720" w:type="dxa"/>
            <w:tcBorders>
              <w:top w:val="nil"/>
              <w:left w:val="nil"/>
              <w:bottom w:val="single" w:sz="4" w:space="0" w:color="auto"/>
              <w:right w:val="single" w:sz="4" w:space="0" w:color="auto"/>
            </w:tcBorders>
            <w:shd w:val="clear" w:color="000000" w:fill="FFFFFF"/>
            <w:vAlign w:val="center"/>
            <w:hideMark/>
          </w:tcPr>
          <w:p w14:paraId="28FFFF45"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111724039011</w:t>
            </w:r>
          </w:p>
        </w:tc>
        <w:tc>
          <w:tcPr>
            <w:tcW w:w="1780" w:type="dxa"/>
            <w:tcBorders>
              <w:top w:val="nil"/>
              <w:left w:val="nil"/>
              <w:bottom w:val="single" w:sz="4" w:space="0" w:color="auto"/>
              <w:right w:val="single" w:sz="4" w:space="0" w:color="auto"/>
            </w:tcBorders>
            <w:shd w:val="clear" w:color="000000" w:fill="FFFFFF"/>
            <w:vAlign w:val="center"/>
            <w:hideMark/>
          </w:tcPr>
          <w:p w14:paraId="7FF0BD33"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Ashritha</w:t>
            </w:r>
          </w:p>
        </w:tc>
        <w:tc>
          <w:tcPr>
            <w:tcW w:w="1540" w:type="dxa"/>
            <w:tcBorders>
              <w:top w:val="nil"/>
              <w:left w:val="nil"/>
              <w:bottom w:val="single" w:sz="4" w:space="0" w:color="auto"/>
              <w:right w:val="single" w:sz="4" w:space="0" w:color="auto"/>
            </w:tcBorders>
            <w:shd w:val="clear" w:color="000000" w:fill="FFFFFF"/>
            <w:vAlign w:val="center"/>
            <w:hideMark/>
          </w:tcPr>
          <w:p w14:paraId="51974423"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Clay moulding</w:t>
            </w:r>
          </w:p>
        </w:tc>
        <w:tc>
          <w:tcPr>
            <w:tcW w:w="1940" w:type="dxa"/>
            <w:tcBorders>
              <w:top w:val="nil"/>
              <w:left w:val="nil"/>
              <w:bottom w:val="single" w:sz="4" w:space="0" w:color="auto"/>
              <w:right w:val="single" w:sz="4" w:space="0" w:color="auto"/>
            </w:tcBorders>
            <w:shd w:val="clear" w:color="000000" w:fill="FFFFFF"/>
            <w:vAlign w:val="center"/>
            <w:hideMark/>
          </w:tcPr>
          <w:p w14:paraId="331DE13C"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Janardhan Naidu</w:t>
            </w:r>
          </w:p>
        </w:tc>
      </w:tr>
      <w:tr w:rsidR="009D2884" w:rsidRPr="009D2884" w14:paraId="1DAE9FB9"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401B2830"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12</w:t>
            </w:r>
          </w:p>
        </w:tc>
        <w:tc>
          <w:tcPr>
            <w:tcW w:w="1720" w:type="dxa"/>
            <w:tcBorders>
              <w:top w:val="nil"/>
              <w:left w:val="nil"/>
              <w:bottom w:val="single" w:sz="4" w:space="0" w:color="auto"/>
              <w:right w:val="single" w:sz="4" w:space="0" w:color="auto"/>
            </w:tcBorders>
            <w:shd w:val="clear" w:color="000000" w:fill="F8F9FA"/>
            <w:vAlign w:val="center"/>
            <w:hideMark/>
          </w:tcPr>
          <w:p w14:paraId="6CE1A256"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111724039013</w:t>
            </w:r>
          </w:p>
        </w:tc>
        <w:tc>
          <w:tcPr>
            <w:tcW w:w="1780" w:type="dxa"/>
            <w:tcBorders>
              <w:top w:val="nil"/>
              <w:left w:val="nil"/>
              <w:bottom w:val="single" w:sz="4" w:space="0" w:color="auto"/>
              <w:right w:val="single" w:sz="4" w:space="0" w:color="auto"/>
            </w:tcBorders>
            <w:shd w:val="clear" w:color="000000" w:fill="F8F9FA"/>
            <w:vAlign w:val="center"/>
            <w:hideMark/>
          </w:tcPr>
          <w:p w14:paraId="271DA27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proofErr w:type="gramStart"/>
            <w:r w:rsidRPr="009D2884">
              <w:rPr>
                <w:rFonts w:ascii="Roboto" w:eastAsia="Times New Roman" w:hAnsi="Roboto" w:cs="Times New Roman"/>
                <w:color w:val="333333"/>
                <w:kern w:val="0"/>
                <w:sz w:val="20"/>
                <w:szCs w:val="20"/>
                <w:lang w:eastAsia="en-IN"/>
                <w14:ligatures w14:val="none"/>
              </w:rPr>
              <w:t>K.Teja</w:t>
            </w:r>
            <w:proofErr w:type="spellEnd"/>
            <w:proofErr w:type="gramEnd"/>
            <w:r w:rsidRPr="009D2884">
              <w:rPr>
                <w:rFonts w:ascii="Roboto" w:eastAsia="Times New Roman" w:hAnsi="Roboto" w:cs="Times New Roman"/>
                <w:color w:val="333333"/>
                <w:kern w:val="0"/>
                <w:sz w:val="20"/>
                <w:szCs w:val="20"/>
                <w:lang w:eastAsia="en-IN"/>
                <w14:ligatures w14:val="none"/>
              </w:rPr>
              <w:t xml:space="preserve"> Reddy</w:t>
            </w:r>
          </w:p>
        </w:tc>
        <w:tc>
          <w:tcPr>
            <w:tcW w:w="1540" w:type="dxa"/>
            <w:tcBorders>
              <w:top w:val="nil"/>
              <w:left w:val="nil"/>
              <w:bottom w:val="single" w:sz="4" w:space="0" w:color="auto"/>
              <w:right w:val="single" w:sz="4" w:space="0" w:color="auto"/>
            </w:tcBorders>
            <w:shd w:val="clear" w:color="000000" w:fill="F8F9FA"/>
            <w:vAlign w:val="center"/>
            <w:hideMark/>
          </w:tcPr>
          <w:p w14:paraId="36EEBEB8"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Embroidery</w:t>
            </w:r>
          </w:p>
        </w:tc>
        <w:tc>
          <w:tcPr>
            <w:tcW w:w="1940" w:type="dxa"/>
            <w:tcBorders>
              <w:top w:val="nil"/>
              <w:left w:val="nil"/>
              <w:bottom w:val="single" w:sz="4" w:space="0" w:color="auto"/>
              <w:right w:val="single" w:sz="4" w:space="0" w:color="auto"/>
            </w:tcBorders>
            <w:shd w:val="clear" w:color="000000" w:fill="F8F9FA"/>
            <w:vAlign w:val="center"/>
            <w:hideMark/>
          </w:tcPr>
          <w:p w14:paraId="00176C9E"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Bhavani Reddy</w:t>
            </w:r>
          </w:p>
        </w:tc>
      </w:tr>
      <w:tr w:rsidR="009D2884" w:rsidRPr="009D2884" w14:paraId="6D23FD25"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4F324A22"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lastRenderedPageBreak/>
              <w:t>13</w:t>
            </w:r>
          </w:p>
        </w:tc>
        <w:tc>
          <w:tcPr>
            <w:tcW w:w="1720" w:type="dxa"/>
            <w:tcBorders>
              <w:top w:val="nil"/>
              <w:left w:val="nil"/>
              <w:bottom w:val="single" w:sz="4" w:space="0" w:color="auto"/>
              <w:right w:val="single" w:sz="4" w:space="0" w:color="auto"/>
            </w:tcBorders>
            <w:shd w:val="clear" w:color="000000" w:fill="FFFFFF"/>
            <w:vAlign w:val="center"/>
            <w:hideMark/>
          </w:tcPr>
          <w:p w14:paraId="5752DE3B"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111724039014</w:t>
            </w:r>
          </w:p>
        </w:tc>
        <w:tc>
          <w:tcPr>
            <w:tcW w:w="1780" w:type="dxa"/>
            <w:tcBorders>
              <w:top w:val="nil"/>
              <w:left w:val="nil"/>
              <w:bottom w:val="single" w:sz="4" w:space="0" w:color="auto"/>
              <w:right w:val="single" w:sz="4" w:space="0" w:color="auto"/>
            </w:tcBorders>
            <w:shd w:val="clear" w:color="000000" w:fill="FFFFFF"/>
            <w:vAlign w:val="center"/>
            <w:hideMark/>
          </w:tcPr>
          <w:p w14:paraId="21245C25"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M. Sreenidhi</w:t>
            </w:r>
          </w:p>
        </w:tc>
        <w:tc>
          <w:tcPr>
            <w:tcW w:w="1540" w:type="dxa"/>
            <w:tcBorders>
              <w:top w:val="nil"/>
              <w:left w:val="nil"/>
              <w:bottom w:val="single" w:sz="4" w:space="0" w:color="auto"/>
              <w:right w:val="single" w:sz="4" w:space="0" w:color="auto"/>
            </w:tcBorders>
            <w:shd w:val="clear" w:color="000000" w:fill="FFFFFF"/>
            <w:vAlign w:val="center"/>
            <w:hideMark/>
          </w:tcPr>
          <w:p w14:paraId="0AEFC1B3"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Clay Modelling</w:t>
            </w:r>
          </w:p>
        </w:tc>
        <w:tc>
          <w:tcPr>
            <w:tcW w:w="1940" w:type="dxa"/>
            <w:tcBorders>
              <w:top w:val="nil"/>
              <w:left w:val="nil"/>
              <w:bottom w:val="single" w:sz="4" w:space="0" w:color="auto"/>
              <w:right w:val="single" w:sz="4" w:space="0" w:color="auto"/>
            </w:tcBorders>
            <w:shd w:val="clear" w:color="000000" w:fill="FFFFFF"/>
            <w:vAlign w:val="center"/>
            <w:hideMark/>
          </w:tcPr>
          <w:p w14:paraId="2AE6A3BB"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Janardhan Naidu P</w:t>
            </w:r>
          </w:p>
        </w:tc>
      </w:tr>
      <w:tr w:rsidR="009D2884" w:rsidRPr="009D2884" w14:paraId="55FF6CC2"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18B367D5"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14</w:t>
            </w:r>
          </w:p>
        </w:tc>
        <w:tc>
          <w:tcPr>
            <w:tcW w:w="1720" w:type="dxa"/>
            <w:tcBorders>
              <w:top w:val="nil"/>
              <w:left w:val="nil"/>
              <w:bottom w:val="single" w:sz="4" w:space="0" w:color="auto"/>
              <w:right w:val="single" w:sz="4" w:space="0" w:color="auto"/>
            </w:tcBorders>
            <w:shd w:val="clear" w:color="000000" w:fill="F8F9FA"/>
            <w:vAlign w:val="center"/>
            <w:hideMark/>
          </w:tcPr>
          <w:p w14:paraId="35A325BB"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111724039015</w:t>
            </w:r>
          </w:p>
        </w:tc>
        <w:tc>
          <w:tcPr>
            <w:tcW w:w="1780" w:type="dxa"/>
            <w:tcBorders>
              <w:top w:val="nil"/>
              <w:left w:val="nil"/>
              <w:bottom w:val="single" w:sz="4" w:space="0" w:color="auto"/>
              <w:right w:val="single" w:sz="4" w:space="0" w:color="auto"/>
            </w:tcBorders>
            <w:shd w:val="clear" w:color="000000" w:fill="F8F9FA"/>
            <w:vAlign w:val="center"/>
            <w:hideMark/>
          </w:tcPr>
          <w:p w14:paraId="4EEB381F"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proofErr w:type="gramStart"/>
            <w:r w:rsidRPr="009D2884">
              <w:rPr>
                <w:rFonts w:ascii="Roboto" w:eastAsia="Times New Roman" w:hAnsi="Roboto" w:cs="Times New Roman"/>
                <w:color w:val="333333"/>
                <w:kern w:val="0"/>
                <w:sz w:val="20"/>
                <w:szCs w:val="20"/>
                <w:lang w:eastAsia="en-IN"/>
                <w14:ligatures w14:val="none"/>
              </w:rPr>
              <w:t>P.Tejaswini</w:t>
            </w:r>
            <w:proofErr w:type="spellEnd"/>
            <w:proofErr w:type="gramEnd"/>
          </w:p>
        </w:tc>
        <w:tc>
          <w:tcPr>
            <w:tcW w:w="1540" w:type="dxa"/>
            <w:tcBorders>
              <w:top w:val="nil"/>
              <w:left w:val="nil"/>
              <w:bottom w:val="single" w:sz="4" w:space="0" w:color="auto"/>
              <w:right w:val="single" w:sz="4" w:space="0" w:color="auto"/>
            </w:tcBorders>
            <w:shd w:val="clear" w:color="000000" w:fill="F8F9FA"/>
            <w:vAlign w:val="center"/>
            <w:hideMark/>
          </w:tcPr>
          <w:p w14:paraId="30D4D827"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Nail art</w:t>
            </w:r>
          </w:p>
        </w:tc>
        <w:tc>
          <w:tcPr>
            <w:tcW w:w="1940" w:type="dxa"/>
            <w:tcBorders>
              <w:top w:val="nil"/>
              <w:left w:val="nil"/>
              <w:bottom w:val="single" w:sz="4" w:space="0" w:color="auto"/>
              <w:right w:val="single" w:sz="4" w:space="0" w:color="auto"/>
            </w:tcBorders>
            <w:shd w:val="clear" w:color="000000" w:fill="F8F9FA"/>
            <w:vAlign w:val="center"/>
            <w:hideMark/>
          </w:tcPr>
          <w:p w14:paraId="7075104E"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 xml:space="preserve">Vanitha </w:t>
            </w:r>
            <w:proofErr w:type="spellStart"/>
            <w:r w:rsidRPr="009D2884">
              <w:rPr>
                <w:rFonts w:ascii="Roboto" w:eastAsia="Times New Roman" w:hAnsi="Roboto" w:cs="Times New Roman"/>
                <w:color w:val="333333"/>
                <w:kern w:val="0"/>
                <w:sz w:val="20"/>
                <w:szCs w:val="20"/>
                <w:lang w:eastAsia="en-IN"/>
                <w14:ligatures w14:val="none"/>
              </w:rPr>
              <w:t>maam</w:t>
            </w:r>
            <w:proofErr w:type="spellEnd"/>
          </w:p>
        </w:tc>
      </w:tr>
      <w:tr w:rsidR="009D2884" w:rsidRPr="009D2884" w14:paraId="44E8CFDA"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42FC2206"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15</w:t>
            </w:r>
          </w:p>
        </w:tc>
        <w:tc>
          <w:tcPr>
            <w:tcW w:w="1720" w:type="dxa"/>
            <w:tcBorders>
              <w:top w:val="nil"/>
              <w:left w:val="nil"/>
              <w:bottom w:val="single" w:sz="4" w:space="0" w:color="auto"/>
              <w:right w:val="single" w:sz="4" w:space="0" w:color="auto"/>
            </w:tcBorders>
            <w:shd w:val="clear" w:color="000000" w:fill="F8F9FA"/>
            <w:vAlign w:val="center"/>
            <w:hideMark/>
          </w:tcPr>
          <w:p w14:paraId="5DB207F6"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111724039016</w:t>
            </w:r>
          </w:p>
        </w:tc>
        <w:tc>
          <w:tcPr>
            <w:tcW w:w="1780" w:type="dxa"/>
            <w:tcBorders>
              <w:top w:val="nil"/>
              <w:left w:val="nil"/>
              <w:bottom w:val="single" w:sz="4" w:space="0" w:color="auto"/>
              <w:right w:val="single" w:sz="4" w:space="0" w:color="auto"/>
            </w:tcBorders>
            <w:shd w:val="clear" w:color="000000" w:fill="F8F9FA"/>
            <w:vAlign w:val="center"/>
            <w:hideMark/>
          </w:tcPr>
          <w:p w14:paraId="11E842A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Pooja pal</w:t>
            </w:r>
          </w:p>
        </w:tc>
        <w:tc>
          <w:tcPr>
            <w:tcW w:w="1540" w:type="dxa"/>
            <w:tcBorders>
              <w:top w:val="nil"/>
              <w:left w:val="nil"/>
              <w:bottom w:val="single" w:sz="4" w:space="0" w:color="auto"/>
              <w:right w:val="single" w:sz="4" w:space="0" w:color="auto"/>
            </w:tcBorders>
            <w:shd w:val="clear" w:color="000000" w:fill="F8F9FA"/>
            <w:vAlign w:val="center"/>
            <w:hideMark/>
          </w:tcPr>
          <w:p w14:paraId="1651FC27"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Nail art</w:t>
            </w:r>
          </w:p>
        </w:tc>
        <w:tc>
          <w:tcPr>
            <w:tcW w:w="1940" w:type="dxa"/>
            <w:tcBorders>
              <w:top w:val="nil"/>
              <w:left w:val="nil"/>
              <w:bottom w:val="single" w:sz="4" w:space="0" w:color="auto"/>
              <w:right w:val="single" w:sz="4" w:space="0" w:color="auto"/>
            </w:tcBorders>
            <w:shd w:val="clear" w:color="000000" w:fill="F8F9FA"/>
            <w:vAlign w:val="center"/>
            <w:hideMark/>
          </w:tcPr>
          <w:p w14:paraId="624324D4"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Vanithakumar</w:t>
            </w:r>
            <w:proofErr w:type="spellEnd"/>
          </w:p>
        </w:tc>
      </w:tr>
      <w:tr w:rsidR="009D2884" w:rsidRPr="009D2884" w14:paraId="7803EB67"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327ABB2F"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16</w:t>
            </w:r>
          </w:p>
        </w:tc>
        <w:tc>
          <w:tcPr>
            <w:tcW w:w="1720" w:type="dxa"/>
            <w:tcBorders>
              <w:top w:val="nil"/>
              <w:left w:val="nil"/>
              <w:bottom w:val="single" w:sz="4" w:space="0" w:color="auto"/>
              <w:right w:val="single" w:sz="4" w:space="0" w:color="auto"/>
            </w:tcBorders>
            <w:shd w:val="clear" w:color="000000" w:fill="FFFFFF"/>
            <w:vAlign w:val="center"/>
            <w:hideMark/>
          </w:tcPr>
          <w:p w14:paraId="296BBD83"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111724039017</w:t>
            </w:r>
          </w:p>
        </w:tc>
        <w:tc>
          <w:tcPr>
            <w:tcW w:w="1780" w:type="dxa"/>
            <w:tcBorders>
              <w:top w:val="nil"/>
              <w:left w:val="nil"/>
              <w:bottom w:val="single" w:sz="4" w:space="0" w:color="auto"/>
              <w:right w:val="single" w:sz="4" w:space="0" w:color="auto"/>
            </w:tcBorders>
            <w:shd w:val="clear" w:color="000000" w:fill="FFFFFF"/>
            <w:vAlign w:val="center"/>
            <w:hideMark/>
          </w:tcPr>
          <w:p w14:paraId="2552105A"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Harshini</w:t>
            </w:r>
          </w:p>
        </w:tc>
        <w:tc>
          <w:tcPr>
            <w:tcW w:w="1540" w:type="dxa"/>
            <w:tcBorders>
              <w:top w:val="nil"/>
              <w:left w:val="nil"/>
              <w:bottom w:val="single" w:sz="4" w:space="0" w:color="auto"/>
              <w:right w:val="single" w:sz="4" w:space="0" w:color="auto"/>
            </w:tcBorders>
            <w:shd w:val="clear" w:color="000000" w:fill="F8F9FA"/>
            <w:vAlign w:val="center"/>
            <w:hideMark/>
          </w:tcPr>
          <w:p w14:paraId="584A044A"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Photography</w:t>
            </w:r>
          </w:p>
        </w:tc>
        <w:tc>
          <w:tcPr>
            <w:tcW w:w="1940" w:type="dxa"/>
            <w:tcBorders>
              <w:top w:val="nil"/>
              <w:left w:val="nil"/>
              <w:bottom w:val="single" w:sz="4" w:space="0" w:color="auto"/>
              <w:right w:val="single" w:sz="4" w:space="0" w:color="auto"/>
            </w:tcBorders>
            <w:shd w:val="clear" w:color="000000" w:fill="FFFFFF"/>
            <w:vAlign w:val="center"/>
            <w:hideMark/>
          </w:tcPr>
          <w:p w14:paraId="2A93828C"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Vikram</w:t>
            </w:r>
          </w:p>
        </w:tc>
      </w:tr>
      <w:tr w:rsidR="009D2884" w:rsidRPr="009D2884" w14:paraId="0A9C3659"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496AD79D"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17</w:t>
            </w:r>
          </w:p>
        </w:tc>
        <w:tc>
          <w:tcPr>
            <w:tcW w:w="1720" w:type="dxa"/>
            <w:tcBorders>
              <w:top w:val="nil"/>
              <w:left w:val="nil"/>
              <w:bottom w:val="single" w:sz="4" w:space="0" w:color="auto"/>
              <w:right w:val="single" w:sz="4" w:space="0" w:color="auto"/>
            </w:tcBorders>
            <w:shd w:val="clear" w:color="000000" w:fill="F8F9FA"/>
            <w:vAlign w:val="center"/>
            <w:hideMark/>
          </w:tcPr>
          <w:p w14:paraId="22DE6BFE"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111724039018</w:t>
            </w:r>
          </w:p>
        </w:tc>
        <w:tc>
          <w:tcPr>
            <w:tcW w:w="1780" w:type="dxa"/>
            <w:tcBorders>
              <w:top w:val="nil"/>
              <w:left w:val="nil"/>
              <w:bottom w:val="single" w:sz="4" w:space="0" w:color="auto"/>
              <w:right w:val="single" w:sz="4" w:space="0" w:color="auto"/>
            </w:tcBorders>
            <w:shd w:val="clear" w:color="000000" w:fill="F8F9FA"/>
            <w:vAlign w:val="center"/>
            <w:hideMark/>
          </w:tcPr>
          <w:p w14:paraId="49E1AD77"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proofErr w:type="gramStart"/>
            <w:r w:rsidRPr="009D2884">
              <w:rPr>
                <w:rFonts w:ascii="Roboto" w:eastAsia="Times New Roman" w:hAnsi="Roboto" w:cs="Times New Roman"/>
                <w:color w:val="333333"/>
                <w:kern w:val="0"/>
                <w:sz w:val="20"/>
                <w:szCs w:val="20"/>
                <w:lang w:eastAsia="en-IN"/>
                <w14:ligatures w14:val="none"/>
              </w:rPr>
              <w:t>S.Varshini</w:t>
            </w:r>
            <w:proofErr w:type="spellEnd"/>
            <w:proofErr w:type="gramEnd"/>
          </w:p>
        </w:tc>
        <w:tc>
          <w:tcPr>
            <w:tcW w:w="1540" w:type="dxa"/>
            <w:tcBorders>
              <w:top w:val="nil"/>
              <w:left w:val="nil"/>
              <w:bottom w:val="single" w:sz="4" w:space="0" w:color="auto"/>
              <w:right w:val="single" w:sz="4" w:space="0" w:color="auto"/>
            </w:tcBorders>
            <w:shd w:val="clear" w:color="000000" w:fill="F8F9FA"/>
            <w:vAlign w:val="center"/>
            <w:hideMark/>
          </w:tcPr>
          <w:p w14:paraId="71C87EED"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Mutual funds</w:t>
            </w:r>
          </w:p>
        </w:tc>
        <w:tc>
          <w:tcPr>
            <w:tcW w:w="1940" w:type="dxa"/>
            <w:tcBorders>
              <w:top w:val="nil"/>
              <w:left w:val="nil"/>
              <w:bottom w:val="single" w:sz="4" w:space="0" w:color="auto"/>
              <w:right w:val="single" w:sz="4" w:space="0" w:color="auto"/>
            </w:tcBorders>
            <w:shd w:val="clear" w:color="000000" w:fill="F8F9FA"/>
            <w:vAlign w:val="center"/>
            <w:hideMark/>
          </w:tcPr>
          <w:p w14:paraId="33BA3BFD"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Sweta Rao</w:t>
            </w:r>
          </w:p>
        </w:tc>
      </w:tr>
      <w:tr w:rsidR="009D2884" w:rsidRPr="009D2884" w14:paraId="0FF4046A"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25DDBB37"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18</w:t>
            </w:r>
          </w:p>
        </w:tc>
        <w:tc>
          <w:tcPr>
            <w:tcW w:w="1720" w:type="dxa"/>
            <w:tcBorders>
              <w:top w:val="nil"/>
              <w:left w:val="nil"/>
              <w:bottom w:val="single" w:sz="4" w:space="0" w:color="auto"/>
              <w:right w:val="single" w:sz="4" w:space="0" w:color="auto"/>
            </w:tcBorders>
            <w:shd w:val="clear" w:color="000000" w:fill="F8F9FA"/>
            <w:vAlign w:val="center"/>
            <w:hideMark/>
          </w:tcPr>
          <w:p w14:paraId="46640060"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111724039019</w:t>
            </w:r>
          </w:p>
        </w:tc>
        <w:tc>
          <w:tcPr>
            <w:tcW w:w="1780" w:type="dxa"/>
            <w:tcBorders>
              <w:top w:val="nil"/>
              <w:left w:val="nil"/>
              <w:bottom w:val="single" w:sz="4" w:space="0" w:color="auto"/>
              <w:right w:val="single" w:sz="4" w:space="0" w:color="auto"/>
            </w:tcBorders>
            <w:shd w:val="clear" w:color="000000" w:fill="F8F9FA"/>
            <w:vAlign w:val="center"/>
            <w:hideMark/>
          </w:tcPr>
          <w:p w14:paraId="056F4316"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proofErr w:type="gramStart"/>
            <w:r w:rsidRPr="009D2884">
              <w:rPr>
                <w:rFonts w:ascii="Roboto" w:eastAsia="Times New Roman" w:hAnsi="Roboto" w:cs="Times New Roman"/>
                <w:color w:val="333333"/>
                <w:kern w:val="0"/>
                <w:sz w:val="20"/>
                <w:szCs w:val="20"/>
                <w:lang w:eastAsia="en-IN"/>
                <w14:ligatures w14:val="none"/>
              </w:rPr>
              <w:t>T.Namitha</w:t>
            </w:r>
            <w:proofErr w:type="spellEnd"/>
            <w:proofErr w:type="gramEnd"/>
            <w:r w:rsidRPr="009D2884">
              <w:rPr>
                <w:rFonts w:ascii="Roboto" w:eastAsia="Times New Roman" w:hAnsi="Roboto" w:cs="Times New Roman"/>
                <w:color w:val="333333"/>
                <w:kern w:val="0"/>
                <w:sz w:val="20"/>
                <w:szCs w:val="20"/>
                <w:lang w:eastAsia="en-IN"/>
                <w14:ligatures w14:val="none"/>
              </w:rPr>
              <w:t xml:space="preserve"> </w:t>
            </w:r>
            <w:proofErr w:type="spellStart"/>
            <w:r w:rsidRPr="009D2884">
              <w:rPr>
                <w:rFonts w:ascii="Roboto" w:eastAsia="Times New Roman" w:hAnsi="Roboto" w:cs="Times New Roman"/>
                <w:color w:val="333333"/>
                <w:kern w:val="0"/>
                <w:sz w:val="20"/>
                <w:szCs w:val="20"/>
                <w:lang w:eastAsia="en-IN"/>
                <w14:ligatures w14:val="none"/>
              </w:rPr>
              <w:t>sree</w:t>
            </w:r>
            <w:proofErr w:type="spellEnd"/>
          </w:p>
        </w:tc>
        <w:tc>
          <w:tcPr>
            <w:tcW w:w="1540" w:type="dxa"/>
            <w:tcBorders>
              <w:top w:val="nil"/>
              <w:left w:val="nil"/>
              <w:bottom w:val="single" w:sz="4" w:space="0" w:color="auto"/>
              <w:right w:val="single" w:sz="4" w:space="0" w:color="auto"/>
            </w:tcBorders>
            <w:shd w:val="clear" w:color="000000" w:fill="F8F9FA"/>
            <w:vAlign w:val="center"/>
            <w:hideMark/>
          </w:tcPr>
          <w:p w14:paraId="186D5F2A"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Nail art</w:t>
            </w:r>
          </w:p>
        </w:tc>
        <w:tc>
          <w:tcPr>
            <w:tcW w:w="1940" w:type="dxa"/>
            <w:tcBorders>
              <w:top w:val="nil"/>
              <w:left w:val="nil"/>
              <w:bottom w:val="single" w:sz="4" w:space="0" w:color="auto"/>
              <w:right w:val="single" w:sz="4" w:space="0" w:color="auto"/>
            </w:tcBorders>
            <w:shd w:val="clear" w:color="000000" w:fill="F8F9FA"/>
            <w:vAlign w:val="center"/>
            <w:hideMark/>
          </w:tcPr>
          <w:p w14:paraId="36E87C44"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Vanitha</w:t>
            </w:r>
          </w:p>
        </w:tc>
      </w:tr>
      <w:tr w:rsidR="009D2884" w:rsidRPr="009D2884" w14:paraId="2D938671"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1F5A0378"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19</w:t>
            </w:r>
          </w:p>
        </w:tc>
        <w:tc>
          <w:tcPr>
            <w:tcW w:w="1720" w:type="dxa"/>
            <w:tcBorders>
              <w:top w:val="nil"/>
              <w:left w:val="nil"/>
              <w:bottom w:val="single" w:sz="4" w:space="0" w:color="auto"/>
              <w:right w:val="single" w:sz="4" w:space="0" w:color="auto"/>
            </w:tcBorders>
            <w:shd w:val="clear" w:color="000000" w:fill="FFFFFF"/>
            <w:vAlign w:val="center"/>
            <w:hideMark/>
          </w:tcPr>
          <w:p w14:paraId="5B43C578"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111724039020</w:t>
            </w:r>
          </w:p>
        </w:tc>
        <w:tc>
          <w:tcPr>
            <w:tcW w:w="1780" w:type="dxa"/>
            <w:tcBorders>
              <w:top w:val="nil"/>
              <w:left w:val="nil"/>
              <w:bottom w:val="single" w:sz="4" w:space="0" w:color="auto"/>
              <w:right w:val="single" w:sz="4" w:space="0" w:color="auto"/>
            </w:tcBorders>
            <w:shd w:val="clear" w:color="000000" w:fill="FFFFFF"/>
            <w:vAlign w:val="center"/>
            <w:hideMark/>
          </w:tcPr>
          <w:p w14:paraId="51FB733F"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Upputuri</w:t>
            </w:r>
            <w:proofErr w:type="spellEnd"/>
            <w:r w:rsidRPr="009D2884">
              <w:rPr>
                <w:rFonts w:ascii="Roboto" w:eastAsia="Times New Roman" w:hAnsi="Roboto" w:cs="Times New Roman"/>
                <w:color w:val="333333"/>
                <w:kern w:val="0"/>
                <w:sz w:val="20"/>
                <w:szCs w:val="20"/>
                <w:lang w:eastAsia="en-IN"/>
                <w14:ligatures w14:val="none"/>
              </w:rPr>
              <w:t xml:space="preserve"> Venkata Lakshmi </w:t>
            </w:r>
            <w:proofErr w:type="spellStart"/>
            <w:r w:rsidRPr="009D2884">
              <w:rPr>
                <w:rFonts w:ascii="Roboto" w:eastAsia="Times New Roman" w:hAnsi="Roboto" w:cs="Times New Roman"/>
                <w:color w:val="333333"/>
                <w:kern w:val="0"/>
                <w:sz w:val="20"/>
                <w:szCs w:val="20"/>
                <w:lang w:eastAsia="en-IN"/>
                <w14:ligatures w14:val="none"/>
              </w:rPr>
              <w:t>sahiti</w:t>
            </w:r>
            <w:proofErr w:type="spellEnd"/>
          </w:p>
        </w:tc>
        <w:tc>
          <w:tcPr>
            <w:tcW w:w="1540" w:type="dxa"/>
            <w:tcBorders>
              <w:top w:val="nil"/>
              <w:left w:val="nil"/>
              <w:bottom w:val="single" w:sz="4" w:space="0" w:color="auto"/>
              <w:right w:val="single" w:sz="4" w:space="0" w:color="auto"/>
            </w:tcBorders>
            <w:shd w:val="clear" w:color="000000" w:fill="FFFFFF"/>
            <w:vAlign w:val="center"/>
            <w:hideMark/>
          </w:tcPr>
          <w:p w14:paraId="36810BE2"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Baking</w:t>
            </w:r>
          </w:p>
        </w:tc>
        <w:tc>
          <w:tcPr>
            <w:tcW w:w="1940" w:type="dxa"/>
            <w:tcBorders>
              <w:top w:val="nil"/>
              <w:left w:val="nil"/>
              <w:bottom w:val="single" w:sz="4" w:space="0" w:color="auto"/>
              <w:right w:val="single" w:sz="4" w:space="0" w:color="auto"/>
            </w:tcBorders>
            <w:shd w:val="clear" w:color="000000" w:fill="FFFFFF"/>
            <w:vAlign w:val="center"/>
            <w:hideMark/>
          </w:tcPr>
          <w:p w14:paraId="0FB1A855"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Surekha</w:t>
            </w:r>
          </w:p>
        </w:tc>
      </w:tr>
      <w:tr w:rsidR="009D2884" w:rsidRPr="009D2884" w14:paraId="5F87D62B"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0F99746C"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20</w:t>
            </w:r>
          </w:p>
        </w:tc>
        <w:tc>
          <w:tcPr>
            <w:tcW w:w="1720" w:type="dxa"/>
            <w:tcBorders>
              <w:top w:val="nil"/>
              <w:left w:val="nil"/>
              <w:bottom w:val="single" w:sz="4" w:space="0" w:color="auto"/>
              <w:right w:val="single" w:sz="4" w:space="0" w:color="auto"/>
            </w:tcBorders>
            <w:shd w:val="clear" w:color="000000" w:fill="F8F9FA"/>
            <w:vAlign w:val="center"/>
            <w:hideMark/>
          </w:tcPr>
          <w:p w14:paraId="0D13FEC5"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111724039021</w:t>
            </w:r>
          </w:p>
        </w:tc>
        <w:tc>
          <w:tcPr>
            <w:tcW w:w="1780" w:type="dxa"/>
            <w:tcBorders>
              <w:top w:val="nil"/>
              <w:left w:val="nil"/>
              <w:bottom w:val="single" w:sz="4" w:space="0" w:color="auto"/>
              <w:right w:val="single" w:sz="4" w:space="0" w:color="auto"/>
            </w:tcBorders>
            <w:shd w:val="clear" w:color="000000" w:fill="F8F9FA"/>
            <w:vAlign w:val="center"/>
            <w:hideMark/>
          </w:tcPr>
          <w:p w14:paraId="5321937F"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Yagna Gurureddy</w:t>
            </w:r>
          </w:p>
        </w:tc>
        <w:tc>
          <w:tcPr>
            <w:tcW w:w="1540" w:type="dxa"/>
            <w:tcBorders>
              <w:top w:val="nil"/>
              <w:left w:val="nil"/>
              <w:bottom w:val="single" w:sz="4" w:space="0" w:color="auto"/>
              <w:right w:val="single" w:sz="4" w:space="0" w:color="auto"/>
            </w:tcBorders>
            <w:shd w:val="clear" w:color="000000" w:fill="F8F9FA"/>
            <w:vAlign w:val="center"/>
            <w:hideMark/>
          </w:tcPr>
          <w:p w14:paraId="4A24575D"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Baking</w:t>
            </w:r>
          </w:p>
        </w:tc>
        <w:tc>
          <w:tcPr>
            <w:tcW w:w="1940" w:type="dxa"/>
            <w:tcBorders>
              <w:top w:val="nil"/>
              <w:left w:val="nil"/>
              <w:bottom w:val="single" w:sz="4" w:space="0" w:color="auto"/>
              <w:right w:val="single" w:sz="4" w:space="0" w:color="auto"/>
            </w:tcBorders>
            <w:shd w:val="clear" w:color="000000" w:fill="F8F9FA"/>
            <w:vAlign w:val="center"/>
            <w:hideMark/>
          </w:tcPr>
          <w:p w14:paraId="6F3857A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Surekha</w:t>
            </w:r>
          </w:p>
        </w:tc>
      </w:tr>
      <w:tr w:rsidR="009D2884" w:rsidRPr="009D2884" w14:paraId="5F71F57B"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79301F7C"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21</w:t>
            </w:r>
          </w:p>
        </w:tc>
        <w:tc>
          <w:tcPr>
            <w:tcW w:w="1720" w:type="dxa"/>
            <w:tcBorders>
              <w:top w:val="nil"/>
              <w:left w:val="nil"/>
              <w:bottom w:val="single" w:sz="4" w:space="0" w:color="auto"/>
              <w:right w:val="single" w:sz="4" w:space="0" w:color="auto"/>
            </w:tcBorders>
            <w:shd w:val="clear" w:color="000000" w:fill="FFFFFF"/>
            <w:vAlign w:val="center"/>
            <w:hideMark/>
          </w:tcPr>
          <w:p w14:paraId="4634DF84"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111724039022</w:t>
            </w:r>
          </w:p>
        </w:tc>
        <w:tc>
          <w:tcPr>
            <w:tcW w:w="1780" w:type="dxa"/>
            <w:tcBorders>
              <w:top w:val="nil"/>
              <w:left w:val="nil"/>
              <w:bottom w:val="single" w:sz="4" w:space="0" w:color="auto"/>
              <w:right w:val="single" w:sz="4" w:space="0" w:color="auto"/>
            </w:tcBorders>
            <w:shd w:val="clear" w:color="000000" w:fill="FFFFFF"/>
            <w:vAlign w:val="center"/>
            <w:hideMark/>
          </w:tcPr>
          <w:p w14:paraId="756FB460"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Arshad Ali</w:t>
            </w:r>
          </w:p>
        </w:tc>
        <w:tc>
          <w:tcPr>
            <w:tcW w:w="1540" w:type="dxa"/>
            <w:tcBorders>
              <w:top w:val="nil"/>
              <w:left w:val="nil"/>
              <w:bottom w:val="single" w:sz="4" w:space="0" w:color="auto"/>
              <w:right w:val="single" w:sz="4" w:space="0" w:color="auto"/>
            </w:tcBorders>
            <w:shd w:val="clear" w:color="000000" w:fill="FFFFFF"/>
            <w:vAlign w:val="center"/>
            <w:hideMark/>
          </w:tcPr>
          <w:p w14:paraId="5967B684"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Digital marketing</w:t>
            </w:r>
          </w:p>
        </w:tc>
        <w:tc>
          <w:tcPr>
            <w:tcW w:w="1940" w:type="dxa"/>
            <w:tcBorders>
              <w:top w:val="nil"/>
              <w:left w:val="nil"/>
              <w:bottom w:val="single" w:sz="4" w:space="0" w:color="auto"/>
              <w:right w:val="single" w:sz="4" w:space="0" w:color="auto"/>
            </w:tcBorders>
            <w:shd w:val="clear" w:color="000000" w:fill="FFFFFF"/>
            <w:vAlign w:val="center"/>
            <w:hideMark/>
          </w:tcPr>
          <w:p w14:paraId="7AD1D8AA"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Fahad Hasan</w:t>
            </w:r>
          </w:p>
        </w:tc>
      </w:tr>
      <w:tr w:rsidR="009D2884" w:rsidRPr="009D2884" w14:paraId="673BC03B"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31E3561D"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22</w:t>
            </w:r>
          </w:p>
        </w:tc>
        <w:tc>
          <w:tcPr>
            <w:tcW w:w="1720" w:type="dxa"/>
            <w:tcBorders>
              <w:top w:val="nil"/>
              <w:left w:val="nil"/>
              <w:bottom w:val="single" w:sz="4" w:space="0" w:color="auto"/>
              <w:right w:val="single" w:sz="4" w:space="0" w:color="auto"/>
            </w:tcBorders>
            <w:shd w:val="clear" w:color="000000" w:fill="F8F9FA"/>
            <w:vAlign w:val="center"/>
            <w:hideMark/>
          </w:tcPr>
          <w:p w14:paraId="796B559F"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111724039023</w:t>
            </w:r>
          </w:p>
        </w:tc>
        <w:tc>
          <w:tcPr>
            <w:tcW w:w="1780" w:type="dxa"/>
            <w:tcBorders>
              <w:top w:val="nil"/>
              <w:left w:val="nil"/>
              <w:bottom w:val="single" w:sz="4" w:space="0" w:color="auto"/>
              <w:right w:val="single" w:sz="4" w:space="0" w:color="auto"/>
            </w:tcBorders>
            <w:shd w:val="clear" w:color="000000" w:fill="F8F9FA"/>
            <w:vAlign w:val="center"/>
            <w:hideMark/>
          </w:tcPr>
          <w:p w14:paraId="25C0B2B8"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Saisampath</w:t>
            </w:r>
            <w:proofErr w:type="spellEnd"/>
          </w:p>
        </w:tc>
        <w:tc>
          <w:tcPr>
            <w:tcW w:w="1540" w:type="dxa"/>
            <w:tcBorders>
              <w:top w:val="nil"/>
              <w:left w:val="nil"/>
              <w:bottom w:val="single" w:sz="4" w:space="0" w:color="auto"/>
              <w:right w:val="single" w:sz="4" w:space="0" w:color="auto"/>
            </w:tcBorders>
            <w:shd w:val="clear" w:color="000000" w:fill="F8F9FA"/>
            <w:vAlign w:val="center"/>
            <w:hideMark/>
          </w:tcPr>
          <w:p w14:paraId="6C94FD5B"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Photography</w:t>
            </w:r>
          </w:p>
        </w:tc>
        <w:tc>
          <w:tcPr>
            <w:tcW w:w="1940" w:type="dxa"/>
            <w:tcBorders>
              <w:top w:val="nil"/>
              <w:left w:val="nil"/>
              <w:bottom w:val="single" w:sz="4" w:space="0" w:color="auto"/>
              <w:right w:val="single" w:sz="4" w:space="0" w:color="auto"/>
            </w:tcBorders>
            <w:shd w:val="clear" w:color="000000" w:fill="F8F9FA"/>
            <w:vAlign w:val="center"/>
            <w:hideMark/>
          </w:tcPr>
          <w:p w14:paraId="2AC874F6"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Vikram</w:t>
            </w:r>
          </w:p>
        </w:tc>
      </w:tr>
      <w:tr w:rsidR="009D2884" w:rsidRPr="009D2884" w14:paraId="6F6D9904" w14:textId="77777777" w:rsidTr="009D2884">
        <w:trPr>
          <w:trHeight w:val="960"/>
        </w:trPr>
        <w:tc>
          <w:tcPr>
            <w:tcW w:w="960" w:type="dxa"/>
            <w:tcBorders>
              <w:top w:val="nil"/>
              <w:left w:val="single" w:sz="4" w:space="0" w:color="auto"/>
              <w:bottom w:val="single" w:sz="4" w:space="0" w:color="auto"/>
              <w:right w:val="single" w:sz="4" w:space="0" w:color="auto"/>
            </w:tcBorders>
            <w:noWrap/>
            <w:vAlign w:val="bottom"/>
            <w:hideMark/>
          </w:tcPr>
          <w:p w14:paraId="7A4A807B"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23</w:t>
            </w:r>
          </w:p>
        </w:tc>
        <w:tc>
          <w:tcPr>
            <w:tcW w:w="1720" w:type="dxa"/>
            <w:tcBorders>
              <w:top w:val="nil"/>
              <w:left w:val="nil"/>
              <w:bottom w:val="single" w:sz="4" w:space="0" w:color="auto"/>
              <w:right w:val="single" w:sz="4" w:space="0" w:color="auto"/>
            </w:tcBorders>
            <w:shd w:val="clear" w:color="000000" w:fill="FFFFFF"/>
            <w:vAlign w:val="center"/>
            <w:hideMark/>
          </w:tcPr>
          <w:p w14:paraId="172FE1DA"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111724039024</w:t>
            </w:r>
          </w:p>
        </w:tc>
        <w:tc>
          <w:tcPr>
            <w:tcW w:w="1780" w:type="dxa"/>
            <w:tcBorders>
              <w:top w:val="nil"/>
              <w:left w:val="nil"/>
              <w:bottom w:val="single" w:sz="4" w:space="0" w:color="auto"/>
              <w:right w:val="single" w:sz="4" w:space="0" w:color="auto"/>
            </w:tcBorders>
            <w:shd w:val="clear" w:color="000000" w:fill="FFFFFF"/>
            <w:vAlign w:val="center"/>
            <w:hideMark/>
          </w:tcPr>
          <w:p w14:paraId="22F822B7"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BYVS. Pavan Kumar</w:t>
            </w:r>
          </w:p>
        </w:tc>
        <w:tc>
          <w:tcPr>
            <w:tcW w:w="1540" w:type="dxa"/>
            <w:tcBorders>
              <w:top w:val="nil"/>
              <w:left w:val="nil"/>
              <w:bottom w:val="single" w:sz="4" w:space="0" w:color="auto"/>
              <w:right w:val="single" w:sz="4" w:space="0" w:color="auto"/>
            </w:tcBorders>
            <w:shd w:val="clear" w:color="000000" w:fill="FFFFFF"/>
            <w:vAlign w:val="center"/>
            <w:hideMark/>
          </w:tcPr>
          <w:p w14:paraId="24589B00"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Quantitative Techniques and Aptitude Reasoning</w:t>
            </w:r>
          </w:p>
        </w:tc>
        <w:tc>
          <w:tcPr>
            <w:tcW w:w="1940" w:type="dxa"/>
            <w:tcBorders>
              <w:top w:val="nil"/>
              <w:left w:val="nil"/>
              <w:bottom w:val="single" w:sz="4" w:space="0" w:color="auto"/>
              <w:right w:val="single" w:sz="4" w:space="0" w:color="auto"/>
            </w:tcBorders>
            <w:shd w:val="clear" w:color="000000" w:fill="FFFFFF"/>
            <w:vAlign w:val="center"/>
            <w:hideMark/>
          </w:tcPr>
          <w:p w14:paraId="763F24A4"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Dr. Shakira Sultana</w:t>
            </w:r>
          </w:p>
        </w:tc>
      </w:tr>
      <w:tr w:rsidR="009D2884" w:rsidRPr="009D2884" w14:paraId="14AAE1D5"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5A942EF4"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24</w:t>
            </w:r>
          </w:p>
        </w:tc>
        <w:tc>
          <w:tcPr>
            <w:tcW w:w="1720" w:type="dxa"/>
            <w:tcBorders>
              <w:top w:val="nil"/>
              <w:left w:val="nil"/>
              <w:bottom w:val="single" w:sz="4" w:space="0" w:color="auto"/>
              <w:right w:val="single" w:sz="4" w:space="0" w:color="auto"/>
            </w:tcBorders>
            <w:shd w:val="clear" w:color="000000" w:fill="F8F9FA"/>
            <w:vAlign w:val="center"/>
            <w:hideMark/>
          </w:tcPr>
          <w:p w14:paraId="01DA3444"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111724039025</w:t>
            </w:r>
          </w:p>
        </w:tc>
        <w:tc>
          <w:tcPr>
            <w:tcW w:w="1780" w:type="dxa"/>
            <w:tcBorders>
              <w:top w:val="nil"/>
              <w:left w:val="nil"/>
              <w:bottom w:val="single" w:sz="4" w:space="0" w:color="auto"/>
              <w:right w:val="single" w:sz="4" w:space="0" w:color="auto"/>
            </w:tcBorders>
            <w:shd w:val="clear" w:color="000000" w:fill="F8F9FA"/>
            <w:vAlign w:val="center"/>
            <w:hideMark/>
          </w:tcPr>
          <w:p w14:paraId="2B13BE37"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Dasari Naga Chaitanya</w:t>
            </w:r>
          </w:p>
        </w:tc>
        <w:tc>
          <w:tcPr>
            <w:tcW w:w="1540" w:type="dxa"/>
            <w:tcBorders>
              <w:top w:val="nil"/>
              <w:left w:val="nil"/>
              <w:bottom w:val="single" w:sz="4" w:space="0" w:color="auto"/>
              <w:right w:val="single" w:sz="4" w:space="0" w:color="auto"/>
            </w:tcBorders>
            <w:shd w:val="clear" w:color="000000" w:fill="F8F9FA"/>
            <w:vAlign w:val="center"/>
            <w:hideMark/>
          </w:tcPr>
          <w:p w14:paraId="2F750F96"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App development</w:t>
            </w:r>
          </w:p>
        </w:tc>
        <w:tc>
          <w:tcPr>
            <w:tcW w:w="1940" w:type="dxa"/>
            <w:tcBorders>
              <w:top w:val="nil"/>
              <w:left w:val="nil"/>
              <w:bottom w:val="single" w:sz="4" w:space="0" w:color="auto"/>
              <w:right w:val="single" w:sz="4" w:space="0" w:color="auto"/>
            </w:tcBorders>
            <w:shd w:val="clear" w:color="000000" w:fill="F8F9FA"/>
            <w:vAlign w:val="center"/>
            <w:hideMark/>
          </w:tcPr>
          <w:p w14:paraId="38E3C28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 xml:space="preserve">Shaik </w:t>
            </w:r>
            <w:proofErr w:type="spellStart"/>
            <w:r w:rsidRPr="009D2884">
              <w:rPr>
                <w:rFonts w:ascii="Roboto" w:eastAsia="Times New Roman" w:hAnsi="Roboto" w:cs="Times New Roman"/>
                <w:color w:val="333333"/>
                <w:kern w:val="0"/>
                <w:sz w:val="20"/>
                <w:szCs w:val="20"/>
                <w:lang w:eastAsia="en-IN"/>
                <w14:ligatures w14:val="none"/>
              </w:rPr>
              <w:t>mudassir</w:t>
            </w:r>
            <w:proofErr w:type="spellEnd"/>
          </w:p>
        </w:tc>
      </w:tr>
      <w:tr w:rsidR="009D2884" w:rsidRPr="009D2884" w14:paraId="52B7874D"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7AA6569B"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25</w:t>
            </w:r>
          </w:p>
        </w:tc>
        <w:tc>
          <w:tcPr>
            <w:tcW w:w="1720" w:type="dxa"/>
            <w:tcBorders>
              <w:top w:val="nil"/>
              <w:left w:val="nil"/>
              <w:bottom w:val="single" w:sz="4" w:space="0" w:color="auto"/>
              <w:right w:val="single" w:sz="4" w:space="0" w:color="auto"/>
            </w:tcBorders>
            <w:shd w:val="clear" w:color="000000" w:fill="F8F9FA"/>
            <w:vAlign w:val="center"/>
            <w:hideMark/>
          </w:tcPr>
          <w:p w14:paraId="5A557B48"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111724039026</w:t>
            </w:r>
          </w:p>
        </w:tc>
        <w:tc>
          <w:tcPr>
            <w:tcW w:w="1780" w:type="dxa"/>
            <w:tcBorders>
              <w:top w:val="nil"/>
              <w:left w:val="nil"/>
              <w:bottom w:val="single" w:sz="4" w:space="0" w:color="auto"/>
              <w:right w:val="single" w:sz="4" w:space="0" w:color="auto"/>
            </w:tcBorders>
            <w:shd w:val="clear" w:color="000000" w:fill="F8F9FA"/>
            <w:vAlign w:val="center"/>
            <w:hideMark/>
          </w:tcPr>
          <w:p w14:paraId="1C67667B"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DAYA SHANKAR</w:t>
            </w:r>
          </w:p>
        </w:tc>
        <w:tc>
          <w:tcPr>
            <w:tcW w:w="1540" w:type="dxa"/>
            <w:tcBorders>
              <w:top w:val="nil"/>
              <w:left w:val="nil"/>
              <w:bottom w:val="single" w:sz="4" w:space="0" w:color="auto"/>
              <w:right w:val="single" w:sz="4" w:space="0" w:color="auto"/>
            </w:tcBorders>
            <w:shd w:val="clear" w:color="000000" w:fill="F8F9FA"/>
            <w:vAlign w:val="center"/>
            <w:hideMark/>
          </w:tcPr>
          <w:p w14:paraId="45D330AF"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App development</w:t>
            </w:r>
          </w:p>
        </w:tc>
        <w:tc>
          <w:tcPr>
            <w:tcW w:w="1940" w:type="dxa"/>
            <w:tcBorders>
              <w:top w:val="nil"/>
              <w:left w:val="nil"/>
              <w:bottom w:val="single" w:sz="4" w:space="0" w:color="auto"/>
              <w:right w:val="single" w:sz="4" w:space="0" w:color="auto"/>
            </w:tcBorders>
            <w:shd w:val="clear" w:color="000000" w:fill="F8F9FA"/>
            <w:vAlign w:val="center"/>
            <w:hideMark/>
          </w:tcPr>
          <w:p w14:paraId="51FF85A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Shaik Mudassir</w:t>
            </w:r>
          </w:p>
        </w:tc>
      </w:tr>
      <w:tr w:rsidR="009D2884" w:rsidRPr="009D2884" w14:paraId="6849EECB"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65CE65D1"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26</w:t>
            </w:r>
          </w:p>
        </w:tc>
        <w:tc>
          <w:tcPr>
            <w:tcW w:w="1720" w:type="dxa"/>
            <w:tcBorders>
              <w:top w:val="nil"/>
              <w:left w:val="nil"/>
              <w:bottom w:val="single" w:sz="4" w:space="0" w:color="auto"/>
              <w:right w:val="single" w:sz="4" w:space="0" w:color="auto"/>
            </w:tcBorders>
            <w:shd w:val="clear" w:color="000000" w:fill="FFFFFF"/>
            <w:vAlign w:val="center"/>
            <w:hideMark/>
          </w:tcPr>
          <w:p w14:paraId="3A2502C1"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111724039027</w:t>
            </w:r>
          </w:p>
        </w:tc>
        <w:tc>
          <w:tcPr>
            <w:tcW w:w="1780" w:type="dxa"/>
            <w:tcBorders>
              <w:top w:val="nil"/>
              <w:left w:val="nil"/>
              <w:bottom w:val="single" w:sz="4" w:space="0" w:color="auto"/>
              <w:right w:val="single" w:sz="4" w:space="0" w:color="auto"/>
            </w:tcBorders>
            <w:shd w:val="clear" w:color="000000" w:fill="FFFFFF"/>
            <w:vAlign w:val="center"/>
            <w:hideMark/>
          </w:tcPr>
          <w:p w14:paraId="38E77B4F"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DUBBAKA SRINIVAS</w:t>
            </w:r>
          </w:p>
        </w:tc>
        <w:tc>
          <w:tcPr>
            <w:tcW w:w="1540" w:type="dxa"/>
            <w:tcBorders>
              <w:top w:val="nil"/>
              <w:left w:val="nil"/>
              <w:bottom w:val="single" w:sz="4" w:space="0" w:color="auto"/>
              <w:right w:val="single" w:sz="4" w:space="0" w:color="auto"/>
            </w:tcBorders>
            <w:shd w:val="clear" w:color="000000" w:fill="FFFFFF"/>
            <w:vAlign w:val="center"/>
            <w:hideMark/>
          </w:tcPr>
          <w:p w14:paraId="23724D55"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Data analytics</w:t>
            </w:r>
          </w:p>
        </w:tc>
        <w:tc>
          <w:tcPr>
            <w:tcW w:w="1940" w:type="dxa"/>
            <w:tcBorders>
              <w:top w:val="nil"/>
              <w:left w:val="nil"/>
              <w:bottom w:val="single" w:sz="4" w:space="0" w:color="auto"/>
              <w:right w:val="single" w:sz="4" w:space="0" w:color="auto"/>
            </w:tcBorders>
            <w:shd w:val="clear" w:color="000000" w:fill="FFFFFF"/>
            <w:vAlign w:val="center"/>
            <w:hideMark/>
          </w:tcPr>
          <w:p w14:paraId="730D823A"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Myna</w:t>
            </w:r>
          </w:p>
        </w:tc>
      </w:tr>
      <w:tr w:rsidR="009D2884" w:rsidRPr="009D2884" w14:paraId="0C0CB974" w14:textId="77777777" w:rsidTr="009D2884">
        <w:trPr>
          <w:trHeight w:val="720"/>
        </w:trPr>
        <w:tc>
          <w:tcPr>
            <w:tcW w:w="960" w:type="dxa"/>
            <w:tcBorders>
              <w:top w:val="nil"/>
              <w:left w:val="single" w:sz="4" w:space="0" w:color="auto"/>
              <w:bottom w:val="single" w:sz="4" w:space="0" w:color="auto"/>
              <w:right w:val="single" w:sz="4" w:space="0" w:color="auto"/>
            </w:tcBorders>
            <w:noWrap/>
            <w:vAlign w:val="bottom"/>
            <w:hideMark/>
          </w:tcPr>
          <w:p w14:paraId="775AC82C"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27</w:t>
            </w:r>
          </w:p>
        </w:tc>
        <w:tc>
          <w:tcPr>
            <w:tcW w:w="1720" w:type="dxa"/>
            <w:tcBorders>
              <w:top w:val="nil"/>
              <w:left w:val="nil"/>
              <w:bottom w:val="single" w:sz="4" w:space="0" w:color="auto"/>
              <w:right w:val="single" w:sz="4" w:space="0" w:color="auto"/>
            </w:tcBorders>
            <w:shd w:val="clear" w:color="000000" w:fill="F8F9FA"/>
            <w:vAlign w:val="center"/>
            <w:hideMark/>
          </w:tcPr>
          <w:p w14:paraId="70BE256F"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111724039028</w:t>
            </w:r>
          </w:p>
        </w:tc>
        <w:tc>
          <w:tcPr>
            <w:tcW w:w="1780" w:type="dxa"/>
            <w:tcBorders>
              <w:top w:val="nil"/>
              <w:left w:val="nil"/>
              <w:bottom w:val="single" w:sz="4" w:space="0" w:color="auto"/>
              <w:right w:val="single" w:sz="4" w:space="0" w:color="auto"/>
            </w:tcBorders>
            <w:shd w:val="clear" w:color="000000" w:fill="F8F9FA"/>
            <w:vAlign w:val="center"/>
            <w:hideMark/>
          </w:tcPr>
          <w:p w14:paraId="49AF116E"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JEEDIMADLA JAGANMOHAN REDDY</w:t>
            </w:r>
          </w:p>
        </w:tc>
        <w:tc>
          <w:tcPr>
            <w:tcW w:w="1540" w:type="dxa"/>
            <w:tcBorders>
              <w:top w:val="nil"/>
              <w:left w:val="nil"/>
              <w:bottom w:val="single" w:sz="4" w:space="0" w:color="auto"/>
              <w:right w:val="single" w:sz="4" w:space="0" w:color="auto"/>
            </w:tcBorders>
            <w:shd w:val="clear" w:color="000000" w:fill="F8F9FA"/>
            <w:vAlign w:val="center"/>
            <w:hideMark/>
          </w:tcPr>
          <w:p w14:paraId="5C3C776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Mobile phone technology &amp;repair</w:t>
            </w:r>
          </w:p>
        </w:tc>
        <w:tc>
          <w:tcPr>
            <w:tcW w:w="1940" w:type="dxa"/>
            <w:tcBorders>
              <w:top w:val="nil"/>
              <w:left w:val="nil"/>
              <w:bottom w:val="single" w:sz="4" w:space="0" w:color="auto"/>
              <w:right w:val="single" w:sz="4" w:space="0" w:color="auto"/>
            </w:tcBorders>
            <w:shd w:val="clear" w:color="000000" w:fill="F8F9FA"/>
            <w:vAlign w:val="center"/>
            <w:hideMark/>
          </w:tcPr>
          <w:p w14:paraId="16BDD7CE"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 xml:space="preserve">Bipin </w:t>
            </w:r>
            <w:proofErr w:type="spellStart"/>
            <w:r w:rsidRPr="009D2884">
              <w:rPr>
                <w:rFonts w:ascii="Roboto" w:eastAsia="Times New Roman" w:hAnsi="Roboto" w:cs="Times New Roman"/>
                <w:color w:val="333333"/>
                <w:kern w:val="0"/>
                <w:sz w:val="20"/>
                <w:szCs w:val="20"/>
                <w:lang w:eastAsia="en-IN"/>
                <w14:ligatures w14:val="none"/>
              </w:rPr>
              <w:t>Gondane</w:t>
            </w:r>
            <w:proofErr w:type="spellEnd"/>
          </w:p>
        </w:tc>
      </w:tr>
      <w:tr w:rsidR="009D2884" w:rsidRPr="009D2884" w14:paraId="53928E14"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5F3352C8"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28</w:t>
            </w:r>
          </w:p>
        </w:tc>
        <w:tc>
          <w:tcPr>
            <w:tcW w:w="1720" w:type="dxa"/>
            <w:tcBorders>
              <w:top w:val="nil"/>
              <w:left w:val="nil"/>
              <w:bottom w:val="single" w:sz="4" w:space="0" w:color="auto"/>
              <w:right w:val="single" w:sz="4" w:space="0" w:color="auto"/>
            </w:tcBorders>
            <w:shd w:val="clear" w:color="000000" w:fill="FFFFFF"/>
            <w:vAlign w:val="center"/>
            <w:hideMark/>
          </w:tcPr>
          <w:p w14:paraId="4EFBB2F9"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111724039029</w:t>
            </w:r>
          </w:p>
        </w:tc>
        <w:tc>
          <w:tcPr>
            <w:tcW w:w="1780" w:type="dxa"/>
            <w:tcBorders>
              <w:top w:val="nil"/>
              <w:left w:val="nil"/>
              <w:bottom w:val="single" w:sz="4" w:space="0" w:color="auto"/>
              <w:right w:val="single" w:sz="4" w:space="0" w:color="auto"/>
            </w:tcBorders>
            <w:shd w:val="clear" w:color="000000" w:fill="FFFFFF"/>
            <w:vAlign w:val="center"/>
            <w:hideMark/>
          </w:tcPr>
          <w:p w14:paraId="290DDF03"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kairamkonda</w:t>
            </w:r>
            <w:proofErr w:type="spellEnd"/>
            <w:r w:rsidRPr="009D2884">
              <w:rPr>
                <w:rFonts w:ascii="Roboto" w:eastAsia="Times New Roman" w:hAnsi="Roboto" w:cs="Times New Roman"/>
                <w:color w:val="333333"/>
                <w:kern w:val="0"/>
                <w:sz w:val="20"/>
                <w:szCs w:val="20"/>
                <w:lang w:eastAsia="en-IN"/>
                <w14:ligatures w14:val="none"/>
              </w:rPr>
              <w:t xml:space="preserve"> Jayanth</w:t>
            </w:r>
          </w:p>
        </w:tc>
        <w:tc>
          <w:tcPr>
            <w:tcW w:w="1540" w:type="dxa"/>
            <w:tcBorders>
              <w:top w:val="nil"/>
              <w:left w:val="nil"/>
              <w:bottom w:val="single" w:sz="4" w:space="0" w:color="auto"/>
              <w:right w:val="single" w:sz="4" w:space="0" w:color="auto"/>
            </w:tcBorders>
            <w:shd w:val="clear" w:color="000000" w:fill="FFFFFF"/>
            <w:vAlign w:val="center"/>
            <w:hideMark/>
          </w:tcPr>
          <w:p w14:paraId="143146CA"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baking</w:t>
            </w:r>
          </w:p>
        </w:tc>
        <w:tc>
          <w:tcPr>
            <w:tcW w:w="1940" w:type="dxa"/>
            <w:tcBorders>
              <w:top w:val="nil"/>
              <w:left w:val="nil"/>
              <w:bottom w:val="single" w:sz="4" w:space="0" w:color="auto"/>
              <w:right w:val="single" w:sz="4" w:space="0" w:color="auto"/>
            </w:tcBorders>
            <w:shd w:val="clear" w:color="000000" w:fill="FFFFFF"/>
            <w:vAlign w:val="center"/>
            <w:hideMark/>
          </w:tcPr>
          <w:p w14:paraId="41757EE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Surekha</w:t>
            </w:r>
          </w:p>
        </w:tc>
      </w:tr>
      <w:tr w:rsidR="009D2884" w:rsidRPr="009D2884" w14:paraId="3BF755C5"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38618283"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29</w:t>
            </w:r>
          </w:p>
        </w:tc>
        <w:tc>
          <w:tcPr>
            <w:tcW w:w="1720" w:type="dxa"/>
            <w:tcBorders>
              <w:top w:val="nil"/>
              <w:left w:val="nil"/>
              <w:bottom w:val="single" w:sz="4" w:space="0" w:color="auto"/>
              <w:right w:val="single" w:sz="4" w:space="0" w:color="auto"/>
            </w:tcBorders>
            <w:shd w:val="clear" w:color="000000" w:fill="F8F9FA"/>
            <w:vAlign w:val="center"/>
            <w:hideMark/>
          </w:tcPr>
          <w:p w14:paraId="0FD8AEFD"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111724039030</w:t>
            </w:r>
          </w:p>
        </w:tc>
        <w:tc>
          <w:tcPr>
            <w:tcW w:w="1780" w:type="dxa"/>
            <w:tcBorders>
              <w:top w:val="nil"/>
              <w:left w:val="nil"/>
              <w:bottom w:val="single" w:sz="4" w:space="0" w:color="auto"/>
              <w:right w:val="single" w:sz="4" w:space="0" w:color="auto"/>
            </w:tcBorders>
            <w:shd w:val="clear" w:color="000000" w:fill="F8F9FA"/>
            <w:vAlign w:val="center"/>
            <w:hideMark/>
          </w:tcPr>
          <w:p w14:paraId="06BDD9C2"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proofErr w:type="gramStart"/>
            <w:r w:rsidRPr="009D2884">
              <w:rPr>
                <w:rFonts w:ascii="Roboto" w:eastAsia="Times New Roman" w:hAnsi="Roboto" w:cs="Times New Roman"/>
                <w:color w:val="333333"/>
                <w:kern w:val="0"/>
                <w:sz w:val="20"/>
                <w:szCs w:val="20"/>
                <w:lang w:eastAsia="en-IN"/>
                <w14:ligatures w14:val="none"/>
              </w:rPr>
              <w:t>K.Prashanth</w:t>
            </w:r>
            <w:proofErr w:type="spellEnd"/>
            <w:proofErr w:type="gramEnd"/>
          </w:p>
        </w:tc>
        <w:tc>
          <w:tcPr>
            <w:tcW w:w="1540" w:type="dxa"/>
            <w:tcBorders>
              <w:top w:val="nil"/>
              <w:left w:val="nil"/>
              <w:bottom w:val="single" w:sz="4" w:space="0" w:color="auto"/>
              <w:right w:val="single" w:sz="4" w:space="0" w:color="auto"/>
            </w:tcBorders>
            <w:shd w:val="clear" w:color="000000" w:fill="F8F9FA"/>
            <w:vAlign w:val="center"/>
            <w:hideMark/>
          </w:tcPr>
          <w:p w14:paraId="3C57A3A5"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gramStart"/>
            <w:r w:rsidRPr="009D2884">
              <w:rPr>
                <w:rFonts w:ascii="Roboto" w:eastAsia="Times New Roman" w:hAnsi="Roboto" w:cs="Times New Roman"/>
                <w:color w:val="333333"/>
                <w:kern w:val="0"/>
                <w:sz w:val="20"/>
                <w:szCs w:val="20"/>
                <w:lang w:eastAsia="en-IN"/>
                <w14:ligatures w14:val="none"/>
              </w:rPr>
              <w:t>Art's</w:t>
            </w:r>
            <w:proofErr w:type="gramEnd"/>
            <w:r w:rsidRPr="009D2884">
              <w:rPr>
                <w:rFonts w:ascii="Roboto" w:eastAsia="Times New Roman" w:hAnsi="Roboto" w:cs="Times New Roman"/>
                <w:color w:val="333333"/>
                <w:kern w:val="0"/>
                <w:sz w:val="20"/>
                <w:szCs w:val="20"/>
                <w:lang w:eastAsia="en-IN"/>
                <w14:ligatures w14:val="none"/>
              </w:rPr>
              <w:t xml:space="preserve"> and craft</w:t>
            </w:r>
          </w:p>
        </w:tc>
        <w:tc>
          <w:tcPr>
            <w:tcW w:w="1940" w:type="dxa"/>
            <w:tcBorders>
              <w:top w:val="nil"/>
              <w:left w:val="nil"/>
              <w:bottom w:val="single" w:sz="4" w:space="0" w:color="auto"/>
              <w:right w:val="single" w:sz="4" w:space="0" w:color="auto"/>
            </w:tcBorders>
            <w:shd w:val="clear" w:color="000000" w:fill="F8F9FA"/>
            <w:vAlign w:val="center"/>
            <w:hideMark/>
          </w:tcPr>
          <w:p w14:paraId="092DC550"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proofErr w:type="gramStart"/>
            <w:r w:rsidRPr="009D2884">
              <w:rPr>
                <w:rFonts w:ascii="Roboto" w:eastAsia="Times New Roman" w:hAnsi="Roboto" w:cs="Times New Roman"/>
                <w:color w:val="333333"/>
                <w:kern w:val="0"/>
                <w:sz w:val="20"/>
                <w:szCs w:val="20"/>
                <w:lang w:eastAsia="en-IN"/>
                <w14:ligatures w14:val="none"/>
              </w:rPr>
              <w:t>A.Ramesh</w:t>
            </w:r>
            <w:proofErr w:type="spellEnd"/>
            <w:proofErr w:type="gramEnd"/>
          </w:p>
        </w:tc>
      </w:tr>
      <w:tr w:rsidR="009D2884" w:rsidRPr="009D2884" w14:paraId="40CD386D"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1AA239E4"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30</w:t>
            </w:r>
          </w:p>
        </w:tc>
        <w:tc>
          <w:tcPr>
            <w:tcW w:w="1720" w:type="dxa"/>
            <w:tcBorders>
              <w:top w:val="nil"/>
              <w:left w:val="nil"/>
              <w:bottom w:val="single" w:sz="4" w:space="0" w:color="auto"/>
              <w:right w:val="single" w:sz="4" w:space="0" w:color="auto"/>
            </w:tcBorders>
            <w:shd w:val="clear" w:color="000000" w:fill="FFFFFF"/>
            <w:vAlign w:val="center"/>
            <w:hideMark/>
          </w:tcPr>
          <w:p w14:paraId="5C9392B4"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111724039031</w:t>
            </w:r>
          </w:p>
        </w:tc>
        <w:tc>
          <w:tcPr>
            <w:tcW w:w="1780" w:type="dxa"/>
            <w:tcBorders>
              <w:top w:val="nil"/>
              <w:left w:val="nil"/>
              <w:bottom w:val="single" w:sz="4" w:space="0" w:color="auto"/>
              <w:right w:val="single" w:sz="4" w:space="0" w:color="auto"/>
            </w:tcBorders>
            <w:shd w:val="clear" w:color="000000" w:fill="FFFFFF"/>
            <w:vAlign w:val="center"/>
            <w:hideMark/>
          </w:tcPr>
          <w:p w14:paraId="246FEA0B"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John Adarsh</w:t>
            </w:r>
          </w:p>
        </w:tc>
        <w:tc>
          <w:tcPr>
            <w:tcW w:w="1540" w:type="dxa"/>
            <w:tcBorders>
              <w:top w:val="nil"/>
              <w:left w:val="nil"/>
              <w:bottom w:val="single" w:sz="4" w:space="0" w:color="auto"/>
              <w:right w:val="single" w:sz="4" w:space="0" w:color="auto"/>
            </w:tcBorders>
            <w:shd w:val="clear" w:color="000000" w:fill="FFFFFF"/>
            <w:vAlign w:val="center"/>
            <w:hideMark/>
          </w:tcPr>
          <w:p w14:paraId="74727BFD"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Human Rights</w:t>
            </w:r>
          </w:p>
        </w:tc>
        <w:tc>
          <w:tcPr>
            <w:tcW w:w="1940" w:type="dxa"/>
            <w:tcBorders>
              <w:top w:val="nil"/>
              <w:left w:val="nil"/>
              <w:bottom w:val="single" w:sz="4" w:space="0" w:color="auto"/>
              <w:right w:val="single" w:sz="4" w:space="0" w:color="auto"/>
            </w:tcBorders>
            <w:shd w:val="clear" w:color="000000" w:fill="FFFFFF"/>
            <w:vAlign w:val="center"/>
            <w:hideMark/>
          </w:tcPr>
          <w:p w14:paraId="670B8A80"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Dr. G.R. Vani</w:t>
            </w:r>
          </w:p>
        </w:tc>
      </w:tr>
      <w:tr w:rsidR="009D2884" w:rsidRPr="009D2884" w14:paraId="68B2F7C7"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1BFA84F7"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31</w:t>
            </w:r>
          </w:p>
        </w:tc>
        <w:tc>
          <w:tcPr>
            <w:tcW w:w="1720" w:type="dxa"/>
            <w:tcBorders>
              <w:top w:val="nil"/>
              <w:left w:val="nil"/>
              <w:bottom w:val="single" w:sz="4" w:space="0" w:color="auto"/>
              <w:right w:val="single" w:sz="4" w:space="0" w:color="auto"/>
            </w:tcBorders>
            <w:shd w:val="clear" w:color="000000" w:fill="F8F9FA"/>
            <w:vAlign w:val="center"/>
            <w:hideMark/>
          </w:tcPr>
          <w:p w14:paraId="74CBC9A0"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111724039032</w:t>
            </w:r>
          </w:p>
        </w:tc>
        <w:tc>
          <w:tcPr>
            <w:tcW w:w="1780" w:type="dxa"/>
            <w:tcBorders>
              <w:top w:val="nil"/>
              <w:left w:val="nil"/>
              <w:bottom w:val="single" w:sz="4" w:space="0" w:color="auto"/>
              <w:right w:val="single" w:sz="4" w:space="0" w:color="auto"/>
            </w:tcBorders>
            <w:shd w:val="clear" w:color="000000" w:fill="F8F9FA"/>
            <w:vAlign w:val="center"/>
            <w:hideMark/>
          </w:tcPr>
          <w:p w14:paraId="4902ED6B"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Sharath Chandra</w:t>
            </w:r>
          </w:p>
        </w:tc>
        <w:tc>
          <w:tcPr>
            <w:tcW w:w="1540" w:type="dxa"/>
            <w:tcBorders>
              <w:top w:val="nil"/>
              <w:left w:val="nil"/>
              <w:bottom w:val="single" w:sz="4" w:space="0" w:color="auto"/>
              <w:right w:val="single" w:sz="4" w:space="0" w:color="auto"/>
            </w:tcBorders>
            <w:shd w:val="clear" w:color="000000" w:fill="F8F9FA"/>
            <w:vAlign w:val="center"/>
            <w:hideMark/>
          </w:tcPr>
          <w:p w14:paraId="105B0A1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Web programming</w:t>
            </w:r>
          </w:p>
        </w:tc>
        <w:tc>
          <w:tcPr>
            <w:tcW w:w="1940" w:type="dxa"/>
            <w:tcBorders>
              <w:top w:val="nil"/>
              <w:left w:val="nil"/>
              <w:bottom w:val="single" w:sz="4" w:space="0" w:color="auto"/>
              <w:right w:val="single" w:sz="4" w:space="0" w:color="auto"/>
            </w:tcBorders>
            <w:shd w:val="clear" w:color="000000" w:fill="F8F9FA"/>
            <w:vAlign w:val="center"/>
            <w:hideMark/>
          </w:tcPr>
          <w:p w14:paraId="0F9F2DF6"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Srk</w:t>
            </w:r>
            <w:proofErr w:type="spellEnd"/>
            <w:r w:rsidRPr="009D2884">
              <w:rPr>
                <w:rFonts w:ascii="Roboto" w:eastAsia="Times New Roman" w:hAnsi="Roboto" w:cs="Times New Roman"/>
                <w:color w:val="333333"/>
                <w:kern w:val="0"/>
                <w:sz w:val="20"/>
                <w:szCs w:val="20"/>
                <w:lang w:eastAsia="en-IN"/>
                <w14:ligatures w14:val="none"/>
              </w:rPr>
              <w:t xml:space="preserve"> cloud computing hod</w:t>
            </w:r>
          </w:p>
        </w:tc>
      </w:tr>
      <w:tr w:rsidR="009D2884" w:rsidRPr="009D2884" w14:paraId="2A26AEB9" w14:textId="77777777" w:rsidTr="009D2884">
        <w:trPr>
          <w:trHeight w:val="720"/>
        </w:trPr>
        <w:tc>
          <w:tcPr>
            <w:tcW w:w="960" w:type="dxa"/>
            <w:tcBorders>
              <w:top w:val="nil"/>
              <w:left w:val="single" w:sz="4" w:space="0" w:color="auto"/>
              <w:bottom w:val="single" w:sz="4" w:space="0" w:color="auto"/>
              <w:right w:val="single" w:sz="4" w:space="0" w:color="auto"/>
            </w:tcBorders>
            <w:noWrap/>
            <w:vAlign w:val="bottom"/>
            <w:hideMark/>
          </w:tcPr>
          <w:p w14:paraId="34D87D16"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32</w:t>
            </w:r>
          </w:p>
        </w:tc>
        <w:tc>
          <w:tcPr>
            <w:tcW w:w="1720" w:type="dxa"/>
            <w:tcBorders>
              <w:top w:val="nil"/>
              <w:left w:val="nil"/>
              <w:bottom w:val="single" w:sz="4" w:space="0" w:color="auto"/>
              <w:right w:val="single" w:sz="4" w:space="0" w:color="auto"/>
            </w:tcBorders>
            <w:shd w:val="clear" w:color="000000" w:fill="FFFFFF"/>
            <w:vAlign w:val="center"/>
            <w:hideMark/>
          </w:tcPr>
          <w:p w14:paraId="70438F21"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111724039033</w:t>
            </w:r>
          </w:p>
        </w:tc>
        <w:tc>
          <w:tcPr>
            <w:tcW w:w="1780" w:type="dxa"/>
            <w:tcBorders>
              <w:top w:val="nil"/>
              <w:left w:val="nil"/>
              <w:bottom w:val="single" w:sz="4" w:space="0" w:color="auto"/>
              <w:right w:val="single" w:sz="4" w:space="0" w:color="auto"/>
            </w:tcBorders>
            <w:shd w:val="clear" w:color="000000" w:fill="FFFFFF"/>
            <w:vAlign w:val="center"/>
            <w:hideMark/>
          </w:tcPr>
          <w:p w14:paraId="6AD6D288"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M Chethan Yadav</w:t>
            </w:r>
          </w:p>
        </w:tc>
        <w:tc>
          <w:tcPr>
            <w:tcW w:w="1540" w:type="dxa"/>
            <w:tcBorders>
              <w:top w:val="nil"/>
              <w:left w:val="nil"/>
              <w:bottom w:val="single" w:sz="4" w:space="0" w:color="auto"/>
              <w:right w:val="single" w:sz="4" w:space="0" w:color="auto"/>
            </w:tcBorders>
            <w:shd w:val="clear" w:color="000000" w:fill="FFFFFF"/>
            <w:vAlign w:val="center"/>
            <w:hideMark/>
          </w:tcPr>
          <w:p w14:paraId="4E579AD3"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Innovation and Startup Awareness</w:t>
            </w:r>
          </w:p>
        </w:tc>
        <w:tc>
          <w:tcPr>
            <w:tcW w:w="1940" w:type="dxa"/>
            <w:tcBorders>
              <w:top w:val="nil"/>
              <w:left w:val="nil"/>
              <w:bottom w:val="single" w:sz="4" w:space="0" w:color="auto"/>
              <w:right w:val="single" w:sz="4" w:space="0" w:color="auto"/>
            </w:tcBorders>
            <w:shd w:val="clear" w:color="000000" w:fill="FFFFFF"/>
            <w:vAlign w:val="center"/>
            <w:hideMark/>
          </w:tcPr>
          <w:p w14:paraId="11DB6E64"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Vase Katriel</w:t>
            </w:r>
          </w:p>
        </w:tc>
      </w:tr>
      <w:tr w:rsidR="009D2884" w:rsidRPr="009D2884" w14:paraId="214255A3"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2909B21F"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33</w:t>
            </w:r>
          </w:p>
        </w:tc>
        <w:tc>
          <w:tcPr>
            <w:tcW w:w="1720" w:type="dxa"/>
            <w:tcBorders>
              <w:top w:val="nil"/>
              <w:left w:val="nil"/>
              <w:bottom w:val="single" w:sz="4" w:space="0" w:color="auto"/>
              <w:right w:val="single" w:sz="4" w:space="0" w:color="auto"/>
            </w:tcBorders>
            <w:shd w:val="clear" w:color="000000" w:fill="F8F9FA"/>
            <w:vAlign w:val="center"/>
            <w:hideMark/>
          </w:tcPr>
          <w:p w14:paraId="74030A9A"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111724039034</w:t>
            </w:r>
          </w:p>
        </w:tc>
        <w:tc>
          <w:tcPr>
            <w:tcW w:w="1780" w:type="dxa"/>
            <w:tcBorders>
              <w:top w:val="nil"/>
              <w:left w:val="nil"/>
              <w:bottom w:val="single" w:sz="4" w:space="0" w:color="auto"/>
              <w:right w:val="single" w:sz="4" w:space="0" w:color="auto"/>
            </w:tcBorders>
            <w:shd w:val="clear" w:color="000000" w:fill="F8F9FA"/>
            <w:vAlign w:val="center"/>
            <w:hideMark/>
          </w:tcPr>
          <w:p w14:paraId="33BAB0C1"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MP DHEERAJ RAJ</w:t>
            </w:r>
          </w:p>
        </w:tc>
        <w:tc>
          <w:tcPr>
            <w:tcW w:w="1540" w:type="dxa"/>
            <w:tcBorders>
              <w:top w:val="nil"/>
              <w:left w:val="nil"/>
              <w:bottom w:val="single" w:sz="4" w:space="0" w:color="auto"/>
              <w:right w:val="single" w:sz="4" w:space="0" w:color="auto"/>
            </w:tcBorders>
            <w:shd w:val="clear" w:color="000000" w:fill="F8F9FA"/>
            <w:vAlign w:val="center"/>
            <w:hideMark/>
          </w:tcPr>
          <w:p w14:paraId="1C1BAADE"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VISUAL EFFECTS</w:t>
            </w:r>
          </w:p>
        </w:tc>
        <w:tc>
          <w:tcPr>
            <w:tcW w:w="1940" w:type="dxa"/>
            <w:tcBorders>
              <w:top w:val="nil"/>
              <w:left w:val="nil"/>
              <w:bottom w:val="single" w:sz="4" w:space="0" w:color="auto"/>
              <w:right w:val="single" w:sz="4" w:space="0" w:color="auto"/>
            </w:tcBorders>
            <w:shd w:val="clear" w:color="000000" w:fill="F8F9FA"/>
            <w:vAlign w:val="center"/>
            <w:hideMark/>
          </w:tcPr>
          <w:p w14:paraId="6C76B673"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Sharath Chandra Raju</w:t>
            </w:r>
          </w:p>
        </w:tc>
      </w:tr>
      <w:tr w:rsidR="009D2884" w:rsidRPr="009D2884" w14:paraId="6BCCC577"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08DC0B6F"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34</w:t>
            </w:r>
          </w:p>
        </w:tc>
        <w:tc>
          <w:tcPr>
            <w:tcW w:w="1720" w:type="dxa"/>
            <w:tcBorders>
              <w:top w:val="nil"/>
              <w:left w:val="nil"/>
              <w:bottom w:val="single" w:sz="4" w:space="0" w:color="auto"/>
              <w:right w:val="single" w:sz="4" w:space="0" w:color="auto"/>
            </w:tcBorders>
            <w:shd w:val="clear" w:color="000000" w:fill="FFFFFF"/>
            <w:vAlign w:val="center"/>
            <w:hideMark/>
          </w:tcPr>
          <w:p w14:paraId="7CAF6428"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111724039035</w:t>
            </w:r>
          </w:p>
        </w:tc>
        <w:tc>
          <w:tcPr>
            <w:tcW w:w="1780" w:type="dxa"/>
            <w:tcBorders>
              <w:top w:val="nil"/>
              <w:left w:val="nil"/>
              <w:bottom w:val="single" w:sz="4" w:space="0" w:color="auto"/>
              <w:right w:val="single" w:sz="4" w:space="0" w:color="auto"/>
            </w:tcBorders>
            <w:shd w:val="clear" w:color="000000" w:fill="FFFFFF"/>
            <w:vAlign w:val="center"/>
            <w:hideMark/>
          </w:tcPr>
          <w:p w14:paraId="6FA253A1"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NASA KOUSHIK</w:t>
            </w:r>
          </w:p>
        </w:tc>
        <w:tc>
          <w:tcPr>
            <w:tcW w:w="1540" w:type="dxa"/>
            <w:tcBorders>
              <w:top w:val="nil"/>
              <w:left w:val="nil"/>
              <w:bottom w:val="single" w:sz="4" w:space="0" w:color="auto"/>
              <w:right w:val="single" w:sz="4" w:space="0" w:color="auto"/>
            </w:tcBorders>
            <w:shd w:val="clear" w:color="000000" w:fill="FFFFFF"/>
            <w:vAlign w:val="center"/>
            <w:hideMark/>
          </w:tcPr>
          <w:p w14:paraId="416F467E"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App development</w:t>
            </w:r>
          </w:p>
        </w:tc>
        <w:tc>
          <w:tcPr>
            <w:tcW w:w="1940" w:type="dxa"/>
            <w:tcBorders>
              <w:top w:val="nil"/>
              <w:left w:val="nil"/>
              <w:bottom w:val="single" w:sz="4" w:space="0" w:color="auto"/>
              <w:right w:val="single" w:sz="4" w:space="0" w:color="auto"/>
            </w:tcBorders>
            <w:shd w:val="clear" w:color="000000" w:fill="FFFFFF"/>
            <w:vAlign w:val="center"/>
            <w:hideMark/>
          </w:tcPr>
          <w:p w14:paraId="64F0251D"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Shaik Mudassir</w:t>
            </w:r>
          </w:p>
        </w:tc>
      </w:tr>
      <w:tr w:rsidR="009D2884" w:rsidRPr="009D2884" w14:paraId="20EF5A45"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29C050B5"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35</w:t>
            </w:r>
          </w:p>
        </w:tc>
        <w:tc>
          <w:tcPr>
            <w:tcW w:w="1720" w:type="dxa"/>
            <w:tcBorders>
              <w:top w:val="nil"/>
              <w:left w:val="nil"/>
              <w:bottom w:val="single" w:sz="4" w:space="0" w:color="auto"/>
              <w:right w:val="single" w:sz="4" w:space="0" w:color="auto"/>
            </w:tcBorders>
            <w:shd w:val="clear" w:color="000000" w:fill="FFFFFF"/>
            <w:vAlign w:val="center"/>
            <w:hideMark/>
          </w:tcPr>
          <w:p w14:paraId="51E4E793"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111724039036</w:t>
            </w:r>
          </w:p>
        </w:tc>
        <w:tc>
          <w:tcPr>
            <w:tcW w:w="1780" w:type="dxa"/>
            <w:tcBorders>
              <w:top w:val="nil"/>
              <w:left w:val="nil"/>
              <w:bottom w:val="single" w:sz="4" w:space="0" w:color="auto"/>
              <w:right w:val="single" w:sz="4" w:space="0" w:color="auto"/>
            </w:tcBorders>
            <w:shd w:val="clear" w:color="000000" w:fill="FFFFFF"/>
            <w:vAlign w:val="center"/>
            <w:hideMark/>
          </w:tcPr>
          <w:p w14:paraId="5594D89B"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proofErr w:type="gramStart"/>
            <w:r w:rsidRPr="009D2884">
              <w:rPr>
                <w:rFonts w:ascii="Roboto" w:eastAsia="Times New Roman" w:hAnsi="Roboto" w:cs="Times New Roman"/>
                <w:color w:val="333333"/>
                <w:kern w:val="0"/>
                <w:sz w:val="20"/>
                <w:szCs w:val="20"/>
                <w:lang w:eastAsia="en-IN"/>
                <w14:ligatures w14:val="none"/>
              </w:rPr>
              <w:t>P.Preetham</w:t>
            </w:r>
            <w:proofErr w:type="spellEnd"/>
            <w:proofErr w:type="gramEnd"/>
            <w:r w:rsidRPr="009D2884">
              <w:rPr>
                <w:rFonts w:ascii="Roboto" w:eastAsia="Times New Roman" w:hAnsi="Roboto" w:cs="Times New Roman"/>
                <w:color w:val="333333"/>
                <w:kern w:val="0"/>
                <w:sz w:val="20"/>
                <w:szCs w:val="20"/>
                <w:lang w:eastAsia="en-IN"/>
                <w14:ligatures w14:val="none"/>
              </w:rPr>
              <w:t xml:space="preserve"> chary</w:t>
            </w:r>
          </w:p>
        </w:tc>
        <w:tc>
          <w:tcPr>
            <w:tcW w:w="1540" w:type="dxa"/>
            <w:tcBorders>
              <w:top w:val="nil"/>
              <w:left w:val="nil"/>
              <w:bottom w:val="single" w:sz="4" w:space="0" w:color="auto"/>
              <w:right w:val="single" w:sz="4" w:space="0" w:color="auto"/>
            </w:tcBorders>
            <w:shd w:val="clear" w:color="000000" w:fill="FFFFFF"/>
            <w:vAlign w:val="center"/>
            <w:hideMark/>
          </w:tcPr>
          <w:p w14:paraId="4A4682DB"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Data analytics</w:t>
            </w:r>
          </w:p>
        </w:tc>
        <w:tc>
          <w:tcPr>
            <w:tcW w:w="1940" w:type="dxa"/>
            <w:tcBorders>
              <w:top w:val="nil"/>
              <w:left w:val="nil"/>
              <w:bottom w:val="single" w:sz="4" w:space="0" w:color="auto"/>
              <w:right w:val="single" w:sz="4" w:space="0" w:color="auto"/>
            </w:tcBorders>
            <w:shd w:val="clear" w:color="000000" w:fill="FFFFFF"/>
            <w:vAlign w:val="center"/>
            <w:hideMark/>
          </w:tcPr>
          <w:p w14:paraId="0E16EF84"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Myna</w:t>
            </w:r>
          </w:p>
        </w:tc>
      </w:tr>
      <w:tr w:rsidR="009D2884" w:rsidRPr="009D2884" w14:paraId="30DFA965"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1966CF34"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36</w:t>
            </w:r>
          </w:p>
        </w:tc>
        <w:tc>
          <w:tcPr>
            <w:tcW w:w="1720" w:type="dxa"/>
            <w:tcBorders>
              <w:top w:val="nil"/>
              <w:left w:val="nil"/>
              <w:bottom w:val="single" w:sz="4" w:space="0" w:color="auto"/>
              <w:right w:val="single" w:sz="4" w:space="0" w:color="auto"/>
            </w:tcBorders>
            <w:shd w:val="clear" w:color="000000" w:fill="F8F9FA"/>
            <w:vAlign w:val="center"/>
            <w:hideMark/>
          </w:tcPr>
          <w:p w14:paraId="1827B1F8"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111724039037</w:t>
            </w:r>
          </w:p>
        </w:tc>
        <w:tc>
          <w:tcPr>
            <w:tcW w:w="1780" w:type="dxa"/>
            <w:tcBorders>
              <w:top w:val="nil"/>
              <w:left w:val="nil"/>
              <w:bottom w:val="single" w:sz="4" w:space="0" w:color="auto"/>
              <w:right w:val="single" w:sz="4" w:space="0" w:color="auto"/>
            </w:tcBorders>
            <w:shd w:val="clear" w:color="000000" w:fill="F8F9FA"/>
            <w:vAlign w:val="center"/>
            <w:hideMark/>
          </w:tcPr>
          <w:p w14:paraId="45E333C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Yuvaraj</w:t>
            </w:r>
          </w:p>
        </w:tc>
        <w:tc>
          <w:tcPr>
            <w:tcW w:w="1540" w:type="dxa"/>
            <w:tcBorders>
              <w:top w:val="nil"/>
              <w:left w:val="nil"/>
              <w:bottom w:val="single" w:sz="4" w:space="0" w:color="auto"/>
              <w:right w:val="single" w:sz="4" w:space="0" w:color="auto"/>
            </w:tcBorders>
            <w:shd w:val="clear" w:color="000000" w:fill="F8F9FA"/>
            <w:vAlign w:val="center"/>
            <w:hideMark/>
          </w:tcPr>
          <w:p w14:paraId="384684CE"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Web programming</w:t>
            </w:r>
          </w:p>
        </w:tc>
        <w:tc>
          <w:tcPr>
            <w:tcW w:w="1940" w:type="dxa"/>
            <w:tcBorders>
              <w:top w:val="nil"/>
              <w:left w:val="nil"/>
              <w:bottom w:val="single" w:sz="4" w:space="0" w:color="auto"/>
              <w:right w:val="single" w:sz="4" w:space="0" w:color="auto"/>
            </w:tcBorders>
            <w:shd w:val="clear" w:color="000000" w:fill="F8F9FA"/>
            <w:vAlign w:val="center"/>
            <w:hideMark/>
          </w:tcPr>
          <w:p w14:paraId="0461A410"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SRK sir</w:t>
            </w:r>
          </w:p>
        </w:tc>
      </w:tr>
      <w:tr w:rsidR="009D2884" w:rsidRPr="009D2884" w14:paraId="2DB20C97"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0F724848"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37</w:t>
            </w:r>
          </w:p>
        </w:tc>
        <w:tc>
          <w:tcPr>
            <w:tcW w:w="1720" w:type="dxa"/>
            <w:tcBorders>
              <w:top w:val="nil"/>
              <w:left w:val="nil"/>
              <w:bottom w:val="single" w:sz="4" w:space="0" w:color="auto"/>
              <w:right w:val="single" w:sz="4" w:space="0" w:color="auto"/>
            </w:tcBorders>
            <w:shd w:val="clear" w:color="000000" w:fill="FFFFFF"/>
            <w:vAlign w:val="center"/>
            <w:hideMark/>
          </w:tcPr>
          <w:p w14:paraId="2E4BBBAA"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111724039038</w:t>
            </w:r>
          </w:p>
        </w:tc>
        <w:tc>
          <w:tcPr>
            <w:tcW w:w="1780" w:type="dxa"/>
            <w:tcBorders>
              <w:top w:val="nil"/>
              <w:left w:val="nil"/>
              <w:bottom w:val="single" w:sz="4" w:space="0" w:color="auto"/>
              <w:right w:val="single" w:sz="4" w:space="0" w:color="auto"/>
            </w:tcBorders>
            <w:shd w:val="clear" w:color="000000" w:fill="FFFFFF"/>
            <w:vAlign w:val="center"/>
            <w:hideMark/>
          </w:tcPr>
          <w:p w14:paraId="2A6B2381"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Bhavanteja</w:t>
            </w:r>
            <w:proofErr w:type="spellEnd"/>
          </w:p>
        </w:tc>
        <w:tc>
          <w:tcPr>
            <w:tcW w:w="1540" w:type="dxa"/>
            <w:tcBorders>
              <w:top w:val="nil"/>
              <w:left w:val="nil"/>
              <w:bottom w:val="single" w:sz="4" w:space="0" w:color="auto"/>
              <w:right w:val="single" w:sz="4" w:space="0" w:color="auto"/>
            </w:tcBorders>
            <w:shd w:val="clear" w:color="000000" w:fill="FFFFFF"/>
            <w:vAlign w:val="center"/>
            <w:hideMark/>
          </w:tcPr>
          <w:p w14:paraId="6B3DCEEC"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 xml:space="preserve">The </w:t>
            </w:r>
            <w:proofErr w:type="spellStart"/>
            <w:r w:rsidRPr="009D2884">
              <w:rPr>
                <w:rFonts w:ascii="Roboto" w:eastAsia="Times New Roman" w:hAnsi="Roboto" w:cs="Times New Roman"/>
                <w:color w:val="333333"/>
                <w:kern w:val="0"/>
                <w:sz w:val="20"/>
                <w:szCs w:val="20"/>
                <w:lang w:eastAsia="en-IN"/>
                <w14:ligatures w14:val="none"/>
              </w:rPr>
              <w:t>hindustani</w:t>
            </w:r>
            <w:proofErr w:type="spellEnd"/>
            <w:r w:rsidRPr="009D2884">
              <w:rPr>
                <w:rFonts w:ascii="Roboto" w:eastAsia="Times New Roman" w:hAnsi="Roboto" w:cs="Times New Roman"/>
                <w:color w:val="333333"/>
                <w:kern w:val="0"/>
                <w:sz w:val="20"/>
                <w:szCs w:val="20"/>
                <w:lang w:eastAsia="en-IN"/>
                <w14:ligatures w14:val="none"/>
              </w:rPr>
              <w:t xml:space="preserve"> flute</w:t>
            </w:r>
          </w:p>
        </w:tc>
        <w:tc>
          <w:tcPr>
            <w:tcW w:w="1940" w:type="dxa"/>
            <w:tcBorders>
              <w:top w:val="nil"/>
              <w:left w:val="nil"/>
              <w:bottom w:val="single" w:sz="4" w:space="0" w:color="auto"/>
              <w:right w:val="single" w:sz="4" w:space="0" w:color="auto"/>
            </w:tcBorders>
            <w:shd w:val="clear" w:color="000000" w:fill="FFFFFF"/>
            <w:vAlign w:val="center"/>
            <w:hideMark/>
          </w:tcPr>
          <w:p w14:paraId="3D382361"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Balu sir</w:t>
            </w:r>
          </w:p>
        </w:tc>
      </w:tr>
      <w:tr w:rsidR="009D2884" w:rsidRPr="009D2884" w14:paraId="4CA730B1"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2299DA38"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38</w:t>
            </w:r>
          </w:p>
        </w:tc>
        <w:tc>
          <w:tcPr>
            <w:tcW w:w="1720" w:type="dxa"/>
            <w:tcBorders>
              <w:top w:val="nil"/>
              <w:left w:val="nil"/>
              <w:bottom w:val="single" w:sz="4" w:space="0" w:color="auto"/>
              <w:right w:val="single" w:sz="4" w:space="0" w:color="auto"/>
            </w:tcBorders>
            <w:shd w:val="clear" w:color="000000" w:fill="F8F9FA"/>
            <w:vAlign w:val="center"/>
            <w:hideMark/>
          </w:tcPr>
          <w:p w14:paraId="03555643"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111724039039</w:t>
            </w:r>
          </w:p>
        </w:tc>
        <w:tc>
          <w:tcPr>
            <w:tcW w:w="1780" w:type="dxa"/>
            <w:tcBorders>
              <w:top w:val="nil"/>
              <w:left w:val="nil"/>
              <w:bottom w:val="single" w:sz="4" w:space="0" w:color="auto"/>
              <w:right w:val="single" w:sz="4" w:space="0" w:color="auto"/>
            </w:tcBorders>
            <w:shd w:val="clear" w:color="000000" w:fill="F8F9FA"/>
            <w:vAlign w:val="center"/>
            <w:hideMark/>
          </w:tcPr>
          <w:p w14:paraId="7BDAF97D"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Pavan Kumawat</w:t>
            </w:r>
          </w:p>
        </w:tc>
        <w:tc>
          <w:tcPr>
            <w:tcW w:w="1540" w:type="dxa"/>
            <w:tcBorders>
              <w:top w:val="nil"/>
              <w:left w:val="nil"/>
              <w:bottom w:val="single" w:sz="4" w:space="0" w:color="auto"/>
              <w:right w:val="single" w:sz="4" w:space="0" w:color="auto"/>
            </w:tcBorders>
            <w:shd w:val="clear" w:color="000000" w:fill="F8F9FA"/>
            <w:vAlign w:val="center"/>
            <w:hideMark/>
          </w:tcPr>
          <w:p w14:paraId="1AA2369D"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Vfx</w:t>
            </w:r>
            <w:proofErr w:type="spellEnd"/>
          </w:p>
        </w:tc>
        <w:tc>
          <w:tcPr>
            <w:tcW w:w="1940" w:type="dxa"/>
            <w:tcBorders>
              <w:top w:val="nil"/>
              <w:left w:val="nil"/>
              <w:bottom w:val="single" w:sz="4" w:space="0" w:color="auto"/>
              <w:right w:val="single" w:sz="4" w:space="0" w:color="auto"/>
            </w:tcBorders>
            <w:shd w:val="clear" w:color="000000" w:fill="F8F9FA"/>
            <w:vAlign w:val="center"/>
            <w:hideMark/>
          </w:tcPr>
          <w:p w14:paraId="5C15D55D"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 xml:space="preserve">Sharath </w:t>
            </w:r>
            <w:proofErr w:type="spellStart"/>
            <w:r w:rsidRPr="009D2884">
              <w:rPr>
                <w:rFonts w:ascii="Roboto" w:eastAsia="Times New Roman" w:hAnsi="Roboto" w:cs="Times New Roman"/>
                <w:color w:val="333333"/>
                <w:kern w:val="0"/>
                <w:sz w:val="20"/>
                <w:szCs w:val="20"/>
                <w:lang w:eastAsia="en-IN"/>
                <w14:ligatures w14:val="none"/>
              </w:rPr>
              <w:t>chandra</w:t>
            </w:r>
            <w:proofErr w:type="spellEnd"/>
            <w:r w:rsidRPr="009D2884">
              <w:rPr>
                <w:rFonts w:ascii="Roboto" w:eastAsia="Times New Roman" w:hAnsi="Roboto" w:cs="Times New Roman"/>
                <w:color w:val="333333"/>
                <w:kern w:val="0"/>
                <w:sz w:val="20"/>
                <w:szCs w:val="20"/>
                <w:lang w:eastAsia="en-IN"/>
                <w14:ligatures w14:val="none"/>
              </w:rPr>
              <w:t xml:space="preserve"> </w:t>
            </w:r>
            <w:proofErr w:type="spellStart"/>
            <w:r w:rsidRPr="009D2884">
              <w:rPr>
                <w:rFonts w:ascii="Roboto" w:eastAsia="Times New Roman" w:hAnsi="Roboto" w:cs="Times New Roman"/>
                <w:color w:val="333333"/>
                <w:kern w:val="0"/>
                <w:sz w:val="20"/>
                <w:szCs w:val="20"/>
                <w:lang w:eastAsia="en-IN"/>
                <w14:ligatures w14:val="none"/>
              </w:rPr>
              <w:t>raju</w:t>
            </w:r>
            <w:proofErr w:type="spellEnd"/>
          </w:p>
        </w:tc>
      </w:tr>
      <w:tr w:rsidR="009D2884" w:rsidRPr="009D2884" w14:paraId="1178FE62" w14:textId="77777777" w:rsidTr="009D2884">
        <w:trPr>
          <w:trHeight w:val="720"/>
        </w:trPr>
        <w:tc>
          <w:tcPr>
            <w:tcW w:w="960" w:type="dxa"/>
            <w:tcBorders>
              <w:top w:val="nil"/>
              <w:left w:val="single" w:sz="4" w:space="0" w:color="auto"/>
              <w:bottom w:val="single" w:sz="4" w:space="0" w:color="auto"/>
              <w:right w:val="single" w:sz="4" w:space="0" w:color="auto"/>
            </w:tcBorders>
            <w:noWrap/>
            <w:vAlign w:val="bottom"/>
            <w:hideMark/>
          </w:tcPr>
          <w:p w14:paraId="4503E352"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39</w:t>
            </w:r>
          </w:p>
        </w:tc>
        <w:tc>
          <w:tcPr>
            <w:tcW w:w="1720" w:type="dxa"/>
            <w:tcBorders>
              <w:top w:val="nil"/>
              <w:left w:val="nil"/>
              <w:bottom w:val="single" w:sz="4" w:space="0" w:color="auto"/>
              <w:right w:val="single" w:sz="4" w:space="0" w:color="auto"/>
            </w:tcBorders>
            <w:shd w:val="clear" w:color="000000" w:fill="FFFFFF"/>
            <w:vAlign w:val="center"/>
            <w:hideMark/>
          </w:tcPr>
          <w:p w14:paraId="4134A5A5"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111724039040</w:t>
            </w:r>
          </w:p>
        </w:tc>
        <w:tc>
          <w:tcPr>
            <w:tcW w:w="1780" w:type="dxa"/>
            <w:tcBorders>
              <w:top w:val="nil"/>
              <w:left w:val="nil"/>
              <w:bottom w:val="single" w:sz="4" w:space="0" w:color="auto"/>
              <w:right w:val="single" w:sz="4" w:space="0" w:color="auto"/>
            </w:tcBorders>
            <w:shd w:val="clear" w:color="000000" w:fill="FFFFFF"/>
            <w:vAlign w:val="center"/>
            <w:hideMark/>
          </w:tcPr>
          <w:p w14:paraId="1BC37127"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proofErr w:type="gramStart"/>
            <w:r w:rsidRPr="009D2884">
              <w:rPr>
                <w:rFonts w:ascii="Roboto" w:eastAsia="Times New Roman" w:hAnsi="Roboto" w:cs="Times New Roman"/>
                <w:color w:val="333333"/>
                <w:kern w:val="0"/>
                <w:sz w:val="20"/>
                <w:szCs w:val="20"/>
                <w:lang w:eastAsia="en-IN"/>
                <w14:ligatures w14:val="none"/>
              </w:rPr>
              <w:t>P.Manicharan</w:t>
            </w:r>
            <w:proofErr w:type="spellEnd"/>
            <w:proofErr w:type="gramEnd"/>
          </w:p>
        </w:tc>
        <w:tc>
          <w:tcPr>
            <w:tcW w:w="1540" w:type="dxa"/>
            <w:tcBorders>
              <w:top w:val="nil"/>
              <w:left w:val="nil"/>
              <w:bottom w:val="single" w:sz="4" w:space="0" w:color="auto"/>
              <w:right w:val="single" w:sz="4" w:space="0" w:color="auto"/>
            </w:tcBorders>
            <w:shd w:val="clear" w:color="000000" w:fill="FFFFFF"/>
            <w:vAlign w:val="center"/>
            <w:hideMark/>
          </w:tcPr>
          <w:p w14:paraId="33D8A036"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 xml:space="preserve">Ai &amp; Date Science </w:t>
            </w:r>
            <w:proofErr w:type="spellStart"/>
            <w:r w:rsidRPr="009D2884">
              <w:rPr>
                <w:rFonts w:ascii="Roboto" w:eastAsia="Times New Roman" w:hAnsi="Roboto" w:cs="Times New Roman"/>
                <w:color w:val="333333"/>
                <w:kern w:val="0"/>
                <w:sz w:val="20"/>
                <w:szCs w:val="20"/>
                <w:lang w:eastAsia="en-IN"/>
                <w14:ligatures w14:val="none"/>
              </w:rPr>
              <w:t>Essincials</w:t>
            </w:r>
            <w:proofErr w:type="spellEnd"/>
          </w:p>
        </w:tc>
        <w:tc>
          <w:tcPr>
            <w:tcW w:w="1940" w:type="dxa"/>
            <w:tcBorders>
              <w:top w:val="nil"/>
              <w:left w:val="nil"/>
              <w:bottom w:val="single" w:sz="4" w:space="0" w:color="auto"/>
              <w:right w:val="single" w:sz="4" w:space="0" w:color="auto"/>
            </w:tcBorders>
            <w:shd w:val="clear" w:color="000000" w:fill="FFFFFF"/>
            <w:vAlign w:val="center"/>
            <w:hideMark/>
          </w:tcPr>
          <w:p w14:paraId="1887168E"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V. Shirisha</w:t>
            </w:r>
          </w:p>
        </w:tc>
      </w:tr>
      <w:tr w:rsidR="009D2884" w:rsidRPr="009D2884" w14:paraId="7311A5C6"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69C3C34D"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40</w:t>
            </w:r>
          </w:p>
        </w:tc>
        <w:tc>
          <w:tcPr>
            <w:tcW w:w="1720" w:type="dxa"/>
            <w:tcBorders>
              <w:top w:val="nil"/>
              <w:left w:val="nil"/>
              <w:bottom w:val="single" w:sz="4" w:space="0" w:color="auto"/>
              <w:right w:val="single" w:sz="4" w:space="0" w:color="auto"/>
            </w:tcBorders>
            <w:shd w:val="clear" w:color="000000" w:fill="F8F9FA"/>
            <w:vAlign w:val="center"/>
            <w:hideMark/>
          </w:tcPr>
          <w:p w14:paraId="162848AD"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111724039041</w:t>
            </w:r>
          </w:p>
        </w:tc>
        <w:tc>
          <w:tcPr>
            <w:tcW w:w="1780" w:type="dxa"/>
            <w:tcBorders>
              <w:top w:val="nil"/>
              <w:left w:val="nil"/>
              <w:bottom w:val="single" w:sz="4" w:space="0" w:color="auto"/>
              <w:right w:val="single" w:sz="4" w:space="0" w:color="auto"/>
            </w:tcBorders>
            <w:shd w:val="clear" w:color="000000" w:fill="F8F9FA"/>
            <w:vAlign w:val="center"/>
            <w:hideMark/>
          </w:tcPr>
          <w:p w14:paraId="2278D750"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Potharaju</w:t>
            </w:r>
            <w:proofErr w:type="spellEnd"/>
            <w:r w:rsidRPr="009D2884">
              <w:rPr>
                <w:rFonts w:ascii="Roboto" w:eastAsia="Times New Roman" w:hAnsi="Roboto" w:cs="Times New Roman"/>
                <w:color w:val="333333"/>
                <w:kern w:val="0"/>
                <w:sz w:val="20"/>
                <w:szCs w:val="20"/>
                <w:lang w:eastAsia="en-IN"/>
                <w14:ligatures w14:val="none"/>
              </w:rPr>
              <w:t xml:space="preserve"> Abhiram Adithya</w:t>
            </w:r>
          </w:p>
        </w:tc>
        <w:tc>
          <w:tcPr>
            <w:tcW w:w="1540" w:type="dxa"/>
            <w:tcBorders>
              <w:top w:val="nil"/>
              <w:left w:val="nil"/>
              <w:bottom w:val="single" w:sz="4" w:space="0" w:color="auto"/>
              <w:right w:val="single" w:sz="4" w:space="0" w:color="auto"/>
            </w:tcBorders>
            <w:shd w:val="clear" w:color="000000" w:fill="F8F9FA"/>
            <w:vAlign w:val="center"/>
            <w:hideMark/>
          </w:tcPr>
          <w:p w14:paraId="10E8CFF6"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Character designing</w:t>
            </w:r>
          </w:p>
        </w:tc>
        <w:tc>
          <w:tcPr>
            <w:tcW w:w="1940" w:type="dxa"/>
            <w:tcBorders>
              <w:top w:val="nil"/>
              <w:left w:val="nil"/>
              <w:bottom w:val="single" w:sz="4" w:space="0" w:color="auto"/>
              <w:right w:val="single" w:sz="4" w:space="0" w:color="auto"/>
            </w:tcBorders>
            <w:shd w:val="clear" w:color="000000" w:fill="F8F9FA"/>
            <w:vAlign w:val="center"/>
            <w:hideMark/>
          </w:tcPr>
          <w:p w14:paraId="4E7ED72D"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Ruhi mam</w:t>
            </w:r>
          </w:p>
        </w:tc>
      </w:tr>
      <w:tr w:rsidR="009D2884" w:rsidRPr="009D2884" w14:paraId="193303A8" w14:textId="77777777" w:rsidTr="009D2884">
        <w:trPr>
          <w:trHeight w:val="300"/>
        </w:trPr>
        <w:tc>
          <w:tcPr>
            <w:tcW w:w="960" w:type="dxa"/>
            <w:tcBorders>
              <w:top w:val="nil"/>
              <w:left w:val="single" w:sz="4" w:space="0" w:color="auto"/>
              <w:bottom w:val="single" w:sz="4" w:space="0" w:color="auto"/>
              <w:right w:val="single" w:sz="4" w:space="0" w:color="auto"/>
            </w:tcBorders>
            <w:noWrap/>
            <w:vAlign w:val="bottom"/>
            <w:hideMark/>
          </w:tcPr>
          <w:p w14:paraId="07118143"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41</w:t>
            </w:r>
          </w:p>
        </w:tc>
        <w:tc>
          <w:tcPr>
            <w:tcW w:w="1720" w:type="dxa"/>
            <w:tcBorders>
              <w:top w:val="nil"/>
              <w:left w:val="nil"/>
              <w:bottom w:val="single" w:sz="4" w:space="0" w:color="auto"/>
              <w:right w:val="single" w:sz="4" w:space="0" w:color="auto"/>
            </w:tcBorders>
            <w:shd w:val="clear" w:color="000000" w:fill="FFFFFF"/>
            <w:vAlign w:val="center"/>
            <w:hideMark/>
          </w:tcPr>
          <w:p w14:paraId="4598A335"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111724039042</w:t>
            </w:r>
          </w:p>
        </w:tc>
        <w:tc>
          <w:tcPr>
            <w:tcW w:w="1780" w:type="dxa"/>
            <w:tcBorders>
              <w:top w:val="nil"/>
              <w:left w:val="nil"/>
              <w:bottom w:val="single" w:sz="4" w:space="0" w:color="auto"/>
              <w:right w:val="single" w:sz="4" w:space="0" w:color="auto"/>
            </w:tcBorders>
            <w:shd w:val="clear" w:color="000000" w:fill="FFFFFF"/>
            <w:vAlign w:val="center"/>
            <w:hideMark/>
          </w:tcPr>
          <w:p w14:paraId="0BBA071E"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Pretambera</w:t>
            </w:r>
            <w:proofErr w:type="spellEnd"/>
          </w:p>
        </w:tc>
        <w:tc>
          <w:tcPr>
            <w:tcW w:w="1540" w:type="dxa"/>
            <w:tcBorders>
              <w:top w:val="nil"/>
              <w:left w:val="nil"/>
              <w:bottom w:val="single" w:sz="4" w:space="0" w:color="auto"/>
              <w:right w:val="single" w:sz="4" w:space="0" w:color="auto"/>
            </w:tcBorders>
            <w:shd w:val="clear" w:color="000000" w:fill="FFFFFF"/>
            <w:vAlign w:val="center"/>
            <w:hideMark/>
          </w:tcPr>
          <w:p w14:paraId="7AAFBBB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Visual effects</w:t>
            </w:r>
          </w:p>
        </w:tc>
        <w:tc>
          <w:tcPr>
            <w:tcW w:w="1940" w:type="dxa"/>
            <w:tcBorders>
              <w:top w:val="nil"/>
              <w:left w:val="nil"/>
              <w:bottom w:val="single" w:sz="4" w:space="0" w:color="auto"/>
              <w:right w:val="single" w:sz="4" w:space="0" w:color="auto"/>
            </w:tcBorders>
            <w:shd w:val="clear" w:color="000000" w:fill="FFFFFF"/>
            <w:vAlign w:val="center"/>
            <w:hideMark/>
          </w:tcPr>
          <w:p w14:paraId="42C1A064"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 xml:space="preserve">Sharath </w:t>
            </w:r>
            <w:proofErr w:type="spellStart"/>
            <w:r w:rsidRPr="009D2884">
              <w:rPr>
                <w:rFonts w:ascii="Roboto" w:eastAsia="Times New Roman" w:hAnsi="Roboto" w:cs="Times New Roman"/>
                <w:color w:val="333333"/>
                <w:kern w:val="0"/>
                <w:sz w:val="20"/>
                <w:szCs w:val="20"/>
                <w:lang w:eastAsia="en-IN"/>
                <w14:ligatures w14:val="none"/>
              </w:rPr>
              <w:t>chandra</w:t>
            </w:r>
            <w:proofErr w:type="spellEnd"/>
            <w:r w:rsidRPr="009D2884">
              <w:rPr>
                <w:rFonts w:ascii="Roboto" w:eastAsia="Times New Roman" w:hAnsi="Roboto" w:cs="Times New Roman"/>
                <w:color w:val="333333"/>
                <w:kern w:val="0"/>
                <w:sz w:val="20"/>
                <w:szCs w:val="20"/>
                <w:lang w:eastAsia="en-IN"/>
                <w14:ligatures w14:val="none"/>
              </w:rPr>
              <w:t xml:space="preserve"> </w:t>
            </w:r>
            <w:proofErr w:type="spellStart"/>
            <w:r w:rsidRPr="009D2884">
              <w:rPr>
                <w:rFonts w:ascii="Roboto" w:eastAsia="Times New Roman" w:hAnsi="Roboto" w:cs="Times New Roman"/>
                <w:color w:val="333333"/>
                <w:kern w:val="0"/>
                <w:sz w:val="20"/>
                <w:szCs w:val="20"/>
                <w:lang w:eastAsia="en-IN"/>
                <w14:ligatures w14:val="none"/>
              </w:rPr>
              <w:t>raju</w:t>
            </w:r>
            <w:proofErr w:type="spellEnd"/>
          </w:p>
        </w:tc>
      </w:tr>
      <w:tr w:rsidR="009D2884" w:rsidRPr="009D2884" w14:paraId="3CBE1E3F"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55200A03"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lastRenderedPageBreak/>
              <w:t>42</w:t>
            </w:r>
          </w:p>
        </w:tc>
        <w:tc>
          <w:tcPr>
            <w:tcW w:w="1720" w:type="dxa"/>
            <w:tcBorders>
              <w:top w:val="nil"/>
              <w:left w:val="nil"/>
              <w:bottom w:val="single" w:sz="4" w:space="0" w:color="auto"/>
              <w:right w:val="single" w:sz="4" w:space="0" w:color="auto"/>
            </w:tcBorders>
            <w:shd w:val="clear" w:color="000000" w:fill="F8F9FA"/>
            <w:vAlign w:val="center"/>
            <w:hideMark/>
          </w:tcPr>
          <w:p w14:paraId="492D07F4"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111724039043</w:t>
            </w:r>
          </w:p>
        </w:tc>
        <w:tc>
          <w:tcPr>
            <w:tcW w:w="1780" w:type="dxa"/>
            <w:tcBorders>
              <w:top w:val="nil"/>
              <w:left w:val="nil"/>
              <w:bottom w:val="single" w:sz="4" w:space="0" w:color="auto"/>
              <w:right w:val="single" w:sz="4" w:space="0" w:color="auto"/>
            </w:tcBorders>
            <w:shd w:val="clear" w:color="000000" w:fill="F8F9FA"/>
            <w:vAlign w:val="center"/>
            <w:hideMark/>
          </w:tcPr>
          <w:p w14:paraId="5F9706F0"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Rohit Sahni</w:t>
            </w:r>
          </w:p>
        </w:tc>
        <w:tc>
          <w:tcPr>
            <w:tcW w:w="1540" w:type="dxa"/>
            <w:tcBorders>
              <w:top w:val="nil"/>
              <w:left w:val="nil"/>
              <w:bottom w:val="single" w:sz="4" w:space="0" w:color="auto"/>
              <w:right w:val="single" w:sz="4" w:space="0" w:color="auto"/>
            </w:tcBorders>
            <w:shd w:val="clear" w:color="000000" w:fill="F8F9FA"/>
            <w:vAlign w:val="center"/>
            <w:hideMark/>
          </w:tcPr>
          <w:p w14:paraId="3FF2033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Digital marketing</w:t>
            </w:r>
          </w:p>
        </w:tc>
        <w:tc>
          <w:tcPr>
            <w:tcW w:w="1940" w:type="dxa"/>
            <w:tcBorders>
              <w:top w:val="nil"/>
              <w:left w:val="nil"/>
              <w:bottom w:val="single" w:sz="4" w:space="0" w:color="auto"/>
              <w:right w:val="single" w:sz="4" w:space="0" w:color="auto"/>
            </w:tcBorders>
            <w:shd w:val="clear" w:color="000000" w:fill="F8F9FA"/>
            <w:vAlign w:val="center"/>
            <w:hideMark/>
          </w:tcPr>
          <w:p w14:paraId="427279F9"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 xml:space="preserve">Fahad </w:t>
            </w:r>
            <w:proofErr w:type="spellStart"/>
            <w:r w:rsidRPr="009D2884">
              <w:rPr>
                <w:rFonts w:ascii="Roboto" w:eastAsia="Times New Roman" w:hAnsi="Roboto" w:cs="Times New Roman"/>
                <w:color w:val="333333"/>
                <w:kern w:val="0"/>
                <w:sz w:val="20"/>
                <w:szCs w:val="20"/>
                <w:lang w:eastAsia="en-IN"/>
                <w14:ligatures w14:val="none"/>
              </w:rPr>
              <w:t>hassan</w:t>
            </w:r>
            <w:proofErr w:type="spellEnd"/>
          </w:p>
        </w:tc>
      </w:tr>
      <w:tr w:rsidR="009D2884" w:rsidRPr="009D2884" w14:paraId="2B2B5482"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649B3A17"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43</w:t>
            </w:r>
          </w:p>
        </w:tc>
        <w:tc>
          <w:tcPr>
            <w:tcW w:w="1720" w:type="dxa"/>
            <w:tcBorders>
              <w:top w:val="nil"/>
              <w:left w:val="nil"/>
              <w:bottom w:val="single" w:sz="4" w:space="0" w:color="auto"/>
              <w:right w:val="single" w:sz="4" w:space="0" w:color="auto"/>
            </w:tcBorders>
            <w:shd w:val="clear" w:color="000000" w:fill="F8F9FA"/>
            <w:vAlign w:val="center"/>
            <w:hideMark/>
          </w:tcPr>
          <w:p w14:paraId="32107114"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111724039044</w:t>
            </w:r>
          </w:p>
        </w:tc>
        <w:tc>
          <w:tcPr>
            <w:tcW w:w="1780" w:type="dxa"/>
            <w:tcBorders>
              <w:top w:val="nil"/>
              <w:left w:val="nil"/>
              <w:bottom w:val="single" w:sz="4" w:space="0" w:color="auto"/>
              <w:right w:val="single" w:sz="4" w:space="0" w:color="auto"/>
            </w:tcBorders>
            <w:shd w:val="clear" w:color="000000" w:fill="F8F9FA"/>
            <w:vAlign w:val="center"/>
            <w:hideMark/>
          </w:tcPr>
          <w:p w14:paraId="3BCED53F"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Vikram Adhitya</w:t>
            </w:r>
          </w:p>
        </w:tc>
        <w:tc>
          <w:tcPr>
            <w:tcW w:w="1540" w:type="dxa"/>
            <w:tcBorders>
              <w:top w:val="nil"/>
              <w:left w:val="nil"/>
              <w:bottom w:val="single" w:sz="4" w:space="0" w:color="auto"/>
              <w:right w:val="single" w:sz="4" w:space="0" w:color="auto"/>
            </w:tcBorders>
            <w:shd w:val="clear" w:color="000000" w:fill="F8F9FA"/>
            <w:vAlign w:val="center"/>
            <w:hideMark/>
          </w:tcPr>
          <w:p w14:paraId="08D7A895"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Web programming</w:t>
            </w:r>
          </w:p>
        </w:tc>
        <w:tc>
          <w:tcPr>
            <w:tcW w:w="1940" w:type="dxa"/>
            <w:tcBorders>
              <w:top w:val="nil"/>
              <w:left w:val="nil"/>
              <w:bottom w:val="single" w:sz="4" w:space="0" w:color="auto"/>
              <w:right w:val="single" w:sz="4" w:space="0" w:color="auto"/>
            </w:tcBorders>
            <w:shd w:val="clear" w:color="000000" w:fill="F8F9FA"/>
            <w:vAlign w:val="center"/>
            <w:hideMark/>
          </w:tcPr>
          <w:p w14:paraId="546B15AC"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Srk</w:t>
            </w:r>
            <w:proofErr w:type="spellEnd"/>
            <w:r w:rsidRPr="009D2884">
              <w:rPr>
                <w:rFonts w:ascii="Roboto" w:eastAsia="Times New Roman" w:hAnsi="Roboto" w:cs="Times New Roman"/>
                <w:color w:val="333333"/>
                <w:kern w:val="0"/>
                <w:sz w:val="20"/>
                <w:szCs w:val="20"/>
                <w:lang w:eastAsia="en-IN"/>
                <w14:ligatures w14:val="none"/>
              </w:rPr>
              <w:t xml:space="preserve"> could hod</w:t>
            </w:r>
          </w:p>
        </w:tc>
      </w:tr>
      <w:tr w:rsidR="009D2884" w:rsidRPr="009D2884" w14:paraId="30FF0C64"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3855BDB8"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44</w:t>
            </w:r>
          </w:p>
        </w:tc>
        <w:tc>
          <w:tcPr>
            <w:tcW w:w="1720" w:type="dxa"/>
            <w:tcBorders>
              <w:top w:val="nil"/>
              <w:left w:val="nil"/>
              <w:bottom w:val="single" w:sz="4" w:space="0" w:color="auto"/>
              <w:right w:val="single" w:sz="4" w:space="0" w:color="auto"/>
            </w:tcBorders>
            <w:shd w:val="clear" w:color="000000" w:fill="F8F9FA"/>
            <w:vAlign w:val="center"/>
            <w:hideMark/>
          </w:tcPr>
          <w:p w14:paraId="4C5C020D"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111724039045</w:t>
            </w:r>
          </w:p>
        </w:tc>
        <w:tc>
          <w:tcPr>
            <w:tcW w:w="1780" w:type="dxa"/>
            <w:tcBorders>
              <w:top w:val="nil"/>
              <w:left w:val="nil"/>
              <w:bottom w:val="single" w:sz="4" w:space="0" w:color="auto"/>
              <w:right w:val="single" w:sz="4" w:space="0" w:color="auto"/>
            </w:tcBorders>
            <w:shd w:val="clear" w:color="000000" w:fill="F8F9FA"/>
            <w:vAlign w:val="center"/>
            <w:hideMark/>
          </w:tcPr>
          <w:p w14:paraId="00C78E22"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 xml:space="preserve">Hemanth </w:t>
            </w:r>
            <w:proofErr w:type="spellStart"/>
            <w:r w:rsidRPr="009D2884">
              <w:rPr>
                <w:rFonts w:ascii="Roboto" w:eastAsia="Times New Roman" w:hAnsi="Roboto" w:cs="Times New Roman"/>
                <w:color w:val="333333"/>
                <w:kern w:val="0"/>
                <w:sz w:val="20"/>
                <w:szCs w:val="20"/>
                <w:lang w:eastAsia="en-IN"/>
                <w14:ligatures w14:val="none"/>
              </w:rPr>
              <w:t>reddy</w:t>
            </w:r>
            <w:proofErr w:type="spellEnd"/>
          </w:p>
        </w:tc>
        <w:tc>
          <w:tcPr>
            <w:tcW w:w="1540" w:type="dxa"/>
            <w:tcBorders>
              <w:top w:val="nil"/>
              <w:left w:val="nil"/>
              <w:bottom w:val="single" w:sz="4" w:space="0" w:color="auto"/>
              <w:right w:val="single" w:sz="4" w:space="0" w:color="auto"/>
            </w:tcBorders>
            <w:shd w:val="clear" w:color="000000" w:fill="F8F9FA"/>
            <w:vAlign w:val="center"/>
            <w:hideMark/>
          </w:tcPr>
          <w:p w14:paraId="02A466ED"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Web programming</w:t>
            </w:r>
          </w:p>
        </w:tc>
        <w:tc>
          <w:tcPr>
            <w:tcW w:w="1940" w:type="dxa"/>
            <w:tcBorders>
              <w:top w:val="nil"/>
              <w:left w:val="nil"/>
              <w:bottom w:val="single" w:sz="4" w:space="0" w:color="auto"/>
              <w:right w:val="single" w:sz="4" w:space="0" w:color="auto"/>
            </w:tcBorders>
            <w:shd w:val="clear" w:color="000000" w:fill="F8F9FA"/>
            <w:vAlign w:val="center"/>
            <w:hideMark/>
          </w:tcPr>
          <w:p w14:paraId="780D4AE4"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Srk</w:t>
            </w:r>
            <w:proofErr w:type="spellEnd"/>
            <w:r w:rsidRPr="009D2884">
              <w:rPr>
                <w:rFonts w:ascii="Roboto" w:eastAsia="Times New Roman" w:hAnsi="Roboto" w:cs="Times New Roman"/>
                <w:color w:val="333333"/>
                <w:kern w:val="0"/>
                <w:sz w:val="20"/>
                <w:szCs w:val="20"/>
                <w:lang w:eastAsia="en-IN"/>
                <w14:ligatures w14:val="none"/>
              </w:rPr>
              <w:t xml:space="preserve"> could hod</w:t>
            </w:r>
          </w:p>
        </w:tc>
      </w:tr>
      <w:tr w:rsidR="009D2884" w:rsidRPr="009D2884" w14:paraId="0FDA51E5"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438B37B6"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45</w:t>
            </w:r>
          </w:p>
        </w:tc>
        <w:tc>
          <w:tcPr>
            <w:tcW w:w="1720" w:type="dxa"/>
            <w:tcBorders>
              <w:top w:val="nil"/>
              <w:left w:val="nil"/>
              <w:bottom w:val="single" w:sz="4" w:space="0" w:color="auto"/>
              <w:right w:val="single" w:sz="4" w:space="0" w:color="auto"/>
            </w:tcBorders>
            <w:shd w:val="clear" w:color="000000" w:fill="FFFFFF"/>
            <w:vAlign w:val="center"/>
            <w:hideMark/>
          </w:tcPr>
          <w:p w14:paraId="4EE523B9"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111724039046</w:t>
            </w:r>
          </w:p>
        </w:tc>
        <w:tc>
          <w:tcPr>
            <w:tcW w:w="1780" w:type="dxa"/>
            <w:tcBorders>
              <w:top w:val="nil"/>
              <w:left w:val="nil"/>
              <w:bottom w:val="single" w:sz="4" w:space="0" w:color="auto"/>
              <w:right w:val="single" w:sz="4" w:space="0" w:color="auto"/>
            </w:tcBorders>
            <w:shd w:val="clear" w:color="000000" w:fill="FFFFFF"/>
            <w:vAlign w:val="center"/>
            <w:hideMark/>
          </w:tcPr>
          <w:p w14:paraId="47984B8B"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S Chaitanya</w:t>
            </w:r>
          </w:p>
        </w:tc>
        <w:tc>
          <w:tcPr>
            <w:tcW w:w="1540" w:type="dxa"/>
            <w:tcBorders>
              <w:top w:val="nil"/>
              <w:left w:val="nil"/>
              <w:bottom w:val="single" w:sz="4" w:space="0" w:color="auto"/>
              <w:right w:val="single" w:sz="4" w:space="0" w:color="auto"/>
            </w:tcBorders>
            <w:shd w:val="clear" w:color="000000" w:fill="FFFFFF"/>
            <w:vAlign w:val="center"/>
            <w:hideMark/>
          </w:tcPr>
          <w:p w14:paraId="3896FD72"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web programming</w:t>
            </w:r>
          </w:p>
        </w:tc>
        <w:tc>
          <w:tcPr>
            <w:tcW w:w="1940" w:type="dxa"/>
            <w:tcBorders>
              <w:top w:val="nil"/>
              <w:left w:val="nil"/>
              <w:bottom w:val="single" w:sz="4" w:space="0" w:color="auto"/>
              <w:right w:val="single" w:sz="4" w:space="0" w:color="auto"/>
            </w:tcBorders>
            <w:shd w:val="clear" w:color="000000" w:fill="FFFFFF"/>
            <w:vAlign w:val="center"/>
            <w:hideMark/>
          </w:tcPr>
          <w:p w14:paraId="1385D21D"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SRK sir.</w:t>
            </w:r>
          </w:p>
        </w:tc>
      </w:tr>
      <w:tr w:rsidR="009D2884" w:rsidRPr="009D2884" w14:paraId="4021960B" w14:textId="77777777" w:rsidTr="009D2884">
        <w:trPr>
          <w:trHeight w:val="720"/>
        </w:trPr>
        <w:tc>
          <w:tcPr>
            <w:tcW w:w="960" w:type="dxa"/>
            <w:tcBorders>
              <w:top w:val="nil"/>
              <w:left w:val="single" w:sz="4" w:space="0" w:color="auto"/>
              <w:bottom w:val="single" w:sz="4" w:space="0" w:color="auto"/>
              <w:right w:val="single" w:sz="4" w:space="0" w:color="auto"/>
            </w:tcBorders>
            <w:noWrap/>
            <w:vAlign w:val="bottom"/>
            <w:hideMark/>
          </w:tcPr>
          <w:p w14:paraId="458469E0"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46</w:t>
            </w:r>
          </w:p>
        </w:tc>
        <w:tc>
          <w:tcPr>
            <w:tcW w:w="1720" w:type="dxa"/>
            <w:tcBorders>
              <w:top w:val="nil"/>
              <w:left w:val="nil"/>
              <w:bottom w:val="single" w:sz="4" w:space="0" w:color="auto"/>
              <w:right w:val="single" w:sz="4" w:space="0" w:color="auto"/>
            </w:tcBorders>
            <w:shd w:val="clear" w:color="000000" w:fill="F8F9FA"/>
            <w:vAlign w:val="center"/>
            <w:hideMark/>
          </w:tcPr>
          <w:p w14:paraId="03DE8C3F"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111724039047</w:t>
            </w:r>
          </w:p>
        </w:tc>
        <w:tc>
          <w:tcPr>
            <w:tcW w:w="1780" w:type="dxa"/>
            <w:tcBorders>
              <w:top w:val="nil"/>
              <w:left w:val="nil"/>
              <w:bottom w:val="single" w:sz="4" w:space="0" w:color="auto"/>
              <w:right w:val="single" w:sz="4" w:space="0" w:color="auto"/>
            </w:tcBorders>
            <w:shd w:val="clear" w:color="000000" w:fill="F8F9FA"/>
            <w:vAlign w:val="center"/>
            <w:hideMark/>
          </w:tcPr>
          <w:p w14:paraId="0BB70683"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V.vivek</w:t>
            </w:r>
            <w:proofErr w:type="spellEnd"/>
          </w:p>
        </w:tc>
        <w:tc>
          <w:tcPr>
            <w:tcW w:w="1540" w:type="dxa"/>
            <w:tcBorders>
              <w:top w:val="nil"/>
              <w:left w:val="nil"/>
              <w:bottom w:val="single" w:sz="4" w:space="0" w:color="auto"/>
              <w:right w:val="single" w:sz="4" w:space="0" w:color="auto"/>
            </w:tcBorders>
            <w:shd w:val="clear" w:color="000000" w:fill="F8F9FA"/>
            <w:vAlign w:val="center"/>
            <w:hideMark/>
          </w:tcPr>
          <w:p w14:paraId="078176DB"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 xml:space="preserve">AI and data science </w:t>
            </w:r>
            <w:proofErr w:type="spellStart"/>
            <w:r w:rsidRPr="009D2884">
              <w:rPr>
                <w:rFonts w:ascii="Roboto" w:eastAsia="Times New Roman" w:hAnsi="Roboto" w:cs="Times New Roman"/>
                <w:color w:val="333333"/>
                <w:kern w:val="0"/>
                <w:sz w:val="20"/>
                <w:szCs w:val="20"/>
                <w:lang w:eastAsia="en-IN"/>
                <w14:ligatures w14:val="none"/>
              </w:rPr>
              <w:t>essintials</w:t>
            </w:r>
            <w:proofErr w:type="spellEnd"/>
          </w:p>
        </w:tc>
        <w:tc>
          <w:tcPr>
            <w:tcW w:w="1940" w:type="dxa"/>
            <w:tcBorders>
              <w:top w:val="nil"/>
              <w:left w:val="nil"/>
              <w:bottom w:val="single" w:sz="4" w:space="0" w:color="auto"/>
              <w:right w:val="single" w:sz="4" w:space="0" w:color="auto"/>
            </w:tcBorders>
            <w:shd w:val="clear" w:color="000000" w:fill="F8F9FA"/>
            <w:vAlign w:val="center"/>
            <w:hideMark/>
          </w:tcPr>
          <w:p w14:paraId="0CB969EE"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V.Shirisha</w:t>
            </w:r>
            <w:proofErr w:type="spellEnd"/>
          </w:p>
        </w:tc>
      </w:tr>
      <w:tr w:rsidR="009D2884" w:rsidRPr="009D2884" w14:paraId="09D73913"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638601E1"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47</w:t>
            </w:r>
          </w:p>
        </w:tc>
        <w:tc>
          <w:tcPr>
            <w:tcW w:w="1720" w:type="dxa"/>
            <w:tcBorders>
              <w:top w:val="nil"/>
              <w:left w:val="nil"/>
              <w:bottom w:val="single" w:sz="4" w:space="0" w:color="auto"/>
              <w:right w:val="single" w:sz="4" w:space="0" w:color="auto"/>
            </w:tcBorders>
            <w:shd w:val="clear" w:color="000000" w:fill="FFFFFF"/>
            <w:vAlign w:val="center"/>
            <w:hideMark/>
          </w:tcPr>
          <w:p w14:paraId="2703056F"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111724039048</w:t>
            </w:r>
          </w:p>
        </w:tc>
        <w:tc>
          <w:tcPr>
            <w:tcW w:w="1780" w:type="dxa"/>
            <w:tcBorders>
              <w:top w:val="nil"/>
              <w:left w:val="nil"/>
              <w:bottom w:val="single" w:sz="4" w:space="0" w:color="auto"/>
              <w:right w:val="single" w:sz="4" w:space="0" w:color="auto"/>
            </w:tcBorders>
            <w:shd w:val="clear" w:color="000000" w:fill="FFFFFF"/>
            <w:vAlign w:val="center"/>
            <w:hideMark/>
          </w:tcPr>
          <w:p w14:paraId="39F42DFE"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Y Satya Srihari</w:t>
            </w:r>
          </w:p>
        </w:tc>
        <w:tc>
          <w:tcPr>
            <w:tcW w:w="1540" w:type="dxa"/>
            <w:tcBorders>
              <w:top w:val="nil"/>
              <w:left w:val="nil"/>
              <w:bottom w:val="single" w:sz="4" w:space="0" w:color="auto"/>
              <w:right w:val="single" w:sz="4" w:space="0" w:color="auto"/>
            </w:tcBorders>
            <w:shd w:val="clear" w:color="000000" w:fill="FFFFFF"/>
            <w:vAlign w:val="center"/>
            <w:hideMark/>
          </w:tcPr>
          <w:p w14:paraId="67954BBA"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Quantative</w:t>
            </w:r>
            <w:proofErr w:type="spellEnd"/>
            <w:r w:rsidRPr="009D2884">
              <w:rPr>
                <w:rFonts w:ascii="Roboto" w:eastAsia="Times New Roman" w:hAnsi="Roboto" w:cs="Times New Roman"/>
                <w:color w:val="333333"/>
                <w:kern w:val="0"/>
                <w:sz w:val="20"/>
                <w:szCs w:val="20"/>
                <w:lang w:eastAsia="en-IN"/>
                <w14:ligatures w14:val="none"/>
              </w:rPr>
              <w:t xml:space="preserve"> Aptitude</w:t>
            </w:r>
          </w:p>
        </w:tc>
        <w:tc>
          <w:tcPr>
            <w:tcW w:w="1940" w:type="dxa"/>
            <w:tcBorders>
              <w:top w:val="nil"/>
              <w:left w:val="nil"/>
              <w:bottom w:val="single" w:sz="4" w:space="0" w:color="auto"/>
              <w:right w:val="single" w:sz="4" w:space="0" w:color="auto"/>
            </w:tcBorders>
            <w:shd w:val="clear" w:color="000000" w:fill="FFFFFF"/>
            <w:vAlign w:val="center"/>
            <w:hideMark/>
          </w:tcPr>
          <w:p w14:paraId="65871255"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r w:rsidRPr="009D2884">
              <w:rPr>
                <w:rFonts w:ascii="Roboto" w:eastAsia="Times New Roman" w:hAnsi="Roboto" w:cs="Times New Roman"/>
                <w:color w:val="333333"/>
                <w:kern w:val="0"/>
                <w:sz w:val="20"/>
                <w:szCs w:val="20"/>
                <w:lang w:eastAsia="en-IN"/>
                <w14:ligatures w14:val="none"/>
              </w:rPr>
              <w:t>Mrs.Shakira</w:t>
            </w:r>
            <w:proofErr w:type="spellEnd"/>
            <w:r w:rsidRPr="009D2884">
              <w:rPr>
                <w:rFonts w:ascii="Roboto" w:eastAsia="Times New Roman" w:hAnsi="Roboto" w:cs="Times New Roman"/>
                <w:color w:val="333333"/>
                <w:kern w:val="0"/>
                <w:sz w:val="20"/>
                <w:szCs w:val="20"/>
                <w:lang w:eastAsia="en-IN"/>
                <w14:ligatures w14:val="none"/>
              </w:rPr>
              <w:t xml:space="preserve"> ma’am</w:t>
            </w:r>
          </w:p>
        </w:tc>
      </w:tr>
      <w:tr w:rsidR="009D2884" w:rsidRPr="009D2884" w14:paraId="4D5AAC6A"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20B53A7D"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48</w:t>
            </w:r>
          </w:p>
        </w:tc>
        <w:tc>
          <w:tcPr>
            <w:tcW w:w="1720" w:type="dxa"/>
            <w:tcBorders>
              <w:top w:val="nil"/>
              <w:left w:val="nil"/>
              <w:bottom w:val="single" w:sz="4" w:space="0" w:color="auto"/>
              <w:right w:val="single" w:sz="4" w:space="0" w:color="auto"/>
            </w:tcBorders>
            <w:shd w:val="clear" w:color="000000" w:fill="F8F9FA"/>
            <w:vAlign w:val="center"/>
            <w:hideMark/>
          </w:tcPr>
          <w:p w14:paraId="639183CE"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111724039049</w:t>
            </w:r>
          </w:p>
        </w:tc>
        <w:tc>
          <w:tcPr>
            <w:tcW w:w="1780" w:type="dxa"/>
            <w:tcBorders>
              <w:top w:val="nil"/>
              <w:left w:val="nil"/>
              <w:bottom w:val="single" w:sz="4" w:space="0" w:color="auto"/>
              <w:right w:val="single" w:sz="4" w:space="0" w:color="auto"/>
            </w:tcBorders>
            <w:shd w:val="clear" w:color="000000" w:fill="F8F9FA"/>
            <w:vAlign w:val="center"/>
            <w:hideMark/>
          </w:tcPr>
          <w:p w14:paraId="607A7117"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Nandi Praveen</w:t>
            </w:r>
          </w:p>
        </w:tc>
        <w:tc>
          <w:tcPr>
            <w:tcW w:w="1540" w:type="dxa"/>
            <w:tcBorders>
              <w:top w:val="nil"/>
              <w:left w:val="nil"/>
              <w:bottom w:val="single" w:sz="4" w:space="0" w:color="auto"/>
              <w:right w:val="single" w:sz="4" w:space="0" w:color="auto"/>
            </w:tcBorders>
            <w:shd w:val="clear" w:color="000000" w:fill="F8F9FA"/>
            <w:vAlign w:val="center"/>
            <w:hideMark/>
          </w:tcPr>
          <w:p w14:paraId="545177D7"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Arts and crafts</w:t>
            </w:r>
          </w:p>
        </w:tc>
        <w:tc>
          <w:tcPr>
            <w:tcW w:w="1940" w:type="dxa"/>
            <w:tcBorders>
              <w:top w:val="nil"/>
              <w:left w:val="nil"/>
              <w:bottom w:val="single" w:sz="4" w:space="0" w:color="auto"/>
              <w:right w:val="single" w:sz="4" w:space="0" w:color="auto"/>
            </w:tcBorders>
            <w:shd w:val="clear" w:color="000000" w:fill="F8F9FA"/>
            <w:vAlign w:val="center"/>
            <w:hideMark/>
          </w:tcPr>
          <w:p w14:paraId="546F4FF1"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proofErr w:type="spellStart"/>
            <w:proofErr w:type="gramStart"/>
            <w:r w:rsidRPr="009D2884">
              <w:rPr>
                <w:rFonts w:ascii="Roboto" w:eastAsia="Times New Roman" w:hAnsi="Roboto" w:cs="Times New Roman"/>
                <w:color w:val="333333"/>
                <w:kern w:val="0"/>
                <w:sz w:val="20"/>
                <w:szCs w:val="20"/>
                <w:lang w:eastAsia="en-IN"/>
                <w14:ligatures w14:val="none"/>
              </w:rPr>
              <w:t>A.Ramesh</w:t>
            </w:r>
            <w:proofErr w:type="spellEnd"/>
            <w:proofErr w:type="gramEnd"/>
          </w:p>
        </w:tc>
      </w:tr>
      <w:tr w:rsidR="009D2884" w:rsidRPr="009D2884" w14:paraId="1543302F"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2A952C83"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49</w:t>
            </w:r>
          </w:p>
        </w:tc>
        <w:tc>
          <w:tcPr>
            <w:tcW w:w="1720" w:type="dxa"/>
            <w:tcBorders>
              <w:top w:val="nil"/>
              <w:left w:val="nil"/>
              <w:bottom w:val="single" w:sz="4" w:space="0" w:color="auto"/>
              <w:right w:val="single" w:sz="4" w:space="0" w:color="auto"/>
            </w:tcBorders>
            <w:shd w:val="clear" w:color="000000" w:fill="FFFFFF"/>
            <w:vAlign w:val="center"/>
            <w:hideMark/>
          </w:tcPr>
          <w:p w14:paraId="37D95470" w14:textId="77777777" w:rsidR="009D2884" w:rsidRPr="009D2884" w:rsidRDefault="009D2884" w:rsidP="009D2884">
            <w:pPr>
              <w:spacing w:after="0" w:line="240" w:lineRule="auto"/>
              <w:jc w:val="right"/>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111724039050</w:t>
            </w:r>
          </w:p>
        </w:tc>
        <w:tc>
          <w:tcPr>
            <w:tcW w:w="1780" w:type="dxa"/>
            <w:tcBorders>
              <w:top w:val="nil"/>
              <w:left w:val="nil"/>
              <w:bottom w:val="single" w:sz="4" w:space="0" w:color="auto"/>
              <w:right w:val="single" w:sz="4" w:space="0" w:color="auto"/>
            </w:tcBorders>
            <w:shd w:val="clear" w:color="000000" w:fill="FFFFFF"/>
            <w:vAlign w:val="center"/>
            <w:hideMark/>
          </w:tcPr>
          <w:p w14:paraId="27892508"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 xml:space="preserve">A </w:t>
            </w:r>
            <w:proofErr w:type="spellStart"/>
            <w:r w:rsidRPr="009D2884">
              <w:rPr>
                <w:rFonts w:ascii="Roboto" w:eastAsia="Times New Roman" w:hAnsi="Roboto" w:cs="Times New Roman"/>
                <w:color w:val="333333"/>
                <w:kern w:val="0"/>
                <w:sz w:val="20"/>
                <w:szCs w:val="20"/>
                <w:lang w:eastAsia="en-IN"/>
                <w14:ligatures w14:val="none"/>
              </w:rPr>
              <w:t>Abivardhana</w:t>
            </w:r>
            <w:proofErr w:type="spellEnd"/>
            <w:r w:rsidRPr="009D2884">
              <w:rPr>
                <w:rFonts w:ascii="Roboto" w:eastAsia="Times New Roman" w:hAnsi="Roboto" w:cs="Times New Roman"/>
                <w:color w:val="333333"/>
                <w:kern w:val="0"/>
                <w:sz w:val="20"/>
                <w:szCs w:val="20"/>
                <w:lang w:eastAsia="en-IN"/>
                <w14:ligatures w14:val="none"/>
              </w:rPr>
              <w:t xml:space="preserve"> Reddy</w:t>
            </w:r>
          </w:p>
        </w:tc>
        <w:tc>
          <w:tcPr>
            <w:tcW w:w="1540" w:type="dxa"/>
            <w:tcBorders>
              <w:top w:val="nil"/>
              <w:left w:val="nil"/>
              <w:bottom w:val="single" w:sz="4" w:space="0" w:color="auto"/>
              <w:right w:val="single" w:sz="4" w:space="0" w:color="auto"/>
            </w:tcBorders>
            <w:shd w:val="clear" w:color="000000" w:fill="FFFFFF"/>
            <w:vAlign w:val="center"/>
            <w:hideMark/>
          </w:tcPr>
          <w:p w14:paraId="535E5D4D"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Baking</w:t>
            </w:r>
          </w:p>
        </w:tc>
        <w:tc>
          <w:tcPr>
            <w:tcW w:w="1940" w:type="dxa"/>
            <w:tcBorders>
              <w:top w:val="nil"/>
              <w:left w:val="nil"/>
              <w:bottom w:val="single" w:sz="4" w:space="0" w:color="auto"/>
              <w:right w:val="single" w:sz="4" w:space="0" w:color="auto"/>
            </w:tcBorders>
            <w:shd w:val="clear" w:color="000000" w:fill="FFFFFF"/>
            <w:vAlign w:val="center"/>
            <w:hideMark/>
          </w:tcPr>
          <w:p w14:paraId="662E320E"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Surekha Mam</w:t>
            </w:r>
          </w:p>
        </w:tc>
      </w:tr>
      <w:tr w:rsidR="009D2884" w:rsidRPr="009D2884" w14:paraId="28209CEC" w14:textId="77777777" w:rsidTr="009D2884">
        <w:trPr>
          <w:trHeight w:val="480"/>
        </w:trPr>
        <w:tc>
          <w:tcPr>
            <w:tcW w:w="960" w:type="dxa"/>
            <w:tcBorders>
              <w:top w:val="nil"/>
              <w:left w:val="single" w:sz="4" w:space="0" w:color="auto"/>
              <w:bottom w:val="single" w:sz="4" w:space="0" w:color="auto"/>
              <w:right w:val="single" w:sz="4" w:space="0" w:color="auto"/>
            </w:tcBorders>
            <w:noWrap/>
            <w:vAlign w:val="bottom"/>
            <w:hideMark/>
          </w:tcPr>
          <w:p w14:paraId="4D9C4088"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50</w:t>
            </w:r>
          </w:p>
        </w:tc>
        <w:tc>
          <w:tcPr>
            <w:tcW w:w="1720" w:type="dxa"/>
            <w:tcBorders>
              <w:top w:val="nil"/>
              <w:left w:val="nil"/>
              <w:bottom w:val="single" w:sz="4" w:space="0" w:color="auto"/>
              <w:right w:val="single" w:sz="4" w:space="0" w:color="auto"/>
            </w:tcBorders>
            <w:noWrap/>
            <w:vAlign w:val="bottom"/>
            <w:hideMark/>
          </w:tcPr>
          <w:p w14:paraId="7E6489DA" w14:textId="77777777" w:rsidR="009D2884" w:rsidRPr="009D2884" w:rsidRDefault="009D2884" w:rsidP="009D2884">
            <w:pPr>
              <w:spacing w:after="0" w:line="240" w:lineRule="auto"/>
              <w:jc w:val="right"/>
              <w:rPr>
                <w:rFonts w:ascii="Aptos Narrow" w:eastAsia="Times New Roman" w:hAnsi="Aptos Narrow" w:cs="Times New Roman"/>
                <w:color w:val="000000"/>
                <w:kern w:val="0"/>
                <w:lang w:eastAsia="en-IN"/>
                <w14:ligatures w14:val="none"/>
              </w:rPr>
            </w:pPr>
            <w:r w:rsidRPr="009D2884">
              <w:rPr>
                <w:rFonts w:ascii="Aptos Narrow" w:eastAsia="Times New Roman" w:hAnsi="Aptos Narrow" w:cs="Times New Roman"/>
                <w:color w:val="000000"/>
                <w:kern w:val="0"/>
                <w:lang w:eastAsia="en-IN"/>
                <w14:ligatures w14:val="none"/>
              </w:rPr>
              <w:t>111723039032</w:t>
            </w:r>
          </w:p>
        </w:tc>
        <w:tc>
          <w:tcPr>
            <w:tcW w:w="1780" w:type="dxa"/>
            <w:tcBorders>
              <w:top w:val="nil"/>
              <w:left w:val="nil"/>
              <w:bottom w:val="single" w:sz="4" w:space="0" w:color="auto"/>
              <w:right w:val="single" w:sz="4" w:space="0" w:color="auto"/>
            </w:tcBorders>
            <w:noWrap/>
            <w:vAlign w:val="bottom"/>
            <w:hideMark/>
          </w:tcPr>
          <w:p w14:paraId="72097856" w14:textId="77777777" w:rsidR="009D2884" w:rsidRPr="009D2884" w:rsidRDefault="009D2884" w:rsidP="009D2884">
            <w:pPr>
              <w:spacing w:after="0" w:line="240" w:lineRule="auto"/>
              <w:rPr>
                <w:rFonts w:ascii="Aptos Narrow" w:eastAsia="Times New Roman" w:hAnsi="Aptos Narrow" w:cs="Times New Roman"/>
                <w:color w:val="000000"/>
                <w:kern w:val="0"/>
                <w:lang w:eastAsia="en-IN"/>
                <w14:ligatures w14:val="none"/>
              </w:rPr>
            </w:pPr>
            <w:proofErr w:type="spellStart"/>
            <w:r w:rsidRPr="009D2884">
              <w:rPr>
                <w:rFonts w:ascii="Aptos Narrow" w:eastAsia="Times New Roman" w:hAnsi="Aptos Narrow" w:cs="Times New Roman"/>
                <w:color w:val="000000"/>
                <w:kern w:val="0"/>
                <w:lang w:eastAsia="en-IN"/>
                <w14:ligatures w14:val="none"/>
              </w:rPr>
              <w:t>M.Sai</w:t>
            </w:r>
            <w:proofErr w:type="spellEnd"/>
            <w:r w:rsidRPr="009D2884">
              <w:rPr>
                <w:rFonts w:ascii="Aptos Narrow" w:eastAsia="Times New Roman" w:hAnsi="Aptos Narrow" w:cs="Times New Roman"/>
                <w:color w:val="000000"/>
                <w:kern w:val="0"/>
                <w:lang w:eastAsia="en-IN"/>
                <w14:ligatures w14:val="none"/>
              </w:rPr>
              <w:t xml:space="preserve"> Sathwik </w:t>
            </w:r>
          </w:p>
        </w:tc>
        <w:tc>
          <w:tcPr>
            <w:tcW w:w="1540" w:type="dxa"/>
            <w:tcBorders>
              <w:top w:val="nil"/>
              <w:left w:val="nil"/>
              <w:bottom w:val="single" w:sz="4" w:space="0" w:color="auto"/>
              <w:right w:val="single" w:sz="4" w:space="0" w:color="auto"/>
            </w:tcBorders>
            <w:shd w:val="clear" w:color="000000" w:fill="FFFFFF"/>
            <w:vAlign w:val="center"/>
            <w:hideMark/>
          </w:tcPr>
          <w:p w14:paraId="705A7D17"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Visual effects</w:t>
            </w:r>
          </w:p>
        </w:tc>
        <w:tc>
          <w:tcPr>
            <w:tcW w:w="1940" w:type="dxa"/>
            <w:tcBorders>
              <w:top w:val="nil"/>
              <w:left w:val="nil"/>
              <w:bottom w:val="single" w:sz="4" w:space="0" w:color="auto"/>
              <w:right w:val="single" w:sz="4" w:space="0" w:color="auto"/>
            </w:tcBorders>
            <w:shd w:val="clear" w:color="000000" w:fill="FFFFFF"/>
            <w:vAlign w:val="center"/>
            <w:hideMark/>
          </w:tcPr>
          <w:p w14:paraId="5A7DD350" w14:textId="77777777" w:rsidR="009D2884" w:rsidRPr="009D2884" w:rsidRDefault="009D2884" w:rsidP="009D2884">
            <w:pPr>
              <w:spacing w:after="0" w:line="240" w:lineRule="auto"/>
              <w:rPr>
                <w:rFonts w:ascii="Roboto" w:eastAsia="Times New Roman" w:hAnsi="Roboto" w:cs="Times New Roman"/>
                <w:color w:val="333333"/>
                <w:kern w:val="0"/>
                <w:sz w:val="20"/>
                <w:szCs w:val="20"/>
                <w:lang w:eastAsia="en-IN"/>
                <w14:ligatures w14:val="none"/>
              </w:rPr>
            </w:pPr>
            <w:r w:rsidRPr="009D2884">
              <w:rPr>
                <w:rFonts w:ascii="Roboto" w:eastAsia="Times New Roman" w:hAnsi="Roboto" w:cs="Times New Roman"/>
                <w:color w:val="333333"/>
                <w:kern w:val="0"/>
                <w:sz w:val="20"/>
                <w:szCs w:val="20"/>
                <w:lang w:eastAsia="en-IN"/>
                <w14:ligatures w14:val="none"/>
              </w:rPr>
              <w:t xml:space="preserve">Sharath </w:t>
            </w:r>
            <w:proofErr w:type="spellStart"/>
            <w:r w:rsidRPr="009D2884">
              <w:rPr>
                <w:rFonts w:ascii="Roboto" w:eastAsia="Times New Roman" w:hAnsi="Roboto" w:cs="Times New Roman"/>
                <w:color w:val="333333"/>
                <w:kern w:val="0"/>
                <w:sz w:val="20"/>
                <w:szCs w:val="20"/>
                <w:lang w:eastAsia="en-IN"/>
                <w14:ligatures w14:val="none"/>
              </w:rPr>
              <w:t>chandra</w:t>
            </w:r>
            <w:proofErr w:type="spellEnd"/>
            <w:r w:rsidRPr="009D2884">
              <w:rPr>
                <w:rFonts w:ascii="Roboto" w:eastAsia="Times New Roman" w:hAnsi="Roboto" w:cs="Times New Roman"/>
                <w:color w:val="333333"/>
                <w:kern w:val="0"/>
                <w:sz w:val="20"/>
                <w:szCs w:val="20"/>
                <w:lang w:eastAsia="en-IN"/>
                <w14:ligatures w14:val="none"/>
              </w:rPr>
              <w:t xml:space="preserve"> </w:t>
            </w:r>
            <w:proofErr w:type="spellStart"/>
            <w:r w:rsidRPr="009D2884">
              <w:rPr>
                <w:rFonts w:ascii="Roboto" w:eastAsia="Times New Roman" w:hAnsi="Roboto" w:cs="Times New Roman"/>
                <w:color w:val="333333"/>
                <w:kern w:val="0"/>
                <w:sz w:val="20"/>
                <w:szCs w:val="20"/>
                <w:lang w:eastAsia="en-IN"/>
                <w14:ligatures w14:val="none"/>
              </w:rPr>
              <w:t>raju</w:t>
            </w:r>
            <w:proofErr w:type="spellEnd"/>
          </w:p>
        </w:tc>
      </w:tr>
    </w:tbl>
    <w:p w14:paraId="0A61DAFE" w14:textId="77777777" w:rsidR="009D2884" w:rsidRDefault="009D2884" w:rsidP="009A5AA2">
      <w:pPr>
        <w:rPr>
          <w:b/>
          <w:bCs/>
          <w:sz w:val="28"/>
          <w:szCs w:val="28"/>
          <w:lang w:val="en-US"/>
        </w:rPr>
      </w:pPr>
    </w:p>
    <w:p w14:paraId="453174E8" w14:textId="77777777" w:rsidR="001F47AF" w:rsidRDefault="001F47AF" w:rsidP="009A5AA2">
      <w:pPr>
        <w:rPr>
          <w:b/>
          <w:bCs/>
          <w:sz w:val="28"/>
          <w:szCs w:val="28"/>
          <w:lang w:val="en-US"/>
        </w:rPr>
      </w:pPr>
    </w:p>
    <w:p w14:paraId="6FE809D1" w14:textId="578184DC" w:rsidR="001F47AF" w:rsidRDefault="001F47AF" w:rsidP="009A5AA2">
      <w:pPr>
        <w:rPr>
          <w:b/>
          <w:bCs/>
          <w:sz w:val="28"/>
          <w:szCs w:val="28"/>
          <w:lang w:val="en-US"/>
        </w:rPr>
      </w:pPr>
      <w:r>
        <w:rPr>
          <w:b/>
          <w:bCs/>
          <w:sz w:val="28"/>
          <w:szCs w:val="28"/>
          <w:lang w:val="en-US"/>
        </w:rPr>
        <w:t>NPTEL/TASK LIST:</w:t>
      </w:r>
    </w:p>
    <w:p w14:paraId="1A12F7D2" w14:textId="77777777" w:rsidR="001F47AF" w:rsidRDefault="001F47AF" w:rsidP="009A5AA2">
      <w:pPr>
        <w:rPr>
          <w:b/>
          <w:bCs/>
          <w:sz w:val="28"/>
          <w:szCs w:val="28"/>
          <w:lang w:val="en-US"/>
        </w:rPr>
      </w:pPr>
    </w:p>
    <w:p w14:paraId="4CCAE85F" w14:textId="77777777" w:rsidR="001F47AF" w:rsidRDefault="001F47AF" w:rsidP="009A5AA2">
      <w:pPr>
        <w:rPr>
          <w:b/>
          <w:bCs/>
          <w:sz w:val="28"/>
          <w:szCs w:val="28"/>
          <w:lang w:val="en-US"/>
        </w:rPr>
      </w:pPr>
    </w:p>
    <w:p w14:paraId="5CA78A70" w14:textId="77777777" w:rsidR="00226B14" w:rsidRDefault="00226B14" w:rsidP="009A5AA2">
      <w:pPr>
        <w:rPr>
          <w:b/>
          <w:bCs/>
          <w:sz w:val="28"/>
          <w:szCs w:val="28"/>
          <w:lang w:val="en-US"/>
        </w:rPr>
      </w:pPr>
    </w:p>
    <w:p w14:paraId="4CE419C6" w14:textId="23F55B85" w:rsidR="001F47AF" w:rsidRPr="001F47AF" w:rsidRDefault="00226B14" w:rsidP="001F47AF">
      <w:pPr>
        <w:rPr>
          <w:b/>
          <w:bCs/>
          <w:sz w:val="28"/>
          <w:szCs w:val="28"/>
          <w:lang w:val="en-US"/>
        </w:rPr>
      </w:pPr>
      <w:r>
        <w:rPr>
          <w:b/>
          <w:bCs/>
          <w:sz w:val="28"/>
          <w:szCs w:val="28"/>
          <w:lang w:val="en-US"/>
        </w:rPr>
        <w:t>1</w:t>
      </w:r>
      <w:r w:rsidR="00CB4667">
        <w:rPr>
          <w:b/>
          <w:bCs/>
          <w:sz w:val="28"/>
          <w:szCs w:val="28"/>
          <w:lang w:val="en-US"/>
        </w:rPr>
        <w:t>3</w:t>
      </w:r>
      <w:r>
        <w:rPr>
          <w:b/>
          <w:bCs/>
          <w:sz w:val="28"/>
          <w:szCs w:val="28"/>
          <w:lang w:val="en-US"/>
        </w:rPr>
        <w:t>. MENTORING LIST:</w:t>
      </w:r>
    </w:p>
    <w:p w14:paraId="65BDA76E" w14:textId="77777777" w:rsidR="001F47AF" w:rsidRDefault="001F47AF" w:rsidP="001F47AF">
      <w:r>
        <w:rPr>
          <w:b/>
        </w:rPr>
        <w:t xml:space="preserve">PART – </w:t>
      </w:r>
      <w:proofErr w:type="gramStart"/>
      <w:r>
        <w:rPr>
          <w:b/>
        </w:rPr>
        <w:t>A :</w:t>
      </w:r>
      <w:proofErr w:type="gramEnd"/>
      <w:r>
        <w:rPr>
          <w:b/>
        </w:rPr>
        <w:t xml:space="preserve"> MENTOR ALLOCATION SUMMARY</w:t>
      </w:r>
    </w:p>
    <w:tbl>
      <w:tblPr>
        <w:tblStyle w:val="TableGrid"/>
        <w:tblW w:w="0" w:type="auto"/>
        <w:tblLook w:val="04A0" w:firstRow="1" w:lastRow="0" w:firstColumn="1" w:lastColumn="0" w:noHBand="0" w:noVBand="1"/>
      </w:tblPr>
      <w:tblGrid>
        <w:gridCol w:w="1726"/>
        <w:gridCol w:w="1726"/>
        <w:gridCol w:w="1726"/>
        <w:gridCol w:w="1726"/>
        <w:gridCol w:w="1726"/>
      </w:tblGrid>
      <w:tr w:rsidR="001F47AF" w14:paraId="4E230F96" w14:textId="77777777" w:rsidTr="00F8131E">
        <w:tc>
          <w:tcPr>
            <w:tcW w:w="1726" w:type="dxa"/>
          </w:tcPr>
          <w:p w14:paraId="37CD1362" w14:textId="77777777" w:rsidR="001F47AF" w:rsidRDefault="001F47AF" w:rsidP="00F8131E">
            <w:r>
              <w:t>S. No.</w:t>
            </w:r>
          </w:p>
        </w:tc>
        <w:tc>
          <w:tcPr>
            <w:tcW w:w="1726" w:type="dxa"/>
          </w:tcPr>
          <w:p w14:paraId="516D6A12" w14:textId="77777777" w:rsidR="001F47AF" w:rsidRDefault="001F47AF" w:rsidP="00F8131E">
            <w:r>
              <w:t>Name of the Faculty (Mentor)</w:t>
            </w:r>
          </w:p>
        </w:tc>
        <w:tc>
          <w:tcPr>
            <w:tcW w:w="1726" w:type="dxa"/>
          </w:tcPr>
          <w:p w14:paraId="6D8B1BB6" w14:textId="77777777" w:rsidR="001F47AF" w:rsidRDefault="001F47AF" w:rsidP="00F8131E">
            <w:r>
              <w:t>Class / Section</w:t>
            </w:r>
          </w:p>
        </w:tc>
        <w:tc>
          <w:tcPr>
            <w:tcW w:w="1726" w:type="dxa"/>
          </w:tcPr>
          <w:p w14:paraId="0CB319E5" w14:textId="77777777" w:rsidR="001F47AF" w:rsidRDefault="001F47AF" w:rsidP="00F8131E">
            <w:r>
              <w:t>UID Range</w:t>
            </w:r>
          </w:p>
        </w:tc>
        <w:tc>
          <w:tcPr>
            <w:tcW w:w="1726" w:type="dxa"/>
          </w:tcPr>
          <w:p w14:paraId="4DF51492" w14:textId="77777777" w:rsidR="001F47AF" w:rsidRDefault="001F47AF" w:rsidP="00F8131E">
            <w:r>
              <w:t>Total No. of Students</w:t>
            </w:r>
          </w:p>
        </w:tc>
      </w:tr>
      <w:tr w:rsidR="001F47AF" w14:paraId="65E9CE05" w14:textId="77777777" w:rsidTr="00F8131E">
        <w:tc>
          <w:tcPr>
            <w:tcW w:w="1726" w:type="dxa"/>
          </w:tcPr>
          <w:p w14:paraId="3219D292" w14:textId="77777777" w:rsidR="001F47AF" w:rsidRDefault="001F47AF" w:rsidP="00F8131E">
            <w:r>
              <w:t>1</w:t>
            </w:r>
          </w:p>
        </w:tc>
        <w:tc>
          <w:tcPr>
            <w:tcW w:w="1726" w:type="dxa"/>
          </w:tcPr>
          <w:p w14:paraId="23B00627" w14:textId="77777777" w:rsidR="001F47AF" w:rsidRDefault="001F47AF" w:rsidP="00F8131E">
            <w:pPr>
              <w:jc w:val="center"/>
              <w:rPr>
                <w:szCs w:val="24"/>
              </w:rPr>
            </w:pPr>
          </w:p>
          <w:p w14:paraId="32E8DB36" w14:textId="77777777" w:rsidR="001F47AF" w:rsidRDefault="001F47AF" w:rsidP="00F8131E">
            <w:pPr>
              <w:jc w:val="center"/>
              <w:rPr>
                <w:szCs w:val="24"/>
              </w:rPr>
            </w:pPr>
          </w:p>
          <w:p w14:paraId="2A2E86AD" w14:textId="77777777" w:rsidR="001F47AF" w:rsidRDefault="001F47AF" w:rsidP="00F8131E">
            <w:pPr>
              <w:jc w:val="center"/>
              <w:rPr>
                <w:szCs w:val="24"/>
              </w:rPr>
            </w:pPr>
          </w:p>
          <w:p w14:paraId="55F16F71" w14:textId="77777777" w:rsidR="001F47AF" w:rsidRDefault="001F47AF" w:rsidP="00F8131E">
            <w:r>
              <w:rPr>
                <w:szCs w:val="24"/>
              </w:rPr>
              <w:t>S. LAKSHMI</w:t>
            </w:r>
          </w:p>
        </w:tc>
        <w:tc>
          <w:tcPr>
            <w:tcW w:w="1726" w:type="dxa"/>
          </w:tcPr>
          <w:p w14:paraId="2A4D1EAA" w14:textId="77777777" w:rsidR="001F47AF" w:rsidRDefault="001F47AF" w:rsidP="00F8131E">
            <w:r>
              <w:t>ACSCS</w:t>
            </w:r>
          </w:p>
          <w:p w14:paraId="6B9E26B6" w14:textId="77777777" w:rsidR="001F47AF" w:rsidRDefault="001F47AF" w:rsidP="00F8131E"/>
          <w:p w14:paraId="2D4014D8" w14:textId="77777777" w:rsidR="001F47AF" w:rsidRDefault="001F47AF" w:rsidP="00F8131E"/>
          <w:p w14:paraId="0E6C7EB5" w14:textId="77777777" w:rsidR="001F47AF" w:rsidRDefault="001F47AF" w:rsidP="00F8131E">
            <w:r>
              <w:t>NCSCS</w:t>
            </w:r>
          </w:p>
          <w:p w14:paraId="7345B03B" w14:textId="77777777" w:rsidR="001F47AF" w:rsidRDefault="001F47AF" w:rsidP="00F8131E"/>
          <w:p w14:paraId="5386B667" w14:textId="77777777" w:rsidR="001F47AF" w:rsidRDefault="001F47AF" w:rsidP="00F8131E">
            <w:r>
              <w:t>DCSCS</w:t>
            </w:r>
          </w:p>
        </w:tc>
        <w:tc>
          <w:tcPr>
            <w:tcW w:w="1726" w:type="dxa"/>
          </w:tcPr>
          <w:p w14:paraId="721067B4" w14:textId="77777777" w:rsidR="001F47AF" w:rsidRDefault="001F47AF" w:rsidP="00F8131E">
            <w:r>
              <w:t>111725039001-111725039010</w:t>
            </w:r>
          </w:p>
          <w:p w14:paraId="7A675FDF" w14:textId="77777777" w:rsidR="001F47AF" w:rsidRDefault="001F47AF" w:rsidP="00F8131E"/>
          <w:p w14:paraId="6AD5D509" w14:textId="77777777" w:rsidR="001F47AF" w:rsidRDefault="001F47AF" w:rsidP="00F8131E">
            <w:r>
              <w:t>111724039001 - 111724039010</w:t>
            </w:r>
          </w:p>
          <w:p w14:paraId="285AB12F" w14:textId="77777777" w:rsidR="001F47AF" w:rsidRDefault="001F47AF" w:rsidP="00F8131E"/>
          <w:p w14:paraId="3A4C15BE" w14:textId="77777777" w:rsidR="001F47AF" w:rsidRDefault="001F47AF" w:rsidP="00F8131E">
            <w:r>
              <w:t>111723039001 - 111723039010</w:t>
            </w:r>
          </w:p>
          <w:p w14:paraId="13EAE04F" w14:textId="77777777" w:rsidR="001F47AF" w:rsidRDefault="001F47AF" w:rsidP="00F8131E"/>
          <w:p w14:paraId="34ABF8B6" w14:textId="77777777" w:rsidR="001F47AF" w:rsidRDefault="001F47AF" w:rsidP="00F8131E"/>
          <w:p w14:paraId="447138EE" w14:textId="77777777" w:rsidR="001F47AF" w:rsidRDefault="001F47AF" w:rsidP="00F8131E">
            <w:pPr>
              <w:rPr>
                <w:sz w:val="32"/>
                <w:szCs w:val="32"/>
              </w:rPr>
            </w:pPr>
          </w:p>
          <w:p w14:paraId="46A1E1FF" w14:textId="77777777" w:rsidR="001F47AF" w:rsidRDefault="001F47AF" w:rsidP="00F8131E"/>
        </w:tc>
        <w:tc>
          <w:tcPr>
            <w:tcW w:w="1726" w:type="dxa"/>
          </w:tcPr>
          <w:p w14:paraId="4B67BDD1" w14:textId="77777777" w:rsidR="001F47AF" w:rsidRDefault="001F47AF" w:rsidP="00F8131E">
            <w:r>
              <w:t>30</w:t>
            </w:r>
          </w:p>
        </w:tc>
      </w:tr>
      <w:tr w:rsidR="001F47AF" w14:paraId="78E77A89" w14:textId="77777777" w:rsidTr="00F8131E">
        <w:tc>
          <w:tcPr>
            <w:tcW w:w="1726" w:type="dxa"/>
          </w:tcPr>
          <w:p w14:paraId="55918083" w14:textId="77777777" w:rsidR="001F47AF" w:rsidRDefault="001F47AF" w:rsidP="00F8131E">
            <w:r>
              <w:lastRenderedPageBreak/>
              <w:t>2</w:t>
            </w:r>
          </w:p>
        </w:tc>
        <w:tc>
          <w:tcPr>
            <w:tcW w:w="1726" w:type="dxa"/>
          </w:tcPr>
          <w:p w14:paraId="49FC149B" w14:textId="77777777" w:rsidR="001F47AF" w:rsidRDefault="001F47AF" w:rsidP="00F8131E">
            <w:pPr>
              <w:rPr>
                <w:sz w:val="32"/>
                <w:szCs w:val="32"/>
              </w:rPr>
            </w:pPr>
          </w:p>
          <w:p w14:paraId="66AF512D" w14:textId="77777777" w:rsidR="001F47AF" w:rsidRDefault="001F47AF" w:rsidP="00F8131E">
            <w:pPr>
              <w:rPr>
                <w:sz w:val="32"/>
                <w:szCs w:val="32"/>
              </w:rPr>
            </w:pPr>
          </w:p>
          <w:p w14:paraId="6ECA2780" w14:textId="77777777" w:rsidR="001F47AF" w:rsidRDefault="001F47AF" w:rsidP="00F8131E">
            <w:r>
              <w:rPr>
                <w:szCs w:val="24"/>
              </w:rPr>
              <w:t>N. MANISHA</w:t>
            </w:r>
          </w:p>
        </w:tc>
        <w:tc>
          <w:tcPr>
            <w:tcW w:w="1726" w:type="dxa"/>
          </w:tcPr>
          <w:p w14:paraId="5C5A58E0" w14:textId="77777777" w:rsidR="001F47AF" w:rsidRDefault="001F47AF" w:rsidP="00F8131E">
            <w:r>
              <w:t>ACSCS</w:t>
            </w:r>
          </w:p>
          <w:p w14:paraId="1110817D" w14:textId="77777777" w:rsidR="001F47AF" w:rsidRDefault="001F47AF" w:rsidP="00F8131E"/>
          <w:p w14:paraId="41445268" w14:textId="77777777" w:rsidR="001F47AF" w:rsidRDefault="001F47AF" w:rsidP="00F8131E"/>
          <w:p w14:paraId="751A29E2" w14:textId="77777777" w:rsidR="001F47AF" w:rsidRDefault="001F47AF" w:rsidP="00F8131E">
            <w:r>
              <w:t>NCSCS</w:t>
            </w:r>
          </w:p>
          <w:p w14:paraId="07C5B599" w14:textId="77777777" w:rsidR="001F47AF" w:rsidRDefault="001F47AF" w:rsidP="00F8131E">
            <w:pPr>
              <w:rPr>
                <w:sz w:val="32"/>
                <w:szCs w:val="32"/>
              </w:rPr>
            </w:pPr>
          </w:p>
          <w:p w14:paraId="46D450AD" w14:textId="77777777" w:rsidR="001F47AF" w:rsidRDefault="001F47AF" w:rsidP="00F8131E">
            <w:r>
              <w:t>DCSCS</w:t>
            </w:r>
          </w:p>
        </w:tc>
        <w:tc>
          <w:tcPr>
            <w:tcW w:w="1726" w:type="dxa"/>
          </w:tcPr>
          <w:p w14:paraId="5A27C920" w14:textId="77777777" w:rsidR="001F47AF" w:rsidRDefault="001F47AF" w:rsidP="00F8131E">
            <w:r>
              <w:t>111725039011-111725039020</w:t>
            </w:r>
          </w:p>
          <w:p w14:paraId="435BA704" w14:textId="77777777" w:rsidR="001F47AF" w:rsidRDefault="001F47AF" w:rsidP="00F8131E"/>
          <w:p w14:paraId="2E232EDA" w14:textId="77777777" w:rsidR="001F47AF" w:rsidRDefault="001F47AF" w:rsidP="00F8131E"/>
          <w:p w14:paraId="16C93857" w14:textId="77777777" w:rsidR="001F47AF" w:rsidRDefault="001F47AF" w:rsidP="00F8131E">
            <w:r>
              <w:t>111724039011 - 111724039020</w:t>
            </w:r>
          </w:p>
          <w:p w14:paraId="40831E99" w14:textId="77777777" w:rsidR="001F47AF" w:rsidRDefault="001F47AF" w:rsidP="00F8131E"/>
          <w:p w14:paraId="0139A7E1" w14:textId="77777777" w:rsidR="001F47AF" w:rsidRDefault="001F47AF" w:rsidP="00F8131E"/>
          <w:p w14:paraId="1BEA237B" w14:textId="77777777" w:rsidR="001F47AF" w:rsidRDefault="001F47AF" w:rsidP="00F8131E">
            <w:r>
              <w:t>111723039011 - 111723039020</w:t>
            </w:r>
          </w:p>
          <w:p w14:paraId="005FD6C4" w14:textId="77777777" w:rsidR="001F47AF" w:rsidRDefault="001F47AF" w:rsidP="00F8131E"/>
          <w:p w14:paraId="77BEDB34" w14:textId="77777777" w:rsidR="001F47AF" w:rsidRDefault="001F47AF" w:rsidP="00F8131E"/>
          <w:p w14:paraId="6FEC52B6" w14:textId="77777777" w:rsidR="001F47AF" w:rsidRDefault="001F47AF" w:rsidP="00F8131E"/>
        </w:tc>
        <w:tc>
          <w:tcPr>
            <w:tcW w:w="1726" w:type="dxa"/>
          </w:tcPr>
          <w:p w14:paraId="582E07A0" w14:textId="77777777" w:rsidR="001F47AF" w:rsidRDefault="001F47AF" w:rsidP="00F8131E">
            <w:r>
              <w:t>29</w:t>
            </w:r>
          </w:p>
        </w:tc>
      </w:tr>
      <w:tr w:rsidR="001F47AF" w14:paraId="078EB9FA" w14:textId="77777777" w:rsidTr="00F8131E">
        <w:tc>
          <w:tcPr>
            <w:tcW w:w="1726" w:type="dxa"/>
          </w:tcPr>
          <w:p w14:paraId="6354CBCF" w14:textId="77777777" w:rsidR="001F47AF" w:rsidRDefault="001F47AF" w:rsidP="00F8131E">
            <w:r>
              <w:t>3</w:t>
            </w:r>
          </w:p>
        </w:tc>
        <w:tc>
          <w:tcPr>
            <w:tcW w:w="1726" w:type="dxa"/>
          </w:tcPr>
          <w:p w14:paraId="471BAFB9" w14:textId="77777777" w:rsidR="001F47AF" w:rsidRDefault="001F47AF" w:rsidP="00F8131E">
            <w:pPr>
              <w:rPr>
                <w:sz w:val="32"/>
                <w:szCs w:val="32"/>
              </w:rPr>
            </w:pPr>
          </w:p>
          <w:p w14:paraId="0C3118CA" w14:textId="77777777" w:rsidR="001F47AF" w:rsidRDefault="001F47AF" w:rsidP="00F8131E">
            <w:pPr>
              <w:rPr>
                <w:szCs w:val="24"/>
              </w:rPr>
            </w:pPr>
          </w:p>
          <w:p w14:paraId="5290A2EC" w14:textId="77777777" w:rsidR="001F47AF" w:rsidRDefault="001F47AF" w:rsidP="00F8131E">
            <w:pPr>
              <w:rPr>
                <w:sz w:val="32"/>
                <w:szCs w:val="32"/>
              </w:rPr>
            </w:pPr>
            <w:proofErr w:type="spellStart"/>
            <w:r>
              <w:rPr>
                <w:szCs w:val="24"/>
              </w:rPr>
              <w:t>M.Supriya</w:t>
            </w:r>
            <w:proofErr w:type="spellEnd"/>
          </w:p>
          <w:p w14:paraId="11C711A7" w14:textId="77777777" w:rsidR="001F47AF" w:rsidRDefault="001F47AF" w:rsidP="00F8131E"/>
        </w:tc>
        <w:tc>
          <w:tcPr>
            <w:tcW w:w="1726" w:type="dxa"/>
          </w:tcPr>
          <w:p w14:paraId="1CFCE5F3" w14:textId="77777777" w:rsidR="001F47AF" w:rsidRDefault="001F47AF" w:rsidP="00F8131E">
            <w:r>
              <w:t>ACSCS</w:t>
            </w:r>
          </w:p>
          <w:p w14:paraId="2D0E4A2F" w14:textId="77777777" w:rsidR="001F47AF" w:rsidRDefault="001F47AF" w:rsidP="00F8131E"/>
          <w:p w14:paraId="1840BBAD" w14:textId="77777777" w:rsidR="001F47AF" w:rsidRDefault="001F47AF" w:rsidP="00F8131E"/>
          <w:p w14:paraId="066CA415" w14:textId="77777777" w:rsidR="001F47AF" w:rsidRDefault="001F47AF" w:rsidP="00F8131E">
            <w:r>
              <w:t>NCSCS</w:t>
            </w:r>
          </w:p>
          <w:p w14:paraId="10DF7101" w14:textId="77777777" w:rsidR="001F47AF" w:rsidRDefault="001F47AF" w:rsidP="00F8131E"/>
          <w:p w14:paraId="66FEEFC1" w14:textId="77777777" w:rsidR="001F47AF" w:rsidRDefault="001F47AF" w:rsidP="00F8131E">
            <w:r>
              <w:t>DCSCS</w:t>
            </w:r>
          </w:p>
        </w:tc>
        <w:tc>
          <w:tcPr>
            <w:tcW w:w="1726" w:type="dxa"/>
          </w:tcPr>
          <w:p w14:paraId="5D40A863" w14:textId="77777777" w:rsidR="001F47AF" w:rsidRDefault="001F47AF" w:rsidP="00F8131E">
            <w:r>
              <w:t>111725039021-111725039030</w:t>
            </w:r>
          </w:p>
          <w:p w14:paraId="1488BFAD" w14:textId="77777777" w:rsidR="001F47AF" w:rsidRDefault="001F47AF" w:rsidP="00F8131E"/>
          <w:p w14:paraId="5D2DFDED" w14:textId="77777777" w:rsidR="001F47AF" w:rsidRDefault="001F47AF" w:rsidP="00F8131E"/>
          <w:p w14:paraId="48736223" w14:textId="77777777" w:rsidR="001F47AF" w:rsidRDefault="001F47AF" w:rsidP="00F8131E">
            <w:r>
              <w:t>111724039021 - 111724039030</w:t>
            </w:r>
          </w:p>
          <w:p w14:paraId="0D88A7EB" w14:textId="77777777" w:rsidR="001F47AF" w:rsidRDefault="001F47AF" w:rsidP="00F8131E"/>
          <w:p w14:paraId="4E9E959F" w14:textId="77777777" w:rsidR="001F47AF" w:rsidRDefault="001F47AF" w:rsidP="00F8131E"/>
          <w:p w14:paraId="34DED7E5" w14:textId="77777777" w:rsidR="001F47AF" w:rsidRDefault="001F47AF" w:rsidP="00F8131E">
            <w:r>
              <w:t>111723039021 - 111723039030</w:t>
            </w:r>
          </w:p>
          <w:p w14:paraId="640D2B94" w14:textId="77777777" w:rsidR="001F47AF" w:rsidRDefault="001F47AF" w:rsidP="00F8131E"/>
          <w:p w14:paraId="684DC03A" w14:textId="77777777" w:rsidR="001F47AF" w:rsidRDefault="001F47AF" w:rsidP="00F8131E"/>
          <w:p w14:paraId="09D46DC1" w14:textId="77777777" w:rsidR="001F47AF" w:rsidRDefault="001F47AF" w:rsidP="00F8131E"/>
        </w:tc>
        <w:tc>
          <w:tcPr>
            <w:tcW w:w="1726" w:type="dxa"/>
          </w:tcPr>
          <w:p w14:paraId="3583422E" w14:textId="77777777" w:rsidR="001F47AF" w:rsidRDefault="001F47AF" w:rsidP="00F8131E">
            <w:r>
              <w:t>29</w:t>
            </w:r>
          </w:p>
        </w:tc>
      </w:tr>
      <w:tr w:rsidR="001F47AF" w14:paraId="69BCEBC8" w14:textId="77777777" w:rsidTr="00F8131E">
        <w:tc>
          <w:tcPr>
            <w:tcW w:w="1726" w:type="dxa"/>
          </w:tcPr>
          <w:p w14:paraId="09816871" w14:textId="77777777" w:rsidR="001F47AF" w:rsidRDefault="001F47AF" w:rsidP="00F8131E">
            <w:r>
              <w:t>4</w:t>
            </w:r>
          </w:p>
        </w:tc>
        <w:tc>
          <w:tcPr>
            <w:tcW w:w="1726" w:type="dxa"/>
          </w:tcPr>
          <w:p w14:paraId="44906881" w14:textId="77777777" w:rsidR="001F47AF" w:rsidRDefault="001F47AF" w:rsidP="00F8131E">
            <w:pPr>
              <w:rPr>
                <w:sz w:val="32"/>
                <w:szCs w:val="32"/>
              </w:rPr>
            </w:pPr>
          </w:p>
          <w:p w14:paraId="7305F234" w14:textId="77777777" w:rsidR="001F47AF" w:rsidRDefault="001F47AF" w:rsidP="00F8131E">
            <w:pPr>
              <w:rPr>
                <w:sz w:val="32"/>
                <w:szCs w:val="32"/>
              </w:rPr>
            </w:pPr>
          </w:p>
          <w:p w14:paraId="4629B0D2" w14:textId="77777777" w:rsidR="001F47AF" w:rsidRDefault="001F47AF" w:rsidP="00F8131E">
            <w:proofErr w:type="spellStart"/>
            <w:proofErr w:type="gramStart"/>
            <w:r>
              <w:rPr>
                <w:szCs w:val="24"/>
              </w:rPr>
              <w:t>Mrs.S.Kavitha</w:t>
            </w:r>
            <w:proofErr w:type="spellEnd"/>
            <w:proofErr w:type="gramEnd"/>
          </w:p>
        </w:tc>
        <w:tc>
          <w:tcPr>
            <w:tcW w:w="1726" w:type="dxa"/>
          </w:tcPr>
          <w:p w14:paraId="487152E9" w14:textId="77777777" w:rsidR="001F47AF" w:rsidRDefault="001F47AF" w:rsidP="00F8131E">
            <w:r>
              <w:t>ACSCS</w:t>
            </w:r>
          </w:p>
          <w:p w14:paraId="3E86A0B1" w14:textId="77777777" w:rsidR="001F47AF" w:rsidRDefault="001F47AF" w:rsidP="00F8131E"/>
          <w:p w14:paraId="4DCF7D4B" w14:textId="77777777" w:rsidR="001F47AF" w:rsidRDefault="001F47AF" w:rsidP="00F8131E"/>
          <w:p w14:paraId="2C067BAA" w14:textId="77777777" w:rsidR="001F47AF" w:rsidRDefault="001F47AF" w:rsidP="00F8131E">
            <w:r>
              <w:t>NCSCS</w:t>
            </w:r>
          </w:p>
          <w:p w14:paraId="0FC3054C" w14:textId="77777777" w:rsidR="001F47AF" w:rsidRDefault="001F47AF" w:rsidP="00F8131E"/>
          <w:p w14:paraId="47AEF499" w14:textId="77777777" w:rsidR="001F47AF" w:rsidRDefault="001F47AF" w:rsidP="00F8131E"/>
          <w:p w14:paraId="1DEA7012" w14:textId="77777777" w:rsidR="001F47AF" w:rsidRDefault="001F47AF" w:rsidP="00F8131E">
            <w:r>
              <w:t>DCSCS</w:t>
            </w:r>
          </w:p>
        </w:tc>
        <w:tc>
          <w:tcPr>
            <w:tcW w:w="1726" w:type="dxa"/>
          </w:tcPr>
          <w:p w14:paraId="45DA17E3" w14:textId="77777777" w:rsidR="001F47AF" w:rsidRDefault="001F47AF" w:rsidP="00F8131E">
            <w:r>
              <w:t>111725039031-111725039040</w:t>
            </w:r>
          </w:p>
          <w:p w14:paraId="5AD345E4" w14:textId="77777777" w:rsidR="001F47AF" w:rsidRDefault="001F47AF" w:rsidP="00F8131E"/>
          <w:p w14:paraId="762D2147" w14:textId="77777777" w:rsidR="001F47AF" w:rsidRDefault="001F47AF" w:rsidP="00F8131E"/>
          <w:p w14:paraId="3C629EBF" w14:textId="77777777" w:rsidR="001F47AF" w:rsidRDefault="001F47AF" w:rsidP="00F8131E"/>
          <w:p w14:paraId="2E70EC44" w14:textId="77777777" w:rsidR="001F47AF" w:rsidRDefault="001F47AF" w:rsidP="00F8131E">
            <w:r>
              <w:t>111724039031 - 111724039040</w:t>
            </w:r>
          </w:p>
          <w:p w14:paraId="3D24AF3D" w14:textId="77777777" w:rsidR="001F47AF" w:rsidRDefault="001F47AF" w:rsidP="00F8131E"/>
          <w:p w14:paraId="43639C63" w14:textId="77777777" w:rsidR="001F47AF" w:rsidRDefault="001F47AF" w:rsidP="00F8131E">
            <w:r>
              <w:t>111723039031 - 111723039040</w:t>
            </w:r>
          </w:p>
          <w:p w14:paraId="5F736B03" w14:textId="77777777" w:rsidR="001F47AF" w:rsidRDefault="001F47AF" w:rsidP="00F8131E"/>
          <w:p w14:paraId="69DD4541" w14:textId="77777777" w:rsidR="001F47AF" w:rsidRDefault="001F47AF" w:rsidP="00F8131E"/>
          <w:p w14:paraId="68B6AF6B" w14:textId="77777777" w:rsidR="001F47AF" w:rsidRDefault="001F47AF" w:rsidP="00F8131E"/>
        </w:tc>
        <w:tc>
          <w:tcPr>
            <w:tcW w:w="1726" w:type="dxa"/>
          </w:tcPr>
          <w:p w14:paraId="43748FC9" w14:textId="77777777" w:rsidR="001F47AF" w:rsidRDefault="001F47AF" w:rsidP="00F8131E">
            <w:r>
              <w:t>28</w:t>
            </w:r>
          </w:p>
        </w:tc>
      </w:tr>
      <w:tr w:rsidR="001F47AF" w14:paraId="700C47BF" w14:textId="77777777" w:rsidTr="00F8131E">
        <w:tc>
          <w:tcPr>
            <w:tcW w:w="1726" w:type="dxa"/>
          </w:tcPr>
          <w:p w14:paraId="0FAE48BA" w14:textId="77777777" w:rsidR="001F47AF" w:rsidRDefault="001F47AF" w:rsidP="00F8131E">
            <w:r>
              <w:t>5</w:t>
            </w:r>
          </w:p>
        </w:tc>
        <w:tc>
          <w:tcPr>
            <w:tcW w:w="1726" w:type="dxa"/>
          </w:tcPr>
          <w:p w14:paraId="2C28BEB8" w14:textId="77777777" w:rsidR="001F47AF" w:rsidRDefault="001F47AF" w:rsidP="00F8131E">
            <w:pPr>
              <w:rPr>
                <w:sz w:val="32"/>
                <w:szCs w:val="32"/>
              </w:rPr>
            </w:pPr>
          </w:p>
          <w:p w14:paraId="322966B2" w14:textId="77777777" w:rsidR="001F47AF" w:rsidRDefault="001F47AF" w:rsidP="00F8131E">
            <w:pPr>
              <w:rPr>
                <w:szCs w:val="24"/>
              </w:rPr>
            </w:pPr>
          </w:p>
          <w:p w14:paraId="795589EF" w14:textId="77777777" w:rsidR="001F47AF" w:rsidRDefault="001F47AF" w:rsidP="00F8131E">
            <w:pPr>
              <w:rPr>
                <w:szCs w:val="24"/>
              </w:rPr>
            </w:pPr>
            <w:proofErr w:type="spellStart"/>
            <w:r>
              <w:rPr>
                <w:szCs w:val="24"/>
              </w:rPr>
              <w:t>M.Vasudha</w:t>
            </w:r>
            <w:proofErr w:type="spellEnd"/>
          </w:p>
          <w:p w14:paraId="61999CC5" w14:textId="77777777" w:rsidR="001F47AF" w:rsidRDefault="001F47AF" w:rsidP="00F8131E"/>
        </w:tc>
        <w:tc>
          <w:tcPr>
            <w:tcW w:w="1726" w:type="dxa"/>
          </w:tcPr>
          <w:p w14:paraId="5D2010A6" w14:textId="77777777" w:rsidR="001F47AF" w:rsidRDefault="001F47AF" w:rsidP="00F8131E">
            <w:r>
              <w:t>ACSCS</w:t>
            </w:r>
          </w:p>
          <w:p w14:paraId="322B9D67" w14:textId="77777777" w:rsidR="001F47AF" w:rsidRDefault="001F47AF" w:rsidP="00F8131E"/>
          <w:p w14:paraId="4E423DE0" w14:textId="77777777" w:rsidR="001F47AF" w:rsidRDefault="001F47AF" w:rsidP="00F8131E"/>
          <w:p w14:paraId="5E4CA2D3" w14:textId="77777777" w:rsidR="001F47AF" w:rsidRDefault="001F47AF" w:rsidP="00F8131E"/>
          <w:p w14:paraId="3D0F5A6F" w14:textId="77777777" w:rsidR="001F47AF" w:rsidRDefault="001F47AF" w:rsidP="00F8131E">
            <w:r>
              <w:t>NCSCS</w:t>
            </w:r>
          </w:p>
          <w:p w14:paraId="110D2FBD" w14:textId="77777777" w:rsidR="001F47AF" w:rsidRDefault="001F47AF" w:rsidP="00F8131E"/>
          <w:p w14:paraId="41ED3037" w14:textId="77777777" w:rsidR="001F47AF" w:rsidRDefault="001F47AF" w:rsidP="00F8131E"/>
          <w:p w14:paraId="435F7D8E" w14:textId="77777777" w:rsidR="001F47AF" w:rsidRDefault="001F47AF" w:rsidP="00F8131E">
            <w:r>
              <w:t>DCSCS</w:t>
            </w:r>
          </w:p>
        </w:tc>
        <w:tc>
          <w:tcPr>
            <w:tcW w:w="1726" w:type="dxa"/>
          </w:tcPr>
          <w:p w14:paraId="416086AE" w14:textId="77777777" w:rsidR="001F47AF" w:rsidRDefault="001F47AF" w:rsidP="00F8131E">
            <w:r>
              <w:lastRenderedPageBreak/>
              <w:t>111725039041-111725039050</w:t>
            </w:r>
          </w:p>
          <w:p w14:paraId="2F1B8FBD" w14:textId="77777777" w:rsidR="001F47AF" w:rsidRDefault="001F47AF" w:rsidP="00F8131E"/>
          <w:p w14:paraId="4F6606EC" w14:textId="77777777" w:rsidR="001F47AF" w:rsidRDefault="001F47AF" w:rsidP="00F8131E"/>
          <w:p w14:paraId="18246D98" w14:textId="77777777" w:rsidR="001F47AF" w:rsidRDefault="001F47AF" w:rsidP="00F8131E"/>
          <w:p w14:paraId="488D1C3C" w14:textId="77777777" w:rsidR="001F47AF" w:rsidRDefault="001F47AF" w:rsidP="00F8131E"/>
          <w:p w14:paraId="68811697" w14:textId="77777777" w:rsidR="001F47AF" w:rsidRDefault="001F47AF" w:rsidP="00F8131E">
            <w:r>
              <w:lastRenderedPageBreak/>
              <w:t>111724039041 - 111724039050</w:t>
            </w:r>
          </w:p>
          <w:p w14:paraId="3B4C952B" w14:textId="77777777" w:rsidR="001F47AF" w:rsidRDefault="001F47AF" w:rsidP="00F8131E"/>
          <w:p w14:paraId="04036532" w14:textId="77777777" w:rsidR="001F47AF" w:rsidRDefault="001F47AF" w:rsidP="00F8131E"/>
          <w:p w14:paraId="114DE916" w14:textId="77777777" w:rsidR="001F47AF" w:rsidRDefault="001F47AF" w:rsidP="00F8131E">
            <w:r>
              <w:t>111723039041 - 111723039050</w:t>
            </w:r>
          </w:p>
          <w:p w14:paraId="74F3B420" w14:textId="77777777" w:rsidR="001F47AF" w:rsidRDefault="001F47AF" w:rsidP="00F8131E"/>
          <w:p w14:paraId="4452263D" w14:textId="77777777" w:rsidR="001F47AF" w:rsidRDefault="001F47AF" w:rsidP="00F8131E"/>
          <w:p w14:paraId="1E91BA52" w14:textId="77777777" w:rsidR="001F47AF" w:rsidRDefault="001F47AF" w:rsidP="00F8131E">
            <w:pPr>
              <w:jc w:val="both"/>
            </w:pPr>
          </w:p>
          <w:p w14:paraId="57A58C31" w14:textId="77777777" w:rsidR="001F47AF" w:rsidRDefault="001F47AF" w:rsidP="00F8131E"/>
        </w:tc>
        <w:tc>
          <w:tcPr>
            <w:tcW w:w="1726" w:type="dxa"/>
          </w:tcPr>
          <w:p w14:paraId="05001AAE" w14:textId="77777777" w:rsidR="001F47AF" w:rsidRDefault="001F47AF" w:rsidP="00F8131E">
            <w:r>
              <w:lastRenderedPageBreak/>
              <w:t>31</w:t>
            </w:r>
          </w:p>
        </w:tc>
      </w:tr>
      <w:tr w:rsidR="001F47AF" w14:paraId="686F47D9" w14:textId="77777777" w:rsidTr="00F8131E">
        <w:tc>
          <w:tcPr>
            <w:tcW w:w="1726" w:type="dxa"/>
          </w:tcPr>
          <w:p w14:paraId="22294F9E" w14:textId="77777777" w:rsidR="001F47AF" w:rsidRDefault="001F47AF" w:rsidP="00F8131E"/>
        </w:tc>
        <w:tc>
          <w:tcPr>
            <w:tcW w:w="1726" w:type="dxa"/>
          </w:tcPr>
          <w:p w14:paraId="25E02329" w14:textId="77777777" w:rsidR="001F47AF" w:rsidRDefault="001F47AF" w:rsidP="00F8131E"/>
        </w:tc>
        <w:tc>
          <w:tcPr>
            <w:tcW w:w="1726" w:type="dxa"/>
          </w:tcPr>
          <w:p w14:paraId="22B1AFAB" w14:textId="77777777" w:rsidR="001F47AF" w:rsidRDefault="001F47AF" w:rsidP="00F8131E"/>
        </w:tc>
        <w:tc>
          <w:tcPr>
            <w:tcW w:w="1726" w:type="dxa"/>
          </w:tcPr>
          <w:p w14:paraId="15ACE972" w14:textId="77777777" w:rsidR="001F47AF" w:rsidRDefault="001F47AF" w:rsidP="00F8131E"/>
        </w:tc>
        <w:tc>
          <w:tcPr>
            <w:tcW w:w="1726" w:type="dxa"/>
          </w:tcPr>
          <w:p w14:paraId="25848857" w14:textId="77777777" w:rsidR="001F47AF" w:rsidRDefault="001F47AF" w:rsidP="00F8131E"/>
        </w:tc>
      </w:tr>
    </w:tbl>
    <w:p w14:paraId="10242C4C" w14:textId="77777777" w:rsidR="001F47AF" w:rsidRDefault="001F47AF" w:rsidP="001F47AF">
      <w:r>
        <w:br/>
        <w:t xml:space="preserve">Total Strength of Programme / Class: </w:t>
      </w:r>
      <w:proofErr w:type="spellStart"/>
      <w:proofErr w:type="gramStart"/>
      <w:r>
        <w:t>B.Sc</w:t>
      </w:r>
      <w:proofErr w:type="spellEnd"/>
      <w:proofErr w:type="gramEnd"/>
      <w:r>
        <w:t>(CSCS)-ACSCS-50</w:t>
      </w:r>
    </w:p>
    <w:p w14:paraId="56C418A1" w14:textId="77777777" w:rsidR="001F47AF" w:rsidRDefault="001F47AF" w:rsidP="001F47AF">
      <w:r>
        <w:tab/>
      </w:r>
      <w:r>
        <w:tab/>
      </w:r>
      <w:r>
        <w:tab/>
      </w:r>
      <w:r>
        <w:tab/>
      </w:r>
      <w:r>
        <w:tab/>
      </w:r>
      <w:proofErr w:type="spellStart"/>
      <w:proofErr w:type="gramStart"/>
      <w:r>
        <w:t>B.Sc</w:t>
      </w:r>
      <w:proofErr w:type="spellEnd"/>
      <w:proofErr w:type="gramEnd"/>
      <w:r>
        <w:t>(CSCS)-(NCSCS)-51</w:t>
      </w:r>
    </w:p>
    <w:p w14:paraId="3BF1BB18" w14:textId="77777777" w:rsidR="001F47AF" w:rsidRDefault="001F47AF" w:rsidP="001F47AF">
      <w:r>
        <w:tab/>
      </w:r>
      <w:r>
        <w:tab/>
      </w:r>
      <w:r>
        <w:tab/>
      </w:r>
      <w:r>
        <w:tab/>
      </w:r>
      <w:r>
        <w:tab/>
      </w:r>
      <w:proofErr w:type="spellStart"/>
      <w:proofErr w:type="gramStart"/>
      <w:r>
        <w:t>B.Sc</w:t>
      </w:r>
      <w:proofErr w:type="spellEnd"/>
      <w:proofErr w:type="gramEnd"/>
      <w:r>
        <w:t>(CSCS)-DCSCS-46</w:t>
      </w:r>
    </w:p>
    <w:p w14:paraId="43A3630E" w14:textId="77777777" w:rsidR="001F47AF" w:rsidRDefault="001F47AF" w:rsidP="001F47AF">
      <w:r>
        <w:t>Total strength:147</w:t>
      </w:r>
      <w:r>
        <w:br/>
      </w:r>
    </w:p>
    <w:p w14:paraId="6E1BFA08" w14:textId="77777777" w:rsidR="001F47AF" w:rsidRDefault="001F47AF" w:rsidP="001F47AF">
      <w:r>
        <w:rPr>
          <w:b/>
        </w:rPr>
        <w:t>DETAILED MENTOR – MENTEE LIST of 1</w:t>
      </w:r>
      <w:r w:rsidRPr="007C6C79">
        <w:rPr>
          <w:b/>
          <w:vertAlign w:val="superscript"/>
        </w:rPr>
        <w:t>st</w:t>
      </w:r>
      <w:r>
        <w:rPr>
          <w:b/>
        </w:rPr>
        <w:t>, 2</w:t>
      </w:r>
      <w:r w:rsidRPr="007C6C79">
        <w:rPr>
          <w:b/>
          <w:vertAlign w:val="superscript"/>
        </w:rPr>
        <w:t>nd</w:t>
      </w:r>
      <w:r>
        <w:rPr>
          <w:b/>
        </w:rPr>
        <w:t xml:space="preserve"> and 3</w:t>
      </w:r>
      <w:r w:rsidRPr="007C6C79">
        <w:rPr>
          <w:b/>
          <w:vertAlign w:val="superscript"/>
        </w:rPr>
        <w:t>rd</w:t>
      </w:r>
      <w:r>
        <w:rPr>
          <w:b/>
        </w:rPr>
        <w:t xml:space="preserve"> year students.</w:t>
      </w:r>
    </w:p>
    <w:p w14:paraId="4253FEF7" w14:textId="77777777" w:rsidR="001F47AF" w:rsidRDefault="001F47AF" w:rsidP="001F47AF">
      <w:r>
        <w:t xml:space="preserve">Programme &amp; Year: </w:t>
      </w:r>
      <w:proofErr w:type="spellStart"/>
      <w:proofErr w:type="gramStart"/>
      <w:r>
        <w:t>B.Sc</w:t>
      </w:r>
      <w:proofErr w:type="spellEnd"/>
      <w:proofErr w:type="gramEnd"/>
      <w:r>
        <w:t xml:space="preserve"> Computer Science &amp; Cyber security 1</w:t>
      </w:r>
      <w:r w:rsidRPr="00F8496F">
        <w:rPr>
          <w:vertAlign w:val="superscript"/>
        </w:rPr>
        <w:t>st</w:t>
      </w:r>
      <w:r>
        <w:t xml:space="preserve"> Year</w:t>
      </w:r>
      <w:r>
        <w:br/>
      </w:r>
    </w:p>
    <w:tbl>
      <w:tblPr>
        <w:tblStyle w:val="TableGrid"/>
        <w:tblW w:w="0" w:type="auto"/>
        <w:tblLook w:val="04A0" w:firstRow="1" w:lastRow="0" w:firstColumn="1" w:lastColumn="0" w:noHBand="0" w:noVBand="1"/>
      </w:tblPr>
      <w:tblGrid>
        <w:gridCol w:w="1726"/>
        <w:gridCol w:w="1726"/>
        <w:gridCol w:w="1726"/>
        <w:gridCol w:w="1726"/>
        <w:gridCol w:w="1726"/>
      </w:tblGrid>
      <w:tr w:rsidR="001F47AF" w14:paraId="2BC1681D" w14:textId="77777777" w:rsidTr="00F8131E">
        <w:tc>
          <w:tcPr>
            <w:tcW w:w="1726" w:type="dxa"/>
          </w:tcPr>
          <w:p w14:paraId="2B691F86" w14:textId="77777777" w:rsidR="001F47AF" w:rsidRDefault="001F47AF" w:rsidP="00F8131E">
            <w:r>
              <w:t>S. No.</w:t>
            </w:r>
          </w:p>
        </w:tc>
        <w:tc>
          <w:tcPr>
            <w:tcW w:w="1726" w:type="dxa"/>
          </w:tcPr>
          <w:p w14:paraId="7AEB30B1" w14:textId="77777777" w:rsidR="001F47AF" w:rsidRDefault="001F47AF" w:rsidP="00F8131E">
            <w:r>
              <w:t>Name of the Mentor</w:t>
            </w:r>
          </w:p>
        </w:tc>
        <w:tc>
          <w:tcPr>
            <w:tcW w:w="1726" w:type="dxa"/>
          </w:tcPr>
          <w:p w14:paraId="2BB7EE6A" w14:textId="77777777" w:rsidR="001F47AF" w:rsidRDefault="001F47AF" w:rsidP="00F8131E">
            <w:r>
              <w:t>Class / Section</w:t>
            </w:r>
          </w:p>
        </w:tc>
        <w:tc>
          <w:tcPr>
            <w:tcW w:w="1726" w:type="dxa"/>
          </w:tcPr>
          <w:p w14:paraId="4A421294" w14:textId="77777777" w:rsidR="001F47AF" w:rsidRDefault="001F47AF" w:rsidP="00F8131E">
            <w:r>
              <w:t>UID Number</w:t>
            </w:r>
          </w:p>
        </w:tc>
        <w:tc>
          <w:tcPr>
            <w:tcW w:w="1726" w:type="dxa"/>
          </w:tcPr>
          <w:p w14:paraId="63CF88D6" w14:textId="77777777" w:rsidR="001F47AF" w:rsidRDefault="001F47AF" w:rsidP="00F8131E">
            <w:r>
              <w:t>Name of the Student</w:t>
            </w:r>
          </w:p>
        </w:tc>
      </w:tr>
      <w:tr w:rsidR="001F47AF" w14:paraId="6A3BEC1E" w14:textId="77777777" w:rsidTr="00F8131E">
        <w:tc>
          <w:tcPr>
            <w:tcW w:w="1726" w:type="dxa"/>
          </w:tcPr>
          <w:p w14:paraId="35C3E95E" w14:textId="77777777" w:rsidR="001F47AF" w:rsidRDefault="001F47AF" w:rsidP="00F8131E">
            <w:r>
              <w:t>1</w:t>
            </w:r>
          </w:p>
        </w:tc>
        <w:tc>
          <w:tcPr>
            <w:tcW w:w="1726" w:type="dxa"/>
          </w:tcPr>
          <w:p w14:paraId="37DC83E8" w14:textId="77777777" w:rsidR="001F47AF" w:rsidRDefault="001F47AF" w:rsidP="00F8131E">
            <w:proofErr w:type="gramStart"/>
            <w:r>
              <w:rPr>
                <w:lang w:val="en-GB"/>
              </w:rPr>
              <w:t>S.LAKSHMI</w:t>
            </w:r>
            <w:proofErr w:type="gramEnd"/>
          </w:p>
        </w:tc>
        <w:tc>
          <w:tcPr>
            <w:tcW w:w="1726" w:type="dxa"/>
          </w:tcPr>
          <w:p w14:paraId="21BD1D12" w14:textId="77777777" w:rsidR="001F47AF" w:rsidRDefault="001F47AF" w:rsidP="00F8131E">
            <w:r>
              <w:t>ACSCS</w:t>
            </w:r>
          </w:p>
        </w:tc>
        <w:tc>
          <w:tcPr>
            <w:tcW w:w="1726" w:type="dxa"/>
          </w:tcPr>
          <w:p w14:paraId="6F110172" w14:textId="77777777" w:rsidR="001F47AF" w:rsidRDefault="001F47AF" w:rsidP="00F8131E">
            <w:r>
              <w:rPr>
                <w:lang w:val="en-GB"/>
              </w:rPr>
              <w:t>111725039001</w:t>
            </w:r>
          </w:p>
        </w:tc>
        <w:tc>
          <w:tcPr>
            <w:tcW w:w="1726" w:type="dxa"/>
            <w:vAlign w:val="bottom"/>
          </w:tcPr>
          <w:p w14:paraId="7A715E4F" w14:textId="77777777" w:rsidR="001F47AF" w:rsidRDefault="001F47AF" w:rsidP="00F8131E">
            <w:r w:rsidRPr="00CD3AF1">
              <w:rPr>
                <w:rFonts w:ascii="Calibri" w:eastAsia="Times New Roman" w:hAnsi="Calibri" w:cs="Calibri"/>
                <w:color w:val="000000"/>
                <w:lang w:eastAsia="en-IN"/>
              </w:rPr>
              <w:t>Pallavi</w:t>
            </w:r>
          </w:p>
        </w:tc>
      </w:tr>
      <w:tr w:rsidR="001F47AF" w14:paraId="576B8B30" w14:textId="77777777" w:rsidTr="00F8131E">
        <w:tc>
          <w:tcPr>
            <w:tcW w:w="1726" w:type="dxa"/>
          </w:tcPr>
          <w:p w14:paraId="17DE18A3" w14:textId="77777777" w:rsidR="001F47AF" w:rsidRDefault="001F47AF" w:rsidP="00F8131E">
            <w:r>
              <w:t>2</w:t>
            </w:r>
          </w:p>
        </w:tc>
        <w:tc>
          <w:tcPr>
            <w:tcW w:w="1726" w:type="dxa"/>
          </w:tcPr>
          <w:p w14:paraId="3E63E19C" w14:textId="77777777" w:rsidR="001F47AF" w:rsidRDefault="001F47AF" w:rsidP="00F8131E">
            <w:proofErr w:type="gramStart"/>
            <w:r>
              <w:rPr>
                <w:lang w:val="en-GB"/>
              </w:rPr>
              <w:t>S.LAKSHMI</w:t>
            </w:r>
            <w:proofErr w:type="gramEnd"/>
          </w:p>
        </w:tc>
        <w:tc>
          <w:tcPr>
            <w:tcW w:w="1726" w:type="dxa"/>
          </w:tcPr>
          <w:p w14:paraId="18D2E096" w14:textId="77777777" w:rsidR="001F47AF" w:rsidRDefault="001F47AF" w:rsidP="00F8131E">
            <w:r>
              <w:t>ACSCS</w:t>
            </w:r>
          </w:p>
        </w:tc>
        <w:tc>
          <w:tcPr>
            <w:tcW w:w="1726" w:type="dxa"/>
          </w:tcPr>
          <w:p w14:paraId="6CFE95D5" w14:textId="77777777" w:rsidR="001F47AF" w:rsidRDefault="001F47AF" w:rsidP="00F8131E">
            <w:r>
              <w:rPr>
                <w:lang w:val="en-GB"/>
              </w:rPr>
              <w:t>11172</w:t>
            </w:r>
            <w:r>
              <w:t>5</w:t>
            </w:r>
            <w:r>
              <w:rPr>
                <w:lang w:val="en-GB"/>
              </w:rPr>
              <w:t>0</w:t>
            </w:r>
            <w:r>
              <w:t>39002</w:t>
            </w:r>
          </w:p>
        </w:tc>
        <w:tc>
          <w:tcPr>
            <w:tcW w:w="1726" w:type="dxa"/>
            <w:vAlign w:val="bottom"/>
          </w:tcPr>
          <w:p w14:paraId="7DC7072F" w14:textId="77777777" w:rsidR="001F47AF" w:rsidRDefault="001F47AF" w:rsidP="00F8131E">
            <w:r w:rsidRPr="00CD3AF1">
              <w:rPr>
                <w:rFonts w:ascii="Calibri" w:eastAsia="Times New Roman" w:hAnsi="Calibri" w:cs="Calibri"/>
                <w:color w:val="000000"/>
                <w:lang w:eastAsia="en-IN"/>
              </w:rPr>
              <w:t>DAKSHAYANI</w:t>
            </w:r>
          </w:p>
        </w:tc>
      </w:tr>
      <w:tr w:rsidR="001F47AF" w14:paraId="66B89139" w14:textId="77777777" w:rsidTr="00F8131E">
        <w:tc>
          <w:tcPr>
            <w:tcW w:w="1726" w:type="dxa"/>
          </w:tcPr>
          <w:p w14:paraId="53C786AE" w14:textId="77777777" w:rsidR="001F47AF" w:rsidRDefault="001F47AF" w:rsidP="00F8131E">
            <w:r>
              <w:t>3</w:t>
            </w:r>
          </w:p>
        </w:tc>
        <w:tc>
          <w:tcPr>
            <w:tcW w:w="1726" w:type="dxa"/>
          </w:tcPr>
          <w:p w14:paraId="28869DAD" w14:textId="77777777" w:rsidR="001F47AF" w:rsidRDefault="001F47AF" w:rsidP="00F8131E">
            <w:proofErr w:type="gramStart"/>
            <w:r>
              <w:rPr>
                <w:lang w:val="en-GB"/>
              </w:rPr>
              <w:t>S.LAKSHMI</w:t>
            </w:r>
            <w:proofErr w:type="gramEnd"/>
          </w:p>
        </w:tc>
        <w:tc>
          <w:tcPr>
            <w:tcW w:w="1726" w:type="dxa"/>
          </w:tcPr>
          <w:p w14:paraId="4F5BAEDE" w14:textId="77777777" w:rsidR="001F47AF" w:rsidRDefault="001F47AF" w:rsidP="00F8131E">
            <w:r>
              <w:t>ACSCS</w:t>
            </w:r>
          </w:p>
        </w:tc>
        <w:tc>
          <w:tcPr>
            <w:tcW w:w="1726" w:type="dxa"/>
          </w:tcPr>
          <w:p w14:paraId="0B505D42" w14:textId="77777777" w:rsidR="001F47AF" w:rsidRDefault="001F47AF" w:rsidP="00F8131E">
            <w:r>
              <w:rPr>
                <w:lang w:val="en-GB"/>
              </w:rPr>
              <w:t>1117250</w:t>
            </w:r>
            <w:r>
              <w:t>39003</w:t>
            </w:r>
          </w:p>
        </w:tc>
        <w:tc>
          <w:tcPr>
            <w:tcW w:w="1726" w:type="dxa"/>
            <w:vAlign w:val="bottom"/>
          </w:tcPr>
          <w:p w14:paraId="251661F4" w14:textId="77777777" w:rsidR="001F47AF" w:rsidRDefault="001F47AF" w:rsidP="00F8131E">
            <w:r w:rsidRPr="00CD3AF1">
              <w:rPr>
                <w:rFonts w:ascii="Calibri" w:eastAsia="Times New Roman" w:hAnsi="Calibri" w:cs="Calibri"/>
                <w:color w:val="000000"/>
                <w:lang w:eastAsia="en-IN"/>
              </w:rPr>
              <w:t>JOYCE CRYSTAL</w:t>
            </w:r>
          </w:p>
        </w:tc>
      </w:tr>
      <w:tr w:rsidR="001F47AF" w14:paraId="77C36561" w14:textId="77777777" w:rsidTr="00F8131E">
        <w:tc>
          <w:tcPr>
            <w:tcW w:w="1726" w:type="dxa"/>
          </w:tcPr>
          <w:p w14:paraId="51A831C4" w14:textId="77777777" w:rsidR="001F47AF" w:rsidRDefault="001F47AF" w:rsidP="00F8131E">
            <w:r>
              <w:t>4</w:t>
            </w:r>
          </w:p>
        </w:tc>
        <w:tc>
          <w:tcPr>
            <w:tcW w:w="1726" w:type="dxa"/>
          </w:tcPr>
          <w:p w14:paraId="3C8A01EC" w14:textId="77777777" w:rsidR="001F47AF" w:rsidRDefault="001F47AF" w:rsidP="00F8131E">
            <w:proofErr w:type="gramStart"/>
            <w:r>
              <w:rPr>
                <w:lang w:val="en-GB"/>
              </w:rPr>
              <w:t>S.LAKSHMI</w:t>
            </w:r>
            <w:proofErr w:type="gramEnd"/>
          </w:p>
        </w:tc>
        <w:tc>
          <w:tcPr>
            <w:tcW w:w="1726" w:type="dxa"/>
          </w:tcPr>
          <w:p w14:paraId="15788CC9" w14:textId="77777777" w:rsidR="001F47AF" w:rsidRDefault="001F47AF" w:rsidP="00F8131E">
            <w:r>
              <w:t>ACSCS</w:t>
            </w:r>
          </w:p>
        </w:tc>
        <w:tc>
          <w:tcPr>
            <w:tcW w:w="1726" w:type="dxa"/>
          </w:tcPr>
          <w:p w14:paraId="4CBDAA86" w14:textId="77777777" w:rsidR="001F47AF" w:rsidRDefault="001F47AF" w:rsidP="00F8131E">
            <w:r>
              <w:rPr>
                <w:lang w:val="en-GB"/>
              </w:rPr>
              <w:t>1117250</w:t>
            </w:r>
            <w:r>
              <w:t>39004</w:t>
            </w:r>
          </w:p>
        </w:tc>
        <w:tc>
          <w:tcPr>
            <w:tcW w:w="1726" w:type="dxa"/>
            <w:vAlign w:val="bottom"/>
          </w:tcPr>
          <w:p w14:paraId="2343B6AA" w14:textId="77777777" w:rsidR="001F47AF" w:rsidRDefault="001F47AF" w:rsidP="00F8131E">
            <w:r w:rsidRPr="00CD3AF1">
              <w:rPr>
                <w:rFonts w:ascii="Calibri" w:eastAsia="Times New Roman" w:hAnsi="Calibri" w:cs="Calibri"/>
                <w:color w:val="000000"/>
                <w:lang w:eastAsia="en-IN"/>
              </w:rPr>
              <w:t>SRI VIDYA</w:t>
            </w:r>
          </w:p>
        </w:tc>
      </w:tr>
      <w:tr w:rsidR="001F47AF" w14:paraId="431CEE61" w14:textId="77777777" w:rsidTr="00F8131E">
        <w:tc>
          <w:tcPr>
            <w:tcW w:w="1726" w:type="dxa"/>
          </w:tcPr>
          <w:p w14:paraId="1E154156" w14:textId="77777777" w:rsidR="001F47AF" w:rsidRDefault="001F47AF" w:rsidP="00F8131E">
            <w:r>
              <w:t>5</w:t>
            </w:r>
          </w:p>
        </w:tc>
        <w:tc>
          <w:tcPr>
            <w:tcW w:w="1726" w:type="dxa"/>
          </w:tcPr>
          <w:p w14:paraId="307846E7" w14:textId="77777777" w:rsidR="001F47AF" w:rsidRDefault="001F47AF" w:rsidP="00F8131E">
            <w:proofErr w:type="gramStart"/>
            <w:r>
              <w:rPr>
                <w:lang w:val="en-GB"/>
              </w:rPr>
              <w:t>S.LAKSHMI</w:t>
            </w:r>
            <w:proofErr w:type="gramEnd"/>
          </w:p>
        </w:tc>
        <w:tc>
          <w:tcPr>
            <w:tcW w:w="1726" w:type="dxa"/>
          </w:tcPr>
          <w:p w14:paraId="1144CA69" w14:textId="77777777" w:rsidR="001F47AF" w:rsidRDefault="001F47AF" w:rsidP="00F8131E">
            <w:r>
              <w:t>ACSCS</w:t>
            </w:r>
          </w:p>
        </w:tc>
        <w:tc>
          <w:tcPr>
            <w:tcW w:w="1726" w:type="dxa"/>
          </w:tcPr>
          <w:p w14:paraId="1715E45B" w14:textId="77777777" w:rsidR="001F47AF" w:rsidRDefault="001F47AF" w:rsidP="00F8131E">
            <w:r>
              <w:rPr>
                <w:lang w:val="en-GB"/>
              </w:rPr>
              <w:t>1117250</w:t>
            </w:r>
            <w:r>
              <w:t>39005</w:t>
            </w:r>
          </w:p>
        </w:tc>
        <w:tc>
          <w:tcPr>
            <w:tcW w:w="1726" w:type="dxa"/>
            <w:vAlign w:val="bottom"/>
          </w:tcPr>
          <w:p w14:paraId="3DE6321A" w14:textId="77777777" w:rsidR="001F47AF" w:rsidRDefault="001F47AF" w:rsidP="00F8131E">
            <w:r w:rsidRPr="00CD3AF1">
              <w:rPr>
                <w:rFonts w:ascii="Calibri" w:eastAsia="Times New Roman" w:hAnsi="Calibri" w:cs="Calibri"/>
                <w:color w:val="000000"/>
                <w:lang w:eastAsia="en-IN"/>
              </w:rPr>
              <w:t>HANSIKA</w:t>
            </w:r>
          </w:p>
        </w:tc>
      </w:tr>
      <w:tr w:rsidR="001F47AF" w14:paraId="47A12B07" w14:textId="77777777" w:rsidTr="00F8131E">
        <w:tc>
          <w:tcPr>
            <w:tcW w:w="1726" w:type="dxa"/>
          </w:tcPr>
          <w:p w14:paraId="47F1DE66" w14:textId="77777777" w:rsidR="001F47AF" w:rsidRDefault="001F47AF" w:rsidP="00F8131E">
            <w:r>
              <w:t>6</w:t>
            </w:r>
          </w:p>
        </w:tc>
        <w:tc>
          <w:tcPr>
            <w:tcW w:w="1726" w:type="dxa"/>
          </w:tcPr>
          <w:p w14:paraId="24EDBCC2" w14:textId="77777777" w:rsidR="001F47AF" w:rsidRDefault="001F47AF" w:rsidP="00F8131E">
            <w:proofErr w:type="gramStart"/>
            <w:r>
              <w:rPr>
                <w:lang w:val="en-GB"/>
              </w:rPr>
              <w:t>S.LAKSHMI</w:t>
            </w:r>
            <w:proofErr w:type="gramEnd"/>
          </w:p>
        </w:tc>
        <w:tc>
          <w:tcPr>
            <w:tcW w:w="1726" w:type="dxa"/>
          </w:tcPr>
          <w:p w14:paraId="4F6F1FD0" w14:textId="77777777" w:rsidR="001F47AF" w:rsidRDefault="001F47AF" w:rsidP="00F8131E">
            <w:r>
              <w:t>ACSCS</w:t>
            </w:r>
          </w:p>
        </w:tc>
        <w:tc>
          <w:tcPr>
            <w:tcW w:w="1726" w:type="dxa"/>
          </w:tcPr>
          <w:p w14:paraId="75245762" w14:textId="77777777" w:rsidR="001F47AF" w:rsidRDefault="001F47AF" w:rsidP="00F8131E">
            <w:r>
              <w:rPr>
                <w:lang w:val="en-GB"/>
              </w:rPr>
              <w:t>1117250</w:t>
            </w:r>
            <w:r>
              <w:t>39006</w:t>
            </w:r>
          </w:p>
        </w:tc>
        <w:tc>
          <w:tcPr>
            <w:tcW w:w="1726" w:type="dxa"/>
            <w:vAlign w:val="bottom"/>
          </w:tcPr>
          <w:p w14:paraId="0E394F3A" w14:textId="77777777" w:rsidR="001F47AF" w:rsidRDefault="001F47AF" w:rsidP="00F8131E">
            <w:r w:rsidRPr="00CD3AF1">
              <w:rPr>
                <w:rFonts w:ascii="Calibri" w:eastAsia="Times New Roman" w:hAnsi="Calibri" w:cs="Calibri"/>
                <w:color w:val="000000"/>
                <w:lang w:eastAsia="en-IN"/>
              </w:rPr>
              <w:t>RISHITHA</w:t>
            </w:r>
          </w:p>
        </w:tc>
      </w:tr>
      <w:tr w:rsidR="001F47AF" w14:paraId="5A7F3D3A" w14:textId="77777777" w:rsidTr="00F8131E">
        <w:tc>
          <w:tcPr>
            <w:tcW w:w="1726" w:type="dxa"/>
          </w:tcPr>
          <w:p w14:paraId="0CFC85E9" w14:textId="77777777" w:rsidR="001F47AF" w:rsidRDefault="001F47AF" w:rsidP="00F8131E">
            <w:r>
              <w:t>7</w:t>
            </w:r>
          </w:p>
        </w:tc>
        <w:tc>
          <w:tcPr>
            <w:tcW w:w="1726" w:type="dxa"/>
          </w:tcPr>
          <w:p w14:paraId="4EA9F15E" w14:textId="77777777" w:rsidR="001F47AF" w:rsidRDefault="001F47AF" w:rsidP="00F8131E">
            <w:proofErr w:type="gramStart"/>
            <w:r>
              <w:rPr>
                <w:lang w:val="en-GB"/>
              </w:rPr>
              <w:t>S.LAKSHMI</w:t>
            </w:r>
            <w:proofErr w:type="gramEnd"/>
          </w:p>
        </w:tc>
        <w:tc>
          <w:tcPr>
            <w:tcW w:w="1726" w:type="dxa"/>
          </w:tcPr>
          <w:p w14:paraId="689D860D" w14:textId="77777777" w:rsidR="001F47AF" w:rsidRDefault="001F47AF" w:rsidP="00F8131E">
            <w:r>
              <w:t>ACSCS</w:t>
            </w:r>
          </w:p>
        </w:tc>
        <w:tc>
          <w:tcPr>
            <w:tcW w:w="1726" w:type="dxa"/>
          </w:tcPr>
          <w:p w14:paraId="7E2C97EE" w14:textId="77777777" w:rsidR="001F47AF" w:rsidRDefault="001F47AF" w:rsidP="00F8131E">
            <w:r>
              <w:rPr>
                <w:lang w:val="en-GB"/>
              </w:rPr>
              <w:t>111725</w:t>
            </w:r>
            <w:r>
              <w:t>039007</w:t>
            </w:r>
          </w:p>
        </w:tc>
        <w:tc>
          <w:tcPr>
            <w:tcW w:w="1726" w:type="dxa"/>
            <w:vAlign w:val="bottom"/>
          </w:tcPr>
          <w:p w14:paraId="0FCD854B" w14:textId="77777777" w:rsidR="001F47AF" w:rsidRDefault="001F47AF" w:rsidP="00F8131E">
            <w:r w:rsidRPr="00CD3AF1">
              <w:rPr>
                <w:rFonts w:ascii="Calibri" w:eastAsia="Times New Roman" w:hAnsi="Calibri" w:cs="Calibri"/>
                <w:color w:val="000000"/>
                <w:lang w:eastAsia="en-IN"/>
              </w:rPr>
              <w:t>SAI SAHASRA</w:t>
            </w:r>
          </w:p>
        </w:tc>
      </w:tr>
      <w:tr w:rsidR="001F47AF" w14:paraId="1FE6BA0C" w14:textId="77777777" w:rsidTr="00F8131E">
        <w:tc>
          <w:tcPr>
            <w:tcW w:w="1726" w:type="dxa"/>
          </w:tcPr>
          <w:p w14:paraId="5E5CAFA3" w14:textId="77777777" w:rsidR="001F47AF" w:rsidRDefault="001F47AF" w:rsidP="00F8131E">
            <w:r>
              <w:t>8</w:t>
            </w:r>
          </w:p>
        </w:tc>
        <w:tc>
          <w:tcPr>
            <w:tcW w:w="1726" w:type="dxa"/>
          </w:tcPr>
          <w:p w14:paraId="24CAEAB1" w14:textId="77777777" w:rsidR="001F47AF" w:rsidRDefault="001F47AF" w:rsidP="00F8131E">
            <w:proofErr w:type="gramStart"/>
            <w:r>
              <w:rPr>
                <w:lang w:val="en-GB"/>
              </w:rPr>
              <w:t>S.LAKSHMI</w:t>
            </w:r>
            <w:proofErr w:type="gramEnd"/>
          </w:p>
        </w:tc>
        <w:tc>
          <w:tcPr>
            <w:tcW w:w="1726" w:type="dxa"/>
          </w:tcPr>
          <w:p w14:paraId="179A400D" w14:textId="77777777" w:rsidR="001F47AF" w:rsidRDefault="001F47AF" w:rsidP="00F8131E">
            <w:r>
              <w:t>ACSCS</w:t>
            </w:r>
          </w:p>
        </w:tc>
        <w:tc>
          <w:tcPr>
            <w:tcW w:w="1726" w:type="dxa"/>
          </w:tcPr>
          <w:p w14:paraId="1397EB99" w14:textId="77777777" w:rsidR="001F47AF" w:rsidRDefault="001F47AF" w:rsidP="00F8131E">
            <w:r>
              <w:rPr>
                <w:lang w:val="en-GB"/>
              </w:rPr>
              <w:t>111725</w:t>
            </w:r>
            <w:r>
              <w:t>039008</w:t>
            </w:r>
          </w:p>
        </w:tc>
        <w:tc>
          <w:tcPr>
            <w:tcW w:w="1726" w:type="dxa"/>
            <w:vAlign w:val="bottom"/>
          </w:tcPr>
          <w:p w14:paraId="4635FAE3" w14:textId="77777777" w:rsidR="001F47AF" w:rsidRDefault="001F47AF" w:rsidP="00F8131E">
            <w:r w:rsidRPr="00CD3AF1">
              <w:rPr>
                <w:rFonts w:ascii="Calibri" w:eastAsia="Times New Roman" w:hAnsi="Calibri" w:cs="Calibri"/>
                <w:color w:val="000000"/>
                <w:lang w:eastAsia="en-IN"/>
              </w:rPr>
              <w:t>MADHURI</w:t>
            </w:r>
          </w:p>
        </w:tc>
      </w:tr>
      <w:tr w:rsidR="001F47AF" w14:paraId="7CF58424" w14:textId="77777777" w:rsidTr="00F8131E">
        <w:tc>
          <w:tcPr>
            <w:tcW w:w="1726" w:type="dxa"/>
          </w:tcPr>
          <w:p w14:paraId="717C2131" w14:textId="77777777" w:rsidR="001F47AF" w:rsidRDefault="001F47AF" w:rsidP="00F8131E">
            <w:r>
              <w:t>9</w:t>
            </w:r>
          </w:p>
        </w:tc>
        <w:tc>
          <w:tcPr>
            <w:tcW w:w="1726" w:type="dxa"/>
          </w:tcPr>
          <w:p w14:paraId="421255E7" w14:textId="77777777" w:rsidR="001F47AF" w:rsidRDefault="001F47AF" w:rsidP="00F8131E">
            <w:proofErr w:type="gramStart"/>
            <w:r>
              <w:rPr>
                <w:lang w:val="en-GB"/>
              </w:rPr>
              <w:t>S.LAKSHMI</w:t>
            </w:r>
            <w:proofErr w:type="gramEnd"/>
          </w:p>
        </w:tc>
        <w:tc>
          <w:tcPr>
            <w:tcW w:w="1726" w:type="dxa"/>
          </w:tcPr>
          <w:p w14:paraId="5476578F" w14:textId="77777777" w:rsidR="001F47AF" w:rsidRDefault="001F47AF" w:rsidP="00F8131E">
            <w:r>
              <w:t>ACSCS</w:t>
            </w:r>
          </w:p>
        </w:tc>
        <w:tc>
          <w:tcPr>
            <w:tcW w:w="1726" w:type="dxa"/>
          </w:tcPr>
          <w:p w14:paraId="5B09DE37" w14:textId="77777777" w:rsidR="001F47AF" w:rsidRDefault="001F47AF" w:rsidP="00F8131E">
            <w:r>
              <w:rPr>
                <w:lang w:val="en-GB"/>
              </w:rPr>
              <w:t>1117250</w:t>
            </w:r>
            <w:r>
              <w:t>39009</w:t>
            </w:r>
          </w:p>
        </w:tc>
        <w:tc>
          <w:tcPr>
            <w:tcW w:w="1726" w:type="dxa"/>
            <w:vAlign w:val="bottom"/>
          </w:tcPr>
          <w:p w14:paraId="249ED8F2" w14:textId="77777777" w:rsidR="001F47AF" w:rsidRDefault="001F47AF" w:rsidP="00F8131E">
            <w:r w:rsidRPr="00CD3AF1">
              <w:rPr>
                <w:rFonts w:ascii="Calibri" w:eastAsia="Times New Roman" w:hAnsi="Calibri" w:cs="Calibri"/>
                <w:color w:val="000000"/>
                <w:lang w:eastAsia="en-IN"/>
              </w:rPr>
              <w:t>BHAVIKA</w:t>
            </w:r>
          </w:p>
        </w:tc>
      </w:tr>
      <w:tr w:rsidR="001F47AF" w14:paraId="10A13B72" w14:textId="77777777" w:rsidTr="00F8131E">
        <w:tc>
          <w:tcPr>
            <w:tcW w:w="1726" w:type="dxa"/>
          </w:tcPr>
          <w:p w14:paraId="71DB5D2D" w14:textId="77777777" w:rsidR="001F47AF" w:rsidRDefault="001F47AF" w:rsidP="00F8131E">
            <w:r>
              <w:t>10</w:t>
            </w:r>
          </w:p>
        </w:tc>
        <w:tc>
          <w:tcPr>
            <w:tcW w:w="1726" w:type="dxa"/>
          </w:tcPr>
          <w:p w14:paraId="07926A2F" w14:textId="77777777" w:rsidR="001F47AF" w:rsidRDefault="001F47AF" w:rsidP="00F8131E">
            <w:proofErr w:type="gramStart"/>
            <w:r>
              <w:rPr>
                <w:lang w:val="en-GB"/>
              </w:rPr>
              <w:t>S.LAKSHMI</w:t>
            </w:r>
            <w:proofErr w:type="gramEnd"/>
          </w:p>
        </w:tc>
        <w:tc>
          <w:tcPr>
            <w:tcW w:w="1726" w:type="dxa"/>
          </w:tcPr>
          <w:p w14:paraId="170030AB" w14:textId="77777777" w:rsidR="001F47AF" w:rsidRDefault="001F47AF" w:rsidP="00F8131E">
            <w:r>
              <w:t>ACSCS</w:t>
            </w:r>
          </w:p>
        </w:tc>
        <w:tc>
          <w:tcPr>
            <w:tcW w:w="1726" w:type="dxa"/>
          </w:tcPr>
          <w:p w14:paraId="7D57CE4F" w14:textId="77777777" w:rsidR="001F47AF" w:rsidRDefault="001F47AF" w:rsidP="00F8131E">
            <w:r>
              <w:rPr>
                <w:lang w:val="en-GB"/>
              </w:rPr>
              <w:t>1117250</w:t>
            </w:r>
            <w:r>
              <w:t>39010</w:t>
            </w:r>
          </w:p>
        </w:tc>
        <w:tc>
          <w:tcPr>
            <w:tcW w:w="1726" w:type="dxa"/>
            <w:vAlign w:val="bottom"/>
          </w:tcPr>
          <w:p w14:paraId="2C92A3C3" w14:textId="77777777" w:rsidR="001F47AF" w:rsidRDefault="001F47AF" w:rsidP="00F8131E">
            <w:r w:rsidRPr="00CD3AF1">
              <w:rPr>
                <w:rFonts w:ascii="Calibri" w:eastAsia="Times New Roman" w:hAnsi="Calibri" w:cs="Calibri"/>
                <w:color w:val="000000"/>
                <w:lang w:eastAsia="en-IN"/>
              </w:rPr>
              <w:t>MEGHANA</w:t>
            </w:r>
          </w:p>
        </w:tc>
      </w:tr>
      <w:tr w:rsidR="001F47AF" w14:paraId="49FCD0AC" w14:textId="77777777" w:rsidTr="00F8131E">
        <w:tc>
          <w:tcPr>
            <w:tcW w:w="1726" w:type="dxa"/>
          </w:tcPr>
          <w:p w14:paraId="14724275" w14:textId="77777777" w:rsidR="001F47AF" w:rsidRDefault="001F47AF" w:rsidP="00F8131E">
            <w:r>
              <w:t>11</w:t>
            </w:r>
          </w:p>
        </w:tc>
        <w:tc>
          <w:tcPr>
            <w:tcW w:w="1726" w:type="dxa"/>
          </w:tcPr>
          <w:p w14:paraId="7E6C4543" w14:textId="77777777" w:rsidR="001F47AF" w:rsidRDefault="001F47AF" w:rsidP="00F8131E">
            <w:r>
              <w:rPr>
                <w:lang w:val="en-GB"/>
              </w:rPr>
              <w:t>N. MANISHA</w:t>
            </w:r>
          </w:p>
        </w:tc>
        <w:tc>
          <w:tcPr>
            <w:tcW w:w="1726" w:type="dxa"/>
          </w:tcPr>
          <w:p w14:paraId="1AAA157A" w14:textId="77777777" w:rsidR="001F47AF" w:rsidRDefault="001F47AF" w:rsidP="00F8131E">
            <w:r>
              <w:t>ACSCS</w:t>
            </w:r>
          </w:p>
        </w:tc>
        <w:tc>
          <w:tcPr>
            <w:tcW w:w="1726" w:type="dxa"/>
          </w:tcPr>
          <w:p w14:paraId="0A069FCC" w14:textId="77777777" w:rsidR="001F47AF" w:rsidRDefault="001F47AF" w:rsidP="00F8131E">
            <w:r>
              <w:rPr>
                <w:lang w:val="en-GB"/>
              </w:rPr>
              <w:t>1117250</w:t>
            </w:r>
            <w:r>
              <w:t>39011</w:t>
            </w:r>
          </w:p>
        </w:tc>
        <w:tc>
          <w:tcPr>
            <w:tcW w:w="1726" w:type="dxa"/>
            <w:vAlign w:val="bottom"/>
          </w:tcPr>
          <w:p w14:paraId="3B2D0A9C" w14:textId="77777777" w:rsidR="001F47AF" w:rsidRDefault="001F47AF" w:rsidP="00F8131E">
            <w:r w:rsidRPr="00CD3AF1">
              <w:rPr>
                <w:rFonts w:ascii="Calibri" w:eastAsia="Times New Roman" w:hAnsi="Calibri" w:cs="Calibri"/>
                <w:color w:val="000000"/>
                <w:lang w:eastAsia="en-IN"/>
              </w:rPr>
              <w:t>ANKITHA</w:t>
            </w:r>
          </w:p>
        </w:tc>
      </w:tr>
      <w:tr w:rsidR="001F47AF" w14:paraId="14606512" w14:textId="77777777" w:rsidTr="00F8131E">
        <w:tc>
          <w:tcPr>
            <w:tcW w:w="1726" w:type="dxa"/>
          </w:tcPr>
          <w:p w14:paraId="02DE33B3" w14:textId="77777777" w:rsidR="001F47AF" w:rsidRDefault="001F47AF" w:rsidP="00F8131E">
            <w:r>
              <w:t>12</w:t>
            </w:r>
          </w:p>
        </w:tc>
        <w:tc>
          <w:tcPr>
            <w:tcW w:w="1726" w:type="dxa"/>
          </w:tcPr>
          <w:p w14:paraId="21720C02" w14:textId="77777777" w:rsidR="001F47AF" w:rsidRDefault="001F47AF" w:rsidP="00F8131E">
            <w:r>
              <w:rPr>
                <w:lang w:val="en-GB"/>
              </w:rPr>
              <w:t>N. MANISHA</w:t>
            </w:r>
          </w:p>
        </w:tc>
        <w:tc>
          <w:tcPr>
            <w:tcW w:w="1726" w:type="dxa"/>
          </w:tcPr>
          <w:p w14:paraId="2F436220" w14:textId="77777777" w:rsidR="001F47AF" w:rsidRDefault="001F47AF" w:rsidP="00F8131E">
            <w:r>
              <w:t>ACSCS</w:t>
            </w:r>
          </w:p>
        </w:tc>
        <w:tc>
          <w:tcPr>
            <w:tcW w:w="1726" w:type="dxa"/>
          </w:tcPr>
          <w:p w14:paraId="47183559" w14:textId="77777777" w:rsidR="001F47AF" w:rsidRDefault="001F47AF" w:rsidP="00F8131E">
            <w:r>
              <w:rPr>
                <w:lang w:val="en-GB"/>
              </w:rPr>
              <w:t>1117250</w:t>
            </w:r>
            <w:r>
              <w:t>39012</w:t>
            </w:r>
          </w:p>
        </w:tc>
        <w:tc>
          <w:tcPr>
            <w:tcW w:w="1726" w:type="dxa"/>
            <w:vAlign w:val="bottom"/>
          </w:tcPr>
          <w:p w14:paraId="06C37B5D" w14:textId="77777777" w:rsidR="001F47AF" w:rsidRDefault="001F47AF" w:rsidP="00F8131E">
            <w:r w:rsidRPr="00CD3AF1">
              <w:rPr>
                <w:rFonts w:ascii="Calibri" w:eastAsia="Times New Roman" w:hAnsi="Calibri" w:cs="Calibri"/>
                <w:color w:val="000000"/>
                <w:lang w:eastAsia="en-IN"/>
              </w:rPr>
              <w:t>SHARANYA</w:t>
            </w:r>
          </w:p>
        </w:tc>
      </w:tr>
      <w:tr w:rsidR="001F47AF" w14:paraId="3A38E78F" w14:textId="77777777" w:rsidTr="00F8131E">
        <w:tc>
          <w:tcPr>
            <w:tcW w:w="1726" w:type="dxa"/>
          </w:tcPr>
          <w:p w14:paraId="5112258D" w14:textId="77777777" w:rsidR="001F47AF" w:rsidRDefault="001F47AF" w:rsidP="00F8131E">
            <w:r>
              <w:t>13</w:t>
            </w:r>
          </w:p>
        </w:tc>
        <w:tc>
          <w:tcPr>
            <w:tcW w:w="1726" w:type="dxa"/>
          </w:tcPr>
          <w:p w14:paraId="40376D09" w14:textId="77777777" w:rsidR="001F47AF" w:rsidRDefault="001F47AF" w:rsidP="00F8131E">
            <w:r>
              <w:rPr>
                <w:lang w:val="en-GB"/>
              </w:rPr>
              <w:t>N. MANISHA</w:t>
            </w:r>
          </w:p>
        </w:tc>
        <w:tc>
          <w:tcPr>
            <w:tcW w:w="1726" w:type="dxa"/>
          </w:tcPr>
          <w:p w14:paraId="295ED1CE" w14:textId="77777777" w:rsidR="001F47AF" w:rsidRDefault="001F47AF" w:rsidP="00F8131E">
            <w:r>
              <w:t>ACSCS</w:t>
            </w:r>
          </w:p>
        </w:tc>
        <w:tc>
          <w:tcPr>
            <w:tcW w:w="1726" w:type="dxa"/>
          </w:tcPr>
          <w:p w14:paraId="35A39604" w14:textId="77777777" w:rsidR="001F47AF" w:rsidRDefault="001F47AF" w:rsidP="00F8131E">
            <w:r>
              <w:rPr>
                <w:lang w:val="en-GB"/>
              </w:rPr>
              <w:t>1117250</w:t>
            </w:r>
            <w:r>
              <w:t>39013</w:t>
            </w:r>
          </w:p>
        </w:tc>
        <w:tc>
          <w:tcPr>
            <w:tcW w:w="1726" w:type="dxa"/>
            <w:vAlign w:val="bottom"/>
          </w:tcPr>
          <w:p w14:paraId="5FBEEA8C" w14:textId="77777777" w:rsidR="001F47AF" w:rsidRDefault="001F47AF" w:rsidP="00F8131E">
            <w:r w:rsidRPr="00CD3AF1">
              <w:rPr>
                <w:rFonts w:ascii="Calibri" w:eastAsia="Times New Roman" w:hAnsi="Calibri" w:cs="Calibri"/>
                <w:color w:val="000000"/>
                <w:lang w:eastAsia="en-IN"/>
              </w:rPr>
              <w:t>SRAVANTHI</w:t>
            </w:r>
          </w:p>
        </w:tc>
      </w:tr>
      <w:tr w:rsidR="001F47AF" w14:paraId="660D527A" w14:textId="77777777" w:rsidTr="00F8131E">
        <w:tc>
          <w:tcPr>
            <w:tcW w:w="1726" w:type="dxa"/>
          </w:tcPr>
          <w:p w14:paraId="3418259A" w14:textId="77777777" w:rsidR="001F47AF" w:rsidRDefault="001F47AF" w:rsidP="00F8131E">
            <w:r>
              <w:t>14</w:t>
            </w:r>
          </w:p>
        </w:tc>
        <w:tc>
          <w:tcPr>
            <w:tcW w:w="1726" w:type="dxa"/>
          </w:tcPr>
          <w:p w14:paraId="1D6757D2" w14:textId="77777777" w:rsidR="001F47AF" w:rsidRDefault="001F47AF" w:rsidP="00F8131E">
            <w:r>
              <w:rPr>
                <w:lang w:val="en-GB"/>
              </w:rPr>
              <w:t>N. MANISHA</w:t>
            </w:r>
          </w:p>
        </w:tc>
        <w:tc>
          <w:tcPr>
            <w:tcW w:w="1726" w:type="dxa"/>
          </w:tcPr>
          <w:p w14:paraId="20A0C2B9" w14:textId="77777777" w:rsidR="001F47AF" w:rsidRDefault="001F47AF" w:rsidP="00F8131E">
            <w:r>
              <w:t>ACSCS</w:t>
            </w:r>
          </w:p>
        </w:tc>
        <w:tc>
          <w:tcPr>
            <w:tcW w:w="1726" w:type="dxa"/>
          </w:tcPr>
          <w:p w14:paraId="525AE5DC" w14:textId="77777777" w:rsidR="001F47AF" w:rsidRDefault="001F47AF" w:rsidP="00F8131E">
            <w:r>
              <w:rPr>
                <w:lang w:val="en-GB"/>
              </w:rPr>
              <w:t>1117250</w:t>
            </w:r>
            <w:r>
              <w:t>39014</w:t>
            </w:r>
          </w:p>
        </w:tc>
        <w:tc>
          <w:tcPr>
            <w:tcW w:w="1726" w:type="dxa"/>
            <w:vAlign w:val="bottom"/>
          </w:tcPr>
          <w:p w14:paraId="0430FAAC" w14:textId="77777777" w:rsidR="001F47AF" w:rsidRDefault="001F47AF" w:rsidP="00F8131E">
            <w:r w:rsidRPr="00CD3AF1">
              <w:rPr>
                <w:rFonts w:ascii="Calibri" w:eastAsia="Times New Roman" w:hAnsi="Calibri" w:cs="Calibri"/>
                <w:color w:val="000000"/>
                <w:lang w:eastAsia="en-IN"/>
              </w:rPr>
              <w:t>RUCHIKA</w:t>
            </w:r>
          </w:p>
        </w:tc>
      </w:tr>
      <w:tr w:rsidR="001F47AF" w14:paraId="43B86073" w14:textId="77777777" w:rsidTr="00F8131E">
        <w:tc>
          <w:tcPr>
            <w:tcW w:w="1726" w:type="dxa"/>
          </w:tcPr>
          <w:p w14:paraId="282202CA" w14:textId="77777777" w:rsidR="001F47AF" w:rsidRDefault="001F47AF" w:rsidP="00F8131E">
            <w:r>
              <w:t>15</w:t>
            </w:r>
          </w:p>
        </w:tc>
        <w:tc>
          <w:tcPr>
            <w:tcW w:w="1726" w:type="dxa"/>
          </w:tcPr>
          <w:p w14:paraId="3BD1CB83" w14:textId="77777777" w:rsidR="001F47AF" w:rsidRDefault="001F47AF" w:rsidP="00F8131E">
            <w:r>
              <w:rPr>
                <w:lang w:val="en-GB"/>
              </w:rPr>
              <w:t>N. MANISHA</w:t>
            </w:r>
          </w:p>
        </w:tc>
        <w:tc>
          <w:tcPr>
            <w:tcW w:w="1726" w:type="dxa"/>
          </w:tcPr>
          <w:p w14:paraId="7A79290B" w14:textId="77777777" w:rsidR="001F47AF" w:rsidRDefault="001F47AF" w:rsidP="00F8131E">
            <w:r>
              <w:t>ACSCS</w:t>
            </w:r>
          </w:p>
        </w:tc>
        <w:tc>
          <w:tcPr>
            <w:tcW w:w="1726" w:type="dxa"/>
          </w:tcPr>
          <w:p w14:paraId="15287DA4" w14:textId="77777777" w:rsidR="001F47AF" w:rsidRDefault="001F47AF" w:rsidP="00F8131E">
            <w:r>
              <w:rPr>
                <w:lang w:val="en-GB"/>
              </w:rPr>
              <w:t>1117250</w:t>
            </w:r>
            <w:r>
              <w:t>39015</w:t>
            </w:r>
          </w:p>
        </w:tc>
        <w:tc>
          <w:tcPr>
            <w:tcW w:w="1726" w:type="dxa"/>
            <w:vAlign w:val="bottom"/>
          </w:tcPr>
          <w:p w14:paraId="4D68ACC2" w14:textId="77777777" w:rsidR="001F47AF" w:rsidRDefault="001F47AF" w:rsidP="00F8131E">
            <w:r w:rsidRPr="00CD3AF1">
              <w:rPr>
                <w:rFonts w:ascii="Calibri" w:eastAsia="Times New Roman" w:hAnsi="Calibri" w:cs="Calibri"/>
                <w:color w:val="000000"/>
                <w:lang w:eastAsia="en-IN"/>
              </w:rPr>
              <w:t>JAYADURGA</w:t>
            </w:r>
          </w:p>
        </w:tc>
      </w:tr>
      <w:tr w:rsidR="001F47AF" w14:paraId="602937F0" w14:textId="77777777" w:rsidTr="00F8131E">
        <w:tc>
          <w:tcPr>
            <w:tcW w:w="1726" w:type="dxa"/>
          </w:tcPr>
          <w:p w14:paraId="1358EAAE" w14:textId="77777777" w:rsidR="001F47AF" w:rsidRDefault="001F47AF" w:rsidP="00F8131E">
            <w:r>
              <w:t>16</w:t>
            </w:r>
          </w:p>
        </w:tc>
        <w:tc>
          <w:tcPr>
            <w:tcW w:w="1726" w:type="dxa"/>
          </w:tcPr>
          <w:p w14:paraId="552FD2F3" w14:textId="77777777" w:rsidR="001F47AF" w:rsidRDefault="001F47AF" w:rsidP="00F8131E">
            <w:pPr>
              <w:rPr>
                <w:lang w:val="en-GB"/>
              </w:rPr>
            </w:pPr>
            <w:r>
              <w:rPr>
                <w:lang w:val="en-GB"/>
              </w:rPr>
              <w:t>N. MANISHA</w:t>
            </w:r>
          </w:p>
        </w:tc>
        <w:tc>
          <w:tcPr>
            <w:tcW w:w="1726" w:type="dxa"/>
          </w:tcPr>
          <w:p w14:paraId="26BCA7E5" w14:textId="77777777" w:rsidR="001F47AF" w:rsidRDefault="001F47AF" w:rsidP="00F8131E">
            <w:r>
              <w:t>ACSCS</w:t>
            </w:r>
          </w:p>
        </w:tc>
        <w:tc>
          <w:tcPr>
            <w:tcW w:w="1726" w:type="dxa"/>
          </w:tcPr>
          <w:p w14:paraId="2E81BA15" w14:textId="77777777" w:rsidR="001F47AF" w:rsidRDefault="001F47AF" w:rsidP="00F8131E">
            <w:pPr>
              <w:rPr>
                <w:lang w:val="en-GB"/>
              </w:rPr>
            </w:pPr>
            <w:r>
              <w:rPr>
                <w:lang w:val="en-GB"/>
              </w:rPr>
              <w:t>1117250</w:t>
            </w:r>
            <w:r>
              <w:t>39016</w:t>
            </w:r>
          </w:p>
        </w:tc>
        <w:tc>
          <w:tcPr>
            <w:tcW w:w="1726" w:type="dxa"/>
            <w:vAlign w:val="bottom"/>
          </w:tcPr>
          <w:p w14:paraId="41CC92D1" w14:textId="77777777" w:rsidR="001F47AF" w:rsidRDefault="001F47AF" w:rsidP="00F8131E">
            <w:r w:rsidRPr="00CD3AF1">
              <w:rPr>
                <w:rFonts w:ascii="Calibri" w:eastAsia="Times New Roman" w:hAnsi="Calibri" w:cs="Calibri"/>
                <w:color w:val="000000"/>
                <w:lang w:eastAsia="en-IN"/>
              </w:rPr>
              <w:t>SUPRIYA</w:t>
            </w:r>
          </w:p>
        </w:tc>
      </w:tr>
      <w:tr w:rsidR="001F47AF" w14:paraId="1BB64CF1" w14:textId="77777777" w:rsidTr="00F8131E">
        <w:tc>
          <w:tcPr>
            <w:tcW w:w="1726" w:type="dxa"/>
          </w:tcPr>
          <w:p w14:paraId="2853CE20" w14:textId="77777777" w:rsidR="001F47AF" w:rsidRDefault="001F47AF" w:rsidP="00F8131E">
            <w:r>
              <w:t>17</w:t>
            </w:r>
          </w:p>
        </w:tc>
        <w:tc>
          <w:tcPr>
            <w:tcW w:w="1726" w:type="dxa"/>
          </w:tcPr>
          <w:p w14:paraId="32177698" w14:textId="77777777" w:rsidR="001F47AF" w:rsidRDefault="001F47AF" w:rsidP="00F8131E">
            <w:pPr>
              <w:rPr>
                <w:lang w:val="en-GB"/>
              </w:rPr>
            </w:pPr>
            <w:r>
              <w:rPr>
                <w:lang w:val="en-GB"/>
              </w:rPr>
              <w:t>N. MANISHA</w:t>
            </w:r>
          </w:p>
        </w:tc>
        <w:tc>
          <w:tcPr>
            <w:tcW w:w="1726" w:type="dxa"/>
          </w:tcPr>
          <w:p w14:paraId="492D7E4F" w14:textId="77777777" w:rsidR="001F47AF" w:rsidRDefault="001F47AF" w:rsidP="00F8131E">
            <w:r>
              <w:t>ACSCS</w:t>
            </w:r>
          </w:p>
        </w:tc>
        <w:tc>
          <w:tcPr>
            <w:tcW w:w="1726" w:type="dxa"/>
          </w:tcPr>
          <w:p w14:paraId="71537569" w14:textId="77777777" w:rsidR="001F47AF" w:rsidRDefault="001F47AF" w:rsidP="00F8131E">
            <w:pPr>
              <w:rPr>
                <w:lang w:val="en-GB"/>
              </w:rPr>
            </w:pPr>
            <w:r>
              <w:rPr>
                <w:lang w:val="en-GB"/>
              </w:rPr>
              <w:t>1117250</w:t>
            </w:r>
            <w:r>
              <w:t>39017</w:t>
            </w:r>
          </w:p>
        </w:tc>
        <w:tc>
          <w:tcPr>
            <w:tcW w:w="1726" w:type="dxa"/>
            <w:vAlign w:val="bottom"/>
          </w:tcPr>
          <w:p w14:paraId="29CC3FBF" w14:textId="77777777" w:rsidR="001F47AF" w:rsidRDefault="001F47AF" w:rsidP="00F8131E">
            <w:r w:rsidRPr="00CD3AF1">
              <w:rPr>
                <w:rFonts w:ascii="Calibri" w:eastAsia="Times New Roman" w:hAnsi="Calibri" w:cs="Calibri"/>
                <w:color w:val="000000"/>
                <w:lang w:eastAsia="en-IN"/>
              </w:rPr>
              <w:t>SHREENRENETA JOHSON</w:t>
            </w:r>
          </w:p>
        </w:tc>
      </w:tr>
      <w:tr w:rsidR="001F47AF" w14:paraId="192CEA59" w14:textId="77777777" w:rsidTr="00F8131E">
        <w:tc>
          <w:tcPr>
            <w:tcW w:w="1726" w:type="dxa"/>
          </w:tcPr>
          <w:p w14:paraId="3BB28920" w14:textId="77777777" w:rsidR="001F47AF" w:rsidRDefault="001F47AF" w:rsidP="00F8131E">
            <w:r>
              <w:t>18</w:t>
            </w:r>
          </w:p>
        </w:tc>
        <w:tc>
          <w:tcPr>
            <w:tcW w:w="1726" w:type="dxa"/>
          </w:tcPr>
          <w:p w14:paraId="4B4366B8" w14:textId="77777777" w:rsidR="001F47AF" w:rsidRDefault="001F47AF" w:rsidP="00F8131E">
            <w:pPr>
              <w:rPr>
                <w:lang w:val="en-GB"/>
              </w:rPr>
            </w:pPr>
            <w:r>
              <w:rPr>
                <w:lang w:val="en-GB"/>
              </w:rPr>
              <w:t>N. MANISHA</w:t>
            </w:r>
          </w:p>
        </w:tc>
        <w:tc>
          <w:tcPr>
            <w:tcW w:w="1726" w:type="dxa"/>
          </w:tcPr>
          <w:p w14:paraId="73C86F5E" w14:textId="77777777" w:rsidR="001F47AF" w:rsidRDefault="001F47AF" w:rsidP="00F8131E">
            <w:r>
              <w:t>ACSCS</w:t>
            </w:r>
          </w:p>
        </w:tc>
        <w:tc>
          <w:tcPr>
            <w:tcW w:w="1726" w:type="dxa"/>
          </w:tcPr>
          <w:p w14:paraId="6B6550C6" w14:textId="77777777" w:rsidR="001F47AF" w:rsidRDefault="001F47AF" w:rsidP="00F8131E">
            <w:pPr>
              <w:rPr>
                <w:lang w:val="en-GB"/>
              </w:rPr>
            </w:pPr>
            <w:r>
              <w:rPr>
                <w:lang w:val="en-GB"/>
              </w:rPr>
              <w:t>1117250</w:t>
            </w:r>
            <w:r>
              <w:t>39018</w:t>
            </w:r>
          </w:p>
        </w:tc>
        <w:tc>
          <w:tcPr>
            <w:tcW w:w="1726" w:type="dxa"/>
            <w:vAlign w:val="bottom"/>
          </w:tcPr>
          <w:p w14:paraId="28D89DDD" w14:textId="77777777" w:rsidR="001F47AF" w:rsidRDefault="001F47AF" w:rsidP="00F8131E">
            <w:r w:rsidRPr="00CD3AF1">
              <w:rPr>
                <w:rFonts w:ascii="Calibri" w:eastAsia="Times New Roman" w:hAnsi="Calibri" w:cs="Calibri"/>
                <w:color w:val="000000"/>
                <w:lang w:eastAsia="en-IN"/>
              </w:rPr>
              <w:t>FATHIMA</w:t>
            </w:r>
          </w:p>
        </w:tc>
      </w:tr>
      <w:tr w:rsidR="001F47AF" w14:paraId="226A459F" w14:textId="77777777" w:rsidTr="00F8131E">
        <w:tc>
          <w:tcPr>
            <w:tcW w:w="1726" w:type="dxa"/>
          </w:tcPr>
          <w:p w14:paraId="6B27219C" w14:textId="77777777" w:rsidR="001F47AF" w:rsidRDefault="001F47AF" w:rsidP="00F8131E">
            <w:r>
              <w:t>19</w:t>
            </w:r>
          </w:p>
        </w:tc>
        <w:tc>
          <w:tcPr>
            <w:tcW w:w="1726" w:type="dxa"/>
          </w:tcPr>
          <w:p w14:paraId="5741503C" w14:textId="77777777" w:rsidR="001F47AF" w:rsidRDefault="001F47AF" w:rsidP="00F8131E">
            <w:pPr>
              <w:rPr>
                <w:lang w:val="en-GB"/>
              </w:rPr>
            </w:pPr>
            <w:r>
              <w:rPr>
                <w:lang w:val="en-GB"/>
              </w:rPr>
              <w:t>N. MANISHA</w:t>
            </w:r>
          </w:p>
        </w:tc>
        <w:tc>
          <w:tcPr>
            <w:tcW w:w="1726" w:type="dxa"/>
          </w:tcPr>
          <w:p w14:paraId="7FB003A8" w14:textId="77777777" w:rsidR="001F47AF" w:rsidRDefault="001F47AF" w:rsidP="00F8131E">
            <w:r>
              <w:t>ACSCS</w:t>
            </w:r>
          </w:p>
        </w:tc>
        <w:tc>
          <w:tcPr>
            <w:tcW w:w="1726" w:type="dxa"/>
          </w:tcPr>
          <w:p w14:paraId="1E893985" w14:textId="77777777" w:rsidR="001F47AF" w:rsidRDefault="001F47AF" w:rsidP="00F8131E">
            <w:pPr>
              <w:rPr>
                <w:lang w:val="en-GB"/>
              </w:rPr>
            </w:pPr>
            <w:r>
              <w:rPr>
                <w:lang w:val="en-GB"/>
              </w:rPr>
              <w:t>1117250</w:t>
            </w:r>
            <w:r>
              <w:t>39019</w:t>
            </w:r>
          </w:p>
        </w:tc>
        <w:tc>
          <w:tcPr>
            <w:tcW w:w="1726" w:type="dxa"/>
            <w:vAlign w:val="bottom"/>
          </w:tcPr>
          <w:p w14:paraId="117075F7" w14:textId="77777777" w:rsidR="001F47AF" w:rsidRDefault="001F47AF" w:rsidP="00F8131E">
            <w:r w:rsidRPr="00CD3AF1">
              <w:rPr>
                <w:rFonts w:ascii="Calibri" w:eastAsia="Times New Roman" w:hAnsi="Calibri" w:cs="Calibri"/>
                <w:color w:val="000000"/>
                <w:lang w:eastAsia="en-IN"/>
              </w:rPr>
              <w:t>AKSHITHA</w:t>
            </w:r>
          </w:p>
        </w:tc>
      </w:tr>
      <w:tr w:rsidR="001F47AF" w14:paraId="54E8F111" w14:textId="77777777" w:rsidTr="00F8131E">
        <w:tc>
          <w:tcPr>
            <w:tcW w:w="1726" w:type="dxa"/>
          </w:tcPr>
          <w:p w14:paraId="61FDA3C6" w14:textId="77777777" w:rsidR="001F47AF" w:rsidRDefault="001F47AF" w:rsidP="00F8131E">
            <w:r>
              <w:t>20</w:t>
            </w:r>
          </w:p>
        </w:tc>
        <w:tc>
          <w:tcPr>
            <w:tcW w:w="1726" w:type="dxa"/>
          </w:tcPr>
          <w:p w14:paraId="5A80D9EA" w14:textId="3BCE39DE" w:rsidR="001F47AF" w:rsidRDefault="009823A7" w:rsidP="00F8131E">
            <w:pPr>
              <w:rPr>
                <w:lang w:val="en-GB"/>
              </w:rPr>
            </w:pPr>
            <w:r>
              <w:rPr>
                <w:lang w:val="en-GB"/>
              </w:rPr>
              <w:t>N. MANISHA</w:t>
            </w:r>
          </w:p>
        </w:tc>
        <w:tc>
          <w:tcPr>
            <w:tcW w:w="1726" w:type="dxa"/>
          </w:tcPr>
          <w:p w14:paraId="1C34D0EF" w14:textId="77777777" w:rsidR="001F47AF" w:rsidRDefault="001F47AF" w:rsidP="00F8131E">
            <w:r>
              <w:t>ACSCS</w:t>
            </w:r>
          </w:p>
        </w:tc>
        <w:tc>
          <w:tcPr>
            <w:tcW w:w="1726" w:type="dxa"/>
          </w:tcPr>
          <w:p w14:paraId="31401C05" w14:textId="77777777" w:rsidR="001F47AF" w:rsidRDefault="001F47AF" w:rsidP="00F8131E">
            <w:pPr>
              <w:rPr>
                <w:lang w:val="en-GB"/>
              </w:rPr>
            </w:pPr>
            <w:r>
              <w:rPr>
                <w:lang w:val="en-GB"/>
              </w:rPr>
              <w:t>1117250</w:t>
            </w:r>
            <w:r>
              <w:t>39020</w:t>
            </w:r>
          </w:p>
        </w:tc>
        <w:tc>
          <w:tcPr>
            <w:tcW w:w="1726" w:type="dxa"/>
            <w:vAlign w:val="bottom"/>
          </w:tcPr>
          <w:p w14:paraId="037FB254" w14:textId="77777777" w:rsidR="001F47AF" w:rsidRDefault="001F47AF" w:rsidP="00F8131E">
            <w:r w:rsidRPr="00CD3AF1">
              <w:rPr>
                <w:rFonts w:ascii="Calibri" w:eastAsia="Times New Roman" w:hAnsi="Calibri" w:cs="Calibri"/>
                <w:color w:val="000000"/>
                <w:lang w:eastAsia="en-IN"/>
              </w:rPr>
              <w:t>DEBORAHJACIN</w:t>
            </w:r>
          </w:p>
        </w:tc>
      </w:tr>
      <w:tr w:rsidR="001F47AF" w14:paraId="279DF61A" w14:textId="77777777" w:rsidTr="00F8131E">
        <w:tc>
          <w:tcPr>
            <w:tcW w:w="1726" w:type="dxa"/>
          </w:tcPr>
          <w:p w14:paraId="07750DFE" w14:textId="77777777" w:rsidR="001F47AF" w:rsidRDefault="001F47AF" w:rsidP="00F8131E">
            <w:r>
              <w:lastRenderedPageBreak/>
              <w:t>21</w:t>
            </w:r>
          </w:p>
        </w:tc>
        <w:tc>
          <w:tcPr>
            <w:tcW w:w="1726" w:type="dxa"/>
          </w:tcPr>
          <w:p w14:paraId="30A68392" w14:textId="77777777" w:rsidR="001F47AF" w:rsidRDefault="001F47AF" w:rsidP="00F8131E">
            <w:r>
              <w:t>M.SUPRIYA</w:t>
            </w:r>
          </w:p>
        </w:tc>
        <w:tc>
          <w:tcPr>
            <w:tcW w:w="1726" w:type="dxa"/>
          </w:tcPr>
          <w:p w14:paraId="7F1237A6" w14:textId="77777777" w:rsidR="001F47AF" w:rsidRDefault="001F47AF" w:rsidP="00F8131E">
            <w:r>
              <w:t>ACSCS</w:t>
            </w:r>
          </w:p>
        </w:tc>
        <w:tc>
          <w:tcPr>
            <w:tcW w:w="1726" w:type="dxa"/>
          </w:tcPr>
          <w:p w14:paraId="78EDE3AC" w14:textId="77777777" w:rsidR="001F47AF" w:rsidRDefault="001F47AF" w:rsidP="00F8131E">
            <w:pPr>
              <w:rPr>
                <w:lang w:val="en-GB"/>
              </w:rPr>
            </w:pPr>
            <w:r>
              <w:rPr>
                <w:lang w:val="en-GB"/>
              </w:rPr>
              <w:t>1117250</w:t>
            </w:r>
            <w:r>
              <w:t>39021</w:t>
            </w:r>
          </w:p>
        </w:tc>
        <w:tc>
          <w:tcPr>
            <w:tcW w:w="1726" w:type="dxa"/>
            <w:vAlign w:val="bottom"/>
          </w:tcPr>
          <w:p w14:paraId="59442DCD" w14:textId="77777777" w:rsidR="001F47AF" w:rsidRDefault="001F47AF" w:rsidP="00F8131E">
            <w:r w:rsidRPr="00CD3AF1">
              <w:rPr>
                <w:rFonts w:ascii="Calibri" w:eastAsia="Times New Roman" w:hAnsi="Calibri" w:cs="Calibri"/>
                <w:color w:val="000000"/>
                <w:lang w:eastAsia="en-IN"/>
              </w:rPr>
              <w:t>NETHANYA SIPPORA</w:t>
            </w:r>
          </w:p>
        </w:tc>
      </w:tr>
      <w:tr w:rsidR="001F47AF" w14:paraId="18F86981" w14:textId="77777777" w:rsidTr="00F8131E">
        <w:tc>
          <w:tcPr>
            <w:tcW w:w="1726" w:type="dxa"/>
          </w:tcPr>
          <w:p w14:paraId="71F71B1C" w14:textId="77777777" w:rsidR="001F47AF" w:rsidRDefault="001F47AF" w:rsidP="00F8131E">
            <w:r>
              <w:t>22</w:t>
            </w:r>
          </w:p>
        </w:tc>
        <w:tc>
          <w:tcPr>
            <w:tcW w:w="1726" w:type="dxa"/>
          </w:tcPr>
          <w:p w14:paraId="2FD7EEF1" w14:textId="77777777" w:rsidR="001F47AF" w:rsidRDefault="001F47AF" w:rsidP="00F8131E">
            <w:r>
              <w:t>M.SUPRIYA</w:t>
            </w:r>
          </w:p>
        </w:tc>
        <w:tc>
          <w:tcPr>
            <w:tcW w:w="1726" w:type="dxa"/>
          </w:tcPr>
          <w:p w14:paraId="09F67171" w14:textId="77777777" w:rsidR="001F47AF" w:rsidRDefault="001F47AF" w:rsidP="00F8131E">
            <w:r>
              <w:t>ACSCS</w:t>
            </w:r>
          </w:p>
        </w:tc>
        <w:tc>
          <w:tcPr>
            <w:tcW w:w="1726" w:type="dxa"/>
          </w:tcPr>
          <w:p w14:paraId="4E6AA004" w14:textId="77777777" w:rsidR="001F47AF" w:rsidRDefault="001F47AF" w:rsidP="00F8131E">
            <w:pPr>
              <w:rPr>
                <w:lang w:val="en-GB"/>
              </w:rPr>
            </w:pPr>
            <w:r>
              <w:rPr>
                <w:lang w:val="en-GB"/>
              </w:rPr>
              <w:t>111725039022</w:t>
            </w:r>
          </w:p>
        </w:tc>
        <w:tc>
          <w:tcPr>
            <w:tcW w:w="1726" w:type="dxa"/>
            <w:vAlign w:val="bottom"/>
          </w:tcPr>
          <w:p w14:paraId="6B899A7C" w14:textId="77777777" w:rsidR="001F47AF" w:rsidRDefault="001F47AF" w:rsidP="00F8131E">
            <w:r w:rsidRPr="00CD3AF1">
              <w:rPr>
                <w:rFonts w:ascii="Calibri" w:eastAsia="Times New Roman" w:hAnsi="Calibri" w:cs="Calibri"/>
                <w:color w:val="000000"/>
                <w:lang w:eastAsia="en-IN"/>
              </w:rPr>
              <w:t>VEENA MADHURI</w:t>
            </w:r>
          </w:p>
        </w:tc>
      </w:tr>
      <w:tr w:rsidR="001F47AF" w14:paraId="7FDAC5FC" w14:textId="77777777" w:rsidTr="00F8131E">
        <w:tc>
          <w:tcPr>
            <w:tcW w:w="1726" w:type="dxa"/>
          </w:tcPr>
          <w:p w14:paraId="0CF4476B" w14:textId="77777777" w:rsidR="001F47AF" w:rsidRDefault="001F47AF" w:rsidP="00F8131E">
            <w:r>
              <w:t>23</w:t>
            </w:r>
          </w:p>
        </w:tc>
        <w:tc>
          <w:tcPr>
            <w:tcW w:w="1726" w:type="dxa"/>
          </w:tcPr>
          <w:p w14:paraId="12648746" w14:textId="77777777" w:rsidR="001F47AF" w:rsidRDefault="001F47AF" w:rsidP="00F8131E">
            <w:r>
              <w:t>M.SUPRIYA</w:t>
            </w:r>
          </w:p>
        </w:tc>
        <w:tc>
          <w:tcPr>
            <w:tcW w:w="1726" w:type="dxa"/>
          </w:tcPr>
          <w:p w14:paraId="35A65322" w14:textId="77777777" w:rsidR="001F47AF" w:rsidRDefault="001F47AF" w:rsidP="00F8131E">
            <w:r>
              <w:t>ACSCS</w:t>
            </w:r>
          </w:p>
        </w:tc>
        <w:tc>
          <w:tcPr>
            <w:tcW w:w="1726" w:type="dxa"/>
          </w:tcPr>
          <w:p w14:paraId="48D01CDD" w14:textId="77777777" w:rsidR="001F47AF" w:rsidRDefault="001F47AF" w:rsidP="00F8131E">
            <w:pPr>
              <w:rPr>
                <w:lang w:val="en-GB"/>
              </w:rPr>
            </w:pPr>
            <w:r>
              <w:rPr>
                <w:lang w:val="en-GB"/>
              </w:rPr>
              <w:t>1117250</w:t>
            </w:r>
            <w:r>
              <w:t>39023</w:t>
            </w:r>
          </w:p>
        </w:tc>
        <w:tc>
          <w:tcPr>
            <w:tcW w:w="1726" w:type="dxa"/>
            <w:vAlign w:val="bottom"/>
          </w:tcPr>
          <w:p w14:paraId="72F01822" w14:textId="77777777" w:rsidR="001F47AF" w:rsidRDefault="001F47AF" w:rsidP="00F8131E">
            <w:r w:rsidRPr="00CD3AF1">
              <w:rPr>
                <w:rFonts w:ascii="Calibri" w:eastAsia="Times New Roman" w:hAnsi="Calibri" w:cs="Calibri"/>
                <w:color w:val="000000"/>
                <w:lang w:eastAsia="en-IN"/>
              </w:rPr>
              <w:t>DURGA PRASAD GOUD</w:t>
            </w:r>
          </w:p>
        </w:tc>
      </w:tr>
      <w:tr w:rsidR="001F47AF" w14:paraId="406A4D85" w14:textId="77777777" w:rsidTr="00F8131E">
        <w:tc>
          <w:tcPr>
            <w:tcW w:w="1726" w:type="dxa"/>
          </w:tcPr>
          <w:p w14:paraId="06EA5BA5" w14:textId="77777777" w:rsidR="001F47AF" w:rsidRDefault="001F47AF" w:rsidP="00F8131E">
            <w:r>
              <w:t>24</w:t>
            </w:r>
          </w:p>
        </w:tc>
        <w:tc>
          <w:tcPr>
            <w:tcW w:w="1726" w:type="dxa"/>
          </w:tcPr>
          <w:p w14:paraId="67CA8F99" w14:textId="77777777" w:rsidR="001F47AF" w:rsidRDefault="001F47AF" w:rsidP="00F8131E">
            <w:r>
              <w:t>M.SUPRIYA</w:t>
            </w:r>
          </w:p>
        </w:tc>
        <w:tc>
          <w:tcPr>
            <w:tcW w:w="1726" w:type="dxa"/>
          </w:tcPr>
          <w:p w14:paraId="60F3C56F" w14:textId="77777777" w:rsidR="001F47AF" w:rsidRDefault="001F47AF" w:rsidP="00F8131E">
            <w:r>
              <w:t>ACSCS</w:t>
            </w:r>
          </w:p>
        </w:tc>
        <w:tc>
          <w:tcPr>
            <w:tcW w:w="1726" w:type="dxa"/>
          </w:tcPr>
          <w:p w14:paraId="02EA1FE6" w14:textId="77777777" w:rsidR="001F47AF" w:rsidRDefault="001F47AF" w:rsidP="00F8131E">
            <w:pPr>
              <w:rPr>
                <w:lang w:val="en-GB"/>
              </w:rPr>
            </w:pPr>
            <w:r>
              <w:rPr>
                <w:lang w:val="en-GB"/>
              </w:rPr>
              <w:t>1117250</w:t>
            </w:r>
            <w:r>
              <w:t>39024</w:t>
            </w:r>
          </w:p>
        </w:tc>
        <w:tc>
          <w:tcPr>
            <w:tcW w:w="1726" w:type="dxa"/>
            <w:vAlign w:val="bottom"/>
          </w:tcPr>
          <w:p w14:paraId="6AD67599" w14:textId="77777777" w:rsidR="001F47AF" w:rsidRDefault="001F47AF" w:rsidP="00F8131E">
            <w:r w:rsidRPr="00CD3AF1">
              <w:rPr>
                <w:rFonts w:ascii="Calibri" w:eastAsia="Times New Roman" w:hAnsi="Calibri" w:cs="Calibri"/>
                <w:color w:val="000000"/>
                <w:lang w:eastAsia="en-IN"/>
              </w:rPr>
              <w:t>SACHIN</w:t>
            </w:r>
          </w:p>
        </w:tc>
      </w:tr>
      <w:tr w:rsidR="001F47AF" w14:paraId="054D2D14" w14:textId="77777777" w:rsidTr="00F8131E">
        <w:tc>
          <w:tcPr>
            <w:tcW w:w="1726" w:type="dxa"/>
          </w:tcPr>
          <w:p w14:paraId="492CB71D" w14:textId="77777777" w:rsidR="001F47AF" w:rsidRDefault="001F47AF" w:rsidP="00F8131E">
            <w:r>
              <w:t>25</w:t>
            </w:r>
          </w:p>
        </w:tc>
        <w:tc>
          <w:tcPr>
            <w:tcW w:w="1726" w:type="dxa"/>
          </w:tcPr>
          <w:p w14:paraId="5379BE88" w14:textId="77777777" w:rsidR="001F47AF" w:rsidRDefault="001F47AF" w:rsidP="00F8131E">
            <w:r>
              <w:t>M.SUPRIYA</w:t>
            </w:r>
          </w:p>
        </w:tc>
        <w:tc>
          <w:tcPr>
            <w:tcW w:w="1726" w:type="dxa"/>
          </w:tcPr>
          <w:p w14:paraId="008F4FEF" w14:textId="77777777" w:rsidR="001F47AF" w:rsidRDefault="001F47AF" w:rsidP="00F8131E">
            <w:r>
              <w:t>ACSCS</w:t>
            </w:r>
          </w:p>
        </w:tc>
        <w:tc>
          <w:tcPr>
            <w:tcW w:w="1726" w:type="dxa"/>
          </w:tcPr>
          <w:p w14:paraId="14FA4637" w14:textId="77777777" w:rsidR="001F47AF" w:rsidRDefault="001F47AF" w:rsidP="00F8131E">
            <w:pPr>
              <w:rPr>
                <w:lang w:val="en-GB"/>
              </w:rPr>
            </w:pPr>
            <w:r>
              <w:rPr>
                <w:lang w:val="en-GB"/>
              </w:rPr>
              <w:t>1117250</w:t>
            </w:r>
            <w:r>
              <w:t>39025</w:t>
            </w:r>
          </w:p>
        </w:tc>
        <w:tc>
          <w:tcPr>
            <w:tcW w:w="1726" w:type="dxa"/>
            <w:vAlign w:val="bottom"/>
          </w:tcPr>
          <w:p w14:paraId="60645CE8" w14:textId="77777777" w:rsidR="001F47AF" w:rsidRDefault="001F47AF" w:rsidP="00F8131E">
            <w:r w:rsidRPr="00CD3AF1">
              <w:rPr>
                <w:rFonts w:ascii="Calibri" w:eastAsia="Times New Roman" w:hAnsi="Calibri" w:cs="Calibri"/>
                <w:color w:val="000000"/>
                <w:lang w:eastAsia="en-IN"/>
              </w:rPr>
              <w:t>DHAMI</w:t>
            </w:r>
          </w:p>
        </w:tc>
      </w:tr>
      <w:tr w:rsidR="001F47AF" w14:paraId="555FD5D7" w14:textId="77777777" w:rsidTr="00F8131E">
        <w:tc>
          <w:tcPr>
            <w:tcW w:w="1726" w:type="dxa"/>
          </w:tcPr>
          <w:p w14:paraId="7CC70C90" w14:textId="77777777" w:rsidR="001F47AF" w:rsidRDefault="001F47AF" w:rsidP="00F8131E">
            <w:r>
              <w:t>26</w:t>
            </w:r>
          </w:p>
        </w:tc>
        <w:tc>
          <w:tcPr>
            <w:tcW w:w="1726" w:type="dxa"/>
          </w:tcPr>
          <w:p w14:paraId="7B39E845" w14:textId="77777777" w:rsidR="001F47AF" w:rsidRDefault="001F47AF" w:rsidP="00F8131E">
            <w:r>
              <w:t>M.SUPRIYA</w:t>
            </w:r>
          </w:p>
        </w:tc>
        <w:tc>
          <w:tcPr>
            <w:tcW w:w="1726" w:type="dxa"/>
          </w:tcPr>
          <w:p w14:paraId="779097EC" w14:textId="77777777" w:rsidR="001F47AF" w:rsidRDefault="001F47AF" w:rsidP="00F8131E">
            <w:r>
              <w:t>ACSCS</w:t>
            </w:r>
          </w:p>
        </w:tc>
        <w:tc>
          <w:tcPr>
            <w:tcW w:w="1726" w:type="dxa"/>
          </w:tcPr>
          <w:p w14:paraId="0121387E" w14:textId="77777777" w:rsidR="001F47AF" w:rsidRDefault="001F47AF" w:rsidP="00F8131E">
            <w:pPr>
              <w:rPr>
                <w:lang w:val="en-GB"/>
              </w:rPr>
            </w:pPr>
            <w:r>
              <w:rPr>
                <w:lang w:val="en-GB"/>
              </w:rPr>
              <w:t>1117250</w:t>
            </w:r>
            <w:r>
              <w:t>39026</w:t>
            </w:r>
          </w:p>
        </w:tc>
        <w:tc>
          <w:tcPr>
            <w:tcW w:w="1726" w:type="dxa"/>
            <w:vAlign w:val="bottom"/>
          </w:tcPr>
          <w:p w14:paraId="7280E1B5" w14:textId="77777777" w:rsidR="001F47AF" w:rsidRDefault="001F47AF" w:rsidP="00F8131E">
            <w:r w:rsidRPr="00CD3AF1">
              <w:rPr>
                <w:rFonts w:ascii="Calibri" w:eastAsia="Times New Roman" w:hAnsi="Calibri" w:cs="Calibri"/>
                <w:color w:val="000000"/>
                <w:lang w:eastAsia="en-IN"/>
              </w:rPr>
              <w:t>NIRAZ GOUD</w:t>
            </w:r>
          </w:p>
        </w:tc>
      </w:tr>
      <w:tr w:rsidR="001F47AF" w14:paraId="4DD09D2A" w14:textId="77777777" w:rsidTr="00F8131E">
        <w:tc>
          <w:tcPr>
            <w:tcW w:w="1726" w:type="dxa"/>
          </w:tcPr>
          <w:p w14:paraId="589B6C80" w14:textId="77777777" w:rsidR="001F47AF" w:rsidRDefault="001F47AF" w:rsidP="00F8131E">
            <w:r>
              <w:t>27</w:t>
            </w:r>
          </w:p>
        </w:tc>
        <w:tc>
          <w:tcPr>
            <w:tcW w:w="1726" w:type="dxa"/>
          </w:tcPr>
          <w:p w14:paraId="5D9E4AB5" w14:textId="77777777" w:rsidR="001F47AF" w:rsidRDefault="001F47AF" w:rsidP="00F8131E">
            <w:r>
              <w:t>M.SUPRIYA</w:t>
            </w:r>
          </w:p>
        </w:tc>
        <w:tc>
          <w:tcPr>
            <w:tcW w:w="1726" w:type="dxa"/>
          </w:tcPr>
          <w:p w14:paraId="1CA4E449" w14:textId="77777777" w:rsidR="001F47AF" w:rsidRDefault="001F47AF" w:rsidP="00F8131E">
            <w:r>
              <w:t>ACSCS</w:t>
            </w:r>
          </w:p>
        </w:tc>
        <w:tc>
          <w:tcPr>
            <w:tcW w:w="1726" w:type="dxa"/>
          </w:tcPr>
          <w:p w14:paraId="7CD698E3" w14:textId="77777777" w:rsidR="001F47AF" w:rsidRDefault="001F47AF" w:rsidP="00F8131E">
            <w:pPr>
              <w:rPr>
                <w:lang w:val="en-GB"/>
              </w:rPr>
            </w:pPr>
            <w:r>
              <w:rPr>
                <w:lang w:val="en-GB"/>
              </w:rPr>
              <w:t>1117250</w:t>
            </w:r>
            <w:r>
              <w:t>39027</w:t>
            </w:r>
          </w:p>
        </w:tc>
        <w:tc>
          <w:tcPr>
            <w:tcW w:w="1726" w:type="dxa"/>
            <w:vAlign w:val="bottom"/>
          </w:tcPr>
          <w:p w14:paraId="4FB42A89" w14:textId="77777777" w:rsidR="001F47AF" w:rsidRDefault="001F47AF" w:rsidP="00F8131E">
            <w:r w:rsidRPr="00CD3AF1">
              <w:rPr>
                <w:rFonts w:ascii="Calibri" w:eastAsia="Times New Roman" w:hAnsi="Calibri" w:cs="Calibri"/>
                <w:color w:val="000000"/>
                <w:lang w:eastAsia="en-IN"/>
              </w:rPr>
              <w:t>SAI SIDDARTH</w:t>
            </w:r>
          </w:p>
        </w:tc>
      </w:tr>
      <w:tr w:rsidR="001F47AF" w14:paraId="41353532" w14:textId="77777777" w:rsidTr="00F8131E">
        <w:tc>
          <w:tcPr>
            <w:tcW w:w="1726" w:type="dxa"/>
          </w:tcPr>
          <w:p w14:paraId="572A3477" w14:textId="77777777" w:rsidR="001F47AF" w:rsidRDefault="001F47AF" w:rsidP="00F8131E">
            <w:r>
              <w:t>28</w:t>
            </w:r>
          </w:p>
        </w:tc>
        <w:tc>
          <w:tcPr>
            <w:tcW w:w="1726" w:type="dxa"/>
          </w:tcPr>
          <w:p w14:paraId="092B9BC4" w14:textId="77777777" w:rsidR="001F47AF" w:rsidRDefault="001F47AF" w:rsidP="00F8131E">
            <w:r>
              <w:t>M.SUPRIYA</w:t>
            </w:r>
          </w:p>
        </w:tc>
        <w:tc>
          <w:tcPr>
            <w:tcW w:w="1726" w:type="dxa"/>
          </w:tcPr>
          <w:p w14:paraId="69035C35" w14:textId="77777777" w:rsidR="001F47AF" w:rsidRDefault="001F47AF" w:rsidP="00F8131E">
            <w:r>
              <w:t>ACSCS</w:t>
            </w:r>
          </w:p>
        </w:tc>
        <w:tc>
          <w:tcPr>
            <w:tcW w:w="1726" w:type="dxa"/>
          </w:tcPr>
          <w:p w14:paraId="40F54B53" w14:textId="77777777" w:rsidR="001F47AF" w:rsidRDefault="001F47AF" w:rsidP="00F8131E">
            <w:pPr>
              <w:rPr>
                <w:lang w:val="en-GB"/>
              </w:rPr>
            </w:pPr>
            <w:r>
              <w:rPr>
                <w:lang w:val="en-GB"/>
              </w:rPr>
              <w:t>1117250</w:t>
            </w:r>
            <w:r>
              <w:t>39028</w:t>
            </w:r>
          </w:p>
        </w:tc>
        <w:tc>
          <w:tcPr>
            <w:tcW w:w="1726" w:type="dxa"/>
            <w:vAlign w:val="bottom"/>
          </w:tcPr>
          <w:p w14:paraId="1D57827A" w14:textId="77777777" w:rsidR="001F47AF" w:rsidRDefault="001F47AF" w:rsidP="00F8131E">
            <w:r w:rsidRPr="00CD3AF1">
              <w:rPr>
                <w:rFonts w:ascii="Calibri" w:eastAsia="Times New Roman" w:hAnsi="Calibri" w:cs="Calibri"/>
                <w:color w:val="000000"/>
                <w:lang w:eastAsia="en-IN"/>
              </w:rPr>
              <w:t>SAI DEEKSHITH REDDY</w:t>
            </w:r>
          </w:p>
        </w:tc>
      </w:tr>
      <w:tr w:rsidR="001F47AF" w14:paraId="7013E7CD" w14:textId="77777777" w:rsidTr="00F8131E">
        <w:tc>
          <w:tcPr>
            <w:tcW w:w="1726" w:type="dxa"/>
          </w:tcPr>
          <w:p w14:paraId="3146A5D1" w14:textId="77777777" w:rsidR="001F47AF" w:rsidRDefault="001F47AF" w:rsidP="00F8131E">
            <w:r>
              <w:t>29</w:t>
            </w:r>
          </w:p>
        </w:tc>
        <w:tc>
          <w:tcPr>
            <w:tcW w:w="1726" w:type="dxa"/>
          </w:tcPr>
          <w:p w14:paraId="7E5416EB" w14:textId="77777777" w:rsidR="001F47AF" w:rsidRDefault="001F47AF" w:rsidP="00F8131E">
            <w:r>
              <w:t>M.SUPRIYA</w:t>
            </w:r>
          </w:p>
        </w:tc>
        <w:tc>
          <w:tcPr>
            <w:tcW w:w="1726" w:type="dxa"/>
          </w:tcPr>
          <w:p w14:paraId="7B0026F6" w14:textId="77777777" w:rsidR="001F47AF" w:rsidRDefault="001F47AF" w:rsidP="00F8131E">
            <w:r>
              <w:t>ACSCS</w:t>
            </w:r>
          </w:p>
        </w:tc>
        <w:tc>
          <w:tcPr>
            <w:tcW w:w="1726" w:type="dxa"/>
          </w:tcPr>
          <w:p w14:paraId="4FE3934B" w14:textId="77777777" w:rsidR="001F47AF" w:rsidRDefault="001F47AF" w:rsidP="00F8131E">
            <w:pPr>
              <w:rPr>
                <w:lang w:val="en-GB"/>
              </w:rPr>
            </w:pPr>
            <w:r>
              <w:rPr>
                <w:lang w:val="en-GB"/>
              </w:rPr>
              <w:t>1117250</w:t>
            </w:r>
            <w:r>
              <w:t>39029</w:t>
            </w:r>
          </w:p>
        </w:tc>
        <w:tc>
          <w:tcPr>
            <w:tcW w:w="1726" w:type="dxa"/>
            <w:vAlign w:val="bottom"/>
          </w:tcPr>
          <w:p w14:paraId="68967BAF" w14:textId="77777777" w:rsidR="001F47AF" w:rsidRDefault="001F47AF" w:rsidP="00F8131E">
            <w:r w:rsidRPr="00CD3AF1">
              <w:rPr>
                <w:rFonts w:ascii="Calibri" w:eastAsia="Times New Roman" w:hAnsi="Calibri" w:cs="Calibri"/>
                <w:color w:val="000000"/>
                <w:lang w:eastAsia="en-IN"/>
              </w:rPr>
              <w:t>LOKESH RAJU</w:t>
            </w:r>
          </w:p>
        </w:tc>
      </w:tr>
      <w:tr w:rsidR="001F47AF" w14:paraId="14DC890B" w14:textId="77777777" w:rsidTr="00F8131E">
        <w:tc>
          <w:tcPr>
            <w:tcW w:w="1726" w:type="dxa"/>
          </w:tcPr>
          <w:p w14:paraId="46B08DA5" w14:textId="77777777" w:rsidR="001F47AF" w:rsidRDefault="001F47AF" w:rsidP="00F8131E">
            <w:r>
              <w:t>30</w:t>
            </w:r>
          </w:p>
        </w:tc>
        <w:tc>
          <w:tcPr>
            <w:tcW w:w="1726" w:type="dxa"/>
          </w:tcPr>
          <w:p w14:paraId="7E36DB9D" w14:textId="13795B4F" w:rsidR="001F47AF" w:rsidRDefault="009823A7" w:rsidP="00F8131E">
            <w:r>
              <w:t>M.SUPRIYA</w:t>
            </w:r>
          </w:p>
        </w:tc>
        <w:tc>
          <w:tcPr>
            <w:tcW w:w="1726" w:type="dxa"/>
          </w:tcPr>
          <w:p w14:paraId="19940CB9" w14:textId="77777777" w:rsidR="001F47AF" w:rsidRDefault="001F47AF" w:rsidP="00F8131E">
            <w:r>
              <w:t>ACSCS</w:t>
            </w:r>
          </w:p>
        </w:tc>
        <w:tc>
          <w:tcPr>
            <w:tcW w:w="1726" w:type="dxa"/>
          </w:tcPr>
          <w:p w14:paraId="5FB8E441" w14:textId="77777777" w:rsidR="001F47AF" w:rsidRDefault="001F47AF" w:rsidP="00F8131E">
            <w:pPr>
              <w:rPr>
                <w:lang w:val="en-GB"/>
              </w:rPr>
            </w:pPr>
            <w:r>
              <w:rPr>
                <w:lang w:val="en-GB"/>
              </w:rPr>
              <w:t>1117250</w:t>
            </w:r>
            <w:r>
              <w:t>39030</w:t>
            </w:r>
          </w:p>
        </w:tc>
        <w:tc>
          <w:tcPr>
            <w:tcW w:w="1726" w:type="dxa"/>
            <w:vAlign w:val="bottom"/>
          </w:tcPr>
          <w:p w14:paraId="531983A7" w14:textId="77777777" w:rsidR="001F47AF" w:rsidRDefault="001F47AF" w:rsidP="00F8131E">
            <w:r w:rsidRPr="00CD3AF1">
              <w:rPr>
                <w:rFonts w:ascii="Calibri" w:eastAsia="Times New Roman" w:hAnsi="Calibri" w:cs="Calibri"/>
                <w:color w:val="000000"/>
                <w:lang w:eastAsia="en-IN"/>
              </w:rPr>
              <w:t>ANIL GOUD</w:t>
            </w:r>
          </w:p>
        </w:tc>
      </w:tr>
      <w:tr w:rsidR="001F47AF" w14:paraId="7788B22D" w14:textId="77777777" w:rsidTr="00F8131E">
        <w:tc>
          <w:tcPr>
            <w:tcW w:w="1726" w:type="dxa"/>
          </w:tcPr>
          <w:p w14:paraId="6B8229A2" w14:textId="77777777" w:rsidR="001F47AF" w:rsidRDefault="001F47AF" w:rsidP="00F8131E">
            <w:r>
              <w:t>31</w:t>
            </w:r>
          </w:p>
        </w:tc>
        <w:tc>
          <w:tcPr>
            <w:tcW w:w="1726" w:type="dxa"/>
          </w:tcPr>
          <w:p w14:paraId="7B84265B" w14:textId="77777777" w:rsidR="001F47AF" w:rsidRDefault="001F47AF" w:rsidP="00F8131E">
            <w:pPr>
              <w:rPr>
                <w:szCs w:val="24"/>
              </w:rPr>
            </w:pPr>
            <w:proofErr w:type="gramStart"/>
            <w:r>
              <w:rPr>
                <w:szCs w:val="24"/>
              </w:rPr>
              <w:t>S.KAVITHA</w:t>
            </w:r>
            <w:proofErr w:type="gramEnd"/>
          </w:p>
        </w:tc>
        <w:tc>
          <w:tcPr>
            <w:tcW w:w="1726" w:type="dxa"/>
          </w:tcPr>
          <w:p w14:paraId="17C070AA" w14:textId="77777777" w:rsidR="001F47AF" w:rsidRDefault="001F47AF" w:rsidP="00F8131E">
            <w:r>
              <w:t>ACSCS</w:t>
            </w:r>
          </w:p>
        </w:tc>
        <w:tc>
          <w:tcPr>
            <w:tcW w:w="1726" w:type="dxa"/>
          </w:tcPr>
          <w:p w14:paraId="4CAEEA1F" w14:textId="77777777" w:rsidR="001F47AF" w:rsidRDefault="001F47AF" w:rsidP="00F8131E">
            <w:pPr>
              <w:rPr>
                <w:lang w:val="en-GB"/>
              </w:rPr>
            </w:pPr>
            <w:r>
              <w:rPr>
                <w:lang w:val="en-GB"/>
              </w:rPr>
              <w:t>1117250</w:t>
            </w:r>
            <w:r>
              <w:t>39031</w:t>
            </w:r>
          </w:p>
        </w:tc>
        <w:tc>
          <w:tcPr>
            <w:tcW w:w="1726" w:type="dxa"/>
            <w:vAlign w:val="bottom"/>
          </w:tcPr>
          <w:p w14:paraId="6D588239" w14:textId="77777777" w:rsidR="001F47AF" w:rsidRDefault="001F47AF" w:rsidP="00F8131E">
            <w:r w:rsidRPr="00CD3AF1">
              <w:rPr>
                <w:rFonts w:ascii="Calibri" w:eastAsia="Times New Roman" w:hAnsi="Calibri" w:cs="Calibri"/>
                <w:color w:val="000000"/>
                <w:lang w:eastAsia="en-IN"/>
              </w:rPr>
              <w:t>OM SAI VARSHITH</w:t>
            </w:r>
          </w:p>
        </w:tc>
      </w:tr>
      <w:tr w:rsidR="001F47AF" w14:paraId="0DFEE689" w14:textId="77777777" w:rsidTr="00F8131E">
        <w:tc>
          <w:tcPr>
            <w:tcW w:w="1726" w:type="dxa"/>
          </w:tcPr>
          <w:p w14:paraId="522850B9" w14:textId="77777777" w:rsidR="001F47AF" w:rsidRDefault="001F47AF" w:rsidP="00F8131E">
            <w:r>
              <w:t>32</w:t>
            </w:r>
          </w:p>
        </w:tc>
        <w:tc>
          <w:tcPr>
            <w:tcW w:w="1726" w:type="dxa"/>
          </w:tcPr>
          <w:p w14:paraId="6FADA418" w14:textId="77777777" w:rsidR="001F47AF" w:rsidRDefault="001F47AF" w:rsidP="00F8131E">
            <w:pPr>
              <w:rPr>
                <w:szCs w:val="24"/>
              </w:rPr>
            </w:pPr>
            <w:proofErr w:type="gramStart"/>
            <w:r>
              <w:rPr>
                <w:szCs w:val="24"/>
              </w:rPr>
              <w:t>S.KAVITHA</w:t>
            </w:r>
            <w:proofErr w:type="gramEnd"/>
          </w:p>
        </w:tc>
        <w:tc>
          <w:tcPr>
            <w:tcW w:w="1726" w:type="dxa"/>
          </w:tcPr>
          <w:p w14:paraId="737D1338" w14:textId="77777777" w:rsidR="001F47AF" w:rsidRDefault="001F47AF" w:rsidP="00F8131E">
            <w:r>
              <w:t>ACSCS</w:t>
            </w:r>
          </w:p>
        </w:tc>
        <w:tc>
          <w:tcPr>
            <w:tcW w:w="1726" w:type="dxa"/>
          </w:tcPr>
          <w:p w14:paraId="205737C4" w14:textId="77777777" w:rsidR="001F47AF" w:rsidRDefault="001F47AF" w:rsidP="00F8131E">
            <w:pPr>
              <w:rPr>
                <w:lang w:val="en-GB"/>
              </w:rPr>
            </w:pPr>
            <w:r>
              <w:rPr>
                <w:lang w:val="en-GB"/>
              </w:rPr>
              <w:t>1117250</w:t>
            </w:r>
            <w:r>
              <w:t>39032</w:t>
            </w:r>
          </w:p>
        </w:tc>
        <w:tc>
          <w:tcPr>
            <w:tcW w:w="1726" w:type="dxa"/>
            <w:vAlign w:val="bottom"/>
          </w:tcPr>
          <w:p w14:paraId="4D032DBF" w14:textId="77777777" w:rsidR="001F47AF" w:rsidRDefault="001F47AF" w:rsidP="00F8131E">
            <w:r w:rsidRPr="00CD3AF1">
              <w:rPr>
                <w:rFonts w:ascii="Calibri" w:eastAsia="Times New Roman" w:hAnsi="Calibri" w:cs="Calibri"/>
                <w:color w:val="000000"/>
                <w:lang w:eastAsia="en-IN"/>
              </w:rPr>
              <w:t>RAVITEJA</w:t>
            </w:r>
          </w:p>
        </w:tc>
      </w:tr>
      <w:tr w:rsidR="001F47AF" w14:paraId="4F9E19D8" w14:textId="77777777" w:rsidTr="00F8131E">
        <w:tc>
          <w:tcPr>
            <w:tcW w:w="1726" w:type="dxa"/>
          </w:tcPr>
          <w:p w14:paraId="06DEC9B3" w14:textId="77777777" w:rsidR="001F47AF" w:rsidRDefault="001F47AF" w:rsidP="00F8131E">
            <w:r>
              <w:t>33</w:t>
            </w:r>
          </w:p>
        </w:tc>
        <w:tc>
          <w:tcPr>
            <w:tcW w:w="1726" w:type="dxa"/>
          </w:tcPr>
          <w:p w14:paraId="2BEC86C9" w14:textId="77777777" w:rsidR="001F47AF" w:rsidRDefault="001F47AF" w:rsidP="00F8131E">
            <w:pPr>
              <w:rPr>
                <w:szCs w:val="24"/>
              </w:rPr>
            </w:pPr>
            <w:proofErr w:type="gramStart"/>
            <w:r>
              <w:rPr>
                <w:szCs w:val="24"/>
              </w:rPr>
              <w:t>S.KAVITHA</w:t>
            </w:r>
            <w:proofErr w:type="gramEnd"/>
          </w:p>
        </w:tc>
        <w:tc>
          <w:tcPr>
            <w:tcW w:w="1726" w:type="dxa"/>
          </w:tcPr>
          <w:p w14:paraId="2BFB8DAF" w14:textId="77777777" w:rsidR="001F47AF" w:rsidRDefault="001F47AF" w:rsidP="00F8131E">
            <w:r>
              <w:t>ACSCS</w:t>
            </w:r>
          </w:p>
        </w:tc>
        <w:tc>
          <w:tcPr>
            <w:tcW w:w="1726" w:type="dxa"/>
          </w:tcPr>
          <w:p w14:paraId="6C77430B" w14:textId="77777777" w:rsidR="001F47AF" w:rsidRDefault="001F47AF" w:rsidP="00F8131E">
            <w:pPr>
              <w:rPr>
                <w:lang w:val="en-GB"/>
              </w:rPr>
            </w:pPr>
            <w:r>
              <w:rPr>
                <w:lang w:val="en-GB"/>
              </w:rPr>
              <w:t>1117250</w:t>
            </w:r>
            <w:r>
              <w:t>39033</w:t>
            </w:r>
          </w:p>
        </w:tc>
        <w:tc>
          <w:tcPr>
            <w:tcW w:w="1726" w:type="dxa"/>
            <w:vAlign w:val="bottom"/>
          </w:tcPr>
          <w:p w14:paraId="36540059" w14:textId="77777777" w:rsidR="001F47AF" w:rsidRDefault="001F47AF" w:rsidP="00F8131E">
            <w:r w:rsidRPr="00CD3AF1">
              <w:rPr>
                <w:rFonts w:ascii="Calibri" w:eastAsia="Times New Roman" w:hAnsi="Calibri" w:cs="Calibri"/>
                <w:color w:val="000000"/>
                <w:lang w:eastAsia="en-IN"/>
              </w:rPr>
              <w:t>SAI GANESH</w:t>
            </w:r>
          </w:p>
        </w:tc>
      </w:tr>
      <w:tr w:rsidR="001F47AF" w14:paraId="4D6A1EB7" w14:textId="77777777" w:rsidTr="00F8131E">
        <w:tc>
          <w:tcPr>
            <w:tcW w:w="1726" w:type="dxa"/>
          </w:tcPr>
          <w:p w14:paraId="7F524031" w14:textId="77777777" w:rsidR="001F47AF" w:rsidRDefault="001F47AF" w:rsidP="00F8131E">
            <w:r>
              <w:t>34</w:t>
            </w:r>
          </w:p>
        </w:tc>
        <w:tc>
          <w:tcPr>
            <w:tcW w:w="1726" w:type="dxa"/>
          </w:tcPr>
          <w:p w14:paraId="11759802" w14:textId="77777777" w:rsidR="001F47AF" w:rsidRDefault="001F47AF" w:rsidP="00F8131E">
            <w:pPr>
              <w:rPr>
                <w:szCs w:val="24"/>
              </w:rPr>
            </w:pPr>
            <w:proofErr w:type="gramStart"/>
            <w:r>
              <w:rPr>
                <w:szCs w:val="24"/>
              </w:rPr>
              <w:t>S.KAVITHA</w:t>
            </w:r>
            <w:proofErr w:type="gramEnd"/>
          </w:p>
        </w:tc>
        <w:tc>
          <w:tcPr>
            <w:tcW w:w="1726" w:type="dxa"/>
          </w:tcPr>
          <w:p w14:paraId="6755301C" w14:textId="77777777" w:rsidR="001F47AF" w:rsidRDefault="001F47AF" w:rsidP="00F8131E">
            <w:r>
              <w:t>ACSCS</w:t>
            </w:r>
          </w:p>
        </w:tc>
        <w:tc>
          <w:tcPr>
            <w:tcW w:w="1726" w:type="dxa"/>
          </w:tcPr>
          <w:p w14:paraId="4A238288" w14:textId="77777777" w:rsidR="001F47AF" w:rsidRDefault="001F47AF" w:rsidP="00F8131E">
            <w:pPr>
              <w:rPr>
                <w:lang w:val="en-GB"/>
              </w:rPr>
            </w:pPr>
            <w:r>
              <w:rPr>
                <w:lang w:val="en-GB"/>
              </w:rPr>
              <w:t>1117250</w:t>
            </w:r>
            <w:r>
              <w:t>39034</w:t>
            </w:r>
          </w:p>
        </w:tc>
        <w:tc>
          <w:tcPr>
            <w:tcW w:w="1726" w:type="dxa"/>
            <w:vAlign w:val="bottom"/>
          </w:tcPr>
          <w:p w14:paraId="4F536582" w14:textId="77777777" w:rsidR="001F47AF" w:rsidRDefault="001F47AF" w:rsidP="00F8131E">
            <w:r w:rsidRPr="00CD3AF1">
              <w:rPr>
                <w:rFonts w:ascii="Calibri" w:eastAsia="Times New Roman" w:hAnsi="Calibri" w:cs="Calibri"/>
                <w:color w:val="000000"/>
                <w:lang w:eastAsia="en-IN"/>
              </w:rPr>
              <w:t>AKIHIL PRABHAS</w:t>
            </w:r>
          </w:p>
        </w:tc>
      </w:tr>
      <w:tr w:rsidR="001F47AF" w14:paraId="357A6D05" w14:textId="77777777" w:rsidTr="00F8131E">
        <w:tc>
          <w:tcPr>
            <w:tcW w:w="1726" w:type="dxa"/>
          </w:tcPr>
          <w:p w14:paraId="7B29414C" w14:textId="77777777" w:rsidR="001F47AF" w:rsidRDefault="001F47AF" w:rsidP="00F8131E">
            <w:r>
              <w:t>35</w:t>
            </w:r>
          </w:p>
        </w:tc>
        <w:tc>
          <w:tcPr>
            <w:tcW w:w="1726" w:type="dxa"/>
          </w:tcPr>
          <w:p w14:paraId="78BAF33F" w14:textId="77777777" w:rsidR="001F47AF" w:rsidRDefault="001F47AF" w:rsidP="00F8131E">
            <w:pPr>
              <w:rPr>
                <w:szCs w:val="24"/>
              </w:rPr>
            </w:pPr>
            <w:proofErr w:type="gramStart"/>
            <w:r>
              <w:rPr>
                <w:szCs w:val="24"/>
              </w:rPr>
              <w:t>S.KAVITHA</w:t>
            </w:r>
            <w:proofErr w:type="gramEnd"/>
          </w:p>
        </w:tc>
        <w:tc>
          <w:tcPr>
            <w:tcW w:w="1726" w:type="dxa"/>
          </w:tcPr>
          <w:p w14:paraId="3712B4CB" w14:textId="77777777" w:rsidR="001F47AF" w:rsidRDefault="001F47AF" w:rsidP="00F8131E">
            <w:r>
              <w:t>ACSCS</w:t>
            </w:r>
          </w:p>
        </w:tc>
        <w:tc>
          <w:tcPr>
            <w:tcW w:w="1726" w:type="dxa"/>
          </w:tcPr>
          <w:p w14:paraId="63AEA1CA" w14:textId="77777777" w:rsidR="001F47AF" w:rsidRDefault="001F47AF" w:rsidP="00F8131E">
            <w:pPr>
              <w:rPr>
                <w:lang w:val="en-GB"/>
              </w:rPr>
            </w:pPr>
            <w:r>
              <w:rPr>
                <w:lang w:val="en-GB"/>
              </w:rPr>
              <w:t>1117250</w:t>
            </w:r>
            <w:r>
              <w:t>39035</w:t>
            </w:r>
          </w:p>
        </w:tc>
        <w:tc>
          <w:tcPr>
            <w:tcW w:w="1726" w:type="dxa"/>
            <w:vAlign w:val="bottom"/>
          </w:tcPr>
          <w:p w14:paraId="3D81BE9D" w14:textId="77777777" w:rsidR="001F47AF" w:rsidRDefault="001F47AF" w:rsidP="00F8131E">
            <w:r w:rsidRPr="00CD3AF1">
              <w:rPr>
                <w:rFonts w:ascii="Calibri" w:eastAsia="Times New Roman" w:hAnsi="Calibri" w:cs="Calibri"/>
                <w:color w:val="000000"/>
                <w:lang w:eastAsia="en-IN"/>
              </w:rPr>
              <w:t>YESU PADHAM</w:t>
            </w:r>
          </w:p>
        </w:tc>
      </w:tr>
      <w:tr w:rsidR="001F47AF" w14:paraId="3762A0C9" w14:textId="77777777" w:rsidTr="00F8131E">
        <w:tc>
          <w:tcPr>
            <w:tcW w:w="1726" w:type="dxa"/>
          </w:tcPr>
          <w:p w14:paraId="34B52671" w14:textId="77777777" w:rsidR="001F47AF" w:rsidRDefault="001F47AF" w:rsidP="00F8131E">
            <w:r>
              <w:t>36</w:t>
            </w:r>
          </w:p>
        </w:tc>
        <w:tc>
          <w:tcPr>
            <w:tcW w:w="1726" w:type="dxa"/>
          </w:tcPr>
          <w:p w14:paraId="24909DC9" w14:textId="77777777" w:rsidR="001F47AF" w:rsidRDefault="001F47AF" w:rsidP="00F8131E">
            <w:pPr>
              <w:rPr>
                <w:szCs w:val="24"/>
              </w:rPr>
            </w:pPr>
            <w:proofErr w:type="gramStart"/>
            <w:r>
              <w:rPr>
                <w:szCs w:val="24"/>
              </w:rPr>
              <w:t>S.KAVITHA</w:t>
            </w:r>
            <w:proofErr w:type="gramEnd"/>
          </w:p>
        </w:tc>
        <w:tc>
          <w:tcPr>
            <w:tcW w:w="1726" w:type="dxa"/>
          </w:tcPr>
          <w:p w14:paraId="5B01EE9A" w14:textId="77777777" w:rsidR="001F47AF" w:rsidRDefault="001F47AF" w:rsidP="00F8131E">
            <w:r>
              <w:t>ACSCS</w:t>
            </w:r>
          </w:p>
        </w:tc>
        <w:tc>
          <w:tcPr>
            <w:tcW w:w="1726" w:type="dxa"/>
          </w:tcPr>
          <w:p w14:paraId="742B67D4" w14:textId="77777777" w:rsidR="001F47AF" w:rsidRDefault="001F47AF" w:rsidP="00F8131E">
            <w:pPr>
              <w:rPr>
                <w:lang w:val="en-GB"/>
              </w:rPr>
            </w:pPr>
            <w:r>
              <w:rPr>
                <w:lang w:val="en-GB"/>
              </w:rPr>
              <w:t>1117250</w:t>
            </w:r>
            <w:r>
              <w:t>39036</w:t>
            </w:r>
          </w:p>
        </w:tc>
        <w:tc>
          <w:tcPr>
            <w:tcW w:w="1726" w:type="dxa"/>
            <w:vAlign w:val="bottom"/>
          </w:tcPr>
          <w:p w14:paraId="403B20B5" w14:textId="77777777" w:rsidR="001F47AF" w:rsidRDefault="001F47AF" w:rsidP="00F8131E">
            <w:r w:rsidRPr="00CD3AF1">
              <w:rPr>
                <w:rFonts w:ascii="Calibri" w:eastAsia="Times New Roman" w:hAnsi="Calibri" w:cs="Calibri"/>
                <w:color w:val="000000"/>
                <w:lang w:eastAsia="en-IN"/>
              </w:rPr>
              <w:t>RAGHUNANDAN SUDARSHAN</w:t>
            </w:r>
          </w:p>
        </w:tc>
      </w:tr>
      <w:tr w:rsidR="001F47AF" w14:paraId="44FF96EB" w14:textId="77777777" w:rsidTr="00F8131E">
        <w:tc>
          <w:tcPr>
            <w:tcW w:w="1726" w:type="dxa"/>
          </w:tcPr>
          <w:p w14:paraId="5DBF2179" w14:textId="77777777" w:rsidR="001F47AF" w:rsidRDefault="001F47AF" w:rsidP="00F8131E">
            <w:r>
              <w:t>37</w:t>
            </w:r>
          </w:p>
        </w:tc>
        <w:tc>
          <w:tcPr>
            <w:tcW w:w="1726" w:type="dxa"/>
          </w:tcPr>
          <w:p w14:paraId="087412BA" w14:textId="77777777" w:rsidR="001F47AF" w:rsidRDefault="001F47AF" w:rsidP="00F8131E">
            <w:pPr>
              <w:rPr>
                <w:szCs w:val="24"/>
              </w:rPr>
            </w:pPr>
            <w:proofErr w:type="gramStart"/>
            <w:r>
              <w:rPr>
                <w:szCs w:val="24"/>
              </w:rPr>
              <w:t>S.KAVITHA</w:t>
            </w:r>
            <w:proofErr w:type="gramEnd"/>
          </w:p>
        </w:tc>
        <w:tc>
          <w:tcPr>
            <w:tcW w:w="1726" w:type="dxa"/>
          </w:tcPr>
          <w:p w14:paraId="67FF0F08" w14:textId="77777777" w:rsidR="001F47AF" w:rsidRDefault="001F47AF" w:rsidP="00F8131E">
            <w:r>
              <w:t>ACSCS</w:t>
            </w:r>
          </w:p>
        </w:tc>
        <w:tc>
          <w:tcPr>
            <w:tcW w:w="1726" w:type="dxa"/>
          </w:tcPr>
          <w:p w14:paraId="3EF09F37" w14:textId="77777777" w:rsidR="001F47AF" w:rsidRDefault="001F47AF" w:rsidP="00F8131E">
            <w:pPr>
              <w:rPr>
                <w:lang w:val="en-GB"/>
              </w:rPr>
            </w:pPr>
            <w:r>
              <w:rPr>
                <w:lang w:val="en-GB"/>
              </w:rPr>
              <w:t>1117250</w:t>
            </w:r>
            <w:r>
              <w:t>39037</w:t>
            </w:r>
          </w:p>
        </w:tc>
        <w:tc>
          <w:tcPr>
            <w:tcW w:w="1726" w:type="dxa"/>
            <w:vAlign w:val="bottom"/>
          </w:tcPr>
          <w:p w14:paraId="3018DDBE" w14:textId="77777777" w:rsidR="001F47AF" w:rsidRDefault="001F47AF" w:rsidP="00F8131E">
            <w:r w:rsidRPr="00CD3AF1">
              <w:rPr>
                <w:rFonts w:ascii="Calibri" w:eastAsia="Times New Roman" w:hAnsi="Calibri" w:cs="Calibri"/>
                <w:color w:val="000000"/>
                <w:lang w:eastAsia="en-IN"/>
              </w:rPr>
              <w:t>ARON XAVIER</w:t>
            </w:r>
          </w:p>
        </w:tc>
      </w:tr>
      <w:tr w:rsidR="001F47AF" w14:paraId="71E446A1" w14:textId="77777777" w:rsidTr="00F8131E">
        <w:tc>
          <w:tcPr>
            <w:tcW w:w="1726" w:type="dxa"/>
          </w:tcPr>
          <w:p w14:paraId="1C4D877F" w14:textId="77777777" w:rsidR="001F47AF" w:rsidRDefault="001F47AF" w:rsidP="00F8131E">
            <w:r>
              <w:t>38</w:t>
            </w:r>
          </w:p>
        </w:tc>
        <w:tc>
          <w:tcPr>
            <w:tcW w:w="1726" w:type="dxa"/>
          </w:tcPr>
          <w:p w14:paraId="6553C99C" w14:textId="77777777" w:rsidR="001F47AF" w:rsidRDefault="001F47AF" w:rsidP="00F8131E">
            <w:pPr>
              <w:rPr>
                <w:szCs w:val="24"/>
              </w:rPr>
            </w:pPr>
            <w:proofErr w:type="gramStart"/>
            <w:r>
              <w:rPr>
                <w:szCs w:val="24"/>
              </w:rPr>
              <w:t>S.KAVITHA</w:t>
            </w:r>
            <w:proofErr w:type="gramEnd"/>
          </w:p>
        </w:tc>
        <w:tc>
          <w:tcPr>
            <w:tcW w:w="1726" w:type="dxa"/>
          </w:tcPr>
          <w:p w14:paraId="5A6A4188" w14:textId="77777777" w:rsidR="001F47AF" w:rsidRDefault="001F47AF" w:rsidP="00F8131E">
            <w:r>
              <w:t>ACSCS</w:t>
            </w:r>
          </w:p>
        </w:tc>
        <w:tc>
          <w:tcPr>
            <w:tcW w:w="1726" w:type="dxa"/>
          </w:tcPr>
          <w:p w14:paraId="3960F2C5" w14:textId="77777777" w:rsidR="001F47AF" w:rsidRDefault="001F47AF" w:rsidP="00F8131E">
            <w:pPr>
              <w:rPr>
                <w:lang w:val="en-GB"/>
              </w:rPr>
            </w:pPr>
            <w:r>
              <w:rPr>
                <w:lang w:val="en-GB"/>
              </w:rPr>
              <w:t>1117250</w:t>
            </w:r>
            <w:r>
              <w:t>39038</w:t>
            </w:r>
          </w:p>
        </w:tc>
        <w:tc>
          <w:tcPr>
            <w:tcW w:w="1726" w:type="dxa"/>
            <w:vAlign w:val="bottom"/>
          </w:tcPr>
          <w:p w14:paraId="574E4CC7" w14:textId="77777777" w:rsidR="001F47AF" w:rsidRDefault="001F47AF" w:rsidP="00F8131E">
            <w:r w:rsidRPr="00CD3AF1">
              <w:rPr>
                <w:rFonts w:ascii="Calibri" w:eastAsia="Times New Roman" w:hAnsi="Calibri" w:cs="Calibri"/>
                <w:color w:val="000000"/>
                <w:lang w:eastAsia="en-IN"/>
              </w:rPr>
              <w:t>GAURISH</w:t>
            </w:r>
          </w:p>
        </w:tc>
      </w:tr>
      <w:tr w:rsidR="001F47AF" w14:paraId="47065F37" w14:textId="77777777" w:rsidTr="00F8131E">
        <w:tc>
          <w:tcPr>
            <w:tcW w:w="1726" w:type="dxa"/>
          </w:tcPr>
          <w:p w14:paraId="5D76949C" w14:textId="77777777" w:rsidR="001F47AF" w:rsidRDefault="001F47AF" w:rsidP="00F8131E">
            <w:r>
              <w:t>39</w:t>
            </w:r>
          </w:p>
        </w:tc>
        <w:tc>
          <w:tcPr>
            <w:tcW w:w="1726" w:type="dxa"/>
          </w:tcPr>
          <w:p w14:paraId="293003E8" w14:textId="77777777" w:rsidR="001F47AF" w:rsidRDefault="001F47AF" w:rsidP="00F8131E">
            <w:pPr>
              <w:rPr>
                <w:szCs w:val="24"/>
              </w:rPr>
            </w:pPr>
            <w:proofErr w:type="gramStart"/>
            <w:r>
              <w:rPr>
                <w:szCs w:val="24"/>
              </w:rPr>
              <w:t>S.KAVITHA</w:t>
            </w:r>
            <w:proofErr w:type="gramEnd"/>
          </w:p>
        </w:tc>
        <w:tc>
          <w:tcPr>
            <w:tcW w:w="1726" w:type="dxa"/>
          </w:tcPr>
          <w:p w14:paraId="3212AFF4" w14:textId="77777777" w:rsidR="001F47AF" w:rsidRDefault="001F47AF" w:rsidP="00F8131E">
            <w:r>
              <w:t>ACSCS</w:t>
            </w:r>
          </w:p>
        </w:tc>
        <w:tc>
          <w:tcPr>
            <w:tcW w:w="1726" w:type="dxa"/>
          </w:tcPr>
          <w:p w14:paraId="11F4E0DC" w14:textId="77777777" w:rsidR="001F47AF" w:rsidRDefault="001F47AF" w:rsidP="00F8131E">
            <w:pPr>
              <w:rPr>
                <w:lang w:val="en-GB"/>
              </w:rPr>
            </w:pPr>
            <w:r>
              <w:rPr>
                <w:lang w:val="en-GB"/>
              </w:rPr>
              <w:t>1117250</w:t>
            </w:r>
            <w:r>
              <w:t>39039</w:t>
            </w:r>
          </w:p>
        </w:tc>
        <w:tc>
          <w:tcPr>
            <w:tcW w:w="1726" w:type="dxa"/>
            <w:vAlign w:val="bottom"/>
          </w:tcPr>
          <w:p w14:paraId="7A631AC1" w14:textId="77777777" w:rsidR="001F47AF" w:rsidRDefault="001F47AF" w:rsidP="00F8131E">
            <w:r w:rsidRPr="00CD3AF1">
              <w:rPr>
                <w:rFonts w:ascii="Calibri" w:eastAsia="Times New Roman" w:hAnsi="Calibri" w:cs="Calibri"/>
                <w:color w:val="000000"/>
                <w:lang w:eastAsia="en-IN"/>
              </w:rPr>
              <w:t>FAWAZ KHAN</w:t>
            </w:r>
          </w:p>
        </w:tc>
      </w:tr>
      <w:tr w:rsidR="001F47AF" w14:paraId="4FCEBCCE" w14:textId="77777777" w:rsidTr="00F8131E">
        <w:tc>
          <w:tcPr>
            <w:tcW w:w="1726" w:type="dxa"/>
          </w:tcPr>
          <w:p w14:paraId="5A7F999F" w14:textId="77777777" w:rsidR="001F47AF" w:rsidRDefault="001F47AF" w:rsidP="00F8131E">
            <w:r>
              <w:t>40</w:t>
            </w:r>
          </w:p>
        </w:tc>
        <w:tc>
          <w:tcPr>
            <w:tcW w:w="1726" w:type="dxa"/>
          </w:tcPr>
          <w:p w14:paraId="6C353E07" w14:textId="3BF7F79E" w:rsidR="001F47AF" w:rsidRDefault="009823A7" w:rsidP="00F8131E">
            <w:pPr>
              <w:rPr>
                <w:szCs w:val="24"/>
              </w:rPr>
            </w:pPr>
            <w:proofErr w:type="gramStart"/>
            <w:r>
              <w:rPr>
                <w:szCs w:val="24"/>
              </w:rPr>
              <w:t>S.KAVITHA</w:t>
            </w:r>
            <w:proofErr w:type="gramEnd"/>
          </w:p>
        </w:tc>
        <w:tc>
          <w:tcPr>
            <w:tcW w:w="1726" w:type="dxa"/>
          </w:tcPr>
          <w:p w14:paraId="51998781" w14:textId="77777777" w:rsidR="001F47AF" w:rsidRDefault="001F47AF" w:rsidP="00F8131E">
            <w:r>
              <w:t>ACSCS</w:t>
            </w:r>
          </w:p>
        </w:tc>
        <w:tc>
          <w:tcPr>
            <w:tcW w:w="1726" w:type="dxa"/>
          </w:tcPr>
          <w:p w14:paraId="09F04E89" w14:textId="77777777" w:rsidR="001F47AF" w:rsidRDefault="001F47AF" w:rsidP="00F8131E">
            <w:pPr>
              <w:rPr>
                <w:lang w:val="en-GB"/>
              </w:rPr>
            </w:pPr>
            <w:r>
              <w:rPr>
                <w:lang w:val="en-GB"/>
              </w:rPr>
              <w:t>1117250</w:t>
            </w:r>
            <w:r>
              <w:t>39040</w:t>
            </w:r>
          </w:p>
        </w:tc>
        <w:tc>
          <w:tcPr>
            <w:tcW w:w="1726" w:type="dxa"/>
            <w:vAlign w:val="bottom"/>
          </w:tcPr>
          <w:p w14:paraId="63019C1C" w14:textId="77777777" w:rsidR="001F47AF" w:rsidRDefault="001F47AF" w:rsidP="00F8131E">
            <w:r w:rsidRPr="00CD3AF1">
              <w:rPr>
                <w:rFonts w:ascii="Calibri" w:eastAsia="Times New Roman" w:hAnsi="Calibri" w:cs="Calibri"/>
                <w:color w:val="000000"/>
                <w:lang w:eastAsia="en-IN"/>
              </w:rPr>
              <w:t>SAI PAVAN</w:t>
            </w:r>
          </w:p>
        </w:tc>
      </w:tr>
      <w:tr w:rsidR="001F47AF" w14:paraId="2F447A6D" w14:textId="77777777" w:rsidTr="00F8131E">
        <w:tc>
          <w:tcPr>
            <w:tcW w:w="1726" w:type="dxa"/>
          </w:tcPr>
          <w:p w14:paraId="492E147C" w14:textId="77777777" w:rsidR="001F47AF" w:rsidRDefault="001F47AF" w:rsidP="00F8131E">
            <w:r>
              <w:t>41</w:t>
            </w:r>
          </w:p>
        </w:tc>
        <w:tc>
          <w:tcPr>
            <w:tcW w:w="1726" w:type="dxa"/>
          </w:tcPr>
          <w:p w14:paraId="07D4B73C" w14:textId="77777777" w:rsidR="001F47AF" w:rsidRDefault="001F47AF" w:rsidP="00F8131E">
            <w:r>
              <w:t>M.VASUDHA</w:t>
            </w:r>
          </w:p>
        </w:tc>
        <w:tc>
          <w:tcPr>
            <w:tcW w:w="1726" w:type="dxa"/>
          </w:tcPr>
          <w:p w14:paraId="068638A4" w14:textId="77777777" w:rsidR="001F47AF" w:rsidRDefault="001F47AF" w:rsidP="00F8131E">
            <w:r>
              <w:t>ACSCS</w:t>
            </w:r>
          </w:p>
        </w:tc>
        <w:tc>
          <w:tcPr>
            <w:tcW w:w="1726" w:type="dxa"/>
          </w:tcPr>
          <w:p w14:paraId="663795C3" w14:textId="77777777" w:rsidR="001F47AF" w:rsidRDefault="001F47AF" w:rsidP="00F8131E">
            <w:pPr>
              <w:rPr>
                <w:lang w:val="en-GB"/>
              </w:rPr>
            </w:pPr>
            <w:r>
              <w:rPr>
                <w:lang w:val="en-GB"/>
              </w:rPr>
              <w:t>1117250</w:t>
            </w:r>
            <w:r>
              <w:t>39041</w:t>
            </w:r>
          </w:p>
        </w:tc>
        <w:tc>
          <w:tcPr>
            <w:tcW w:w="1726" w:type="dxa"/>
            <w:vAlign w:val="bottom"/>
          </w:tcPr>
          <w:p w14:paraId="7D793DCA" w14:textId="77777777" w:rsidR="001F47AF" w:rsidRDefault="001F47AF" w:rsidP="00F8131E">
            <w:r w:rsidRPr="00CD3AF1">
              <w:rPr>
                <w:rFonts w:ascii="Calibri" w:eastAsia="Times New Roman" w:hAnsi="Calibri" w:cs="Calibri"/>
                <w:color w:val="000000"/>
                <w:lang w:eastAsia="en-IN"/>
              </w:rPr>
              <w:t>VINEETH</w:t>
            </w:r>
          </w:p>
        </w:tc>
      </w:tr>
      <w:tr w:rsidR="001F47AF" w14:paraId="0CC4FA19" w14:textId="77777777" w:rsidTr="00F8131E">
        <w:tc>
          <w:tcPr>
            <w:tcW w:w="1726" w:type="dxa"/>
          </w:tcPr>
          <w:p w14:paraId="71196DCE" w14:textId="77777777" w:rsidR="001F47AF" w:rsidRDefault="001F47AF" w:rsidP="00F8131E">
            <w:r>
              <w:t>42</w:t>
            </w:r>
          </w:p>
        </w:tc>
        <w:tc>
          <w:tcPr>
            <w:tcW w:w="1726" w:type="dxa"/>
          </w:tcPr>
          <w:p w14:paraId="7796593D" w14:textId="77777777" w:rsidR="001F47AF" w:rsidRDefault="001F47AF" w:rsidP="00F8131E">
            <w:r>
              <w:t>M.VASUDHA</w:t>
            </w:r>
          </w:p>
        </w:tc>
        <w:tc>
          <w:tcPr>
            <w:tcW w:w="1726" w:type="dxa"/>
          </w:tcPr>
          <w:p w14:paraId="5DEA7E75" w14:textId="77777777" w:rsidR="001F47AF" w:rsidRDefault="001F47AF" w:rsidP="00F8131E">
            <w:r>
              <w:t>ACSCS</w:t>
            </w:r>
          </w:p>
        </w:tc>
        <w:tc>
          <w:tcPr>
            <w:tcW w:w="1726" w:type="dxa"/>
          </w:tcPr>
          <w:p w14:paraId="08022DBE" w14:textId="77777777" w:rsidR="001F47AF" w:rsidRDefault="001F47AF" w:rsidP="00F8131E">
            <w:pPr>
              <w:rPr>
                <w:lang w:val="en-GB"/>
              </w:rPr>
            </w:pPr>
            <w:r>
              <w:rPr>
                <w:lang w:val="en-GB"/>
              </w:rPr>
              <w:t>1117250</w:t>
            </w:r>
            <w:r>
              <w:t>39042</w:t>
            </w:r>
          </w:p>
        </w:tc>
        <w:tc>
          <w:tcPr>
            <w:tcW w:w="1726" w:type="dxa"/>
            <w:vAlign w:val="bottom"/>
          </w:tcPr>
          <w:p w14:paraId="56A18054" w14:textId="77777777" w:rsidR="001F47AF" w:rsidRDefault="001F47AF" w:rsidP="00F8131E">
            <w:r w:rsidRPr="00CD3AF1">
              <w:rPr>
                <w:rFonts w:ascii="Calibri" w:eastAsia="Times New Roman" w:hAnsi="Calibri" w:cs="Calibri"/>
                <w:color w:val="000000"/>
                <w:lang w:eastAsia="en-IN"/>
              </w:rPr>
              <w:t>NICHOLOS JUDE</w:t>
            </w:r>
          </w:p>
        </w:tc>
      </w:tr>
      <w:tr w:rsidR="001F47AF" w14:paraId="557B1528" w14:textId="77777777" w:rsidTr="00F8131E">
        <w:tc>
          <w:tcPr>
            <w:tcW w:w="1726" w:type="dxa"/>
          </w:tcPr>
          <w:p w14:paraId="7BBB53EA" w14:textId="77777777" w:rsidR="001F47AF" w:rsidRDefault="001F47AF" w:rsidP="00F8131E">
            <w:r>
              <w:t>43</w:t>
            </w:r>
          </w:p>
        </w:tc>
        <w:tc>
          <w:tcPr>
            <w:tcW w:w="1726" w:type="dxa"/>
          </w:tcPr>
          <w:p w14:paraId="5C8F391C" w14:textId="77777777" w:rsidR="001F47AF" w:rsidRDefault="001F47AF" w:rsidP="00F8131E">
            <w:r>
              <w:t>M.VASUDHA</w:t>
            </w:r>
          </w:p>
        </w:tc>
        <w:tc>
          <w:tcPr>
            <w:tcW w:w="1726" w:type="dxa"/>
          </w:tcPr>
          <w:p w14:paraId="7D8EBFCF" w14:textId="77777777" w:rsidR="001F47AF" w:rsidRDefault="001F47AF" w:rsidP="00F8131E">
            <w:r>
              <w:t>ACSCS</w:t>
            </w:r>
          </w:p>
        </w:tc>
        <w:tc>
          <w:tcPr>
            <w:tcW w:w="1726" w:type="dxa"/>
          </w:tcPr>
          <w:p w14:paraId="686163D4" w14:textId="77777777" w:rsidR="001F47AF" w:rsidRDefault="001F47AF" w:rsidP="00F8131E">
            <w:pPr>
              <w:rPr>
                <w:lang w:val="en-GB"/>
              </w:rPr>
            </w:pPr>
            <w:r>
              <w:rPr>
                <w:lang w:val="en-GB"/>
              </w:rPr>
              <w:t>11172</w:t>
            </w:r>
            <w:r>
              <w:t>5</w:t>
            </w:r>
            <w:r>
              <w:rPr>
                <w:lang w:val="en-GB"/>
              </w:rPr>
              <w:t>0</w:t>
            </w:r>
            <w:r>
              <w:t>39043</w:t>
            </w:r>
          </w:p>
        </w:tc>
        <w:tc>
          <w:tcPr>
            <w:tcW w:w="1726" w:type="dxa"/>
            <w:vAlign w:val="bottom"/>
          </w:tcPr>
          <w:p w14:paraId="7B3FB120" w14:textId="77777777" w:rsidR="001F47AF" w:rsidRDefault="001F47AF" w:rsidP="00F8131E">
            <w:r w:rsidRPr="00CD3AF1">
              <w:rPr>
                <w:rFonts w:ascii="Calibri" w:eastAsia="Times New Roman" w:hAnsi="Calibri" w:cs="Calibri"/>
                <w:color w:val="000000"/>
                <w:lang w:eastAsia="en-IN"/>
              </w:rPr>
              <w:t>P GOUTHAM</w:t>
            </w:r>
          </w:p>
        </w:tc>
      </w:tr>
      <w:tr w:rsidR="001F47AF" w14:paraId="67951399" w14:textId="77777777" w:rsidTr="00F8131E">
        <w:tc>
          <w:tcPr>
            <w:tcW w:w="1726" w:type="dxa"/>
          </w:tcPr>
          <w:p w14:paraId="6DE7752C" w14:textId="77777777" w:rsidR="001F47AF" w:rsidRDefault="001F47AF" w:rsidP="00F8131E">
            <w:r>
              <w:t>44</w:t>
            </w:r>
          </w:p>
        </w:tc>
        <w:tc>
          <w:tcPr>
            <w:tcW w:w="1726" w:type="dxa"/>
          </w:tcPr>
          <w:p w14:paraId="63870A6D" w14:textId="77777777" w:rsidR="001F47AF" w:rsidRDefault="001F47AF" w:rsidP="00F8131E">
            <w:r>
              <w:t>M.VASUDHA</w:t>
            </w:r>
          </w:p>
        </w:tc>
        <w:tc>
          <w:tcPr>
            <w:tcW w:w="1726" w:type="dxa"/>
          </w:tcPr>
          <w:p w14:paraId="4EA7D1BC" w14:textId="77777777" w:rsidR="001F47AF" w:rsidRDefault="001F47AF" w:rsidP="00F8131E">
            <w:r>
              <w:t>ACSCS</w:t>
            </w:r>
          </w:p>
        </w:tc>
        <w:tc>
          <w:tcPr>
            <w:tcW w:w="1726" w:type="dxa"/>
          </w:tcPr>
          <w:p w14:paraId="172606D8" w14:textId="77777777" w:rsidR="001F47AF" w:rsidRDefault="001F47AF" w:rsidP="00F8131E">
            <w:pPr>
              <w:rPr>
                <w:lang w:val="en-GB"/>
              </w:rPr>
            </w:pPr>
            <w:r>
              <w:rPr>
                <w:lang w:val="en-GB"/>
              </w:rPr>
              <w:t>11172</w:t>
            </w:r>
            <w:r>
              <w:t>5</w:t>
            </w:r>
            <w:r>
              <w:rPr>
                <w:lang w:val="en-GB"/>
              </w:rPr>
              <w:t>0</w:t>
            </w:r>
            <w:r>
              <w:t>39044</w:t>
            </w:r>
          </w:p>
        </w:tc>
        <w:tc>
          <w:tcPr>
            <w:tcW w:w="1726" w:type="dxa"/>
            <w:vAlign w:val="bottom"/>
          </w:tcPr>
          <w:p w14:paraId="28E15560" w14:textId="77777777" w:rsidR="001F47AF" w:rsidRDefault="001F47AF" w:rsidP="00F8131E">
            <w:r w:rsidRPr="00CD3AF1">
              <w:rPr>
                <w:rFonts w:ascii="Calibri" w:eastAsia="Times New Roman" w:hAnsi="Calibri" w:cs="Calibri"/>
                <w:color w:val="000000"/>
                <w:lang w:eastAsia="en-IN"/>
              </w:rPr>
              <w:t>BALA PUNEETH SUJAY</w:t>
            </w:r>
          </w:p>
        </w:tc>
      </w:tr>
      <w:tr w:rsidR="001F47AF" w14:paraId="4DA94A57" w14:textId="77777777" w:rsidTr="00F8131E">
        <w:tc>
          <w:tcPr>
            <w:tcW w:w="1726" w:type="dxa"/>
          </w:tcPr>
          <w:p w14:paraId="5D1DB89C" w14:textId="77777777" w:rsidR="001F47AF" w:rsidRDefault="001F47AF" w:rsidP="00F8131E">
            <w:r>
              <w:t>45</w:t>
            </w:r>
          </w:p>
        </w:tc>
        <w:tc>
          <w:tcPr>
            <w:tcW w:w="1726" w:type="dxa"/>
          </w:tcPr>
          <w:p w14:paraId="58402551" w14:textId="77777777" w:rsidR="001F47AF" w:rsidRDefault="001F47AF" w:rsidP="00F8131E">
            <w:r>
              <w:t>M.VASUDHA</w:t>
            </w:r>
          </w:p>
        </w:tc>
        <w:tc>
          <w:tcPr>
            <w:tcW w:w="1726" w:type="dxa"/>
          </w:tcPr>
          <w:p w14:paraId="2FE47CCD" w14:textId="77777777" w:rsidR="001F47AF" w:rsidRDefault="001F47AF" w:rsidP="00F8131E">
            <w:r>
              <w:t>ACSCS</w:t>
            </w:r>
          </w:p>
        </w:tc>
        <w:tc>
          <w:tcPr>
            <w:tcW w:w="1726" w:type="dxa"/>
          </w:tcPr>
          <w:p w14:paraId="6B949F49" w14:textId="77777777" w:rsidR="001F47AF" w:rsidRDefault="001F47AF" w:rsidP="00F8131E">
            <w:pPr>
              <w:rPr>
                <w:lang w:val="en-GB"/>
              </w:rPr>
            </w:pPr>
            <w:r>
              <w:rPr>
                <w:lang w:val="en-GB"/>
              </w:rPr>
              <w:t>11172</w:t>
            </w:r>
            <w:r>
              <w:t>5</w:t>
            </w:r>
            <w:r>
              <w:rPr>
                <w:lang w:val="en-GB"/>
              </w:rPr>
              <w:t>0</w:t>
            </w:r>
            <w:r>
              <w:t>39045</w:t>
            </w:r>
          </w:p>
        </w:tc>
        <w:tc>
          <w:tcPr>
            <w:tcW w:w="1726" w:type="dxa"/>
            <w:vAlign w:val="bottom"/>
          </w:tcPr>
          <w:p w14:paraId="3FAF930E" w14:textId="77777777" w:rsidR="001F47AF" w:rsidRDefault="001F47AF" w:rsidP="00F8131E">
            <w:r w:rsidRPr="00CD3AF1">
              <w:rPr>
                <w:rFonts w:ascii="Calibri" w:eastAsia="Times New Roman" w:hAnsi="Calibri" w:cs="Calibri"/>
                <w:color w:val="000000"/>
                <w:lang w:eastAsia="en-IN"/>
              </w:rPr>
              <w:t>ARAVIND</w:t>
            </w:r>
          </w:p>
        </w:tc>
      </w:tr>
      <w:tr w:rsidR="001F47AF" w14:paraId="5F44FA5B" w14:textId="77777777" w:rsidTr="00F8131E">
        <w:tc>
          <w:tcPr>
            <w:tcW w:w="1726" w:type="dxa"/>
          </w:tcPr>
          <w:p w14:paraId="7295C5AB" w14:textId="77777777" w:rsidR="001F47AF" w:rsidRDefault="001F47AF" w:rsidP="00F8131E">
            <w:r>
              <w:t>46</w:t>
            </w:r>
          </w:p>
        </w:tc>
        <w:tc>
          <w:tcPr>
            <w:tcW w:w="1726" w:type="dxa"/>
          </w:tcPr>
          <w:p w14:paraId="76CD17B2" w14:textId="77777777" w:rsidR="001F47AF" w:rsidRDefault="001F47AF" w:rsidP="00F8131E">
            <w:r>
              <w:t>M.VASUDHA</w:t>
            </w:r>
          </w:p>
        </w:tc>
        <w:tc>
          <w:tcPr>
            <w:tcW w:w="1726" w:type="dxa"/>
          </w:tcPr>
          <w:p w14:paraId="3512FB21" w14:textId="77777777" w:rsidR="001F47AF" w:rsidRDefault="001F47AF" w:rsidP="00F8131E">
            <w:r>
              <w:t>ACSCS</w:t>
            </w:r>
          </w:p>
        </w:tc>
        <w:tc>
          <w:tcPr>
            <w:tcW w:w="1726" w:type="dxa"/>
          </w:tcPr>
          <w:p w14:paraId="3438F762" w14:textId="77777777" w:rsidR="001F47AF" w:rsidRDefault="001F47AF" w:rsidP="00F8131E">
            <w:pPr>
              <w:rPr>
                <w:lang w:val="en-GB"/>
              </w:rPr>
            </w:pPr>
            <w:r>
              <w:rPr>
                <w:lang w:val="en-GB"/>
              </w:rPr>
              <w:t>11172</w:t>
            </w:r>
            <w:r>
              <w:t>5</w:t>
            </w:r>
            <w:r>
              <w:rPr>
                <w:lang w:val="en-GB"/>
              </w:rPr>
              <w:t>0</w:t>
            </w:r>
            <w:r>
              <w:t>39046</w:t>
            </w:r>
          </w:p>
        </w:tc>
        <w:tc>
          <w:tcPr>
            <w:tcW w:w="1726" w:type="dxa"/>
            <w:vAlign w:val="bottom"/>
          </w:tcPr>
          <w:p w14:paraId="08772EA4" w14:textId="77777777" w:rsidR="001F47AF" w:rsidRDefault="001F47AF" w:rsidP="00F8131E">
            <w:r w:rsidRPr="00CD3AF1">
              <w:rPr>
                <w:rFonts w:ascii="Calibri" w:eastAsia="Times New Roman" w:hAnsi="Calibri" w:cs="Calibri"/>
                <w:color w:val="000000"/>
                <w:lang w:eastAsia="en-IN"/>
              </w:rPr>
              <w:t>BALAJI</w:t>
            </w:r>
          </w:p>
        </w:tc>
      </w:tr>
      <w:tr w:rsidR="001F47AF" w14:paraId="5BD26941" w14:textId="77777777" w:rsidTr="00F8131E">
        <w:tc>
          <w:tcPr>
            <w:tcW w:w="1726" w:type="dxa"/>
          </w:tcPr>
          <w:p w14:paraId="74455869" w14:textId="77777777" w:rsidR="001F47AF" w:rsidRDefault="001F47AF" w:rsidP="00F8131E">
            <w:r>
              <w:t>47</w:t>
            </w:r>
          </w:p>
        </w:tc>
        <w:tc>
          <w:tcPr>
            <w:tcW w:w="1726" w:type="dxa"/>
          </w:tcPr>
          <w:p w14:paraId="235DAECE" w14:textId="77777777" w:rsidR="001F47AF" w:rsidRDefault="001F47AF" w:rsidP="00F8131E">
            <w:r>
              <w:t>M.VASUDHA</w:t>
            </w:r>
          </w:p>
        </w:tc>
        <w:tc>
          <w:tcPr>
            <w:tcW w:w="1726" w:type="dxa"/>
          </w:tcPr>
          <w:p w14:paraId="5C07D5A6" w14:textId="77777777" w:rsidR="001F47AF" w:rsidRDefault="001F47AF" w:rsidP="00F8131E">
            <w:r>
              <w:t>ACSCS</w:t>
            </w:r>
          </w:p>
        </w:tc>
        <w:tc>
          <w:tcPr>
            <w:tcW w:w="1726" w:type="dxa"/>
          </w:tcPr>
          <w:p w14:paraId="339C1FB7" w14:textId="77777777" w:rsidR="001F47AF" w:rsidRDefault="001F47AF" w:rsidP="00F8131E">
            <w:pPr>
              <w:rPr>
                <w:lang w:val="en-GB"/>
              </w:rPr>
            </w:pPr>
            <w:r>
              <w:rPr>
                <w:lang w:val="en-GB"/>
              </w:rPr>
              <w:t>11172</w:t>
            </w:r>
            <w:r>
              <w:t>5</w:t>
            </w:r>
            <w:r>
              <w:rPr>
                <w:lang w:val="en-GB"/>
              </w:rPr>
              <w:t>0</w:t>
            </w:r>
            <w:r>
              <w:t>39047</w:t>
            </w:r>
          </w:p>
        </w:tc>
        <w:tc>
          <w:tcPr>
            <w:tcW w:w="1726" w:type="dxa"/>
            <w:vAlign w:val="bottom"/>
          </w:tcPr>
          <w:p w14:paraId="0779843A" w14:textId="77777777" w:rsidR="001F47AF" w:rsidRDefault="001F47AF" w:rsidP="00F8131E">
            <w:r w:rsidRPr="00CD3AF1">
              <w:rPr>
                <w:rFonts w:ascii="Calibri" w:eastAsia="Times New Roman" w:hAnsi="Calibri" w:cs="Calibri"/>
                <w:color w:val="000000"/>
                <w:lang w:eastAsia="en-IN"/>
              </w:rPr>
              <w:t>RATNAM PHILP</w:t>
            </w:r>
          </w:p>
        </w:tc>
      </w:tr>
      <w:tr w:rsidR="001F47AF" w14:paraId="531ED06F" w14:textId="77777777" w:rsidTr="00F8131E">
        <w:tc>
          <w:tcPr>
            <w:tcW w:w="1726" w:type="dxa"/>
          </w:tcPr>
          <w:p w14:paraId="321CC7B1" w14:textId="77777777" w:rsidR="001F47AF" w:rsidRDefault="001F47AF" w:rsidP="00F8131E">
            <w:r>
              <w:t>48</w:t>
            </w:r>
          </w:p>
        </w:tc>
        <w:tc>
          <w:tcPr>
            <w:tcW w:w="1726" w:type="dxa"/>
          </w:tcPr>
          <w:p w14:paraId="1525AC6B" w14:textId="77777777" w:rsidR="001F47AF" w:rsidRDefault="001F47AF" w:rsidP="00F8131E">
            <w:r>
              <w:t>M.VASUDHA</w:t>
            </w:r>
          </w:p>
        </w:tc>
        <w:tc>
          <w:tcPr>
            <w:tcW w:w="1726" w:type="dxa"/>
          </w:tcPr>
          <w:p w14:paraId="6154338D" w14:textId="77777777" w:rsidR="001F47AF" w:rsidRDefault="001F47AF" w:rsidP="00F8131E">
            <w:r>
              <w:t>ACSCS</w:t>
            </w:r>
          </w:p>
        </w:tc>
        <w:tc>
          <w:tcPr>
            <w:tcW w:w="1726" w:type="dxa"/>
          </w:tcPr>
          <w:p w14:paraId="764A8847" w14:textId="77777777" w:rsidR="001F47AF" w:rsidRDefault="001F47AF" w:rsidP="00F8131E">
            <w:pPr>
              <w:rPr>
                <w:lang w:val="en-GB"/>
              </w:rPr>
            </w:pPr>
            <w:r>
              <w:rPr>
                <w:lang w:val="en-GB"/>
              </w:rPr>
              <w:t>11172</w:t>
            </w:r>
            <w:r>
              <w:t>5</w:t>
            </w:r>
            <w:r>
              <w:rPr>
                <w:lang w:val="en-GB"/>
              </w:rPr>
              <w:t>0</w:t>
            </w:r>
            <w:r>
              <w:t>39048</w:t>
            </w:r>
          </w:p>
        </w:tc>
        <w:tc>
          <w:tcPr>
            <w:tcW w:w="1726" w:type="dxa"/>
            <w:vAlign w:val="bottom"/>
          </w:tcPr>
          <w:p w14:paraId="245B06C1" w14:textId="77777777" w:rsidR="001F47AF" w:rsidRDefault="001F47AF" w:rsidP="00F8131E">
            <w:r w:rsidRPr="00CD3AF1">
              <w:rPr>
                <w:rFonts w:ascii="Calibri" w:eastAsia="Times New Roman" w:hAnsi="Calibri" w:cs="Calibri"/>
                <w:color w:val="000000"/>
                <w:lang w:eastAsia="en-IN"/>
              </w:rPr>
              <w:t>SAIVED SINGH</w:t>
            </w:r>
          </w:p>
        </w:tc>
      </w:tr>
      <w:tr w:rsidR="001F47AF" w14:paraId="396751DD" w14:textId="77777777" w:rsidTr="00F8131E">
        <w:tc>
          <w:tcPr>
            <w:tcW w:w="1726" w:type="dxa"/>
          </w:tcPr>
          <w:p w14:paraId="602F269C" w14:textId="77777777" w:rsidR="001F47AF" w:rsidRDefault="001F47AF" w:rsidP="00F8131E">
            <w:r>
              <w:t>49</w:t>
            </w:r>
          </w:p>
        </w:tc>
        <w:tc>
          <w:tcPr>
            <w:tcW w:w="1726" w:type="dxa"/>
          </w:tcPr>
          <w:p w14:paraId="0BE92B48" w14:textId="77777777" w:rsidR="001F47AF" w:rsidRDefault="001F47AF" w:rsidP="00F8131E">
            <w:r>
              <w:t>M.VASUDHA</w:t>
            </w:r>
          </w:p>
        </w:tc>
        <w:tc>
          <w:tcPr>
            <w:tcW w:w="1726" w:type="dxa"/>
          </w:tcPr>
          <w:p w14:paraId="0B2E1F42" w14:textId="77777777" w:rsidR="001F47AF" w:rsidRDefault="001F47AF" w:rsidP="00F8131E">
            <w:r>
              <w:t>ACSCS</w:t>
            </w:r>
          </w:p>
        </w:tc>
        <w:tc>
          <w:tcPr>
            <w:tcW w:w="1726" w:type="dxa"/>
          </w:tcPr>
          <w:p w14:paraId="0371E000" w14:textId="77777777" w:rsidR="001F47AF" w:rsidRDefault="001F47AF" w:rsidP="00F8131E">
            <w:pPr>
              <w:rPr>
                <w:lang w:val="en-GB"/>
              </w:rPr>
            </w:pPr>
            <w:r>
              <w:rPr>
                <w:lang w:val="en-GB"/>
              </w:rPr>
              <w:t>11172</w:t>
            </w:r>
            <w:r>
              <w:t>5</w:t>
            </w:r>
            <w:r>
              <w:rPr>
                <w:lang w:val="en-GB"/>
              </w:rPr>
              <w:t>0</w:t>
            </w:r>
            <w:r>
              <w:t>39049</w:t>
            </w:r>
          </w:p>
        </w:tc>
        <w:tc>
          <w:tcPr>
            <w:tcW w:w="1726" w:type="dxa"/>
            <w:vAlign w:val="bottom"/>
          </w:tcPr>
          <w:p w14:paraId="42AB1C3E" w14:textId="77777777" w:rsidR="001F47AF" w:rsidRDefault="001F47AF" w:rsidP="00F8131E">
            <w:r w:rsidRPr="00CD3AF1">
              <w:rPr>
                <w:rFonts w:ascii="Calibri" w:eastAsia="Times New Roman" w:hAnsi="Calibri" w:cs="Calibri"/>
                <w:color w:val="000000"/>
                <w:lang w:eastAsia="en-IN"/>
              </w:rPr>
              <w:t>SRIRAM</w:t>
            </w:r>
          </w:p>
        </w:tc>
      </w:tr>
      <w:tr w:rsidR="001F47AF" w14:paraId="3225746B" w14:textId="77777777" w:rsidTr="00F8131E">
        <w:tc>
          <w:tcPr>
            <w:tcW w:w="1726" w:type="dxa"/>
          </w:tcPr>
          <w:p w14:paraId="4BBC4EDF" w14:textId="77777777" w:rsidR="001F47AF" w:rsidRDefault="001F47AF" w:rsidP="00F8131E">
            <w:r>
              <w:t>50</w:t>
            </w:r>
          </w:p>
        </w:tc>
        <w:tc>
          <w:tcPr>
            <w:tcW w:w="1726" w:type="dxa"/>
          </w:tcPr>
          <w:p w14:paraId="122A94B6" w14:textId="77777777" w:rsidR="001F47AF" w:rsidRDefault="001F47AF" w:rsidP="00F8131E">
            <w:r>
              <w:t>M.VASUDHA</w:t>
            </w:r>
          </w:p>
        </w:tc>
        <w:tc>
          <w:tcPr>
            <w:tcW w:w="1726" w:type="dxa"/>
          </w:tcPr>
          <w:p w14:paraId="0697B97A" w14:textId="77777777" w:rsidR="001F47AF" w:rsidRDefault="001F47AF" w:rsidP="00F8131E">
            <w:r>
              <w:t>ACSCS</w:t>
            </w:r>
          </w:p>
        </w:tc>
        <w:tc>
          <w:tcPr>
            <w:tcW w:w="1726" w:type="dxa"/>
          </w:tcPr>
          <w:p w14:paraId="05B32902" w14:textId="77777777" w:rsidR="001F47AF" w:rsidRDefault="001F47AF" w:rsidP="00F8131E">
            <w:pPr>
              <w:rPr>
                <w:lang w:val="en-GB"/>
              </w:rPr>
            </w:pPr>
            <w:r>
              <w:rPr>
                <w:lang w:val="en-GB"/>
              </w:rPr>
              <w:t>11172</w:t>
            </w:r>
            <w:r>
              <w:t>5</w:t>
            </w:r>
            <w:r>
              <w:rPr>
                <w:lang w:val="en-GB"/>
              </w:rPr>
              <w:t>0</w:t>
            </w:r>
            <w:r>
              <w:t>39050</w:t>
            </w:r>
          </w:p>
        </w:tc>
        <w:tc>
          <w:tcPr>
            <w:tcW w:w="1726" w:type="dxa"/>
            <w:vAlign w:val="bottom"/>
          </w:tcPr>
          <w:p w14:paraId="4538E13B" w14:textId="77777777" w:rsidR="001F47AF" w:rsidRDefault="001F47AF" w:rsidP="00F8131E">
            <w:r w:rsidRPr="00CD3AF1">
              <w:rPr>
                <w:rFonts w:ascii="Calibri" w:eastAsia="Times New Roman" w:hAnsi="Calibri" w:cs="Calibri"/>
                <w:color w:val="000000"/>
                <w:lang w:eastAsia="en-IN"/>
              </w:rPr>
              <w:t>PAWANKUMAR</w:t>
            </w:r>
          </w:p>
        </w:tc>
      </w:tr>
    </w:tbl>
    <w:p w14:paraId="61EFFA7F" w14:textId="77777777" w:rsidR="001F47AF" w:rsidRPr="0047087A" w:rsidRDefault="001F47AF" w:rsidP="001F47AF">
      <w:pPr>
        <w:rPr>
          <w:b/>
          <w:bCs/>
        </w:rPr>
      </w:pPr>
      <w:r>
        <w:br/>
      </w:r>
      <w:r w:rsidRPr="0047087A">
        <w:rPr>
          <w:b/>
          <w:bCs/>
        </w:rPr>
        <w:t xml:space="preserve">Programme &amp; Year: </w:t>
      </w:r>
      <w:proofErr w:type="spellStart"/>
      <w:proofErr w:type="gramStart"/>
      <w:r w:rsidRPr="0047087A">
        <w:rPr>
          <w:b/>
          <w:bCs/>
        </w:rPr>
        <w:t>B.Sc</w:t>
      </w:r>
      <w:proofErr w:type="spellEnd"/>
      <w:proofErr w:type="gramEnd"/>
      <w:r w:rsidRPr="0047087A">
        <w:rPr>
          <w:b/>
          <w:bCs/>
        </w:rPr>
        <w:t xml:space="preserve"> Computer Science &amp; Cyber security 2</w:t>
      </w:r>
      <w:proofErr w:type="gramStart"/>
      <w:r w:rsidRPr="0047087A">
        <w:rPr>
          <w:b/>
          <w:bCs/>
          <w:vertAlign w:val="superscript"/>
        </w:rPr>
        <w:t>nd</w:t>
      </w:r>
      <w:r w:rsidRPr="0047087A">
        <w:rPr>
          <w:b/>
          <w:bCs/>
        </w:rPr>
        <w:t xml:space="preserve">  Year</w:t>
      </w:r>
      <w:proofErr w:type="gramEnd"/>
    </w:p>
    <w:p w14:paraId="4E69BADE" w14:textId="77777777" w:rsidR="001F47AF" w:rsidRDefault="001F47AF" w:rsidP="001F47AF">
      <w:pPr>
        <w:ind w:left="2160" w:firstLine="720"/>
        <w:rPr>
          <w:rFonts w:cs="Times New Roman"/>
          <w:b/>
          <w:bCs/>
          <w:szCs w:val="24"/>
          <w:lang w:val="en-GB"/>
        </w:rPr>
      </w:pPr>
    </w:p>
    <w:tbl>
      <w:tblPr>
        <w:tblStyle w:val="TableGrid"/>
        <w:tblpPr w:leftFromText="180" w:rightFromText="180" w:vertAnchor="text" w:horzAnchor="page" w:tblpX="2275" w:tblpY="231"/>
        <w:tblOverlap w:val="never"/>
        <w:tblW w:w="0" w:type="auto"/>
        <w:tblLook w:val="04A0" w:firstRow="1" w:lastRow="0" w:firstColumn="1" w:lastColumn="0" w:noHBand="0" w:noVBand="1"/>
      </w:tblPr>
      <w:tblGrid>
        <w:gridCol w:w="1104"/>
        <w:gridCol w:w="2117"/>
        <w:gridCol w:w="1093"/>
        <w:gridCol w:w="2099"/>
        <w:gridCol w:w="2217"/>
      </w:tblGrid>
      <w:tr w:rsidR="001F47AF" w14:paraId="2AB7CA05" w14:textId="77777777" w:rsidTr="00F8131E">
        <w:tc>
          <w:tcPr>
            <w:tcW w:w="1104" w:type="dxa"/>
          </w:tcPr>
          <w:p w14:paraId="4932C398" w14:textId="77777777" w:rsidR="001F47AF" w:rsidRDefault="001F47AF" w:rsidP="00F8131E">
            <w:pPr>
              <w:widowControl w:val="0"/>
              <w:jc w:val="both"/>
              <w:rPr>
                <w:b/>
                <w:bCs/>
                <w:lang w:val="en-GB"/>
              </w:rPr>
            </w:pPr>
            <w:r>
              <w:rPr>
                <w:b/>
                <w:bCs/>
                <w:lang w:val="en-GB"/>
              </w:rPr>
              <w:t>S.no</w:t>
            </w:r>
          </w:p>
        </w:tc>
        <w:tc>
          <w:tcPr>
            <w:tcW w:w="2117" w:type="dxa"/>
          </w:tcPr>
          <w:p w14:paraId="3B867C1B" w14:textId="77777777" w:rsidR="001F47AF" w:rsidRDefault="001F47AF" w:rsidP="00F8131E">
            <w:pPr>
              <w:widowControl w:val="0"/>
              <w:jc w:val="both"/>
              <w:rPr>
                <w:b/>
                <w:bCs/>
                <w:lang w:val="en-GB"/>
              </w:rPr>
            </w:pPr>
            <w:r>
              <w:rPr>
                <w:b/>
                <w:bCs/>
                <w:lang w:val="en-GB"/>
              </w:rPr>
              <w:t>Name of the Faculty</w:t>
            </w:r>
          </w:p>
        </w:tc>
        <w:tc>
          <w:tcPr>
            <w:tcW w:w="1093" w:type="dxa"/>
          </w:tcPr>
          <w:p w14:paraId="3153E224" w14:textId="77777777" w:rsidR="001F47AF" w:rsidRDefault="001F47AF" w:rsidP="00F8131E">
            <w:pPr>
              <w:widowControl w:val="0"/>
              <w:jc w:val="both"/>
              <w:rPr>
                <w:b/>
                <w:bCs/>
                <w:lang w:val="en-GB"/>
              </w:rPr>
            </w:pPr>
            <w:r>
              <w:rPr>
                <w:b/>
                <w:bCs/>
                <w:lang w:val="en-GB"/>
              </w:rPr>
              <w:t>Class</w:t>
            </w:r>
          </w:p>
        </w:tc>
        <w:tc>
          <w:tcPr>
            <w:tcW w:w="2099" w:type="dxa"/>
          </w:tcPr>
          <w:p w14:paraId="7A1739BE" w14:textId="77777777" w:rsidR="001F47AF" w:rsidRDefault="001F47AF" w:rsidP="00F8131E">
            <w:pPr>
              <w:widowControl w:val="0"/>
              <w:jc w:val="both"/>
              <w:rPr>
                <w:b/>
                <w:bCs/>
                <w:lang w:val="en-GB"/>
              </w:rPr>
            </w:pPr>
            <w:r>
              <w:rPr>
                <w:b/>
                <w:bCs/>
                <w:lang w:val="en-GB"/>
              </w:rPr>
              <w:t>UID NUMBER</w:t>
            </w:r>
          </w:p>
        </w:tc>
        <w:tc>
          <w:tcPr>
            <w:tcW w:w="2217" w:type="dxa"/>
          </w:tcPr>
          <w:p w14:paraId="680F36D7" w14:textId="77777777" w:rsidR="001F47AF" w:rsidRDefault="001F47AF" w:rsidP="00F8131E">
            <w:pPr>
              <w:widowControl w:val="0"/>
              <w:jc w:val="both"/>
              <w:rPr>
                <w:b/>
                <w:bCs/>
                <w:lang w:val="en-GB"/>
              </w:rPr>
            </w:pPr>
            <w:r>
              <w:rPr>
                <w:b/>
                <w:bCs/>
                <w:lang w:val="en-GB"/>
              </w:rPr>
              <w:t>Name of the Student</w:t>
            </w:r>
          </w:p>
        </w:tc>
      </w:tr>
      <w:tr w:rsidR="001F47AF" w14:paraId="27A70CA2" w14:textId="77777777" w:rsidTr="00F8131E">
        <w:tc>
          <w:tcPr>
            <w:tcW w:w="1104" w:type="dxa"/>
          </w:tcPr>
          <w:p w14:paraId="67CDFB94" w14:textId="77777777" w:rsidR="001F47AF" w:rsidRDefault="001F47AF" w:rsidP="001F47AF">
            <w:pPr>
              <w:widowControl w:val="0"/>
              <w:numPr>
                <w:ilvl w:val="0"/>
                <w:numId w:val="3"/>
              </w:numPr>
              <w:jc w:val="both"/>
              <w:rPr>
                <w:lang w:val="en-GB"/>
              </w:rPr>
            </w:pPr>
          </w:p>
        </w:tc>
        <w:tc>
          <w:tcPr>
            <w:tcW w:w="2117" w:type="dxa"/>
          </w:tcPr>
          <w:p w14:paraId="64394DD5" w14:textId="77777777" w:rsidR="001F47AF" w:rsidRDefault="001F47AF" w:rsidP="00F8131E">
            <w:pPr>
              <w:widowControl w:val="0"/>
              <w:jc w:val="both"/>
              <w:rPr>
                <w:lang w:val="en-GB"/>
              </w:rPr>
            </w:pPr>
            <w:proofErr w:type="gramStart"/>
            <w:r>
              <w:rPr>
                <w:lang w:val="en-GB"/>
              </w:rPr>
              <w:t>S.LAKSHMI</w:t>
            </w:r>
            <w:proofErr w:type="gramEnd"/>
          </w:p>
        </w:tc>
        <w:tc>
          <w:tcPr>
            <w:tcW w:w="1093" w:type="dxa"/>
          </w:tcPr>
          <w:p w14:paraId="056BC1E5" w14:textId="77777777" w:rsidR="001F47AF" w:rsidRDefault="001F47AF" w:rsidP="00F8131E">
            <w:pPr>
              <w:widowControl w:val="0"/>
              <w:jc w:val="both"/>
            </w:pPr>
            <w:r>
              <w:t>NCSCS</w:t>
            </w:r>
          </w:p>
        </w:tc>
        <w:tc>
          <w:tcPr>
            <w:tcW w:w="2099" w:type="dxa"/>
          </w:tcPr>
          <w:p w14:paraId="11FA15AF" w14:textId="77777777" w:rsidR="001F47AF" w:rsidRDefault="001F47AF" w:rsidP="00F8131E">
            <w:pPr>
              <w:widowControl w:val="0"/>
              <w:jc w:val="both"/>
              <w:rPr>
                <w:lang w:val="en-GB"/>
              </w:rPr>
            </w:pPr>
            <w:r>
              <w:rPr>
                <w:lang w:val="en-GB"/>
              </w:rPr>
              <w:t>11172</w:t>
            </w:r>
            <w:r>
              <w:t>4</w:t>
            </w:r>
            <w:r>
              <w:rPr>
                <w:lang w:val="en-GB"/>
              </w:rPr>
              <w:t>0</w:t>
            </w:r>
            <w:r>
              <w:t>39001</w:t>
            </w:r>
          </w:p>
        </w:tc>
        <w:tc>
          <w:tcPr>
            <w:tcW w:w="2217" w:type="dxa"/>
            <w:vAlign w:val="center"/>
          </w:tcPr>
          <w:p w14:paraId="421E837C" w14:textId="77777777" w:rsidR="001F47AF" w:rsidRDefault="001F47AF" w:rsidP="00F8131E">
            <w:pPr>
              <w:widowControl w:val="0"/>
              <w:jc w:val="both"/>
              <w:rPr>
                <w:lang w:val="en-GB"/>
              </w:rPr>
            </w:pPr>
            <w:r w:rsidRPr="003A72CB">
              <w:rPr>
                <w:rFonts w:eastAsia="SimSun" w:cs="Times New Roman"/>
                <w:color w:val="000000"/>
                <w:lang w:eastAsia="zh-CN" w:bidi="ar"/>
              </w:rPr>
              <w:t>ARDHI PRAVALIKA</w:t>
            </w:r>
          </w:p>
        </w:tc>
      </w:tr>
      <w:tr w:rsidR="001F47AF" w14:paraId="78259950" w14:textId="77777777" w:rsidTr="00F8131E">
        <w:tc>
          <w:tcPr>
            <w:tcW w:w="1104" w:type="dxa"/>
          </w:tcPr>
          <w:p w14:paraId="4E9C5B7F" w14:textId="77777777" w:rsidR="001F47AF" w:rsidRDefault="001F47AF" w:rsidP="001F47AF">
            <w:pPr>
              <w:widowControl w:val="0"/>
              <w:numPr>
                <w:ilvl w:val="0"/>
                <w:numId w:val="3"/>
              </w:numPr>
              <w:jc w:val="both"/>
            </w:pPr>
          </w:p>
        </w:tc>
        <w:tc>
          <w:tcPr>
            <w:tcW w:w="2117" w:type="dxa"/>
          </w:tcPr>
          <w:p w14:paraId="5F6EFD43" w14:textId="77777777" w:rsidR="001F47AF" w:rsidRDefault="001F47AF" w:rsidP="00F8131E">
            <w:pPr>
              <w:widowControl w:val="0"/>
              <w:jc w:val="both"/>
            </w:pPr>
            <w:proofErr w:type="gramStart"/>
            <w:r>
              <w:rPr>
                <w:lang w:val="en-GB"/>
              </w:rPr>
              <w:t>S.LAKSHMI</w:t>
            </w:r>
            <w:proofErr w:type="gramEnd"/>
          </w:p>
        </w:tc>
        <w:tc>
          <w:tcPr>
            <w:tcW w:w="1093" w:type="dxa"/>
          </w:tcPr>
          <w:p w14:paraId="3FF6E348" w14:textId="77777777" w:rsidR="001F47AF" w:rsidRDefault="001F47AF" w:rsidP="00F8131E">
            <w:pPr>
              <w:widowControl w:val="0"/>
              <w:jc w:val="both"/>
              <w:rPr>
                <w:lang w:val="en-GB"/>
              </w:rPr>
            </w:pPr>
            <w:r>
              <w:t>NCSCS</w:t>
            </w:r>
          </w:p>
        </w:tc>
        <w:tc>
          <w:tcPr>
            <w:tcW w:w="2099" w:type="dxa"/>
          </w:tcPr>
          <w:p w14:paraId="7D7A293A" w14:textId="77777777" w:rsidR="001F47AF" w:rsidRDefault="001F47AF" w:rsidP="00F8131E">
            <w:pPr>
              <w:widowControl w:val="0"/>
              <w:jc w:val="both"/>
              <w:rPr>
                <w:lang w:val="en-GB"/>
              </w:rPr>
            </w:pPr>
            <w:r>
              <w:rPr>
                <w:lang w:val="en-GB"/>
              </w:rPr>
              <w:t>11172</w:t>
            </w:r>
            <w:r>
              <w:t>4</w:t>
            </w:r>
            <w:r>
              <w:rPr>
                <w:lang w:val="en-GB"/>
              </w:rPr>
              <w:t>0</w:t>
            </w:r>
            <w:r>
              <w:t>39002</w:t>
            </w:r>
          </w:p>
        </w:tc>
        <w:tc>
          <w:tcPr>
            <w:tcW w:w="2217" w:type="dxa"/>
            <w:vAlign w:val="center"/>
          </w:tcPr>
          <w:p w14:paraId="528CA1BC" w14:textId="77777777" w:rsidR="001F47AF" w:rsidRDefault="001F47AF" w:rsidP="00F8131E">
            <w:pPr>
              <w:widowControl w:val="0"/>
              <w:jc w:val="both"/>
              <w:rPr>
                <w:lang w:val="en-GB"/>
              </w:rPr>
            </w:pPr>
            <w:r w:rsidRPr="003A72CB">
              <w:rPr>
                <w:rFonts w:eastAsia="SimSun" w:cs="Times New Roman"/>
                <w:color w:val="000000"/>
                <w:lang w:eastAsia="zh-CN" w:bidi="ar"/>
              </w:rPr>
              <w:t>BETHAPALLI NAGA MALLESWARI</w:t>
            </w:r>
          </w:p>
        </w:tc>
      </w:tr>
      <w:tr w:rsidR="001F47AF" w14:paraId="4478231F" w14:textId="77777777" w:rsidTr="00F8131E">
        <w:tc>
          <w:tcPr>
            <w:tcW w:w="1104" w:type="dxa"/>
          </w:tcPr>
          <w:p w14:paraId="5577811B" w14:textId="77777777" w:rsidR="001F47AF" w:rsidRDefault="001F47AF" w:rsidP="001F47AF">
            <w:pPr>
              <w:widowControl w:val="0"/>
              <w:numPr>
                <w:ilvl w:val="0"/>
                <w:numId w:val="3"/>
              </w:numPr>
              <w:jc w:val="both"/>
            </w:pPr>
          </w:p>
        </w:tc>
        <w:tc>
          <w:tcPr>
            <w:tcW w:w="2117" w:type="dxa"/>
          </w:tcPr>
          <w:p w14:paraId="64A0CA23" w14:textId="77777777" w:rsidR="001F47AF" w:rsidRDefault="001F47AF" w:rsidP="00F8131E">
            <w:pPr>
              <w:widowControl w:val="0"/>
              <w:jc w:val="both"/>
            </w:pPr>
            <w:proofErr w:type="gramStart"/>
            <w:r>
              <w:rPr>
                <w:lang w:val="en-GB"/>
              </w:rPr>
              <w:t>S.LAKSHMI</w:t>
            </w:r>
            <w:proofErr w:type="gramEnd"/>
          </w:p>
        </w:tc>
        <w:tc>
          <w:tcPr>
            <w:tcW w:w="1093" w:type="dxa"/>
          </w:tcPr>
          <w:p w14:paraId="07779F0C" w14:textId="77777777" w:rsidR="001F47AF" w:rsidRDefault="001F47AF" w:rsidP="00F8131E">
            <w:pPr>
              <w:widowControl w:val="0"/>
              <w:jc w:val="both"/>
              <w:rPr>
                <w:lang w:val="en-GB"/>
              </w:rPr>
            </w:pPr>
            <w:r>
              <w:t>NCSCS</w:t>
            </w:r>
          </w:p>
        </w:tc>
        <w:tc>
          <w:tcPr>
            <w:tcW w:w="2099" w:type="dxa"/>
          </w:tcPr>
          <w:p w14:paraId="131D4C47" w14:textId="77777777" w:rsidR="001F47AF" w:rsidRDefault="001F47AF" w:rsidP="00F8131E">
            <w:pPr>
              <w:widowControl w:val="0"/>
              <w:jc w:val="both"/>
              <w:rPr>
                <w:lang w:val="en-GB"/>
              </w:rPr>
            </w:pPr>
            <w:r>
              <w:rPr>
                <w:lang w:val="en-GB"/>
              </w:rPr>
              <w:t>11172</w:t>
            </w:r>
            <w:r>
              <w:t>4</w:t>
            </w:r>
            <w:r>
              <w:rPr>
                <w:lang w:val="en-GB"/>
              </w:rPr>
              <w:t>0</w:t>
            </w:r>
            <w:r>
              <w:t>39003</w:t>
            </w:r>
          </w:p>
        </w:tc>
        <w:tc>
          <w:tcPr>
            <w:tcW w:w="2217" w:type="dxa"/>
            <w:vAlign w:val="center"/>
          </w:tcPr>
          <w:p w14:paraId="66040D1E" w14:textId="77777777" w:rsidR="001F47AF" w:rsidRDefault="001F47AF" w:rsidP="00F8131E">
            <w:pPr>
              <w:widowControl w:val="0"/>
              <w:jc w:val="both"/>
              <w:rPr>
                <w:lang w:val="en-GB"/>
              </w:rPr>
            </w:pPr>
            <w:r w:rsidRPr="003A72CB">
              <w:rPr>
                <w:rFonts w:eastAsia="SimSun" w:cs="Times New Roman"/>
                <w:color w:val="000000"/>
                <w:lang w:eastAsia="zh-CN" w:bidi="ar"/>
              </w:rPr>
              <w:t>B SHRUTHI</w:t>
            </w:r>
          </w:p>
        </w:tc>
      </w:tr>
      <w:tr w:rsidR="001F47AF" w14:paraId="47F85768" w14:textId="77777777" w:rsidTr="00F8131E">
        <w:tc>
          <w:tcPr>
            <w:tcW w:w="1104" w:type="dxa"/>
          </w:tcPr>
          <w:p w14:paraId="4FE83354" w14:textId="77777777" w:rsidR="001F47AF" w:rsidRDefault="001F47AF" w:rsidP="001F47AF">
            <w:pPr>
              <w:widowControl w:val="0"/>
              <w:numPr>
                <w:ilvl w:val="0"/>
                <w:numId w:val="3"/>
              </w:numPr>
              <w:jc w:val="both"/>
            </w:pPr>
          </w:p>
        </w:tc>
        <w:tc>
          <w:tcPr>
            <w:tcW w:w="2117" w:type="dxa"/>
          </w:tcPr>
          <w:p w14:paraId="1A05F9E8" w14:textId="77777777" w:rsidR="001F47AF" w:rsidRDefault="001F47AF" w:rsidP="00F8131E">
            <w:pPr>
              <w:widowControl w:val="0"/>
              <w:jc w:val="both"/>
            </w:pPr>
            <w:proofErr w:type="gramStart"/>
            <w:r>
              <w:rPr>
                <w:lang w:val="en-GB"/>
              </w:rPr>
              <w:t>S.LAKSHMI</w:t>
            </w:r>
            <w:proofErr w:type="gramEnd"/>
          </w:p>
        </w:tc>
        <w:tc>
          <w:tcPr>
            <w:tcW w:w="1093" w:type="dxa"/>
          </w:tcPr>
          <w:p w14:paraId="7250EB55" w14:textId="77777777" w:rsidR="001F47AF" w:rsidRDefault="001F47AF" w:rsidP="00F8131E">
            <w:pPr>
              <w:widowControl w:val="0"/>
              <w:jc w:val="both"/>
              <w:rPr>
                <w:lang w:val="en-GB"/>
              </w:rPr>
            </w:pPr>
            <w:r>
              <w:t>NCSCS</w:t>
            </w:r>
          </w:p>
        </w:tc>
        <w:tc>
          <w:tcPr>
            <w:tcW w:w="2099" w:type="dxa"/>
          </w:tcPr>
          <w:p w14:paraId="2561029C" w14:textId="77777777" w:rsidR="001F47AF" w:rsidRDefault="001F47AF" w:rsidP="00F8131E">
            <w:pPr>
              <w:widowControl w:val="0"/>
              <w:jc w:val="both"/>
              <w:rPr>
                <w:lang w:val="en-GB"/>
              </w:rPr>
            </w:pPr>
            <w:r>
              <w:rPr>
                <w:lang w:val="en-GB"/>
              </w:rPr>
              <w:t>11172</w:t>
            </w:r>
            <w:r>
              <w:t>4</w:t>
            </w:r>
            <w:r>
              <w:rPr>
                <w:lang w:val="en-GB"/>
              </w:rPr>
              <w:t>0</w:t>
            </w:r>
            <w:r>
              <w:t>39004</w:t>
            </w:r>
          </w:p>
        </w:tc>
        <w:tc>
          <w:tcPr>
            <w:tcW w:w="2217" w:type="dxa"/>
            <w:vAlign w:val="center"/>
          </w:tcPr>
          <w:p w14:paraId="15ADCF59" w14:textId="77777777" w:rsidR="001F47AF" w:rsidRDefault="001F47AF" w:rsidP="00F8131E">
            <w:pPr>
              <w:widowControl w:val="0"/>
              <w:jc w:val="both"/>
              <w:rPr>
                <w:lang w:val="en-GB"/>
              </w:rPr>
            </w:pPr>
            <w:r w:rsidRPr="003A72CB">
              <w:rPr>
                <w:rFonts w:eastAsia="SimSun" w:cs="Times New Roman"/>
                <w:color w:val="000000"/>
                <w:lang w:eastAsia="zh-CN" w:bidi="ar"/>
              </w:rPr>
              <w:t>DANDOTKAR SANJANA</w:t>
            </w:r>
          </w:p>
        </w:tc>
      </w:tr>
      <w:tr w:rsidR="001F47AF" w14:paraId="0C110930" w14:textId="77777777" w:rsidTr="00F8131E">
        <w:tc>
          <w:tcPr>
            <w:tcW w:w="1104" w:type="dxa"/>
          </w:tcPr>
          <w:p w14:paraId="1D3E14F6" w14:textId="77777777" w:rsidR="001F47AF" w:rsidRDefault="001F47AF" w:rsidP="001F47AF">
            <w:pPr>
              <w:widowControl w:val="0"/>
              <w:numPr>
                <w:ilvl w:val="0"/>
                <w:numId w:val="3"/>
              </w:numPr>
              <w:jc w:val="both"/>
            </w:pPr>
          </w:p>
        </w:tc>
        <w:tc>
          <w:tcPr>
            <w:tcW w:w="2117" w:type="dxa"/>
          </w:tcPr>
          <w:p w14:paraId="71B6F595" w14:textId="77777777" w:rsidR="001F47AF" w:rsidRDefault="001F47AF" w:rsidP="00F8131E">
            <w:pPr>
              <w:widowControl w:val="0"/>
              <w:jc w:val="both"/>
            </w:pPr>
            <w:proofErr w:type="gramStart"/>
            <w:r>
              <w:rPr>
                <w:lang w:val="en-GB"/>
              </w:rPr>
              <w:t>S.LAKSHMI</w:t>
            </w:r>
            <w:proofErr w:type="gramEnd"/>
          </w:p>
        </w:tc>
        <w:tc>
          <w:tcPr>
            <w:tcW w:w="1093" w:type="dxa"/>
          </w:tcPr>
          <w:p w14:paraId="12F85BA1" w14:textId="77777777" w:rsidR="001F47AF" w:rsidRDefault="001F47AF" w:rsidP="00F8131E">
            <w:pPr>
              <w:widowControl w:val="0"/>
              <w:jc w:val="both"/>
              <w:rPr>
                <w:lang w:val="en-GB"/>
              </w:rPr>
            </w:pPr>
            <w:r>
              <w:t>NCSCS</w:t>
            </w:r>
          </w:p>
        </w:tc>
        <w:tc>
          <w:tcPr>
            <w:tcW w:w="2099" w:type="dxa"/>
          </w:tcPr>
          <w:p w14:paraId="5CDFE4C3" w14:textId="77777777" w:rsidR="001F47AF" w:rsidRDefault="001F47AF" w:rsidP="00F8131E">
            <w:pPr>
              <w:widowControl w:val="0"/>
              <w:jc w:val="both"/>
              <w:rPr>
                <w:lang w:val="en-GB"/>
              </w:rPr>
            </w:pPr>
            <w:r>
              <w:rPr>
                <w:lang w:val="en-GB"/>
              </w:rPr>
              <w:t>11172</w:t>
            </w:r>
            <w:r>
              <w:t>4</w:t>
            </w:r>
            <w:r>
              <w:rPr>
                <w:lang w:val="en-GB"/>
              </w:rPr>
              <w:t>0</w:t>
            </w:r>
            <w:r>
              <w:t>39005</w:t>
            </w:r>
          </w:p>
        </w:tc>
        <w:tc>
          <w:tcPr>
            <w:tcW w:w="2217" w:type="dxa"/>
            <w:vAlign w:val="center"/>
          </w:tcPr>
          <w:p w14:paraId="1457EC4D" w14:textId="77777777" w:rsidR="001F47AF" w:rsidRDefault="001F47AF" w:rsidP="00F8131E">
            <w:pPr>
              <w:widowControl w:val="0"/>
              <w:jc w:val="both"/>
              <w:rPr>
                <w:lang w:val="en-GB"/>
              </w:rPr>
            </w:pPr>
            <w:r w:rsidRPr="003A72CB">
              <w:rPr>
                <w:rFonts w:eastAsia="SimSun" w:cs="Times New Roman"/>
                <w:color w:val="000000"/>
                <w:lang w:eastAsia="zh-CN" w:bidi="ar"/>
              </w:rPr>
              <w:t>DUDUKA BHARGAVI</w:t>
            </w:r>
          </w:p>
        </w:tc>
      </w:tr>
      <w:tr w:rsidR="001F47AF" w14:paraId="57ED74E9" w14:textId="77777777" w:rsidTr="00F8131E">
        <w:tc>
          <w:tcPr>
            <w:tcW w:w="1104" w:type="dxa"/>
          </w:tcPr>
          <w:p w14:paraId="049A274B" w14:textId="77777777" w:rsidR="001F47AF" w:rsidRDefault="001F47AF" w:rsidP="001F47AF">
            <w:pPr>
              <w:widowControl w:val="0"/>
              <w:numPr>
                <w:ilvl w:val="0"/>
                <w:numId w:val="3"/>
              </w:numPr>
              <w:jc w:val="both"/>
            </w:pPr>
          </w:p>
        </w:tc>
        <w:tc>
          <w:tcPr>
            <w:tcW w:w="2117" w:type="dxa"/>
          </w:tcPr>
          <w:p w14:paraId="28E22C35" w14:textId="77777777" w:rsidR="001F47AF" w:rsidRDefault="001F47AF" w:rsidP="00F8131E">
            <w:pPr>
              <w:widowControl w:val="0"/>
              <w:jc w:val="both"/>
            </w:pPr>
            <w:proofErr w:type="gramStart"/>
            <w:r>
              <w:rPr>
                <w:lang w:val="en-GB"/>
              </w:rPr>
              <w:t>S.LAKSHMI</w:t>
            </w:r>
            <w:proofErr w:type="gramEnd"/>
          </w:p>
        </w:tc>
        <w:tc>
          <w:tcPr>
            <w:tcW w:w="1093" w:type="dxa"/>
          </w:tcPr>
          <w:p w14:paraId="07C6BD6E" w14:textId="77777777" w:rsidR="001F47AF" w:rsidRDefault="001F47AF" w:rsidP="00F8131E">
            <w:pPr>
              <w:widowControl w:val="0"/>
              <w:jc w:val="both"/>
              <w:rPr>
                <w:lang w:val="en-GB"/>
              </w:rPr>
            </w:pPr>
            <w:r>
              <w:t>NCSCS</w:t>
            </w:r>
          </w:p>
        </w:tc>
        <w:tc>
          <w:tcPr>
            <w:tcW w:w="2099" w:type="dxa"/>
          </w:tcPr>
          <w:p w14:paraId="6E5DE612" w14:textId="77777777" w:rsidR="001F47AF" w:rsidRDefault="001F47AF" w:rsidP="00F8131E">
            <w:pPr>
              <w:widowControl w:val="0"/>
              <w:jc w:val="both"/>
              <w:rPr>
                <w:lang w:val="en-GB"/>
              </w:rPr>
            </w:pPr>
            <w:r>
              <w:rPr>
                <w:lang w:val="en-GB"/>
              </w:rPr>
              <w:t>11172</w:t>
            </w:r>
            <w:r>
              <w:t>4</w:t>
            </w:r>
            <w:r>
              <w:rPr>
                <w:lang w:val="en-GB"/>
              </w:rPr>
              <w:t>0</w:t>
            </w:r>
            <w:r>
              <w:t>39006</w:t>
            </w:r>
          </w:p>
        </w:tc>
        <w:tc>
          <w:tcPr>
            <w:tcW w:w="2217" w:type="dxa"/>
            <w:vAlign w:val="center"/>
          </w:tcPr>
          <w:p w14:paraId="23503AD3" w14:textId="77777777" w:rsidR="001F47AF" w:rsidRDefault="001F47AF" w:rsidP="00F8131E">
            <w:pPr>
              <w:widowControl w:val="0"/>
              <w:jc w:val="both"/>
              <w:rPr>
                <w:lang w:val="en-GB"/>
              </w:rPr>
            </w:pPr>
            <w:r w:rsidRPr="003A72CB">
              <w:rPr>
                <w:rFonts w:eastAsia="SimSun" w:cs="Times New Roman"/>
                <w:color w:val="000000"/>
                <w:lang w:eastAsia="zh-CN" w:bidi="ar"/>
              </w:rPr>
              <w:t>GUGGILAM RAMYA MARY</w:t>
            </w:r>
          </w:p>
        </w:tc>
      </w:tr>
      <w:tr w:rsidR="001F47AF" w14:paraId="26ACA1F0" w14:textId="77777777" w:rsidTr="00F8131E">
        <w:tc>
          <w:tcPr>
            <w:tcW w:w="1104" w:type="dxa"/>
          </w:tcPr>
          <w:p w14:paraId="4BAAFAB1" w14:textId="77777777" w:rsidR="001F47AF" w:rsidRDefault="001F47AF" w:rsidP="001F47AF">
            <w:pPr>
              <w:widowControl w:val="0"/>
              <w:numPr>
                <w:ilvl w:val="0"/>
                <w:numId w:val="3"/>
              </w:numPr>
              <w:jc w:val="both"/>
            </w:pPr>
          </w:p>
        </w:tc>
        <w:tc>
          <w:tcPr>
            <w:tcW w:w="2117" w:type="dxa"/>
          </w:tcPr>
          <w:p w14:paraId="79602F4A" w14:textId="77777777" w:rsidR="001F47AF" w:rsidRDefault="001F47AF" w:rsidP="00F8131E">
            <w:pPr>
              <w:widowControl w:val="0"/>
              <w:jc w:val="both"/>
            </w:pPr>
            <w:proofErr w:type="gramStart"/>
            <w:r>
              <w:rPr>
                <w:lang w:val="en-GB"/>
              </w:rPr>
              <w:t>S.LAKSHMI</w:t>
            </w:r>
            <w:proofErr w:type="gramEnd"/>
          </w:p>
        </w:tc>
        <w:tc>
          <w:tcPr>
            <w:tcW w:w="1093" w:type="dxa"/>
          </w:tcPr>
          <w:p w14:paraId="7A0325A9" w14:textId="77777777" w:rsidR="001F47AF" w:rsidRDefault="001F47AF" w:rsidP="00F8131E">
            <w:pPr>
              <w:widowControl w:val="0"/>
              <w:jc w:val="both"/>
              <w:rPr>
                <w:lang w:val="en-GB"/>
              </w:rPr>
            </w:pPr>
            <w:r>
              <w:t>NCSCS</w:t>
            </w:r>
          </w:p>
        </w:tc>
        <w:tc>
          <w:tcPr>
            <w:tcW w:w="2099" w:type="dxa"/>
          </w:tcPr>
          <w:p w14:paraId="65C8C74B" w14:textId="77777777" w:rsidR="001F47AF" w:rsidRDefault="001F47AF" w:rsidP="00F8131E">
            <w:pPr>
              <w:widowControl w:val="0"/>
              <w:jc w:val="both"/>
              <w:rPr>
                <w:lang w:val="en-GB"/>
              </w:rPr>
            </w:pPr>
            <w:r>
              <w:rPr>
                <w:lang w:val="en-GB"/>
              </w:rPr>
              <w:t>11172</w:t>
            </w:r>
            <w:r>
              <w:t>4039007</w:t>
            </w:r>
          </w:p>
        </w:tc>
        <w:tc>
          <w:tcPr>
            <w:tcW w:w="2217" w:type="dxa"/>
            <w:vAlign w:val="center"/>
          </w:tcPr>
          <w:p w14:paraId="62926EAC" w14:textId="77777777" w:rsidR="001F47AF" w:rsidRDefault="001F47AF" w:rsidP="00F8131E">
            <w:pPr>
              <w:widowControl w:val="0"/>
              <w:jc w:val="both"/>
              <w:rPr>
                <w:lang w:val="en-GB"/>
              </w:rPr>
            </w:pPr>
            <w:r w:rsidRPr="003A72CB">
              <w:rPr>
                <w:rFonts w:eastAsia="SimSun" w:cs="Times New Roman"/>
                <w:color w:val="000000"/>
                <w:lang w:eastAsia="zh-CN" w:bidi="ar"/>
              </w:rPr>
              <w:t>GUJJA AKHILA</w:t>
            </w:r>
          </w:p>
        </w:tc>
      </w:tr>
      <w:tr w:rsidR="001F47AF" w14:paraId="6F807E4A" w14:textId="77777777" w:rsidTr="00F8131E">
        <w:tc>
          <w:tcPr>
            <w:tcW w:w="1104" w:type="dxa"/>
          </w:tcPr>
          <w:p w14:paraId="47CD4BC7" w14:textId="77777777" w:rsidR="001F47AF" w:rsidRDefault="001F47AF" w:rsidP="001F47AF">
            <w:pPr>
              <w:widowControl w:val="0"/>
              <w:numPr>
                <w:ilvl w:val="0"/>
                <w:numId w:val="3"/>
              </w:numPr>
              <w:jc w:val="both"/>
            </w:pPr>
          </w:p>
        </w:tc>
        <w:tc>
          <w:tcPr>
            <w:tcW w:w="2117" w:type="dxa"/>
          </w:tcPr>
          <w:p w14:paraId="29E0F819" w14:textId="77777777" w:rsidR="001F47AF" w:rsidRDefault="001F47AF" w:rsidP="00F8131E">
            <w:pPr>
              <w:widowControl w:val="0"/>
              <w:jc w:val="both"/>
            </w:pPr>
            <w:proofErr w:type="gramStart"/>
            <w:r>
              <w:rPr>
                <w:lang w:val="en-GB"/>
              </w:rPr>
              <w:t>S.LAKSHMI</w:t>
            </w:r>
            <w:proofErr w:type="gramEnd"/>
          </w:p>
        </w:tc>
        <w:tc>
          <w:tcPr>
            <w:tcW w:w="1093" w:type="dxa"/>
          </w:tcPr>
          <w:p w14:paraId="369A92A7" w14:textId="77777777" w:rsidR="001F47AF" w:rsidRDefault="001F47AF" w:rsidP="00F8131E">
            <w:pPr>
              <w:widowControl w:val="0"/>
              <w:jc w:val="both"/>
              <w:rPr>
                <w:lang w:val="en-GB"/>
              </w:rPr>
            </w:pPr>
            <w:r>
              <w:t>NCSCS</w:t>
            </w:r>
          </w:p>
        </w:tc>
        <w:tc>
          <w:tcPr>
            <w:tcW w:w="2099" w:type="dxa"/>
          </w:tcPr>
          <w:p w14:paraId="62F8D3A7" w14:textId="77777777" w:rsidR="001F47AF" w:rsidRDefault="001F47AF" w:rsidP="00F8131E">
            <w:pPr>
              <w:widowControl w:val="0"/>
              <w:jc w:val="both"/>
              <w:rPr>
                <w:lang w:val="en-GB"/>
              </w:rPr>
            </w:pPr>
            <w:r>
              <w:rPr>
                <w:lang w:val="en-GB"/>
              </w:rPr>
              <w:t>11172</w:t>
            </w:r>
            <w:r>
              <w:t>4039008</w:t>
            </w:r>
          </w:p>
        </w:tc>
        <w:tc>
          <w:tcPr>
            <w:tcW w:w="2217" w:type="dxa"/>
            <w:vAlign w:val="center"/>
          </w:tcPr>
          <w:p w14:paraId="7EDC9657" w14:textId="77777777" w:rsidR="001F47AF" w:rsidRDefault="001F47AF" w:rsidP="00F8131E">
            <w:pPr>
              <w:widowControl w:val="0"/>
              <w:jc w:val="both"/>
              <w:rPr>
                <w:lang w:val="en-GB"/>
              </w:rPr>
            </w:pPr>
            <w:r w:rsidRPr="003A72CB">
              <w:rPr>
                <w:rFonts w:eastAsia="SimSun" w:cs="Times New Roman"/>
                <w:color w:val="000000"/>
                <w:lang w:eastAsia="zh-CN" w:bidi="ar"/>
              </w:rPr>
              <w:t>INALA HARSHA VARDHINI</w:t>
            </w:r>
          </w:p>
        </w:tc>
      </w:tr>
      <w:tr w:rsidR="001F47AF" w14:paraId="5428B2DD" w14:textId="77777777" w:rsidTr="00F8131E">
        <w:tc>
          <w:tcPr>
            <w:tcW w:w="1104" w:type="dxa"/>
          </w:tcPr>
          <w:p w14:paraId="2F79D24C" w14:textId="77777777" w:rsidR="001F47AF" w:rsidRDefault="001F47AF" w:rsidP="001F47AF">
            <w:pPr>
              <w:widowControl w:val="0"/>
              <w:numPr>
                <w:ilvl w:val="0"/>
                <w:numId w:val="3"/>
              </w:numPr>
              <w:jc w:val="both"/>
            </w:pPr>
          </w:p>
        </w:tc>
        <w:tc>
          <w:tcPr>
            <w:tcW w:w="2117" w:type="dxa"/>
          </w:tcPr>
          <w:p w14:paraId="6F85795C" w14:textId="77777777" w:rsidR="001F47AF" w:rsidRDefault="001F47AF" w:rsidP="00F8131E">
            <w:pPr>
              <w:widowControl w:val="0"/>
              <w:jc w:val="both"/>
            </w:pPr>
            <w:proofErr w:type="gramStart"/>
            <w:r>
              <w:rPr>
                <w:lang w:val="en-GB"/>
              </w:rPr>
              <w:t>S.LAKSHMI</w:t>
            </w:r>
            <w:proofErr w:type="gramEnd"/>
          </w:p>
        </w:tc>
        <w:tc>
          <w:tcPr>
            <w:tcW w:w="1093" w:type="dxa"/>
          </w:tcPr>
          <w:p w14:paraId="6E8DB0C3" w14:textId="77777777" w:rsidR="001F47AF" w:rsidRDefault="001F47AF" w:rsidP="00F8131E">
            <w:pPr>
              <w:widowControl w:val="0"/>
              <w:jc w:val="both"/>
              <w:rPr>
                <w:lang w:val="en-GB"/>
              </w:rPr>
            </w:pPr>
            <w:r>
              <w:t>NCSCS</w:t>
            </w:r>
          </w:p>
        </w:tc>
        <w:tc>
          <w:tcPr>
            <w:tcW w:w="2099" w:type="dxa"/>
          </w:tcPr>
          <w:p w14:paraId="4CC309DF" w14:textId="77777777" w:rsidR="001F47AF" w:rsidRDefault="001F47AF" w:rsidP="00F8131E">
            <w:pPr>
              <w:widowControl w:val="0"/>
              <w:jc w:val="both"/>
              <w:rPr>
                <w:lang w:val="en-GB"/>
              </w:rPr>
            </w:pPr>
            <w:r>
              <w:rPr>
                <w:lang w:val="en-GB"/>
              </w:rPr>
              <w:t>11172</w:t>
            </w:r>
            <w:r>
              <w:t>4</w:t>
            </w:r>
            <w:r>
              <w:rPr>
                <w:lang w:val="en-GB"/>
              </w:rPr>
              <w:t>0</w:t>
            </w:r>
            <w:r>
              <w:t>39009</w:t>
            </w:r>
          </w:p>
        </w:tc>
        <w:tc>
          <w:tcPr>
            <w:tcW w:w="2217" w:type="dxa"/>
            <w:vAlign w:val="center"/>
          </w:tcPr>
          <w:p w14:paraId="715E928A" w14:textId="77777777" w:rsidR="001F47AF" w:rsidRDefault="001F47AF" w:rsidP="00F8131E">
            <w:pPr>
              <w:widowControl w:val="0"/>
              <w:jc w:val="both"/>
              <w:rPr>
                <w:lang w:val="en-GB"/>
              </w:rPr>
            </w:pPr>
            <w:r w:rsidRPr="003A72CB">
              <w:rPr>
                <w:rFonts w:eastAsia="SimSun" w:cs="Times New Roman"/>
                <w:color w:val="000000"/>
                <w:lang w:eastAsia="zh-CN" w:bidi="ar"/>
              </w:rPr>
              <w:t>JANGA SWETHIKA</w:t>
            </w:r>
          </w:p>
        </w:tc>
      </w:tr>
      <w:tr w:rsidR="001F47AF" w14:paraId="3E22A32F" w14:textId="77777777" w:rsidTr="00F8131E">
        <w:tc>
          <w:tcPr>
            <w:tcW w:w="1104" w:type="dxa"/>
          </w:tcPr>
          <w:p w14:paraId="3862B681" w14:textId="77777777" w:rsidR="001F47AF" w:rsidRDefault="001F47AF" w:rsidP="001F47AF">
            <w:pPr>
              <w:widowControl w:val="0"/>
              <w:numPr>
                <w:ilvl w:val="0"/>
                <w:numId w:val="3"/>
              </w:numPr>
              <w:jc w:val="both"/>
            </w:pPr>
          </w:p>
        </w:tc>
        <w:tc>
          <w:tcPr>
            <w:tcW w:w="2117" w:type="dxa"/>
          </w:tcPr>
          <w:p w14:paraId="3E00541F" w14:textId="77777777" w:rsidR="001F47AF" w:rsidRDefault="001F47AF" w:rsidP="00F8131E">
            <w:pPr>
              <w:widowControl w:val="0"/>
              <w:jc w:val="both"/>
            </w:pPr>
            <w:proofErr w:type="gramStart"/>
            <w:r>
              <w:rPr>
                <w:lang w:val="en-GB"/>
              </w:rPr>
              <w:t>S.LAKSHMI</w:t>
            </w:r>
            <w:proofErr w:type="gramEnd"/>
          </w:p>
        </w:tc>
        <w:tc>
          <w:tcPr>
            <w:tcW w:w="1093" w:type="dxa"/>
          </w:tcPr>
          <w:p w14:paraId="2DA7FA43" w14:textId="77777777" w:rsidR="001F47AF" w:rsidRDefault="001F47AF" w:rsidP="00F8131E">
            <w:pPr>
              <w:widowControl w:val="0"/>
              <w:jc w:val="both"/>
              <w:rPr>
                <w:lang w:val="en-GB"/>
              </w:rPr>
            </w:pPr>
            <w:r>
              <w:t>NCSCS</w:t>
            </w:r>
          </w:p>
        </w:tc>
        <w:tc>
          <w:tcPr>
            <w:tcW w:w="2099" w:type="dxa"/>
          </w:tcPr>
          <w:p w14:paraId="20389D61" w14:textId="77777777" w:rsidR="001F47AF" w:rsidRDefault="001F47AF" w:rsidP="00F8131E">
            <w:pPr>
              <w:widowControl w:val="0"/>
              <w:jc w:val="both"/>
              <w:rPr>
                <w:lang w:val="en-GB"/>
              </w:rPr>
            </w:pPr>
            <w:r>
              <w:rPr>
                <w:lang w:val="en-GB"/>
              </w:rPr>
              <w:t>11172</w:t>
            </w:r>
            <w:r>
              <w:t>4</w:t>
            </w:r>
            <w:r>
              <w:rPr>
                <w:lang w:val="en-GB"/>
              </w:rPr>
              <w:t>0</w:t>
            </w:r>
            <w:r>
              <w:t>39010</w:t>
            </w:r>
          </w:p>
        </w:tc>
        <w:tc>
          <w:tcPr>
            <w:tcW w:w="2217" w:type="dxa"/>
            <w:vAlign w:val="center"/>
          </w:tcPr>
          <w:p w14:paraId="36FA5F31" w14:textId="77777777" w:rsidR="001F47AF" w:rsidRDefault="001F47AF" w:rsidP="00F8131E">
            <w:pPr>
              <w:widowControl w:val="0"/>
              <w:jc w:val="both"/>
              <w:rPr>
                <w:lang w:val="en-GB"/>
              </w:rPr>
            </w:pPr>
            <w:r w:rsidRPr="003A72CB">
              <w:rPr>
                <w:rFonts w:eastAsia="SimSun" w:cs="Times New Roman"/>
                <w:color w:val="000000"/>
                <w:lang w:eastAsia="zh-CN" w:bidi="ar"/>
              </w:rPr>
              <w:t>KONDAVEETI SRAVANAJYOTHI</w:t>
            </w:r>
          </w:p>
        </w:tc>
      </w:tr>
      <w:tr w:rsidR="001F47AF" w14:paraId="734D0845" w14:textId="77777777" w:rsidTr="00F8131E">
        <w:trPr>
          <w:trHeight w:val="224"/>
        </w:trPr>
        <w:tc>
          <w:tcPr>
            <w:tcW w:w="1104" w:type="dxa"/>
          </w:tcPr>
          <w:p w14:paraId="51DB0762" w14:textId="77777777" w:rsidR="001F47AF" w:rsidRDefault="001F47AF" w:rsidP="001F47AF">
            <w:pPr>
              <w:widowControl w:val="0"/>
              <w:numPr>
                <w:ilvl w:val="0"/>
                <w:numId w:val="3"/>
              </w:numPr>
              <w:jc w:val="both"/>
            </w:pPr>
          </w:p>
        </w:tc>
        <w:tc>
          <w:tcPr>
            <w:tcW w:w="2117" w:type="dxa"/>
          </w:tcPr>
          <w:p w14:paraId="5AB7151D" w14:textId="77777777" w:rsidR="001F47AF" w:rsidRDefault="001F47AF" w:rsidP="00F8131E">
            <w:pPr>
              <w:widowControl w:val="0"/>
              <w:jc w:val="both"/>
              <w:rPr>
                <w:lang w:val="en-GB"/>
              </w:rPr>
            </w:pPr>
            <w:r>
              <w:rPr>
                <w:lang w:val="en-GB"/>
              </w:rPr>
              <w:t>N. MANISHA</w:t>
            </w:r>
          </w:p>
        </w:tc>
        <w:tc>
          <w:tcPr>
            <w:tcW w:w="1093" w:type="dxa"/>
          </w:tcPr>
          <w:p w14:paraId="3CB1E38F" w14:textId="77777777" w:rsidR="001F47AF" w:rsidRDefault="001F47AF" w:rsidP="00F8131E">
            <w:pPr>
              <w:widowControl w:val="0"/>
              <w:jc w:val="both"/>
              <w:rPr>
                <w:lang w:val="en-GB"/>
              </w:rPr>
            </w:pPr>
            <w:r>
              <w:t>NCSCS</w:t>
            </w:r>
          </w:p>
        </w:tc>
        <w:tc>
          <w:tcPr>
            <w:tcW w:w="2099" w:type="dxa"/>
          </w:tcPr>
          <w:p w14:paraId="0F73BF9E" w14:textId="77777777" w:rsidR="001F47AF" w:rsidRDefault="001F47AF" w:rsidP="00F8131E">
            <w:pPr>
              <w:widowControl w:val="0"/>
              <w:jc w:val="both"/>
              <w:rPr>
                <w:lang w:val="en-GB"/>
              </w:rPr>
            </w:pPr>
            <w:r>
              <w:rPr>
                <w:lang w:val="en-GB"/>
              </w:rPr>
              <w:t>11172</w:t>
            </w:r>
            <w:r>
              <w:t>4</w:t>
            </w:r>
            <w:r>
              <w:rPr>
                <w:lang w:val="en-GB"/>
              </w:rPr>
              <w:t>0</w:t>
            </w:r>
            <w:r>
              <w:t>39011</w:t>
            </w:r>
          </w:p>
        </w:tc>
        <w:tc>
          <w:tcPr>
            <w:tcW w:w="2217" w:type="dxa"/>
            <w:vAlign w:val="center"/>
          </w:tcPr>
          <w:p w14:paraId="668ABBA1" w14:textId="77777777" w:rsidR="001F47AF" w:rsidRDefault="001F47AF" w:rsidP="00F8131E">
            <w:pPr>
              <w:widowControl w:val="0"/>
              <w:jc w:val="both"/>
              <w:rPr>
                <w:lang w:val="en-GB"/>
              </w:rPr>
            </w:pPr>
            <w:r w:rsidRPr="003A72CB">
              <w:rPr>
                <w:rFonts w:eastAsia="SimSun" w:cs="Times New Roman"/>
                <w:color w:val="000000"/>
                <w:lang w:eastAsia="zh-CN" w:bidi="ar"/>
              </w:rPr>
              <w:t>KOPPULA ASHRITHA</w:t>
            </w:r>
          </w:p>
        </w:tc>
      </w:tr>
      <w:tr w:rsidR="001F47AF" w14:paraId="2EF538D0" w14:textId="77777777" w:rsidTr="00F8131E">
        <w:tc>
          <w:tcPr>
            <w:tcW w:w="1104" w:type="dxa"/>
          </w:tcPr>
          <w:p w14:paraId="6D4337C6" w14:textId="77777777" w:rsidR="001F47AF" w:rsidRDefault="001F47AF" w:rsidP="001F47AF">
            <w:pPr>
              <w:widowControl w:val="0"/>
              <w:numPr>
                <w:ilvl w:val="0"/>
                <w:numId w:val="3"/>
              </w:numPr>
              <w:jc w:val="both"/>
            </w:pPr>
          </w:p>
        </w:tc>
        <w:tc>
          <w:tcPr>
            <w:tcW w:w="2117" w:type="dxa"/>
          </w:tcPr>
          <w:p w14:paraId="46BF98BF" w14:textId="77777777" w:rsidR="001F47AF" w:rsidRDefault="001F47AF" w:rsidP="00F8131E">
            <w:pPr>
              <w:widowControl w:val="0"/>
              <w:jc w:val="both"/>
            </w:pPr>
            <w:r>
              <w:rPr>
                <w:lang w:val="en-GB"/>
              </w:rPr>
              <w:t>N. MANISHA</w:t>
            </w:r>
          </w:p>
        </w:tc>
        <w:tc>
          <w:tcPr>
            <w:tcW w:w="1093" w:type="dxa"/>
          </w:tcPr>
          <w:p w14:paraId="3F53ADEE" w14:textId="77777777" w:rsidR="001F47AF" w:rsidRDefault="001F47AF" w:rsidP="00F8131E">
            <w:pPr>
              <w:widowControl w:val="0"/>
              <w:jc w:val="both"/>
              <w:rPr>
                <w:lang w:val="en-GB"/>
              </w:rPr>
            </w:pPr>
            <w:r>
              <w:t>NCSCS</w:t>
            </w:r>
          </w:p>
        </w:tc>
        <w:tc>
          <w:tcPr>
            <w:tcW w:w="2099" w:type="dxa"/>
          </w:tcPr>
          <w:p w14:paraId="08445570" w14:textId="77777777" w:rsidR="001F47AF" w:rsidRDefault="001F47AF" w:rsidP="00F8131E">
            <w:pPr>
              <w:widowControl w:val="0"/>
              <w:jc w:val="both"/>
              <w:rPr>
                <w:lang w:val="en-GB"/>
              </w:rPr>
            </w:pPr>
            <w:r>
              <w:rPr>
                <w:lang w:val="en-GB"/>
              </w:rPr>
              <w:t>11172</w:t>
            </w:r>
            <w:r>
              <w:t>4</w:t>
            </w:r>
            <w:r>
              <w:rPr>
                <w:lang w:val="en-GB"/>
              </w:rPr>
              <w:t>0</w:t>
            </w:r>
            <w:r>
              <w:t>39012</w:t>
            </w:r>
          </w:p>
        </w:tc>
        <w:tc>
          <w:tcPr>
            <w:tcW w:w="2217" w:type="dxa"/>
            <w:vAlign w:val="center"/>
          </w:tcPr>
          <w:p w14:paraId="408E5239" w14:textId="77777777" w:rsidR="001F47AF" w:rsidRDefault="001F47AF" w:rsidP="00F8131E">
            <w:pPr>
              <w:widowControl w:val="0"/>
              <w:jc w:val="both"/>
              <w:rPr>
                <w:lang w:val="en-GB"/>
              </w:rPr>
            </w:pPr>
            <w:r w:rsidRPr="003A72CB">
              <w:rPr>
                <w:rFonts w:eastAsia="SimSun" w:cs="Times New Roman"/>
                <w:color w:val="000000"/>
                <w:lang w:eastAsia="zh-CN" w:bidi="ar"/>
              </w:rPr>
              <w:t>KORIVI SRI SAI VEDHA</w:t>
            </w:r>
          </w:p>
        </w:tc>
      </w:tr>
      <w:tr w:rsidR="001F47AF" w14:paraId="146D2915" w14:textId="77777777" w:rsidTr="00F8131E">
        <w:tc>
          <w:tcPr>
            <w:tcW w:w="1104" w:type="dxa"/>
          </w:tcPr>
          <w:p w14:paraId="109150D1" w14:textId="77777777" w:rsidR="001F47AF" w:rsidRDefault="001F47AF" w:rsidP="001F47AF">
            <w:pPr>
              <w:widowControl w:val="0"/>
              <w:numPr>
                <w:ilvl w:val="0"/>
                <w:numId w:val="3"/>
              </w:numPr>
              <w:jc w:val="both"/>
            </w:pPr>
          </w:p>
        </w:tc>
        <w:tc>
          <w:tcPr>
            <w:tcW w:w="2117" w:type="dxa"/>
          </w:tcPr>
          <w:p w14:paraId="31D61FD1" w14:textId="77777777" w:rsidR="001F47AF" w:rsidRDefault="001F47AF" w:rsidP="00F8131E">
            <w:pPr>
              <w:widowControl w:val="0"/>
              <w:jc w:val="both"/>
            </w:pPr>
            <w:r>
              <w:rPr>
                <w:lang w:val="en-GB"/>
              </w:rPr>
              <w:t>N. MANISHA</w:t>
            </w:r>
          </w:p>
        </w:tc>
        <w:tc>
          <w:tcPr>
            <w:tcW w:w="1093" w:type="dxa"/>
          </w:tcPr>
          <w:p w14:paraId="7E8F701C" w14:textId="77777777" w:rsidR="001F47AF" w:rsidRDefault="001F47AF" w:rsidP="00F8131E">
            <w:pPr>
              <w:widowControl w:val="0"/>
              <w:jc w:val="both"/>
              <w:rPr>
                <w:lang w:val="en-GB"/>
              </w:rPr>
            </w:pPr>
            <w:r>
              <w:t>NCSCS</w:t>
            </w:r>
          </w:p>
        </w:tc>
        <w:tc>
          <w:tcPr>
            <w:tcW w:w="2099" w:type="dxa"/>
          </w:tcPr>
          <w:p w14:paraId="5FCCE48C" w14:textId="77777777" w:rsidR="001F47AF" w:rsidRDefault="001F47AF" w:rsidP="00F8131E">
            <w:pPr>
              <w:widowControl w:val="0"/>
              <w:jc w:val="both"/>
              <w:rPr>
                <w:lang w:val="en-GB"/>
              </w:rPr>
            </w:pPr>
            <w:r>
              <w:rPr>
                <w:lang w:val="en-GB"/>
              </w:rPr>
              <w:t>11172</w:t>
            </w:r>
            <w:r>
              <w:t>4</w:t>
            </w:r>
            <w:r>
              <w:rPr>
                <w:lang w:val="en-GB"/>
              </w:rPr>
              <w:t>0</w:t>
            </w:r>
            <w:r>
              <w:t>39013</w:t>
            </w:r>
          </w:p>
        </w:tc>
        <w:tc>
          <w:tcPr>
            <w:tcW w:w="2217" w:type="dxa"/>
            <w:vAlign w:val="center"/>
          </w:tcPr>
          <w:p w14:paraId="5268AACC" w14:textId="77777777" w:rsidR="001F47AF" w:rsidRDefault="001F47AF" w:rsidP="00F8131E">
            <w:pPr>
              <w:widowControl w:val="0"/>
              <w:jc w:val="both"/>
              <w:rPr>
                <w:lang w:val="en-GB"/>
              </w:rPr>
            </w:pPr>
            <w:r w:rsidRPr="003A72CB">
              <w:rPr>
                <w:rFonts w:eastAsia="SimSun" w:cs="Times New Roman"/>
                <w:color w:val="000000"/>
                <w:lang w:eastAsia="zh-CN" w:bidi="ar"/>
              </w:rPr>
              <w:t>KUNDURU TEJA REDDY</w:t>
            </w:r>
          </w:p>
        </w:tc>
      </w:tr>
      <w:tr w:rsidR="001F47AF" w14:paraId="2641831B" w14:textId="77777777" w:rsidTr="00F8131E">
        <w:tc>
          <w:tcPr>
            <w:tcW w:w="1104" w:type="dxa"/>
          </w:tcPr>
          <w:p w14:paraId="3ACDBD5B" w14:textId="77777777" w:rsidR="001F47AF" w:rsidRDefault="001F47AF" w:rsidP="001F47AF">
            <w:pPr>
              <w:widowControl w:val="0"/>
              <w:numPr>
                <w:ilvl w:val="0"/>
                <w:numId w:val="3"/>
              </w:numPr>
              <w:jc w:val="both"/>
            </w:pPr>
          </w:p>
        </w:tc>
        <w:tc>
          <w:tcPr>
            <w:tcW w:w="2117" w:type="dxa"/>
          </w:tcPr>
          <w:p w14:paraId="01E624C7" w14:textId="77777777" w:rsidR="001F47AF" w:rsidRDefault="001F47AF" w:rsidP="00F8131E">
            <w:pPr>
              <w:widowControl w:val="0"/>
              <w:jc w:val="both"/>
            </w:pPr>
            <w:r>
              <w:rPr>
                <w:lang w:val="en-GB"/>
              </w:rPr>
              <w:t>N. MANISHA</w:t>
            </w:r>
          </w:p>
        </w:tc>
        <w:tc>
          <w:tcPr>
            <w:tcW w:w="1093" w:type="dxa"/>
          </w:tcPr>
          <w:p w14:paraId="751D9C2A" w14:textId="77777777" w:rsidR="001F47AF" w:rsidRDefault="001F47AF" w:rsidP="00F8131E">
            <w:pPr>
              <w:widowControl w:val="0"/>
              <w:jc w:val="both"/>
              <w:rPr>
                <w:lang w:val="en-GB"/>
              </w:rPr>
            </w:pPr>
            <w:r>
              <w:t>NCSCS</w:t>
            </w:r>
          </w:p>
        </w:tc>
        <w:tc>
          <w:tcPr>
            <w:tcW w:w="2099" w:type="dxa"/>
          </w:tcPr>
          <w:p w14:paraId="0BFCE81B" w14:textId="77777777" w:rsidR="001F47AF" w:rsidRDefault="001F47AF" w:rsidP="00F8131E">
            <w:pPr>
              <w:widowControl w:val="0"/>
              <w:jc w:val="both"/>
              <w:rPr>
                <w:lang w:val="en-GB"/>
              </w:rPr>
            </w:pPr>
            <w:r>
              <w:rPr>
                <w:lang w:val="en-GB"/>
              </w:rPr>
              <w:t>11172</w:t>
            </w:r>
            <w:r>
              <w:t>4</w:t>
            </w:r>
            <w:r>
              <w:rPr>
                <w:lang w:val="en-GB"/>
              </w:rPr>
              <w:t>0</w:t>
            </w:r>
            <w:r>
              <w:t>39014</w:t>
            </w:r>
          </w:p>
        </w:tc>
        <w:tc>
          <w:tcPr>
            <w:tcW w:w="2217" w:type="dxa"/>
            <w:vAlign w:val="center"/>
          </w:tcPr>
          <w:p w14:paraId="00610D22" w14:textId="77777777" w:rsidR="001F47AF" w:rsidRDefault="001F47AF" w:rsidP="00F8131E">
            <w:pPr>
              <w:widowControl w:val="0"/>
              <w:jc w:val="both"/>
              <w:rPr>
                <w:lang w:val="en-GB"/>
              </w:rPr>
            </w:pPr>
            <w:proofErr w:type="gramStart"/>
            <w:r w:rsidRPr="003A72CB">
              <w:rPr>
                <w:rFonts w:eastAsia="SimSun" w:cs="Times New Roman"/>
                <w:color w:val="000000"/>
                <w:lang w:eastAsia="zh-CN" w:bidi="ar"/>
              </w:rPr>
              <w:t>MARMAMLA  SREENIDHI</w:t>
            </w:r>
            <w:proofErr w:type="gramEnd"/>
          </w:p>
        </w:tc>
      </w:tr>
      <w:tr w:rsidR="001F47AF" w14:paraId="000D843F" w14:textId="77777777" w:rsidTr="00F8131E">
        <w:tc>
          <w:tcPr>
            <w:tcW w:w="1104" w:type="dxa"/>
          </w:tcPr>
          <w:p w14:paraId="3A4F6DAA" w14:textId="77777777" w:rsidR="001F47AF" w:rsidRDefault="001F47AF" w:rsidP="001F47AF">
            <w:pPr>
              <w:widowControl w:val="0"/>
              <w:numPr>
                <w:ilvl w:val="0"/>
                <w:numId w:val="3"/>
              </w:numPr>
              <w:jc w:val="both"/>
            </w:pPr>
          </w:p>
        </w:tc>
        <w:tc>
          <w:tcPr>
            <w:tcW w:w="2117" w:type="dxa"/>
          </w:tcPr>
          <w:p w14:paraId="142EE63B" w14:textId="77777777" w:rsidR="001F47AF" w:rsidRDefault="001F47AF" w:rsidP="00F8131E">
            <w:pPr>
              <w:widowControl w:val="0"/>
              <w:jc w:val="both"/>
            </w:pPr>
            <w:r>
              <w:rPr>
                <w:lang w:val="en-GB"/>
              </w:rPr>
              <w:t>N. MANISHA</w:t>
            </w:r>
          </w:p>
        </w:tc>
        <w:tc>
          <w:tcPr>
            <w:tcW w:w="1093" w:type="dxa"/>
          </w:tcPr>
          <w:p w14:paraId="6643263F" w14:textId="77777777" w:rsidR="001F47AF" w:rsidRDefault="001F47AF" w:rsidP="00F8131E">
            <w:pPr>
              <w:widowControl w:val="0"/>
              <w:jc w:val="both"/>
              <w:rPr>
                <w:lang w:val="en-GB"/>
              </w:rPr>
            </w:pPr>
            <w:r>
              <w:t>NCSCS</w:t>
            </w:r>
          </w:p>
        </w:tc>
        <w:tc>
          <w:tcPr>
            <w:tcW w:w="2099" w:type="dxa"/>
          </w:tcPr>
          <w:p w14:paraId="391F1D4C" w14:textId="77777777" w:rsidR="001F47AF" w:rsidRDefault="001F47AF" w:rsidP="00F8131E">
            <w:pPr>
              <w:widowControl w:val="0"/>
              <w:jc w:val="both"/>
              <w:rPr>
                <w:lang w:val="en-GB"/>
              </w:rPr>
            </w:pPr>
            <w:r>
              <w:rPr>
                <w:lang w:val="en-GB"/>
              </w:rPr>
              <w:t>11172</w:t>
            </w:r>
            <w:r>
              <w:t>4</w:t>
            </w:r>
            <w:r>
              <w:rPr>
                <w:lang w:val="en-GB"/>
              </w:rPr>
              <w:t>0</w:t>
            </w:r>
            <w:r>
              <w:t>39015</w:t>
            </w:r>
          </w:p>
        </w:tc>
        <w:tc>
          <w:tcPr>
            <w:tcW w:w="2217" w:type="dxa"/>
            <w:vAlign w:val="center"/>
          </w:tcPr>
          <w:p w14:paraId="79B3C15A" w14:textId="77777777" w:rsidR="001F47AF" w:rsidRDefault="001F47AF" w:rsidP="00F8131E">
            <w:pPr>
              <w:widowControl w:val="0"/>
              <w:jc w:val="both"/>
              <w:rPr>
                <w:lang w:val="en-GB"/>
              </w:rPr>
            </w:pPr>
            <w:r w:rsidRPr="003A72CB">
              <w:rPr>
                <w:rFonts w:eastAsia="SimSun" w:cs="Times New Roman"/>
                <w:color w:val="000000"/>
                <w:lang w:eastAsia="zh-CN" w:bidi="ar"/>
              </w:rPr>
              <w:t>PIMPDAE TEJASWINI</w:t>
            </w:r>
          </w:p>
        </w:tc>
      </w:tr>
      <w:tr w:rsidR="001F47AF" w14:paraId="6D508DDB" w14:textId="77777777" w:rsidTr="00F8131E">
        <w:tc>
          <w:tcPr>
            <w:tcW w:w="1104" w:type="dxa"/>
          </w:tcPr>
          <w:p w14:paraId="219723C1" w14:textId="77777777" w:rsidR="001F47AF" w:rsidRDefault="001F47AF" w:rsidP="001F47AF">
            <w:pPr>
              <w:widowControl w:val="0"/>
              <w:numPr>
                <w:ilvl w:val="0"/>
                <w:numId w:val="3"/>
              </w:numPr>
              <w:jc w:val="both"/>
            </w:pPr>
          </w:p>
        </w:tc>
        <w:tc>
          <w:tcPr>
            <w:tcW w:w="2117" w:type="dxa"/>
          </w:tcPr>
          <w:p w14:paraId="3E4365CD" w14:textId="77777777" w:rsidR="001F47AF" w:rsidRDefault="001F47AF" w:rsidP="00F8131E">
            <w:pPr>
              <w:widowControl w:val="0"/>
              <w:jc w:val="both"/>
            </w:pPr>
            <w:r>
              <w:rPr>
                <w:lang w:val="en-GB"/>
              </w:rPr>
              <w:t>N. MANISHA</w:t>
            </w:r>
          </w:p>
        </w:tc>
        <w:tc>
          <w:tcPr>
            <w:tcW w:w="1093" w:type="dxa"/>
          </w:tcPr>
          <w:p w14:paraId="3AA543E9" w14:textId="77777777" w:rsidR="001F47AF" w:rsidRDefault="001F47AF" w:rsidP="00F8131E">
            <w:pPr>
              <w:widowControl w:val="0"/>
              <w:jc w:val="both"/>
              <w:rPr>
                <w:lang w:val="en-GB"/>
              </w:rPr>
            </w:pPr>
            <w:r>
              <w:t>NCSCS</w:t>
            </w:r>
          </w:p>
        </w:tc>
        <w:tc>
          <w:tcPr>
            <w:tcW w:w="2099" w:type="dxa"/>
          </w:tcPr>
          <w:p w14:paraId="712B24B2" w14:textId="77777777" w:rsidR="001F47AF" w:rsidRDefault="001F47AF" w:rsidP="00F8131E">
            <w:pPr>
              <w:widowControl w:val="0"/>
              <w:jc w:val="both"/>
              <w:rPr>
                <w:lang w:val="en-GB"/>
              </w:rPr>
            </w:pPr>
            <w:r>
              <w:rPr>
                <w:lang w:val="en-GB"/>
              </w:rPr>
              <w:t>11172</w:t>
            </w:r>
            <w:r>
              <w:t>4</w:t>
            </w:r>
            <w:r>
              <w:rPr>
                <w:lang w:val="en-GB"/>
              </w:rPr>
              <w:t>0</w:t>
            </w:r>
            <w:r>
              <w:t>39016</w:t>
            </w:r>
          </w:p>
        </w:tc>
        <w:tc>
          <w:tcPr>
            <w:tcW w:w="2217" w:type="dxa"/>
            <w:vAlign w:val="center"/>
          </w:tcPr>
          <w:p w14:paraId="1F2BC5D0" w14:textId="77777777" w:rsidR="001F47AF" w:rsidRDefault="001F47AF" w:rsidP="00F8131E">
            <w:pPr>
              <w:widowControl w:val="0"/>
              <w:jc w:val="both"/>
              <w:rPr>
                <w:lang w:val="en-GB"/>
              </w:rPr>
            </w:pPr>
            <w:r w:rsidRPr="003A72CB">
              <w:rPr>
                <w:rFonts w:eastAsia="SimSun" w:cs="Times New Roman"/>
                <w:color w:val="000000"/>
                <w:lang w:eastAsia="zh-CN" w:bidi="ar"/>
              </w:rPr>
              <w:t>POOJA PAL</w:t>
            </w:r>
          </w:p>
        </w:tc>
      </w:tr>
      <w:tr w:rsidR="001F47AF" w14:paraId="3B2AD6B3" w14:textId="77777777" w:rsidTr="00F8131E">
        <w:tc>
          <w:tcPr>
            <w:tcW w:w="1104" w:type="dxa"/>
          </w:tcPr>
          <w:p w14:paraId="465F0DD5" w14:textId="77777777" w:rsidR="001F47AF" w:rsidRDefault="001F47AF" w:rsidP="001F47AF">
            <w:pPr>
              <w:widowControl w:val="0"/>
              <w:numPr>
                <w:ilvl w:val="0"/>
                <w:numId w:val="3"/>
              </w:numPr>
              <w:jc w:val="both"/>
            </w:pPr>
          </w:p>
        </w:tc>
        <w:tc>
          <w:tcPr>
            <w:tcW w:w="2117" w:type="dxa"/>
          </w:tcPr>
          <w:p w14:paraId="47A28736" w14:textId="77777777" w:rsidR="001F47AF" w:rsidRDefault="001F47AF" w:rsidP="00F8131E">
            <w:pPr>
              <w:widowControl w:val="0"/>
              <w:jc w:val="both"/>
              <w:rPr>
                <w:lang w:val="en-GB"/>
              </w:rPr>
            </w:pPr>
            <w:r>
              <w:rPr>
                <w:lang w:val="en-GB"/>
              </w:rPr>
              <w:t>N. MANISHA</w:t>
            </w:r>
          </w:p>
        </w:tc>
        <w:tc>
          <w:tcPr>
            <w:tcW w:w="1093" w:type="dxa"/>
          </w:tcPr>
          <w:p w14:paraId="4129EC7F" w14:textId="77777777" w:rsidR="001F47AF" w:rsidRDefault="001F47AF" w:rsidP="00F8131E">
            <w:pPr>
              <w:widowControl w:val="0"/>
              <w:jc w:val="both"/>
            </w:pPr>
            <w:r>
              <w:t>NCSCS</w:t>
            </w:r>
          </w:p>
        </w:tc>
        <w:tc>
          <w:tcPr>
            <w:tcW w:w="2099" w:type="dxa"/>
          </w:tcPr>
          <w:p w14:paraId="0062A1BA" w14:textId="77777777" w:rsidR="001F47AF" w:rsidRDefault="001F47AF" w:rsidP="00F8131E">
            <w:pPr>
              <w:widowControl w:val="0"/>
              <w:jc w:val="both"/>
              <w:rPr>
                <w:lang w:val="en-GB"/>
              </w:rPr>
            </w:pPr>
            <w:r>
              <w:rPr>
                <w:lang w:val="en-GB"/>
              </w:rPr>
              <w:t>11172</w:t>
            </w:r>
            <w:r>
              <w:t>4</w:t>
            </w:r>
            <w:r>
              <w:rPr>
                <w:lang w:val="en-GB"/>
              </w:rPr>
              <w:t>0</w:t>
            </w:r>
            <w:r>
              <w:t>39017</w:t>
            </w:r>
          </w:p>
        </w:tc>
        <w:tc>
          <w:tcPr>
            <w:tcW w:w="2217" w:type="dxa"/>
            <w:vAlign w:val="center"/>
          </w:tcPr>
          <w:p w14:paraId="62E30B06" w14:textId="77777777" w:rsidR="001F47AF" w:rsidRDefault="001F47AF" w:rsidP="00F8131E">
            <w:pPr>
              <w:widowControl w:val="0"/>
              <w:jc w:val="both"/>
              <w:rPr>
                <w:lang w:val="en-GB"/>
              </w:rPr>
            </w:pPr>
            <w:r w:rsidRPr="003A72CB">
              <w:rPr>
                <w:rFonts w:eastAsia="SimSun" w:cs="Times New Roman"/>
                <w:color w:val="000000"/>
                <w:lang w:eastAsia="zh-CN" w:bidi="ar"/>
              </w:rPr>
              <w:t>RYALI HARSHINI</w:t>
            </w:r>
          </w:p>
        </w:tc>
      </w:tr>
      <w:tr w:rsidR="001F47AF" w14:paraId="25686EC9" w14:textId="77777777" w:rsidTr="00F8131E">
        <w:tc>
          <w:tcPr>
            <w:tcW w:w="1104" w:type="dxa"/>
          </w:tcPr>
          <w:p w14:paraId="757B5A01" w14:textId="77777777" w:rsidR="001F47AF" w:rsidRDefault="001F47AF" w:rsidP="001F47AF">
            <w:pPr>
              <w:widowControl w:val="0"/>
              <w:numPr>
                <w:ilvl w:val="0"/>
                <w:numId w:val="3"/>
              </w:numPr>
              <w:jc w:val="both"/>
            </w:pPr>
          </w:p>
        </w:tc>
        <w:tc>
          <w:tcPr>
            <w:tcW w:w="2117" w:type="dxa"/>
          </w:tcPr>
          <w:p w14:paraId="1838D56C" w14:textId="77777777" w:rsidR="001F47AF" w:rsidRDefault="001F47AF" w:rsidP="00F8131E">
            <w:pPr>
              <w:widowControl w:val="0"/>
              <w:jc w:val="both"/>
            </w:pPr>
            <w:r>
              <w:rPr>
                <w:lang w:val="en-GB"/>
              </w:rPr>
              <w:t>N. MANISHA</w:t>
            </w:r>
          </w:p>
        </w:tc>
        <w:tc>
          <w:tcPr>
            <w:tcW w:w="1093" w:type="dxa"/>
          </w:tcPr>
          <w:p w14:paraId="576049DA" w14:textId="77777777" w:rsidR="001F47AF" w:rsidRDefault="001F47AF" w:rsidP="00F8131E">
            <w:pPr>
              <w:widowControl w:val="0"/>
              <w:jc w:val="both"/>
              <w:rPr>
                <w:lang w:val="en-GB"/>
              </w:rPr>
            </w:pPr>
            <w:r>
              <w:t>NCSCS</w:t>
            </w:r>
          </w:p>
        </w:tc>
        <w:tc>
          <w:tcPr>
            <w:tcW w:w="2099" w:type="dxa"/>
          </w:tcPr>
          <w:p w14:paraId="23FE2430" w14:textId="77777777" w:rsidR="001F47AF" w:rsidRDefault="001F47AF" w:rsidP="00F8131E">
            <w:pPr>
              <w:widowControl w:val="0"/>
              <w:jc w:val="both"/>
              <w:rPr>
                <w:lang w:val="en-GB"/>
              </w:rPr>
            </w:pPr>
            <w:r>
              <w:rPr>
                <w:lang w:val="en-GB"/>
              </w:rPr>
              <w:t>11172</w:t>
            </w:r>
            <w:r>
              <w:t>4</w:t>
            </w:r>
            <w:r>
              <w:rPr>
                <w:lang w:val="en-GB"/>
              </w:rPr>
              <w:t>0</w:t>
            </w:r>
            <w:r>
              <w:t>39018</w:t>
            </w:r>
          </w:p>
        </w:tc>
        <w:tc>
          <w:tcPr>
            <w:tcW w:w="2217" w:type="dxa"/>
            <w:vAlign w:val="center"/>
          </w:tcPr>
          <w:p w14:paraId="67BEFFCE" w14:textId="77777777" w:rsidR="001F47AF" w:rsidRDefault="001F47AF" w:rsidP="00F8131E">
            <w:pPr>
              <w:widowControl w:val="0"/>
              <w:jc w:val="both"/>
              <w:rPr>
                <w:lang w:val="en-GB"/>
              </w:rPr>
            </w:pPr>
            <w:r w:rsidRPr="003A72CB">
              <w:rPr>
                <w:rFonts w:eastAsia="SimSun" w:cs="Times New Roman"/>
                <w:color w:val="000000"/>
                <w:lang w:eastAsia="zh-CN" w:bidi="ar"/>
              </w:rPr>
              <w:t>SILIVERI VARSHINI</w:t>
            </w:r>
          </w:p>
        </w:tc>
      </w:tr>
      <w:tr w:rsidR="001F47AF" w14:paraId="340CF387" w14:textId="77777777" w:rsidTr="00F8131E">
        <w:tc>
          <w:tcPr>
            <w:tcW w:w="1104" w:type="dxa"/>
          </w:tcPr>
          <w:p w14:paraId="326ECC8B" w14:textId="77777777" w:rsidR="001F47AF" w:rsidRDefault="001F47AF" w:rsidP="001F47AF">
            <w:pPr>
              <w:widowControl w:val="0"/>
              <w:numPr>
                <w:ilvl w:val="0"/>
                <w:numId w:val="3"/>
              </w:numPr>
              <w:jc w:val="both"/>
            </w:pPr>
          </w:p>
        </w:tc>
        <w:tc>
          <w:tcPr>
            <w:tcW w:w="2117" w:type="dxa"/>
          </w:tcPr>
          <w:p w14:paraId="5FA9BAD3" w14:textId="77777777" w:rsidR="001F47AF" w:rsidRDefault="001F47AF" w:rsidP="00F8131E">
            <w:pPr>
              <w:widowControl w:val="0"/>
              <w:jc w:val="both"/>
            </w:pPr>
            <w:r>
              <w:rPr>
                <w:lang w:val="en-GB"/>
              </w:rPr>
              <w:t>N. MANISHA</w:t>
            </w:r>
          </w:p>
        </w:tc>
        <w:tc>
          <w:tcPr>
            <w:tcW w:w="1093" w:type="dxa"/>
          </w:tcPr>
          <w:p w14:paraId="0D7111B0" w14:textId="77777777" w:rsidR="001F47AF" w:rsidRDefault="001F47AF" w:rsidP="00F8131E">
            <w:pPr>
              <w:widowControl w:val="0"/>
              <w:jc w:val="both"/>
              <w:rPr>
                <w:lang w:val="en-GB"/>
              </w:rPr>
            </w:pPr>
            <w:r>
              <w:t>NCSCS</w:t>
            </w:r>
          </w:p>
        </w:tc>
        <w:tc>
          <w:tcPr>
            <w:tcW w:w="2099" w:type="dxa"/>
          </w:tcPr>
          <w:p w14:paraId="45C04908" w14:textId="77777777" w:rsidR="001F47AF" w:rsidRDefault="001F47AF" w:rsidP="00F8131E">
            <w:pPr>
              <w:widowControl w:val="0"/>
              <w:jc w:val="both"/>
              <w:rPr>
                <w:lang w:val="en-GB"/>
              </w:rPr>
            </w:pPr>
            <w:r>
              <w:rPr>
                <w:lang w:val="en-GB"/>
              </w:rPr>
              <w:t>11172</w:t>
            </w:r>
            <w:r>
              <w:t>4</w:t>
            </w:r>
            <w:r>
              <w:rPr>
                <w:lang w:val="en-GB"/>
              </w:rPr>
              <w:t>0</w:t>
            </w:r>
            <w:r>
              <w:t>39019</w:t>
            </w:r>
          </w:p>
        </w:tc>
        <w:tc>
          <w:tcPr>
            <w:tcW w:w="2217" w:type="dxa"/>
            <w:vAlign w:val="center"/>
          </w:tcPr>
          <w:p w14:paraId="7CBE854E" w14:textId="77777777" w:rsidR="001F47AF" w:rsidRDefault="001F47AF" w:rsidP="00F8131E">
            <w:pPr>
              <w:widowControl w:val="0"/>
              <w:jc w:val="both"/>
              <w:rPr>
                <w:lang w:val="en-GB"/>
              </w:rPr>
            </w:pPr>
            <w:r w:rsidRPr="003A72CB">
              <w:rPr>
                <w:rFonts w:eastAsia="SimSun" w:cs="Times New Roman"/>
                <w:color w:val="000000"/>
                <w:lang w:eastAsia="zh-CN" w:bidi="ar"/>
              </w:rPr>
              <w:t>THANNIRU NAMITHA SREE</w:t>
            </w:r>
          </w:p>
        </w:tc>
      </w:tr>
      <w:tr w:rsidR="001F47AF" w14:paraId="357A923F" w14:textId="77777777" w:rsidTr="00F8131E">
        <w:tc>
          <w:tcPr>
            <w:tcW w:w="1104" w:type="dxa"/>
          </w:tcPr>
          <w:p w14:paraId="6FE754FC" w14:textId="77777777" w:rsidR="001F47AF" w:rsidRDefault="001F47AF" w:rsidP="001F47AF">
            <w:pPr>
              <w:widowControl w:val="0"/>
              <w:numPr>
                <w:ilvl w:val="0"/>
                <w:numId w:val="3"/>
              </w:numPr>
              <w:jc w:val="both"/>
            </w:pPr>
          </w:p>
        </w:tc>
        <w:tc>
          <w:tcPr>
            <w:tcW w:w="2117" w:type="dxa"/>
          </w:tcPr>
          <w:p w14:paraId="18B44AAD" w14:textId="77777777" w:rsidR="001F47AF" w:rsidRDefault="001F47AF" w:rsidP="00F8131E">
            <w:pPr>
              <w:widowControl w:val="0"/>
              <w:jc w:val="both"/>
              <w:rPr>
                <w:lang w:val="en-GB"/>
              </w:rPr>
            </w:pPr>
            <w:r>
              <w:rPr>
                <w:lang w:val="en-GB"/>
              </w:rPr>
              <w:t>N. MANISHA</w:t>
            </w:r>
          </w:p>
        </w:tc>
        <w:tc>
          <w:tcPr>
            <w:tcW w:w="1093" w:type="dxa"/>
          </w:tcPr>
          <w:p w14:paraId="57A17D87" w14:textId="77777777" w:rsidR="001F47AF" w:rsidRDefault="001F47AF" w:rsidP="00F8131E">
            <w:pPr>
              <w:widowControl w:val="0"/>
              <w:jc w:val="both"/>
            </w:pPr>
            <w:r>
              <w:t>NCSCS</w:t>
            </w:r>
          </w:p>
        </w:tc>
        <w:tc>
          <w:tcPr>
            <w:tcW w:w="2099" w:type="dxa"/>
          </w:tcPr>
          <w:p w14:paraId="69598419" w14:textId="77777777" w:rsidR="001F47AF" w:rsidRDefault="001F47AF" w:rsidP="00F8131E">
            <w:pPr>
              <w:widowControl w:val="0"/>
              <w:jc w:val="both"/>
              <w:rPr>
                <w:lang w:val="en-GB"/>
              </w:rPr>
            </w:pPr>
            <w:r>
              <w:rPr>
                <w:lang w:val="en-GB"/>
              </w:rPr>
              <w:t>11172</w:t>
            </w:r>
            <w:r>
              <w:t>4</w:t>
            </w:r>
            <w:r>
              <w:rPr>
                <w:lang w:val="en-GB"/>
              </w:rPr>
              <w:t>0</w:t>
            </w:r>
            <w:r>
              <w:t>39020</w:t>
            </w:r>
          </w:p>
        </w:tc>
        <w:tc>
          <w:tcPr>
            <w:tcW w:w="2217" w:type="dxa"/>
            <w:vAlign w:val="center"/>
          </w:tcPr>
          <w:p w14:paraId="2A2DAE0A" w14:textId="77777777" w:rsidR="001F47AF" w:rsidRDefault="001F47AF" w:rsidP="00F8131E">
            <w:pPr>
              <w:widowControl w:val="0"/>
              <w:jc w:val="both"/>
              <w:rPr>
                <w:lang w:val="en-GB"/>
              </w:rPr>
            </w:pPr>
            <w:r w:rsidRPr="003A72CB">
              <w:rPr>
                <w:rFonts w:eastAsia="SimSun" w:cs="Times New Roman"/>
                <w:color w:val="000000"/>
                <w:lang w:eastAsia="zh-CN" w:bidi="ar"/>
              </w:rPr>
              <w:t>UPPUTURI VENKATA LAKSHMI SAHITI</w:t>
            </w:r>
          </w:p>
        </w:tc>
      </w:tr>
      <w:tr w:rsidR="001F47AF" w14:paraId="393A20C7" w14:textId="77777777" w:rsidTr="00F8131E">
        <w:tc>
          <w:tcPr>
            <w:tcW w:w="1104" w:type="dxa"/>
          </w:tcPr>
          <w:p w14:paraId="3A4941D8" w14:textId="77777777" w:rsidR="001F47AF" w:rsidRDefault="001F47AF" w:rsidP="001F47AF">
            <w:pPr>
              <w:widowControl w:val="0"/>
              <w:numPr>
                <w:ilvl w:val="0"/>
                <w:numId w:val="3"/>
              </w:numPr>
              <w:jc w:val="both"/>
            </w:pPr>
          </w:p>
        </w:tc>
        <w:tc>
          <w:tcPr>
            <w:tcW w:w="2117" w:type="dxa"/>
          </w:tcPr>
          <w:p w14:paraId="276FD5D6" w14:textId="77777777" w:rsidR="001F47AF" w:rsidRDefault="001F47AF" w:rsidP="00F8131E">
            <w:pPr>
              <w:widowControl w:val="0"/>
              <w:jc w:val="both"/>
            </w:pPr>
            <w:r>
              <w:t>M.SUPRIYA</w:t>
            </w:r>
          </w:p>
        </w:tc>
        <w:tc>
          <w:tcPr>
            <w:tcW w:w="1093" w:type="dxa"/>
          </w:tcPr>
          <w:p w14:paraId="086B2878" w14:textId="77777777" w:rsidR="001F47AF" w:rsidRDefault="001F47AF" w:rsidP="00F8131E">
            <w:pPr>
              <w:widowControl w:val="0"/>
              <w:jc w:val="both"/>
              <w:rPr>
                <w:lang w:val="en-GB"/>
              </w:rPr>
            </w:pPr>
            <w:r>
              <w:t>NCSCS</w:t>
            </w:r>
          </w:p>
        </w:tc>
        <w:tc>
          <w:tcPr>
            <w:tcW w:w="2099" w:type="dxa"/>
          </w:tcPr>
          <w:p w14:paraId="11FC4024" w14:textId="77777777" w:rsidR="001F47AF" w:rsidRDefault="001F47AF" w:rsidP="00F8131E">
            <w:pPr>
              <w:widowControl w:val="0"/>
              <w:jc w:val="both"/>
              <w:rPr>
                <w:lang w:val="en-GB"/>
              </w:rPr>
            </w:pPr>
            <w:r>
              <w:rPr>
                <w:lang w:val="en-GB"/>
              </w:rPr>
              <w:t>11172</w:t>
            </w:r>
            <w:r>
              <w:t>4</w:t>
            </w:r>
            <w:r>
              <w:rPr>
                <w:lang w:val="en-GB"/>
              </w:rPr>
              <w:t>0</w:t>
            </w:r>
            <w:r>
              <w:t>39021</w:t>
            </w:r>
          </w:p>
        </w:tc>
        <w:tc>
          <w:tcPr>
            <w:tcW w:w="2217" w:type="dxa"/>
            <w:vAlign w:val="center"/>
          </w:tcPr>
          <w:p w14:paraId="15354F91" w14:textId="77777777" w:rsidR="001F47AF" w:rsidRDefault="001F47AF" w:rsidP="00F8131E">
            <w:pPr>
              <w:widowControl w:val="0"/>
              <w:jc w:val="both"/>
              <w:rPr>
                <w:lang w:val="en-GB"/>
              </w:rPr>
            </w:pPr>
            <w:r w:rsidRPr="003A72CB">
              <w:rPr>
                <w:rFonts w:eastAsia="SimSun" w:cs="Times New Roman"/>
                <w:color w:val="000000"/>
                <w:lang w:eastAsia="zh-CN" w:bidi="ar"/>
              </w:rPr>
              <w:t>YAGNA GURUREDDY</w:t>
            </w:r>
          </w:p>
        </w:tc>
      </w:tr>
      <w:tr w:rsidR="001F47AF" w14:paraId="6350F419" w14:textId="77777777" w:rsidTr="00F8131E">
        <w:tc>
          <w:tcPr>
            <w:tcW w:w="1104" w:type="dxa"/>
          </w:tcPr>
          <w:p w14:paraId="0608477E" w14:textId="77777777" w:rsidR="001F47AF" w:rsidRDefault="001F47AF" w:rsidP="001F47AF">
            <w:pPr>
              <w:widowControl w:val="0"/>
              <w:numPr>
                <w:ilvl w:val="0"/>
                <w:numId w:val="3"/>
              </w:numPr>
              <w:jc w:val="both"/>
            </w:pPr>
          </w:p>
        </w:tc>
        <w:tc>
          <w:tcPr>
            <w:tcW w:w="2117" w:type="dxa"/>
          </w:tcPr>
          <w:p w14:paraId="06AB4E0C" w14:textId="77777777" w:rsidR="001F47AF" w:rsidRDefault="001F47AF" w:rsidP="00F8131E">
            <w:pPr>
              <w:widowControl w:val="0"/>
              <w:jc w:val="both"/>
            </w:pPr>
            <w:r>
              <w:t>M.SUPRIYA</w:t>
            </w:r>
          </w:p>
        </w:tc>
        <w:tc>
          <w:tcPr>
            <w:tcW w:w="1093" w:type="dxa"/>
          </w:tcPr>
          <w:p w14:paraId="74DDC858" w14:textId="77777777" w:rsidR="001F47AF" w:rsidRDefault="001F47AF" w:rsidP="00F8131E">
            <w:pPr>
              <w:widowControl w:val="0"/>
              <w:jc w:val="both"/>
              <w:rPr>
                <w:lang w:val="en-GB"/>
              </w:rPr>
            </w:pPr>
            <w:r>
              <w:t>NCSCS</w:t>
            </w:r>
          </w:p>
        </w:tc>
        <w:tc>
          <w:tcPr>
            <w:tcW w:w="2099" w:type="dxa"/>
          </w:tcPr>
          <w:p w14:paraId="7B5BDBB0" w14:textId="77777777" w:rsidR="001F47AF" w:rsidRDefault="001F47AF" w:rsidP="00F8131E">
            <w:pPr>
              <w:widowControl w:val="0"/>
              <w:jc w:val="both"/>
              <w:rPr>
                <w:lang w:val="en-GB"/>
              </w:rPr>
            </w:pPr>
            <w:r>
              <w:rPr>
                <w:lang w:val="en-GB"/>
              </w:rPr>
              <w:t>11172</w:t>
            </w:r>
            <w:r>
              <w:t>4</w:t>
            </w:r>
            <w:r>
              <w:rPr>
                <w:lang w:val="en-GB"/>
              </w:rPr>
              <w:t>0</w:t>
            </w:r>
            <w:r>
              <w:t>39022</w:t>
            </w:r>
          </w:p>
        </w:tc>
        <w:tc>
          <w:tcPr>
            <w:tcW w:w="2217" w:type="dxa"/>
            <w:vAlign w:val="center"/>
          </w:tcPr>
          <w:p w14:paraId="0E07FBBB" w14:textId="77777777" w:rsidR="001F47AF" w:rsidRDefault="001F47AF" w:rsidP="00F8131E">
            <w:pPr>
              <w:widowControl w:val="0"/>
              <w:jc w:val="both"/>
              <w:rPr>
                <w:lang w:val="en-GB"/>
              </w:rPr>
            </w:pPr>
            <w:r w:rsidRPr="003A72CB">
              <w:rPr>
                <w:rFonts w:eastAsia="SimSun" w:cs="Times New Roman"/>
                <w:color w:val="000000"/>
                <w:lang w:eastAsia="zh-CN" w:bidi="ar"/>
              </w:rPr>
              <w:t>ARSHAD ALI</w:t>
            </w:r>
          </w:p>
        </w:tc>
      </w:tr>
      <w:tr w:rsidR="001F47AF" w14:paraId="06C40278" w14:textId="77777777" w:rsidTr="00F8131E">
        <w:tc>
          <w:tcPr>
            <w:tcW w:w="1104" w:type="dxa"/>
          </w:tcPr>
          <w:p w14:paraId="33B141A5" w14:textId="77777777" w:rsidR="001F47AF" w:rsidRDefault="001F47AF" w:rsidP="001F47AF">
            <w:pPr>
              <w:widowControl w:val="0"/>
              <w:numPr>
                <w:ilvl w:val="0"/>
                <w:numId w:val="3"/>
              </w:numPr>
              <w:jc w:val="both"/>
            </w:pPr>
          </w:p>
        </w:tc>
        <w:tc>
          <w:tcPr>
            <w:tcW w:w="2117" w:type="dxa"/>
          </w:tcPr>
          <w:p w14:paraId="32301343" w14:textId="77777777" w:rsidR="001F47AF" w:rsidRDefault="001F47AF" w:rsidP="00F8131E">
            <w:pPr>
              <w:widowControl w:val="0"/>
              <w:jc w:val="both"/>
            </w:pPr>
            <w:r>
              <w:t>M.SUPRIYA</w:t>
            </w:r>
          </w:p>
        </w:tc>
        <w:tc>
          <w:tcPr>
            <w:tcW w:w="1093" w:type="dxa"/>
          </w:tcPr>
          <w:p w14:paraId="795FAD48" w14:textId="77777777" w:rsidR="001F47AF" w:rsidRDefault="001F47AF" w:rsidP="00F8131E">
            <w:pPr>
              <w:widowControl w:val="0"/>
              <w:jc w:val="both"/>
              <w:rPr>
                <w:lang w:val="en-GB"/>
              </w:rPr>
            </w:pPr>
            <w:r>
              <w:t>NCSCS</w:t>
            </w:r>
          </w:p>
        </w:tc>
        <w:tc>
          <w:tcPr>
            <w:tcW w:w="2099" w:type="dxa"/>
          </w:tcPr>
          <w:p w14:paraId="668788FB" w14:textId="77777777" w:rsidR="001F47AF" w:rsidRDefault="001F47AF" w:rsidP="00F8131E">
            <w:pPr>
              <w:widowControl w:val="0"/>
              <w:jc w:val="both"/>
              <w:rPr>
                <w:lang w:val="en-GB"/>
              </w:rPr>
            </w:pPr>
            <w:r>
              <w:rPr>
                <w:lang w:val="en-GB"/>
              </w:rPr>
              <w:t>11172</w:t>
            </w:r>
            <w:r>
              <w:t>4</w:t>
            </w:r>
            <w:r>
              <w:rPr>
                <w:lang w:val="en-GB"/>
              </w:rPr>
              <w:t>0</w:t>
            </w:r>
            <w:r>
              <w:t>39023</w:t>
            </w:r>
          </w:p>
        </w:tc>
        <w:tc>
          <w:tcPr>
            <w:tcW w:w="2217" w:type="dxa"/>
            <w:vAlign w:val="center"/>
          </w:tcPr>
          <w:p w14:paraId="789EFFB0" w14:textId="77777777" w:rsidR="001F47AF" w:rsidRDefault="001F47AF" w:rsidP="00F8131E">
            <w:pPr>
              <w:widowControl w:val="0"/>
              <w:jc w:val="both"/>
              <w:rPr>
                <w:lang w:val="en-GB"/>
              </w:rPr>
            </w:pPr>
            <w:r w:rsidRPr="003A72CB">
              <w:rPr>
                <w:rFonts w:eastAsia="SimSun" w:cs="Times New Roman"/>
                <w:color w:val="000000"/>
                <w:lang w:eastAsia="zh-CN" w:bidi="ar"/>
              </w:rPr>
              <w:t>BHALLA SAI SAMPATH</w:t>
            </w:r>
          </w:p>
        </w:tc>
      </w:tr>
      <w:tr w:rsidR="001F47AF" w14:paraId="264A5B30" w14:textId="77777777" w:rsidTr="00F8131E">
        <w:tc>
          <w:tcPr>
            <w:tcW w:w="1104" w:type="dxa"/>
          </w:tcPr>
          <w:p w14:paraId="289F6F11" w14:textId="77777777" w:rsidR="001F47AF" w:rsidRDefault="001F47AF" w:rsidP="001F47AF">
            <w:pPr>
              <w:widowControl w:val="0"/>
              <w:numPr>
                <w:ilvl w:val="0"/>
                <w:numId w:val="3"/>
              </w:numPr>
              <w:jc w:val="both"/>
            </w:pPr>
          </w:p>
        </w:tc>
        <w:tc>
          <w:tcPr>
            <w:tcW w:w="2117" w:type="dxa"/>
          </w:tcPr>
          <w:p w14:paraId="07749EDE" w14:textId="77777777" w:rsidR="001F47AF" w:rsidRDefault="001F47AF" w:rsidP="00F8131E">
            <w:pPr>
              <w:widowControl w:val="0"/>
              <w:jc w:val="both"/>
            </w:pPr>
            <w:r>
              <w:t>M.SUPRIYA</w:t>
            </w:r>
          </w:p>
        </w:tc>
        <w:tc>
          <w:tcPr>
            <w:tcW w:w="1093" w:type="dxa"/>
          </w:tcPr>
          <w:p w14:paraId="1FFF6D43" w14:textId="77777777" w:rsidR="001F47AF" w:rsidRDefault="001F47AF" w:rsidP="00F8131E">
            <w:pPr>
              <w:widowControl w:val="0"/>
              <w:jc w:val="both"/>
              <w:rPr>
                <w:lang w:val="en-GB"/>
              </w:rPr>
            </w:pPr>
            <w:r>
              <w:t>NCSCS</w:t>
            </w:r>
          </w:p>
        </w:tc>
        <w:tc>
          <w:tcPr>
            <w:tcW w:w="2099" w:type="dxa"/>
          </w:tcPr>
          <w:p w14:paraId="250F692D" w14:textId="77777777" w:rsidR="001F47AF" w:rsidRDefault="001F47AF" w:rsidP="00F8131E">
            <w:pPr>
              <w:widowControl w:val="0"/>
              <w:jc w:val="both"/>
              <w:rPr>
                <w:lang w:val="en-GB"/>
              </w:rPr>
            </w:pPr>
            <w:r>
              <w:rPr>
                <w:lang w:val="en-GB"/>
              </w:rPr>
              <w:t>11172</w:t>
            </w:r>
            <w:r>
              <w:t>4</w:t>
            </w:r>
            <w:r>
              <w:rPr>
                <w:lang w:val="en-GB"/>
              </w:rPr>
              <w:t>0</w:t>
            </w:r>
            <w:r>
              <w:t>39024</w:t>
            </w:r>
          </w:p>
        </w:tc>
        <w:tc>
          <w:tcPr>
            <w:tcW w:w="2217" w:type="dxa"/>
            <w:vAlign w:val="center"/>
          </w:tcPr>
          <w:p w14:paraId="5B42A1E9" w14:textId="77777777" w:rsidR="001F47AF" w:rsidRDefault="001F47AF" w:rsidP="00F8131E">
            <w:pPr>
              <w:widowControl w:val="0"/>
              <w:jc w:val="both"/>
              <w:rPr>
                <w:lang w:val="en-GB"/>
              </w:rPr>
            </w:pPr>
            <w:r w:rsidRPr="003A72CB">
              <w:rPr>
                <w:rFonts w:eastAsia="SimSun" w:cs="Times New Roman"/>
                <w:color w:val="000000"/>
                <w:lang w:eastAsia="zh-CN" w:bidi="ar"/>
              </w:rPr>
              <w:t>BOMMISETTY YOGI VENKATA SURYA PAVAN KUMAR</w:t>
            </w:r>
          </w:p>
        </w:tc>
      </w:tr>
      <w:tr w:rsidR="001F47AF" w14:paraId="7C81A255" w14:textId="77777777" w:rsidTr="00F8131E">
        <w:tc>
          <w:tcPr>
            <w:tcW w:w="1104" w:type="dxa"/>
          </w:tcPr>
          <w:p w14:paraId="0D98F75D" w14:textId="77777777" w:rsidR="001F47AF" w:rsidRDefault="001F47AF" w:rsidP="001F47AF">
            <w:pPr>
              <w:widowControl w:val="0"/>
              <w:numPr>
                <w:ilvl w:val="0"/>
                <w:numId w:val="3"/>
              </w:numPr>
              <w:jc w:val="both"/>
            </w:pPr>
          </w:p>
        </w:tc>
        <w:tc>
          <w:tcPr>
            <w:tcW w:w="2117" w:type="dxa"/>
          </w:tcPr>
          <w:p w14:paraId="405663BB" w14:textId="77777777" w:rsidR="001F47AF" w:rsidRDefault="001F47AF" w:rsidP="00F8131E">
            <w:pPr>
              <w:widowControl w:val="0"/>
              <w:jc w:val="both"/>
            </w:pPr>
            <w:r>
              <w:t>M.SUPRIYA</w:t>
            </w:r>
          </w:p>
        </w:tc>
        <w:tc>
          <w:tcPr>
            <w:tcW w:w="1093" w:type="dxa"/>
          </w:tcPr>
          <w:p w14:paraId="4D3CD892" w14:textId="77777777" w:rsidR="001F47AF" w:rsidRDefault="001F47AF" w:rsidP="00F8131E">
            <w:pPr>
              <w:widowControl w:val="0"/>
              <w:jc w:val="both"/>
              <w:rPr>
                <w:lang w:val="en-GB"/>
              </w:rPr>
            </w:pPr>
            <w:r>
              <w:t>NCSCS</w:t>
            </w:r>
          </w:p>
        </w:tc>
        <w:tc>
          <w:tcPr>
            <w:tcW w:w="2099" w:type="dxa"/>
          </w:tcPr>
          <w:p w14:paraId="324D3880" w14:textId="77777777" w:rsidR="001F47AF" w:rsidRDefault="001F47AF" w:rsidP="00F8131E">
            <w:pPr>
              <w:widowControl w:val="0"/>
              <w:jc w:val="both"/>
              <w:rPr>
                <w:lang w:val="en-GB"/>
              </w:rPr>
            </w:pPr>
            <w:r>
              <w:rPr>
                <w:lang w:val="en-GB"/>
              </w:rPr>
              <w:t>11172</w:t>
            </w:r>
            <w:r>
              <w:t>4</w:t>
            </w:r>
            <w:r>
              <w:rPr>
                <w:lang w:val="en-GB"/>
              </w:rPr>
              <w:t>0</w:t>
            </w:r>
            <w:r>
              <w:t>39025</w:t>
            </w:r>
          </w:p>
        </w:tc>
        <w:tc>
          <w:tcPr>
            <w:tcW w:w="2217" w:type="dxa"/>
            <w:vAlign w:val="center"/>
          </w:tcPr>
          <w:p w14:paraId="577D49B6" w14:textId="77777777" w:rsidR="001F47AF" w:rsidRDefault="001F47AF" w:rsidP="00F8131E">
            <w:pPr>
              <w:widowControl w:val="0"/>
              <w:jc w:val="both"/>
              <w:rPr>
                <w:lang w:val="en-GB"/>
              </w:rPr>
            </w:pPr>
            <w:r w:rsidRPr="003A72CB">
              <w:rPr>
                <w:rFonts w:eastAsia="SimSun" w:cs="Times New Roman"/>
                <w:color w:val="000000"/>
                <w:lang w:eastAsia="zh-CN" w:bidi="ar"/>
              </w:rPr>
              <w:t>DASARI NAGA CHAITANYA</w:t>
            </w:r>
          </w:p>
        </w:tc>
      </w:tr>
      <w:tr w:rsidR="001F47AF" w14:paraId="4C96C622" w14:textId="77777777" w:rsidTr="00F8131E">
        <w:tc>
          <w:tcPr>
            <w:tcW w:w="1104" w:type="dxa"/>
          </w:tcPr>
          <w:p w14:paraId="143D8135" w14:textId="77777777" w:rsidR="001F47AF" w:rsidRDefault="001F47AF" w:rsidP="001F47AF">
            <w:pPr>
              <w:widowControl w:val="0"/>
              <w:numPr>
                <w:ilvl w:val="0"/>
                <w:numId w:val="3"/>
              </w:numPr>
              <w:jc w:val="both"/>
            </w:pPr>
          </w:p>
        </w:tc>
        <w:tc>
          <w:tcPr>
            <w:tcW w:w="2117" w:type="dxa"/>
          </w:tcPr>
          <w:p w14:paraId="16927824" w14:textId="77777777" w:rsidR="001F47AF" w:rsidRDefault="001F47AF" w:rsidP="00F8131E">
            <w:pPr>
              <w:widowControl w:val="0"/>
              <w:jc w:val="both"/>
            </w:pPr>
            <w:r>
              <w:t>M.SUPRIYA</w:t>
            </w:r>
          </w:p>
        </w:tc>
        <w:tc>
          <w:tcPr>
            <w:tcW w:w="1093" w:type="dxa"/>
          </w:tcPr>
          <w:p w14:paraId="0C17C52A" w14:textId="77777777" w:rsidR="001F47AF" w:rsidRDefault="001F47AF" w:rsidP="00F8131E">
            <w:pPr>
              <w:widowControl w:val="0"/>
              <w:jc w:val="both"/>
              <w:rPr>
                <w:lang w:val="en-GB"/>
              </w:rPr>
            </w:pPr>
            <w:r>
              <w:t>NCSCS</w:t>
            </w:r>
          </w:p>
        </w:tc>
        <w:tc>
          <w:tcPr>
            <w:tcW w:w="2099" w:type="dxa"/>
          </w:tcPr>
          <w:p w14:paraId="06F385B2" w14:textId="77777777" w:rsidR="001F47AF" w:rsidRDefault="001F47AF" w:rsidP="00F8131E">
            <w:pPr>
              <w:widowControl w:val="0"/>
              <w:jc w:val="both"/>
              <w:rPr>
                <w:lang w:val="en-GB"/>
              </w:rPr>
            </w:pPr>
            <w:r>
              <w:rPr>
                <w:lang w:val="en-GB"/>
              </w:rPr>
              <w:t>11172</w:t>
            </w:r>
            <w:r>
              <w:t>4</w:t>
            </w:r>
            <w:r>
              <w:rPr>
                <w:lang w:val="en-GB"/>
              </w:rPr>
              <w:t>0</w:t>
            </w:r>
            <w:r>
              <w:t>39026</w:t>
            </w:r>
          </w:p>
        </w:tc>
        <w:tc>
          <w:tcPr>
            <w:tcW w:w="2217" w:type="dxa"/>
            <w:vAlign w:val="center"/>
          </w:tcPr>
          <w:p w14:paraId="475CC24C" w14:textId="77777777" w:rsidR="001F47AF" w:rsidRDefault="001F47AF" w:rsidP="00F8131E">
            <w:pPr>
              <w:widowControl w:val="0"/>
              <w:jc w:val="both"/>
              <w:rPr>
                <w:lang w:val="en-GB"/>
              </w:rPr>
            </w:pPr>
            <w:r w:rsidRPr="003A72CB">
              <w:rPr>
                <w:rFonts w:eastAsia="SimSun" w:cs="Times New Roman"/>
                <w:color w:val="000000"/>
                <w:lang w:eastAsia="zh-CN" w:bidi="ar"/>
              </w:rPr>
              <w:t>DAYA SHANKAR</w:t>
            </w:r>
          </w:p>
        </w:tc>
      </w:tr>
      <w:tr w:rsidR="001F47AF" w14:paraId="4A3A80C0" w14:textId="77777777" w:rsidTr="00F8131E">
        <w:tc>
          <w:tcPr>
            <w:tcW w:w="1104" w:type="dxa"/>
          </w:tcPr>
          <w:p w14:paraId="4F3BEF1A" w14:textId="77777777" w:rsidR="001F47AF" w:rsidRDefault="001F47AF" w:rsidP="001F47AF">
            <w:pPr>
              <w:widowControl w:val="0"/>
              <w:numPr>
                <w:ilvl w:val="0"/>
                <w:numId w:val="3"/>
              </w:numPr>
              <w:jc w:val="both"/>
            </w:pPr>
          </w:p>
        </w:tc>
        <w:tc>
          <w:tcPr>
            <w:tcW w:w="2117" w:type="dxa"/>
          </w:tcPr>
          <w:p w14:paraId="49508FBD" w14:textId="77777777" w:rsidR="001F47AF" w:rsidRDefault="001F47AF" w:rsidP="00F8131E">
            <w:pPr>
              <w:widowControl w:val="0"/>
              <w:jc w:val="both"/>
            </w:pPr>
            <w:r>
              <w:t>M.SUPRIYA</w:t>
            </w:r>
          </w:p>
        </w:tc>
        <w:tc>
          <w:tcPr>
            <w:tcW w:w="1093" w:type="dxa"/>
          </w:tcPr>
          <w:p w14:paraId="32A71097" w14:textId="77777777" w:rsidR="001F47AF" w:rsidRDefault="001F47AF" w:rsidP="00F8131E">
            <w:pPr>
              <w:widowControl w:val="0"/>
              <w:jc w:val="both"/>
              <w:rPr>
                <w:lang w:val="en-GB"/>
              </w:rPr>
            </w:pPr>
            <w:r>
              <w:t>NCSCS</w:t>
            </w:r>
          </w:p>
        </w:tc>
        <w:tc>
          <w:tcPr>
            <w:tcW w:w="2099" w:type="dxa"/>
          </w:tcPr>
          <w:p w14:paraId="4E343CE8" w14:textId="77777777" w:rsidR="001F47AF" w:rsidRDefault="001F47AF" w:rsidP="00F8131E">
            <w:pPr>
              <w:widowControl w:val="0"/>
              <w:jc w:val="both"/>
              <w:rPr>
                <w:lang w:val="en-GB"/>
              </w:rPr>
            </w:pPr>
            <w:r>
              <w:rPr>
                <w:lang w:val="en-GB"/>
              </w:rPr>
              <w:t>11172</w:t>
            </w:r>
            <w:r>
              <w:t>4</w:t>
            </w:r>
            <w:r>
              <w:rPr>
                <w:lang w:val="en-GB"/>
              </w:rPr>
              <w:t>0</w:t>
            </w:r>
            <w:r>
              <w:t>39027</w:t>
            </w:r>
          </w:p>
        </w:tc>
        <w:tc>
          <w:tcPr>
            <w:tcW w:w="2217" w:type="dxa"/>
            <w:vAlign w:val="center"/>
          </w:tcPr>
          <w:p w14:paraId="45117822" w14:textId="77777777" w:rsidR="001F47AF" w:rsidRDefault="001F47AF" w:rsidP="00F8131E">
            <w:pPr>
              <w:widowControl w:val="0"/>
              <w:jc w:val="both"/>
              <w:rPr>
                <w:lang w:val="en-GB"/>
              </w:rPr>
            </w:pPr>
            <w:r w:rsidRPr="003A72CB">
              <w:rPr>
                <w:rFonts w:eastAsia="SimSun" w:cs="Times New Roman"/>
                <w:color w:val="000000"/>
                <w:lang w:eastAsia="zh-CN" w:bidi="ar"/>
              </w:rPr>
              <w:t>DUBBAKA SRINIVAS</w:t>
            </w:r>
          </w:p>
        </w:tc>
      </w:tr>
      <w:tr w:rsidR="001F47AF" w14:paraId="3F10C392" w14:textId="77777777" w:rsidTr="00F8131E">
        <w:tc>
          <w:tcPr>
            <w:tcW w:w="1104" w:type="dxa"/>
          </w:tcPr>
          <w:p w14:paraId="416A1BC5" w14:textId="77777777" w:rsidR="001F47AF" w:rsidRDefault="001F47AF" w:rsidP="001F47AF">
            <w:pPr>
              <w:widowControl w:val="0"/>
              <w:numPr>
                <w:ilvl w:val="0"/>
                <w:numId w:val="3"/>
              </w:numPr>
              <w:jc w:val="both"/>
            </w:pPr>
          </w:p>
        </w:tc>
        <w:tc>
          <w:tcPr>
            <w:tcW w:w="2117" w:type="dxa"/>
          </w:tcPr>
          <w:p w14:paraId="1EB81C20" w14:textId="77777777" w:rsidR="001F47AF" w:rsidRDefault="001F47AF" w:rsidP="00F8131E">
            <w:pPr>
              <w:widowControl w:val="0"/>
              <w:jc w:val="both"/>
            </w:pPr>
            <w:r>
              <w:t>M.SUPRIYA</w:t>
            </w:r>
          </w:p>
        </w:tc>
        <w:tc>
          <w:tcPr>
            <w:tcW w:w="1093" w:type="dxa"/>
          </w:tcPr>
          <w:p w14:paraId="181BBD03" w14:textId="77777777" w:rsidR="001F47AF" w:rsidRDefault="001F47AF" w:rsidP="00F8131E">
            <w:pPr>
              <w:widowControl w:val="0"/>
              <w:jc w:val="both"/>
            </w:pPr>
            <w:r>
              <w:t>NCSCS</w:t>
            </w:r>
          </w:p>
        </w:tc>
        <w:tc>
          <w:tcPr>
            <w:tcW w:w="2099" w:type="dxa"/>
          </w:tcPr>
          <w:p w14:paraId="7B2ED734" w14:textId="77777777" w:rsidR="001F47AF" w:rsidRDefault="001F47AF" w:rsidP="00F8131E">
            <w:pPr>
              <w:widowControl w:val="0"/>
              <w:jc w:val="both"/>
            </w:pPr>
            <w:r>
              <w:rPr>
                <w:lang w:val="en-GB"/>
              </w:rPr>
              <w:t>11172</w:t>
            </w:r>
            <w:r>
              <w:t>4</w:t>
            </w:r>
            <w:r>
              <w:rPr>
                <w:lang w:val="en-GB"/>
              </w:rPr>
              <w:t>0</w:t>
            </w:r>
            <w:r>
              <w:t>39028</w:t>
            </w:r>
          </w:p>
        </w:tc>
        <w:tc>
          <w:tcPr>
            <w:tcW w:w="2217" w:type="dxa"/>
            <w:vAlign w:val="center"/>
          </w:tcPr>
          <w:p w14:paraId="4F02F228" w14:textId="77777777" w:rsidR="001F47AF" w:rsidRDefault="001F47AF" w:rsidP="00F8131E">
            <w:pPr>
              <w:widowControl w:val="0"/>
              <w:jc w:val="both"/>
              <w:rPr>
                <w:lang w:val="en-GB"/>
              </w:rPr>
            </w:pPr>
            <w:r w:rsidRPr="003A72CB">
              <w:rPr>
                <w:rFonts w:eastAsia="SimSun" w:cs="Times New Roman"/>
                <w:color w:val="000000"/>
                <w:lang w:eastAsia="zh-CN" w:bidi="ar"/>
              </w:rPr>
              <w:t>JAGANMOHAN REDDY</w:t>
            </w:r>
          </w:p>
        </w:tc>
      </w:tr>
      <w:tr w:rsidR="001F47AF" w14:paraId="2965E928" w14:textId="77777777" w:rsidTr="00F8131E">
        <w:tc>
          <w:tcPr>
            <w:tcW w:w="1104" w:type="dxa"/>
          </w:tcPr>
          <w:p w14:paraId="012B861E" w14:textId="77777777" w:rsidR="001F47AF" w:rsidRDefault="001F47AF" w:rsidP="001F47AF">
            <w:pPr>
              <w:widowControl w:val="0"/>
              <w:numPr>
                <w:ilvl w:val="0"/>
                <w:numId w:val="3"/>
              </w:numPr>
              <w:jc w:val="both"/>
            </w:pPr>
          </w:p>
        </w:tc>
        <w:tc>
          <w:tcPr>
            <w:tcW w:w="2117" w:type="dxa"/>
          </w:tcPr>
          <w:p w14:paraId="7DC4EAB6" w14:textId="77777777" w:rsidR="001F47AF" w:rsidRDefault="001F47AF" w:rsidP="00F8131E">
            <w:pPr>
              <w:widowControl w:val="0"/>
              <w:jc w:val="both"/>
            </w:pPr>
            <w:r>
              <w:t>M.SUPRIYA</w:t>
            </w:r>
          </w:p>
        </w:tc>
        <w:tc>
          <w:tcPr>
            <w:tcW w:w="1093" w:type="dxa"/>
          </w:tcPr>
          <w:p w14:paraId="066D42B4" w14:textId="77777777" w:rsidR="001F47AF" w:rsidRDefault="001F47AF" w:rsidP="00F8131E">
            <w:pPr>
              <w:widowControl w:val="0"/>
              <w:jc w:val="both"/>
              <w:rPr>
                <w:lang w:val="en-GB"/>
              </w:rPr>
            </w:pPr>
            <w:r>
              <w:t>NCSCS</w:t>
            </w:r>
          </w:p>
        </w:tc>
        <w:tc>
          <w:tcPr>
            <w:tcW w:w="2099" w:type="dxa"/>
          </w:tcPr>
          <w:p w14:paraId="28A4B8B3" w14:textId="77777777" w:rsidR="001F47AF" w:rsidRDefault="001F47AF" w:rsidP="00F8131E">
            <w:pPr>
              <w:widowControl w:val="0"/>
              <w:jc w:val="both"/>
              <w:rPr>
                <w:lang w:val="en-GB"/>
              </w:rPr>
            </w:pPr>
            <w:r>
              <w:rPr>
                <w:lang w:val="en-GB"/>
              </w:rPr>
              <w:t>11172</w:t>
            </w:r>
            <w:r>
              <w:t>4</w:t>
            </w:r>
            <w:r>
              <w:rPr>
                <w:lang w:val="en-GB"/>
              </w:rPr>
              <w:t>0</w:t>
            </w:r>
            <w:r>
              <w:t>39029</w:t>
            </w:r>
          </w:p>
        </w:tc>
        <w:tc>
          <w:tcPr>
            <w:tcW w:w="2217" w:type="dxa"/>
            <w:vAlign w:val="center"/>
          </w:tcPr>
          <w:p w14:paraId="524E858A" w14:textId="77777777" w:rsidR="001F47AF" w:rsidRDefault="001F47AF" w:rsidP="00F8131E">
            <w:pPr>
              <w:widowControl w:val="0"/>
              <w:jc w:val="both"/>
              <w:rPr>
                <w:lang w:val="en-GB"/>
              </w:rPr>
            </w:pPr>
            <w:r w:rsidRPr="003A72CB">
              <w:rPr>
                <w:rFonts w:eastAsia="SimSun" w:cs="Times New Roman"/>
                <w:color w:val="000000"/>
                <w:lang w:eastAsia="zh-CN" w:bidi="ar"/>
              </w:rPr>
              <w:t>KAIRAMKONDA JAYANTH</w:t>
            </w:r>
          </w:p>
        </w:tc>
      </w:tr>
      <w:tr w:rsidR="001F47AF" w14:paraId="75EEB84F" w14:textId="77777777" w:rsidTr="00F8131E">
        <w:tc>
          <w:tcPr>
            <w:tcW w:w="1104" w:type="dxa"/>
          </w:tcPr>
          <w:p w14:paraId="45AE7E32" w14:textId="77777777" w:rsidR="001F47AF" w:rsidRDefault="001F47AF" w:rsidP="001F47AF">
            <w:pPr>
              <w:widowControl w:val="0"/>
              <w:numPr>
                <w:ilvl w:val="0"/>
                <w:numId w:val="3"/>
              </w:numPr>
              <w:jc w:val="both"/>
            </w:pPr>
          </w:p>
        </w:tc>
        <w:tc>
          <w:tcPr>
            <w:tcW w:w="2117" w:type="dxa"/>
          </w:tcPr>
          <w:p w14:paraId="522C15C3" w14:textId="77777777" w:rsidR="001F47AF" w:rsidRDefault="001F47AF" w:rsidP="00F8131E">
            <w:pPr>
              <w:widowControl w:val="0"/>
              <w:jc w:val="both"/>
            </w:pPr>
            <w:r>
              <w:t>M.SUPRIYA</w:t>
            </w:r>
          </w:p>
        </w:tc>
        <w:tc>
          <w:tcPr>
            <w:tcW w:w="1093" w:type="dxa"/>
          </w:tcPr>
          <w:p w14:paraId="004BAC44" w14:textId="77777777" w:rsidR="001F47AF" w:rsidRDefault="001F47AF" w:rsidP="00F8131E">
            <w:pPr>
              <w:widowControl w:val="0"/>
              <w:jc w:val="both"/>
              <w:rPr>
                <w:lang w:val="en-GB"/>
              </w:rPr>
            </w:pPr>
            <w:r>
              <w:t>NCSCS</w:t>
            </w:r>
          </w:p>
        </w:tc>
        <w:tc>
          <w:tcPr>
            <w:tcW w:w="2099" w:type="dxa"/>
          </w:tcPr>
          <w:p w14:paraId="721C58AF" w14:textId="77777777" w:rsidR="001F47AF" w:rsidRDefault="001F47AF" w:rsidP="00F8131E">
            <w:pPr>
              <w:widowControl w:val="0"/>
              <w:jc w:val="both"/>
              <w:rPr>
                <w:lang w:val="en-GB"/>
              </w:rPr>
            </w:pPr>
            <w:r>
              <w:rPr>
                <w:lang w:val="en-GB"/>
              </w:rPr>
              <w:t>11172</w:t>
            </w:r>
            <w:r>
              <w:t>4</w:t>
            </w:r>
            <w:r>
              <w:rPr>
                <w:lang w:val="en-GB"/>
              </w:rPr>
              <w:t>0</w:t>
            </w:r>
            <w:r>
              <w:t>39030</w:t>
            </w:r>
          </w:p>
        </w:tc>
        <w:tc>
          <w:tcPr>
            <w:tcW w:w="2217" w:type="dxa"/>
            <w:vAlign w:val="center"/>
          </w:tcPr>
          <w:p w14:paraId="44832351" w14:textId="77777777" w:rsidR="001F47AF" w:rsidRDefault="001F47AF" w:rsidP="00F8131E">
            <w:pPr>
              <w:widowControl w:val="0"/>
              <w:jc w:val="both"/>
              <w:rPr>
                <w:lang w:val="en-GB"/>
              </w:rPr>
            </w:pPr>
            <w:r w:rsidRPr="003A72CB">
              <w:rPr>
                <w:rFonts w:eastAsia="SimSun" w:cs="Times New Roman"/>
                <w:color w:val="000000"/>
                <w:lang w:eastAsia="zh-CN" w:bidi="ar"/>
              </w:rPr>
              <w:t>KAMBHAM PRASHANTH</w:t>
            </w:r>
          </w:p>
        </w:tc>
      </w:tr>
      <w:tr w:rsidR="001F47AF" w14:paraId="704E6B39" w14:textId="77777777" w:rsidTr="00F8131E">
        <w:tc>
          <w:tcPr>
            <w:tcW w:w="1104" w:type="dxa"/>
          </w:tcPr>
          <w:p w14:paraId="62219F64" w14:textId="77777777" w:rsidR="001F47AF" w:rsidRDefault="001F47AF" w:rsidP="001F47AF">
            <w:pPr>
              <w:widowControl w:val="0"/>
              <w:numPr>
                <w:ilvl w:val="0"/>
                <w:numId w:val="3"/>
              </w:numPr>
              <w:jc w:val="both"/>
            </w:pPr>
          </w:p>
        </w:tc>
        <w:tc>
          <w:tcPr>
            <w:tcW w:w="2117" w:type="dxa"/>
          </w:tcPr>
          <w:p w14:paraId="3EECA05C" w14:textId="77777777" w:rsidR="001F47AF" w:rsidRDefault="001F47AF" w:rsidP="00F8131E">
            <w:pPr>
              <w:widowControl w:val="0"/>
              <w:jc w:val="both"/>
              <w:rPr>
                <w:lang w:val="en-GB"/>
              </w:rPr>
            </w:pPr>
            <w:proofErr w:type="gramStart"/>
            <w:r>
              <w:rPr>
                <w:szCs w:val="24"/>
              </w:rPr>
              <w:t>S.KAVITHA</w:t>
            </w:r>
            <w:proofErr w:type="gramEnd"/>
          </w:p>
        </w:tc>
        <w:tc>
          <w:tcPr>
            <w:tcW w:w="1093" w:type="dxa"/>
          </w:tcPr>
          <w:p w14:paraId="16D0CBE1" w14:textId="77777777" w:rsidR="001F47AF" w:rsidRDefault="001F47AF" w:rsidP="00F8131E">
            <w:pPr>
              <w:widowControl w:val="0"/>
              <w:jc w:val="both"/>
              <w:rPr>
                <w:lang w:val="en-GB"/>
              </w:rPr>
            </w:pPr>
            <w:r>
              <w:t>NCSCS</w:t>
            </w:r>
          </w:p>
        </w:tc>
        <w:tc>
          <w:tcPr>
            <w:tcW w:w="2099" w:type="dxa"/>
          </w:tcPr>
          <w:p w14:paraId="632A4423" w14:textId="77777777" w:rsidR="001F47AF" w:rsidRDefault="001F47AF" w:rsidP="00F8131E">
            <w:pPr>
              <w:widowControl w:val="0"/>
              <w:jc w:val="both"/>
              <w:rPr>
                <w:lang w:val="en-GB"/>
              </w:rPr>
            </w:pPr>
            <w:r>
              <w:rPr>
                <w:lang w:val="en-GB"/>
              </w:rPr>
              <w:t>11172</w:t>
            </w:r>
            <w:r>
              <w:t>4</w:t>
            </w:r>
            <w:r>
              <w:rPr>
                <w:lang w:val="en-GB"/>
              </w:rPr>
              <w:t>0</w:t>
            </w:r>
            <w:r>
              <w:t>39031</w:t>
            </w:r>
          </w:p>
        </w:tc>
        <w:tc>
          <w:tcPr>
            <w:tcW w:w="2217" w:type="dxa"/>
            <w:vAlign w:val="center"/>
          </w:tcPr>
          <w:p w14:paraId="6784E4E7" w14:textId="77777777" w:rsidR="001F47AF" w:rsidRDefault="001F47AF" w:rsidP="00F8131E">
            <w:pPr>
              <w:widowControl w:val="0"/>
              <w:jc w:val="both"/>
              <w:rPr>
                <w:lang w:val="en-GB"/>
              </w:rPr>
            </w:pPr>
            <w:r w:rsidRPr="003A72CB">
              <w:rPr>
                <w:rFonts w:eastAsia="SimSun" w:cs="Times New Roman"/>
                <w:color w:val="000000"/>
                <w:lang w:eastAsia="zh-CN" w:bidi="ar"/>
              </w:rPr>
              <w:t>KANCHERLA JOHN ADARSH</w:t>
            </w:r>
          </w:p>
        </w:tc>
      </w:tr>
      <w:tr w:rsidR="001F47AF" w14:paraId="301CFDCD" w14:textId="77777777" w:rsidTr="00F8131E">
        <w:tc>
          <w:tcPr>
            <w:tcW w:w="1104" w:type="dxa"/>
          </w:tcPr>
          <w:p w14:paraId="0B746CD6" w14:textId="77777777" w:rsidR="001F47AF" w:rsidRDefault="001F47AF" w:rsidP="001F47AF">
            <w:pPr>
              <w:widowControl w:val="0"/>
              <w:numPr>
                <w:ilvl w:val="0"/>
                <w:numId w:val="3"/>
              </w:numPr>
              <w:jc w:val="both"/>
            </w:pPr>
          </w:p>
        </w:tc>
        <w:tc>
          <w:tcPr>
            <w:tcW w:w="2117" w:type="dxa"/>
          </w:tcPr>
          <w:p w14:paraId="0C7FFC6D" w14:textId="77777777" w:rsidR="001F47AF" w:rsidRDefault="001F47AF" w:rsidP="00F8131E">
            <w:pPr>
              <w:widowControl w:val="0"/>
              <w:jc w:val="both"/>
            </w:pPr>
            <w:proofErr w:type="gramStart"/>
            <w:r>
              <w:rPr>
                <w:szCs w:val="24"/>
              </w:rPr>
              <w:t>S.KAVITHA</w:t>
            </w:r>
            <w:proofErr w:type="gramEnd"/>
          </w:p>
        </w:tc>
        <w:tc>
          <w:tcPr>
            <w:tcW w:w="1093" w:type="dxa"/>
          </w:tcPr>
          <w:p w14:paraId="25039B4B" w14:textId="77777777" w:rsidR="001F47AF" w:rsidRDefault="001F47AF" w:rsidP="00F8131E">
            <w:pPr>
              <w:widowControl w:val="0"/>
              <w:jc w:val="both"/>
              <w:rPr>
                <w:lang w:val="en-GB"/>
              </w:rPr>
            </w:pPr>
            <w:r>
              <w:t>NCSCS</w:t>
            </w:r>
          </w:p>
        </w:tc>
        <w:tc>
          <w:tcPr>
            <w:tcW w:w="2099" w:type="dxa"/>
          </w:tcPr>
          <w:p w14:paraId="166960D8" w14:textId="77777777" w:rsidR="001F47AF" w:rsidRDefault="001F47AF" w:rsidP="00F8131E">
            <w:pPr>
              <w:widowControl w:val="0"/>
              <w:jc w:val="both"/>
              <w:rPr>
                <w:lang w:val="en-GB"/>
              </w:rPr>
            </w:pPr>
            <w:r>
              <w:rPr>
                <w:lang w:val="en-GB"/>
              </w:rPr>
              <w:t>11172</w:t>
            </w:r>
            <w:r>
              <w:t>4</w:t>
            </w:r>
            <w:r>
              <w:rPr>
                <w:lang w:val="en-GB"/>
              </w:rPr>
              <w:t>0</w:t>
            </w:r>
            <w:r>
              <w:t>39032</w:t>
            </w:r>
          </w:p>
        </w:tc>
        <w:tc>
          <w:tcPr>
            <w:tcW w:w="2217" w:type="dxa"/>
            <w:vAlign w:val="center"/>
          </w:tcPr>
          <w:p w14:paraId="63B4F4B7" w14:textId="77777777" w:rsidR="001F47AF" w:rsidRDefault="001F47AF" w:rsidP="00F8131E">
            <w:pPr>
              <w:widowControl w:val="0"/>
              <w:jc w:val="both"/>
              <w:rPr>
                <w:lang w:val="en-GB"/>
              </w:rPr>
            </w:pPr>
            <w:r w:rsidRPr="003A72CB">
              <w:rPr>
                <w:rFonts w:eastAsia="SimSun" w:cs="Times New Roman"/>
                <w:color w:val="000000"/>
                <w:lang w:eastAsia="zh-CN" w:bidi="ar"/>
              </w:rPr>
              <w:t xml:space="preserve">KARNATI SHARATH </w:t>
            </w:r>
            <w:proofErr w:type="gramStart"/>
            <w:r w:rsidRPr="003A72CB">
              <w:rPr>
                <w:rFonts w:eastAsia="SimSun" w:cs="Times New Roman"/>
                <w:color w:val="000000"/>
                <w:lang w:eastAsia="zh-CN" w:bidi="ar"/>
              </w:rPr>
              <w:t>CHANDRA .</w:t>
            </w:r>
            <w:proofErr w:type="gramEnd"/>
          </w:p>
        </w:tc>
      </w:tr>
      <w:tr w:rsidR="001F47AF" w14:paraId="72B5B269" w14:textId="77777777" w:rsidTr="00F8131E">
        <w:tc>
          <w:tcPr>
            <w:tcW w:w="1104" w:type="dxa"/>
          </w:tcPr>
          <w:p w14:paraId="63417BD6" w14:textId="77777777" w:rsidR="001F47AF" w:rsidRDefault="001F47AF" w:rsidP="001F47AF">
            <w:pPr>
              <w:widowControl w:val="0"/>
              <w:numPr>
                <w:ilvl w:val="0"/>
                <w:numId w:val="3"/>
              </w:numPr>
              <w:jc w:val="both"/>
            </w:pPr>
          </w:p>
        </w:tc>
        <w:tc>
          <w:tcPr>
            <w:tcW w:w="2117" w:type="dxa"/>
          </w:tcPr>
          <w:p w14:paraId="62389CD4" w14:textId="77777777" w:rsidR="001F47AF" w:rsidRDefault="001F47AF" w:rsidP="00F8131E">
            <w:pPr>
              <w:widowControl w:val="0"/>
              <w:jc w:val="both"/>
            </w:pPr>
            <w:proofErr w:type="gramStart"/>
            <w:r>
              <w:rPr>
                <w:szCs w:val="24"/>
              </w:rPr>
              <w:t>S.KAVITHA</w:t>
            </w:r>
            <w:proofErr w:type="gramEnd"/>
          </w:p>
        </w:tc>
        <w:tc>
          <w:tcPr>
            <w:tcW w:w="1093" w:type="dxa"/>
          </w:tcPr>
          <w:p w14:paraId="30E553EC" w14:textId="77777777" w:rsidR="001F47AF" w:rsidRDefault="001F47AF" w:rsidP="00F8131E">
            <w:pPr>
              <w:widowControl w:val="0"/>
              <w:jc w:val="both"/>
              <w:rPr>
                <w:lang w:val="en-GB"/>
              </w:rPr>
            </w:pPr>
            <w:r>
              <w:t>NCSCS</w:t>
            </w:r>
          </w:p>
        </w:tc>
        <w:tc>
          <w:tcPr>
            <w:tcW w:w="2099" w:type="dxa"/>
          </w:tcPr>
          <w:p w14:paraId="68D15594" w14:textId="77777777" w:rsidR="001F47AF" w:rsidRDefault="001F47AF" w:rsidP="00F8131E">
            <w:pPr>
              <w:widowControl w:val="0"/>
              <w:jc w:val="both"/>
              <w:rPr>
                <w:lang w:val="en-GB"/>
              </w:rPr>
            </w:pPr>
            <w:r>
              <w:rPr>
                <w:lang w:val="en-GB"/>
              </w:rPr>
              <w:t>11172</w:t>
            </w:r>
            <w:r>
              <w:t>4</w:t>
            </w:r>
            <w:r>
              <w:rPr>
                <w:lang w:val="en-GB"/>
              </w:rPr>
              <w:t>0</w:t>
            </w:r>
            <w:r>
              <w:t>39033</w:t>
            </w:r>
          </w:p>
        </w:tc>
        <w:tc>
          <w:tcPr>
            <w:tcW w:w="2217" w:type="dxa"/>
            <w:vAlign w:val="center"/>
          </w:tcPr>
          <w:p w14:paraId="41CD0E98" w14:textId="77777777" w:rsidR="001F47AF" w:rsidRDefault="001F47AF" w:rsidP="00F8131E">
            <w:pPr>
              <w:widowControl w:val="0"/>
              <w:jc w:val="both"/>
              <w:rPr>
                <w:lang w:val="en-GB"/>
              </w:rPr>
            </w:pPr>
            <w:r w:rsidRPr="003A72CB">
              <w:rPr>
                <w:rFonts w:eastAsia="SimSun" w:cs="Times New Roman"/>
                <w:color w:val="000000"/>
                <w:lang w:eastAsia="zh-CN" w:bidi="ar"/>
              </w:rPr>
              <w:t>M CHETHAN YADAV</w:t>
            </w:r>
          </w:p>
        </w:tc>
      </w:tr>
      <w:tr w:rsidR="001F47AF" w14:paraId="44128F22" w14:textId="77777777" w:rsidTr="00F8131E">
        <w:tc>
          <w:tcPr>
            <w:tcW w:w="1104" w:type="dxa"/>
          </w:tcPr>
          <w:p w14:paraId="3F8A5424" w14:textId="77777777" w:rsidR="001F47AF" w:rsidRDefault="001F47AF" w:rsidP="001F47AF">
            <w:pPr>
              <w:widowControl w:val="0"/>
              <w:numPr>
                <w:ilvl w:val="0"/>
                <w:numId w:val="3"/>
              </w:numPr>
              <w:jc w:val="both"/>
            </w:pPr>
          </w:p>
        </w:tc>
        <w:tc>
          <w:tcPr>
            <w:tcW w:w="2117" w:type="dxa"/>
          </w:tcPr>
          <w:p w14:paraId="38CAB56E" w14:textId="77777777" w:rsidR="001F47AF" w:rsidRDefault="001F47AF" w:rsidP="00F8131E">
            <w:pPr>
              <w:widowControl w:val="0"/>
              <w:jc w:val="both"/>
            </w:pPr>
            <w:proofErr w:type="gramStart"/>
            <w:r>
              <w:rPr>
                <w:szCs w:val="24"/>
              </w:rPr>
              <w:t>S.KAVITHA</w:t>
            </w:r>
            <w:proofErr w:type="gramEnd"/>
          </w:p>
        </w:tc>
        <w:tc>
          <w:tcPr>
            <w:tcW w:w="1093" w:type="dxa"/>
          </w:tcPr>
          <w:p w14:paraId="539F1A52" w14:textId="77777777" w:rsidR="001F47AF" w:rsidRDefault="001F47AF" w:rsidP="00F8131E">
            <w:pPr>
              <w:widowControl w:val="0"/>
              <w:jc w:val="both"/>
              <w:rPr>
                <w:lang w:val="en-GB"/>
              </w:rPr>
            </w:pPr>
            <w:r>
              <w:t>NCSCS</w:t>
            </w:r>
          </w:p>
        </w:tc>
        <w:tc>
          <w:tcPr>
            <w:tcW w:w="2099" w:type="dxa"/>
          </w:tcPr>
          <w:p w14:paraId="19C1A212" w14:textId="77777777" w:rsidR="001F47AF" w:rsidRDefault="001F47AF" w:rsidP="00F8131E">
            <w:pPr>
              <w:widowControl w:val="0"/>
              <w:jc w:val="both"/>
              <w:rPr>
                <w:lang w:val="en-GB"/>
              </w:rPr>
            </w:pPr>
            <w:r>
              <w:rPr>
                <w:lang w:val="en-GB"/>
              </w:rPr>
              <w:t>11172</w:t>
            </w:r>
            <w:r>
              <w:t>4</w:t>
            </w:r>
            <w:r>
              <w:rPr>
                <w:lang w:val="en-GB"/>
              </w:rPr>
              <w:t>0</w:t>
            </w:r>
            <w:r>
              <w:t>39034</w:t>
            </w:r>
          </w:p>
        </w:tc>
        <w:tc>
          <w:tcPr>
            <w:tcW w:w="2217" w:type="dxa"/>
            <w:vAlign w:val="center"/>
          </w:tcPr>
          <w:p w14:paraId="34733DB1" w14:textId="77777777" w:rsidR="001F47AF" w:rsidRDefault="001F47AF" w:rsidP="00F8131E">
            <w:pPr>
              <w:widowControl w:val="0"/>
              <w:jc w:val="both"/>
              <w:rPr>
                <w:lang w:val="en-GB"/>
              </w:rPr>
            </w:pPr>
            <w:r w:rsidRPr="003A72CB">
              <w:rPr>
                <w:rFonts w:eastAsia="SimSun" w:cs="Times New Roman"/>
                <w:color w:val="000000"/>
                <w:lang w:eastAsia="zh-CN" w:bidi="ar"/>
              </w:rPr>
              <w:t>MP DHEERAJ RAJ</w:t>
            </w:r>
          </w:p>
        </w:tc>
      </w:tr>
      <w:tr w:rsidR="001F47AF" w14:paraId="473FB91E" w14:textId="77777777" w:rsidTr="00F8131E">
        <w:tc>
          <w:tcPr>
            <w:tcW w:w="1104" w:type="dxa"/>
          </w:tcPr>
          <w:p w14:paraId="1709F168" w14:textId="77777777" w:rsidR="001F47AF" w:rsidRDefault="001F47AF" w:rsidP="001F47AF">
            <w:pPr>
              <w:widowControl w:val="0"/>
              <w:numPr>
                <w:ilvl w:val="0"/>
                <w:numId w:val="3"/>
              </w:numPr>
              <w:jc w:val="both"/>
            </w:pPr>
          </w:p>
        </w:tc>
        <w:tc>
          <w:tcPr>
            <w:tcW w:w="2117" w:type="dxa"/>
          </w:tcPr>
          <w:p w14:paraId="737EE564" w14:textId="77777777" w:rsidR="001F47AF" w:rsidRDefault="001F47AF" w:rsidP="00F8131E">
            <w:pPr>
              <w:widowControl w:val="0"/>
              <w:jc w:val="both"/>
            </w:pPr>
            <w:proofErr w:type="gramStart"/>
            <w:r>
              <w:rPr>
                <w:szCs w:val="24"/>
              </w:rPr>
              <w:t>S.KAVITHA</w:t>
            </w:r>
            <w:proofErr w:type="gramEnd"/>
          </w:p>
        </w:tc>
        <w:tc>
          <w:tcPr>
            <w:tcW w:w="1093" w:type="dxa"/>
          </w:tcPr>
          <w:p w14:paraId="66331986" w14:textId="77777777" w:rsidR="001F47AF" w:rsidRDefault="001F47AF" w:rsidP="00F8131E">
            <w:pPr>
              <w:widowControl w:val="0"/>
              <w:jc w:val="both"/>
              <w:rPr>
                <w:lang w:val="en-GB"/>
              </w:rPr>
            </w:pPr>
            <w:r>
              <w:t>NCSCS</w:t>
            </w:r>
          </w:p>
        </w:tc>
        <w:tc>
          <w:tcPr>
            <w:tcW w:w="2099" w:type="dxa"/>
          </w:tcPr>
          <w:p w14:paraId="51670E9B" w14:textId="77777777" w:rsidR="001F47AF" w:rsidRDefault="001F47AF" w:rsidP="00F8131E">
            <w:pPr>
              <w:widowControl w:val="0"/>
              <w:jc w:val="both"/>
              <w:rPr>
                <w:lang w:val="en-GB"/>
              </w:rPr>
            </w:pPr>
            <w:r>
              <w:rPr>
                <w:lang w:val="en-GB"/>
              </w:rPr>
              <w:t>11172</w:t>
            </w:r>
            <w:r>
              <w:t>4</w:t>
            </w:r>
            <w:r>
              <w:rPr>
                <w:lang w:val="en-GB"/>
              </w:rPr>
              <w:t>0</w:t>
            </w:r>
            <w:r>
              <w:t>39035</w:t>
            </w:r>
          </w:p>
        </w:tc>
        <w:tc>
          <w:tcPr>
            <w:tcW w:w="2217" w:type="dxa"/>
            <w:vAlign w:val="center"/>
          </w:tcPr>
          <w:p w14:paraId="79A843D8" w14:textId="77777777" w:rsidR="001F47AF" w:rsidRDefault="001F47AF" w:rsidP="00F8131E">
            <w:pPr>
              <w:widowControl w:val="0"/>
              <w:jc w:val="both"/>
              <w:rPr>
                <w:lang w:val="en-GB"/>
              </w:rPr>
            </w:pPr>
            <w:r w:rsidRPr="003A72CB">
              <w:rPr>
                <w:rFonts w:eastAsia="SimSun" w:cs="Times New Roman"/>
                <w:color w:val="000000"/>
                <w:lang w:eastAsia="zh-CN" w:bidi="ar"/>
              </w:rPr>
              <w:t>NASA KOUSHIK</w:t>
            </w:r>
          </w:p>
        </w:tc>
      </w:tr>
      <w:tr w:rsidR="001F47AF" w14:paraId="3D24500E" w14:textId="77777777" w:rsidTr="00F8131E">
        <w:tc>
          <w:tcPr>
            <w:tcW w:w="1104" w:type="dxa"/>
          </w:tcPr>
          <w:p w14:paraId="72AD9348" w14:textId="77777777" w:rsidR="001F47AF" w:rsidRDefault="001F47AF" w:rsidP="001F47AF">
            <w:pPr>
              <w:widowControl w:val="0"/>
              <w:numPr>
                <w:ilvl w:val="0"/>
                <w:numId w:val="3"/>
              </w:numPr>
              <w:jc w:val="both"/>
            </w:pPr>
          </w:p>
        </w:tc>
        <w:tc>
          <w:tcPr>
            <w:tcW w:w="2117" w:type="dxa"/>
          </w:tcPr>
          <w:p w14:paraId="07F813C4" w14:textId="77777777" w:rsidR="001F47AF" w:rsidRDefault="001F47AF" w:rsidP="00F8131E">
            <w:pPr>
              <w:widowControl w:val="0"/>
              <w:jc w:val="both"/>
            </w:pPr>
            <w:proofErr w:type="gramStart"/>
            <w:r>
              <w:rPr>
                <w:szCs w:val="24"/>
              </w:rPr>
              <w:t>S.KAVITHA</w:t>
            </w:r>
            <w:proofErr w:type="gramEnd"/>
          </w:p>
        </w:tc>
        <w:tc>
          <w:tcPr>
            <w:tcW w:w="1093" w:type="dxa"/>
          </w:tcPr>
          <w:p w14:paraId="531AFB2D" w14:textId="77777777" w:rsidR="001F47AF" w:rsidRDefault="001F47AF" w:rsidP="00F8131E">
            <w:pPr>
              <w:widowControl w:val="0"/>
              <w:jc w:val="both"/>
              <w:rPr>
                <w:lang w:val="en-GB"/>
              </w:rPr>
            </w:pPr>
            <w:r>
              <w:t>NCSCS</w:t>
            </w:r>
          </w:p>
        </w:tc>
        <w:tc>
          <w:tcPr>
            <w:tcW w:w="2099" w:type="dxa"/>
          </w:tcPr>
          <w:p w14:paraId="4D22D74C" w14:textId="77777777" w:rsidR="001F47AF" w:rsidRDefault="001F47AF" w:rsidP="00F8131E">
            <w:pPr>
              <w:widowControl w:val="0"/>
              <w:jc w:val="both"/>
              <w:rPr>
                <w:lang w:val="en-GB"/>
              </w:rPr>
            </w:pPr>
            <w:r>
              <w:rPr>
                <w:lang w:val="en-GB"/>
              </w:rPr>
              <w:t>11172</w:t>
            </w:r>
            <w:r>
              <w:t>4</w:t>
            </w:r>
            <w:r>
              <w:rPr>
                <w:lang w:val="en-GB"/>
              </w:rPr>
              <w:t>0</w:t>
            </w:r>
            <w:r>
              <w:t>39036</w:t>
            </w:r>
          </w:p>
        </w:tc>
        <w:tc>
          <w:tcPr>
            <w:tcW w:w="2217" w:type="dxa"/>
            <w:vAlign w:val="center"/>
          </w:tcPr>
          <w:p w14:paraId="4CAA524E" w14:textId="77777777" w:rsidR="001F47AF" w:rsidRDefault="001F47AF" w:rsidP="00F8131E">
            <w:pPr>
              <w:widowControl w:val="0"/>
              <w:jc w:val="both"/>
              <w:rPr>
                <w:lang w:val="en-GB"/>
              </w:rPr>
            </w:pPr>
            <w:r w:rsidRPr="003A72CB">
              <w:rPr>
                <w:rFonts w:eastAsia="SimSun" w:cs="Times New Roman"/>
                <w:color w:val="000000"/>
                <w:lang w:eastAsia="zh-CN" w:bidi="ar"/>
              </w:rPr>
              <w:t>PADAKANTI PREETHAM CHARY</w:t>
            </w:r>
          </w:p>
        </w:tc>
      </w:tr>
      <w:tr w:rsidR="001F47AF" w14:paraId="4EAF8825" w14:textId="77777777" w:rsidTr="00F8131E">
        <w:tc>
          <w:tcPr>
            <w:tcW w:w="1104" w:type="dxa"/>
          </w:tcPr>
          <w:p w14:paraId="351FFB22" w14:textId="77777777" w:rsidR="001F47AF" w:rsidRDefault="001F47AF" w:rsidP="001F47AF">
            <w:pPr>
              <w:widowControl w:val="0"/>
              <w:numPr>
                <w:ilvl w:val="0"/>
                <w:numId w:val="3"/>
              </w:numPr>
              <w:jc w:val="both"/>
            </w:pPr>
          </w:p>
        </w:tc>
        <w:tc>
          <w:tcPr>
            <w:tcW w:w="2117" w:type="dxa"/>
          </w:tcPr>
          <w:p w14:paraId="26F21D39" w14:textId="77777777" w:rsidR="001F47AF" w:rsidRDefault="001F47AF" w:rsidP="00F8131E">
            <w:pPr>
              <w:widowControl w:val="0"/>
              <w:jc w:val="both"/>
            </w:pPr>
            <w:proofErr w:type="gramStart"/>
            <w:r>
              <w:rPr>
                <w:szCs w:val="24"/>
              </w:rPr>
              <w:t>S.KAVITHA</w:t>
            </w:r>
            <w:proofErr w:type="gramEnd"/>
          </w:p>
        </w:tc>
        <w:tc>
          <w:tcPr>
            <w:tcW w:w="1093" w:type="dxa"/>
          </w:tcPr>
          <w:p w14:paraId="3157CD54" w14:textId="77777777" w:rsidR="001F47AF" w:rsidRDefault="001F47AF" w:rsidP="00F8131E">
            <w:pPr>
              <w:widowControl w:val="0"/>
              <w:jc w:val="both"/>
              <w:rPr>
                <w:lang w:val="en-GB"/>
              </w:rPr>
            </w:pPr>
            <w:r>
              <w:t>NCSCS</w:t>
            </w:r>
          </w:p>
        </w:tc>
        <w:tc>
          <w:tcPr>
            <w:tcW w:w="2099" w:type="dxa"/>
          </w:tcPr>
          <w:p w14:paraId="106CDD25" w14:textId="77777777" w:rsidR="001F47AF" w:rsidRDefault="001F47AF" w:rsidP="00F8131E">
            <w:pPr>
              <w:widowControl w:val="0"/>
              <w:jc w:val="both"/>
              <w:rPr>
                <w:lang w:val="en-GB"/>
              </w:rPr>
            </w:pPr>
            <w:r>
              <w:rPr>
                <w:lang w:val="en-GB"/>
              </w:rPr>
              <w:t>11172</w:t>
            </w:r>
            <w:r>
              <w:t>4</w:t>
            </w:r>
            <w:r>
              <w:rPr>
                <w:lang w:val="en-GB"/>
              </w:rPr>
              <w:t>0</w:t>
            </w:r>
            <w:r>
              <w:t>39037</w:t>
            </w:r>
          </w:p>
        </w:tc>
        <w:tc>
          <w:tcPr>
            <w:tcW w:w="2217" w:type="dxa"/>
            <w:vAlign w:val="center"/>
          </w:tcPr>
          <w:p w14:paraId="3B6C8ED0" w14:textId="77777777" w:rsidR="001F47AF" w:rsidRDefault="001F47AF" w:rsidP="00F8131E">
            <w:pPr>
              <w:widowControl w:val="0"/>
              <w:jc w:val="both"/>
              <w:rPr>
                <w:lang w:val="en-GB"/>
              </w:rPr>
            </w:pPr>
            <w:r w:rsidRPr="003A72CB">
              <w:rPr>
                <w:rFonts w:eastAsia="SimSun" w:cs="Times New Roman"/>
                <w:color w:val="000000"/>
                <w:lang w:eastAsia="zh-CN" w:bidi="ar"/>
              </w:rPr>
              <w:t>PALARAM YUVARAJ</w:t>
            </w:r>
          </w:p>
        </w:tc>
      </w:tr>
      <w:tr w:rsidR="001F47AF" w14:paraId="49EAFD9C" w14:textId="77777777" w:rsidTr="00F8131E">
        <w:tc>
          <w:tcPr>
            <w:tcW w:w="1104" w:type="dxa"/>
          </w:tcPr>
          <w:p w14:paraId="3F06D154" w14:textId="77777777" w:rsidR="001F47AF" w:rsidRDefault="001F47AF" w:rsidP="001F47AF">
            <w:pPr>
              <w:widowControl w:val="0"/>
              <w:numPr>
                <w:ilvl w:val="0"/>
                <w:numId w:val="3"/>
              </w:numPr>
              <w:jc w:val="both"/>
            </w:pPr>
          </w:p>
        </w:tc>
        <w:tc>
          <w:tcPr>
            <w:tcW w:w="2117" w:type="dxa"/>
          </w:tcPr>
          <w:p w14:paraId="03994DD9" w14:textId="77777777" w:rsidR="001F47AF" w:rsidRDefault="001F47AF" w:rsidP="00F8131E">
            <w:pPr>
              <w:widowControl w:val="0"/>
              <w:jc w:val="both"/>
            </w:pPr>
            <w:proofErr w:type="gramStart"/>
            <w:r>
              <w:rPr>
                <w:szCs w:val="24"/>
              </w:rPr>
              <w:t>S.KAVITHA</w:t>
            </w:r>
            <w:proofErr w:type="gramEnd"/>
          </w:p>
        </w:tc>
        <w:tc>
          <w:tcPr>
            <w:tcW w:w="1093" w:type="dxa"/>
          </w:tcPr>
          <w:p w14:paraId="2B4C3881" w14:textId="77777777" w:rsidR="001F47AF" w:rsidRDefault="001F47AF" w:rsidP="00F8131E">
            <w:pPr>
              <w:widowControl w:val="0"/>
              <w:jc w:val="both"/>
              <w:rPr>
                <w:lang w:val="en-GB"/>
              </w:rPr>
            </w:pPr>
            <w:r>
              <w:t>NCSCS</w:t>
            </w:r>
          </w:p>
        </w:tc>
        <w:tc>
          <w:tcPr>
            <w:tcW w:w="2099" w:type="dxa"/>
          </w:tcPr>
          <w:p w14:paraId="262068F5" w14:textId="77777777" w:rsidR="001F47AF" w:rsidRDefault="001F47AF" w:rsidP="00F8131E">
            <w:pPr>
              <w:widowControl w:val="0"/>
              <w:jc w:val="both"/>
              <w:rPr>
                <w:lang w:val="en-GB"/>
              </w:rPr>
            </w:pPr>
            <w:r>
              <w:rPr>
                <w:lang w:val="en-GB"/>
              </w:rPr>
              <w:t>11172</w:t>
            </w:r>
            <w:r>
              <w:t>4</w:t>
            </w:r>
            <w:r>
              <w:rPr>
                <w:lang w:val="en-GB"/>
              </w:rPr>
              <w:t>0</w:t>
            </w:r>
            <w:r>
              <w:t>39038</w:t>
            </w:r>
          </w:p>
        </w:tc>
        <w:tc>
          <w:tcPr>
            <w:tcW w:w="2217" w:type="dxa"/>
            <w:vAlign w:val="center"/>
          </w:tcPr>
          <w:p w14:paraId="44674C68" w14:textId="77777777" w:rsidR="001F47AF" w:rsidRDefault="001F47AF" w:rsidP="00F8131E">
            <w:pPr>
              <w:widowControl w:val="0"/>
              <w:jc w:val="both"/>
              <w:rPr>
                <w:lang w:val="en-GB"/>
              </w:rPr>
            </w:pPr>
            <w:r w:rsidRPr="003A72CB">
              <w:rPr>
                <w:rFonts w:eastAsia="SimSun" w:cs="Times New Roman"/>
                <w:color w:val="000000"/>
                <w:lang w:eastAsia="zh-CN" w:bidi="ar"/>
              </w:rPr>
              <w:t>PALLAMCHERU BHAVANTEJA</w:t>
            </w:r>
          </w:p>
        </w:tc>
      </w:tr>
      <w:tr w:rsidR="001F47AF" w14:paraId="32AAFDE4" w14:textId="77777777" w:rsidTr="00F8131E">
        <w:tc>
          <w:tcPr>
            <w:tcW w:w="1104" w:type="dxa"/>
          </w:tcPr>
          <w:p w14:paraId="57101C9E" w14:textId="77777777" w:rsidR="001F47AF" w:rsidRDefault="001F47AF" w:rsidP="001F47AF">
            <w:pPr>
              <w:widowControl w:val="0"/>
              <w:numPr>
                <w:ilvl w:val="0"/>
                <w:numId w:val="3"/>
              </w:numPr>
              <w:jc w:val="both"/>
            </w:pPr>
          </w:p>
        </w:tc>
        <w:tc>
          <w:tcPr>
            <w:tcW w:w="2117" w:type="dxa"/>
          </w:tcPr>
          <w:p w14:paraId="2026B629" w14:textId="77777777" w:rsidR="001F47AF" w:rsidRDefault="001F47AF" w:rsidP="00F8131E">
            <w:pPr>
              <w:widowControl w:val="0"/>
              <w:jc w:val="both"/>
            </w:pPr>
            <w:proofErr w:type="gramStart"/>
            <w:r>
              <w:rPr>
                <w:szCs w:val="24"/>
              </w:rPr>
              <w:t>S.KAVITHA</w:t>
            </w:r>
            <w:proofErr w:type="gramEnd"/>
          </w:p>
        </w:tc>
        <w:tc>
          <w:tcPr>
            <w:tcW w:w="1093" w:type="dxa"/>
          </w:tcPr>
          <w:p w14:paraId="082717CB" w14:textId="77777777" w:rsidR="001F47AF" w:rsidRDefault="001F47AF" w:rsidP="00F8131E">
            <w:pPr>
              <w:widowControl w:val="0"/>
              <w:jc w:val="both"/>
              <w:rPr>
                <w:lang w:val="en-GB"/>
              </w:rPr>
            </w:pPr>
            <w:r>
              <w:t>NCSCS</w:t>
            </w:r>
          </w:p>
        </w:tc>
        <w:tc>
          <w:tcPr>
            <w:tcW w:w="2099" w:type="dxa"/>
          </w:tcPr>
          <w:p w14:paraId="5EC87281" w14:textId="77777777" w:rsidR="001F47AF" w:rsidRDefault="001F47AF" w:rsidP="00F8131E">
            <w:pPr>
              <w:widowControl w:val="0"/>
              <w:jc w:val="both"/>
              <w:rPr>
                <w:lang w:val="en-GB"/>
              </w:rPr>
            </w:pPr>
            <w:r>
              <w:rPr>
                <w:lang w:val="en-GB"/>
              </w:rPr>
              <w:t>11172</w:t>
            </w:r>
            <w:r>
              <w:t>4</w:t>
            </w:r>
            <w:r>
              <w:rPr>
                <w:lang w:val="en-GB"/>
              </w:rPr>
              <w:t>0</w:t>
            </w:r>
            <w:r>
              <w:t>39039</w:t>
            </w:r>
          </w:p>
        </w:tc>
        <w:tc>
          <w:tcPr>
            <w:tcW w:w="2217" w:type="dxa"/>
            <w:vAlign w:val="center"/>
          </w:tcPr>
          <w:p w14:paraId="4ADD9BB3" w14:textId="77777777" w:rsidR="001F47AF" w:rsidRDefault="001F47AF" w:rsidP="00F8131E">
            <w:pPr>
              <w:widowControl w:val="0"/>
              <w:jc w:val="both"/>
              <w:rPr>
                <w:lang w:val="en-GB"/>
              </w:rPr>
            </w:pPr>
            <w:r w:rsidRPr="003A72CB">
              <w:rPr>
                <w:rFonts w:eastAsia="SimSun" w:cs="Times New Roman"/>
                <w:color w:val="000000"/>
                <w:lang w:eastAsia="zh-CN" w:bidi="ar"/>
              </w:rPr>
              <w:t>PAVAN KUMAVAT</w:t>
            </w:r>
          </w:p>
        </w:tc>
      </w:tr>
      <w:tr w:rsidR="001F47AF" w14:paraId="48B04518" w14:textId="77777777" w:rsidTr="00F8131E">
        <w:tc>
          <w:tcPr>
            <w:tcW w:w="1104" w:type="dxa"/>
          </w:tcPr>
          <w:p w14:paraId="64DAE1D4" w14:textId="77777777" w:rsidR="001F47AF" w:rsidRDefault="001F47AF" w:rsidP="001F47AF">
            <w:pPr>
              <w:widowControl w:val="0"/>
              <w:numPr>
                <w:ilvl w:val="0"/>
                <w:numId w:val="3"/>
              </w:numPr>
              <w:jc w:val="both"/>
            </w:pPr>
          </w:p>
        </w:tc>
        <w:tc>
          <w:tcPr>
            <w:tcW w:w="2117" w:type="dxa"/>
          </w:tcPr>
          <w:p w14:paraId="3C165F3A" w14:textId="77777777" w:rsidR="001F47AF" w:rsidRDefault="001F47AF" w:rsidP="00F8131E">
            <w:pPr>
              <w:widowControl w:val="0"/>
              <w:jc w:val="both"/>
            </w:pPr>
            <w:proofErr w:type="gramStart"/>
            <w:r>
              <w:rPr>
                <w:szCs w:val="24"/>
              </w:rPr>
              <w:t>S.KAVITHA</w:t>
            </w:r>
            <w:proofErr w:type="gramEnd"/>
          </w:p>
        </w:tc>
        <w:tc>
          <w:tcPr>
            <w:tcW w:w="1093" w:type="dxa"/>
          </w:tcPr>
          <w:p w14:paraId="41500C69" w14:textId="77777777" w:rsidR="001F47AF" w:rsidRDefault="001F47AF" w:rsidP="00F8131E">
            <w:pPr>
              <w:widowControl w:val="0"/>
              <w:jc w:val="both"/>
              <w:rPr>
                <w:lang w:val="en-GB"/>
              </w:rPr>
            </w:pPr>
            <w:r>
              <w:t>NCSCS</w:t>
            </w:r>
          </w:p>
        </w:tc>
        <w:tc>
          <w:tcPr>
            <w:tcW w:w="2099" w:type="dxa"/>
          </w:tcPr>
          <w:p w14:paraId="36F8F7E7" w14:textId="77777777" w:rsidR="001F47AF" w:rsidRDefault="001F47AF" w:rsidP="00F8131E">
            <w:pPr>
              <w:widowControl w:val="0"/>
              <w:jc w:val="both"/>
              <w:rPr>
                <w:lang w:val="en-GB"/>
              </w:rPr>
            </w:pPr>
            <w:r>
              <w:rPr>
                <w:lang w:val="en-GB"/>
              </w:rPr>
              <w:t>11172</w:t>
            </w:r>
            <w:r>
              <w:t>4</w:t>
            </w:r>
            <w:r>
              <w:rPr>
                <w:lang w:val="en-GB"/>
              </w:rPr>
              <w:t>0</w:t>
            </w:r>
            <w:r>
              <w:t>39040</w:t>
            </w:r>
          </w:p>
        </w:tc>
        <w:tc>
          <w:tcPr>
            <w:tcW w:w="2217" w:type="dxa"/>
            <w:vAlign w:val="center"/>
          </w:tcPr>
          <w:p w14:paraId="084B3801" w14:textId="77777777" w:rsidR="001F47AF" w:rsidRDefault="001F47AF" w:rsidP="00F8131E">
            <w:pPr>
              <w:widowControl w:val="0"/>
              <w:jc w:val="both"/>
              <w:rPr>
                <w:lang w:val="en-GB"/>
              </w:rPr>
            </w:pPr>
            <w:r w:rsidRPr="003A72CB">
              <w:rPr>
                <w:rFonts w:eastAsia="SimSun" w:cs="Times New Roman"/>
                <w:color w:val="000000"/>
                <w:lang w:eastAsia="zh-CN" w:bidi="ar"/>
              </w:rPr>
              <w:t>PENDEM MANICHARAN</w:t>
            </w:r>
          </w:p>
        </w:tc>
      </w:tr>
      <w:tr w:rsidR="001F47AF" w14:paraId="360E7DF0" w14:textId="77777777" w:rsidTr="00F8131E">
        <w:tc>
          <w:tcPr>
            <w:tcW w:w="1104" w:type="dxa"/>
          </w:tcPr>
          <w:p w14:paraId="2D57958B" w14:textId="77777777" w:rsidR="001F47AF" w:rsidRDefault="001F47AF" w:rsidP="001F47AF">
            <w:pPr>
              <w:widowControl w:val="0"/>
              <w:numPr>
                <w:ilvl w:val="0"/>
                <w:numId w:val="3"/>
              </w:numPr>
              <w:jc w:val="both"/>
            </w:pPr>
          </w:p>
        </w:tc>
        <w:tc>
          <w:tcPr>
            <w:tcW w:w="2117" w:type="dxa"/>
          </w:tcPr>
          <w:p w14:paraId="1410B796" w14:textId="77777777" w:rsidR="001F47AF" w:rsidRDefault="001F47AF" w:rsidP="00F8131E">
            <w:pPr>
              <w:widowControl w:val="0"/>
              <w:jc w:val="both"/>
              <w:rPr>
                <w:lang w:val="en-GB"/>
              </w:rPr>
            </w:pPr>
            <w:r>
              <w:t>M.VASUDHA</w:t>
            </w:r>
          </w:p>
        </w:tc>
        <w:tc>
          <w:tcPr>
            <w:tcW w:w="1093" w:type="dxa"/>
          </w:tcPr>
          <w:p w14:paraId="605FB0E9" w14:textId="77777777" w:rsidR="001F47AF" w:rsidRDefault="001F47AF" w:rsidP="00F8131E">
            <w:pPr>
              <w:widowControl w:val="0"/>
              <w:jc w:val="both"/>
              <w:rPr>
                <w:lang w:val="en-GB"/>
              </w:rPr>
            </w:pPr>
            <w:r>
              <w:t>NCSCS</w:t>
            </w:r>
          </w:p>
        </w:tc>
        <w:tc>
          <w:tcPr>
            <w:tcW w:w="2099" w:type="dxa"/>
          </w:tcPr>
          <w:p w14:paraId="5212B60E" w14:textId="77777777" w:rsidR="001F47AF" w:rsidRDefault="001F47AF" w:rsidP="00F8131E">
            <w:pPr>
              <w:widowControl w:val="0"/>
              <w:jc w:val="both"/>
              <w:rPr>
                <w:lang w:val="en-GB"/>
              </w:rPr>
            </w:pPr>
            <w:r>
              <w:rPr>
                <w:lang w:val="en-GB"/>
              </w:rPr>
              <w:t>11172</w:t>
            </w:r>
            <w:r>
              <w:t>4</w:t>
            </w:r>
            <w:r>
              <w:rPr>
                <w:lang w:val="en-GB"/>
              </w:rPr>
              <w:t>0</w:t>
            </w:r>
            <w:r>
              <w:t>39041</w:t>
            </w:r>
          </w:p>
        </w:tc>
        <w:tc>
          <w:tcPr>
            <w:tcW w:w="2217" w:type="dxa"/>
            <w:vAlign w:val="center"/>
          </w:tcPr>
          <w:p w14:paraId="32DF2801" w14:textId="77777777" w:rsidR="001F47AF" w:rsidRDefault="001F47AF" w:rsidP="00F8131E">
            <w:pPr>
              <w:widowControl w:val="0"/>
              <w:jc w:val="both"/>
              <w:rPr>
                <w:lang w:val="en-GB"/>
              </w:rPr>
            </w:pPr>
            <w:r w:rsidRPr="003A72CB">
              <w:rPr>
                <w:rFonts w:eastAsia="SimSun" w:cs="Times New Roman"/>
                <w:color w:val="000000"/>
                <w:lang w:eastAsia="zh-CN" w:bidi="ar"/>
              </w:rPr>
              <w:t>POTHARAJU ABHIRAM ADITHYA</w:t>
            </w:r>
          </w:p>
        </w:tc>
      </w:tr>
      <w:tr w:rsidR="001F47AF" w14:paraId="16D1C02A" w14:textId="77777777" w:rsidTr="00F8131E">
        <w:tc>
          <w:tcPr>
            <w:tcW w:w="1104" w:type="dxa"/>
          </w:tcPr>
          <w:p w14:paraId="65023647" w14:textId="77777777" w:rsidR="001F47AF" w:rsidRDefault="001F47AF" w:rsidP="001F47AF">
            <w:pPr>
              <w:widowControl w:val="0"/>
              <w:numPr>
                <w:ilvl w:val="0"/>
                <w:numId w:val="3"/>
              </w:numPr>
              <w:jc w:val="both"/>
            </w:pPr>
          </w:p>
        </w:tc>
        <w:tc>
          <w:tcPr>
            <w:tcW w:w="2117" w:type="dxa"/>
          </w:tcPr>
          <w:p w14:paraId="20E936AF" w14:textId="77777777" w:rsidR="001F47AF" w:rsidRDefault="001F47AF" w:rsidP="00F8131E">
            <w:pPr>
              <w:widowControl w:val="0"/>
              <w:jc w:val="both"/>
            </w:pPr>
            <w:r>
              <w:t>M.VASUDHA</w:t>
            </w:r>
          </w:p>
        </w:tc>
        <w:tc>
          <w:tcPr>
            <w:tcW w:w="1093" w:type="dxa"/>
          </w:tcPr>
          <w:p w14:paraId="2DE398D7" w14:textId="77777777" w:rsidR="001F47AF" w:rsidRDefault="001F47AF" w:rsidP="00F8131E">
            <w:pPr>
              <w:widowControl w:val="0"/>
              <w:jc w:val="both"/>
              <w:rPr>
                <w:lang w:val="en-GB"/>
              </w:rPr>
            </w:pPr>
            <w:r>
              <w:t>NCSCS</w:t>
            </w:r>
          </w:p>
        </w:tc>
        <w:tc>
          <w:tcPr>
            <w:tcW w:w="2099" w:type="dxa"/>
          </w:tcPr>
          <w:p w14:paraId="0F6B2B9A" w14:textId="77777777" w:rsidR="001F47AF" w:rsidRDefault="001F47AF" w:rsidP="00F8131E">
            <w:pPr>
              <w:widowControl w:val="0"/>
              <w:jc w:val="both"/>
              <w:rPr>
                <w:lang w:val="en-GB"/>
              </w:rPr>
            </w:pPr>
            <w:r>
              <w:rPr>
                <w:lang w:val="en-GB"/>
              </w:rPr>
              <w:t>11172</w:t>
            </w:r>
            <w:r>
              <w:t>4</w:t>
            </w:r>
            <w:r>
              <w:rPr>
                <w:lang w:val="en-GB"/>
              </w:rPr>
              <w:t>0</w:t>
            </w:r>
            <w:r>
              <w:t>39042</w:t>
            </w:r>
          </w:p>
        </w:tc>
        <w:tc>
          <w:tcPr>
            <w:tcW w:w="2217" w:type="dxa"/>
            <w:vAlign w:val="center"/>
          </w:tcPr>
          <w:p w14:paraId="1D746EF7" w14:textId="77777777" w:rsidR="001F47AF" w:rsidRDefault="001F47AF" w:rsidP="00F8131E">
            <w:pPr>
              <w:widowControl w:val="0"/>
              <w:jc w:val="both"/>
              <w:rPr>
                <w:lang w:val="en-GB"/>
              </w:rPr>
            </w:pPr>
            <w:r w:rsidRPr="003A72CB">
              <w:rPr>
                <w:rFonts w:eastAsia="SimSun" w:cs="Times New Roman"/>
                <w:color w:val="000000"/>
                <w:lang w:eastAsia="zh-CN" w:bidi="ar"/>
              </w:rPr>
              <w:t>PRETAM BERA</w:t>
            </w:r>
          </w:p>
        </w:tc>
      </w:tr>
      <w:tr w:rsidR="001F47AF" w14:paraId="1F12E980" w14:textId="77777777" w:rsidTr="00F8131E">
        <w:tc>
          <w:tcPr>
            <w:tcW w:w="1104" w:type="dxa"/>
          </w:tcPr>
          <w:p w14:paraId="07C5DB36" w14:textId="77777777" w:rsidR="001F47AF" w:rsidRDefault="001F47AF" w:rsidP="001F47AF">
            <w:pPr>
              <w:widowControl w:val="0"/>
              <w:numPr>
                <w:ilvl w:val="0"/>
                <w:numId w:val="3"/>
              </w:numPr>
              <w:jc w:val="both"/>
            </w:pPr>
          </w:p>
        </w:tc>
        <w:tc>
          <w:tcPr>
            <w:tcW w:w="2117" w:type="dxa"/>
          </w:tcPr>
          <w:p w14:paraId="4C7752D3" w14:textId="77777777" w:rsidR="001F47AF" w:rsidRDefault="001F47AF" w:rsidP="00F8131E">
            <w:pPr>
              <w:widowControl w:val="0"/>
              <w:jc w:val="both"/>
            </w:pPr>
            <w:r>
              <w:t>M.VASUDHA</w:t>
            </w:r>
          </w:p>
        </w:tc>
        <w:tc>
          <w:tcPr>
            <w:tcW w:w="1093" w:type="dxa"/>
          </w:tcPr>
          <w:p w14:paraId="18B148F0" w14:textId="77777777" w:rsidR="001F47AF" w:rsidRDefault="001F47AF" w:rsidP="00F8131E">
            <w:pPr>
              <w:widowControl w:val="0"/>
              <w:jc w:val="both"/>
            </w:pPr>
            <w:r>
              <w:t>NCSCS</w:t>
            </w:r>
          </w:p>
        </w:tc>
        <w:tc>
          <w:tcPr>
            <w:tcW w:w="2099" w:type="dxa"/>
          </w:tcPr>
          <w:p w14:paraId="6447E252" w14:textId="77777777" w:rsidR="001F47AF" w:rsidRDefault="001F47AF" w:rsidP="00F8131E">
            <w:pPr>
              <w:widowControl w:val="0"/>
              <w:jc w:val="both"/>
            </w:pPr>
            <w:r>
              <w:rPr>
                <w:lang w:val="en-GB"/>
              </w:rPr>
              <w:t>11172</w:t>
            </w:r>
            <w:r>
              <w:t>4</w:t>
            </w:r>
            <w:r>
              <w:rPr>
                <w:lang w:val="en-GB"/>
              </w:rPr>
              <w:t>0</w:t>
            </w:r>
            <w:r>
              <w:t>39043</w:t>
            </w:r>
          </w:p>
        </w:tc>
        <w:tc>
          <w:tcPr>
            <w:tcW w:w="2217" w:type="dxa"/>
            <w:vAlign w:val="center"/>
          </w:tcPr>
          <w:p w14:paraId="34C25A67" w14:textId="77777777" w:rsidR="001F47AF" w:rsidRDefault="001F47AF" w:rsidP="00F8131E">
            <w:pPr>
              <w:widowControl w:val="0"/>
              <w:jc w:val="both"/>
              <w:rPr>
                <w:lang w:val="en-GB"/>
              </w:rPr>
            </w:pPr>
            <w:r w:rsidRPr="003A72CB">
              <w:rPr>
                <w:rFonts w:eastAsia="SimSun" w:cs="Times New Roman"/>
                <w:color w:val="000000"/>
                <w:lang w:eastAsia="zh-CN" w:bidi="ar"/>
              </w:rPr>
              <w:t>ROHIT SAHNI</w:t>
            </w:r>
          </w:p>
        </w:tc>
      </w:tr>
      <w:tr w:rsidR="001F47AF" w14:paraId="4FE74D15" w14:textId="77777777" w:rsidTr="00F8131E">
        <w:tc>
          <w:tcPr>
            <w:tcW w:w="1104" w:type="dxa"/>
          </w:tcPr>
          <w:p w14:paraId="3394A34D" w14:textId="77777777" w:rsidR="001F47AF" w:rsidRDefault="001F47AF" w:rsidP="001F47AF">
            <w:pPr>
              <w:widowControl w:val="0"/>
              <w:numPr>
                <w:ilvl w:val="0"/>
                <w:numId w:val="3"/>
              </w:numPr>
              <w:jc w:val="both"/>
            </w:pPr>
          </w:p>
        </w:tc>
        <w:tc>
          <w:tcPr>
            <w:tcW w:w="2117" w:type="dxa"/>
          </w:tcPr>
          <w:p w14:paraId="6849859B" w14:textId="77777777" w:rsidR="001F47AF" w:rsidRDefault="001F47AF" w:rsidP="00F8131E">
            <w:pPr>
              <w:widowControl w:val="0"/>
              <w:jc w:val="both"/>
            </w:pPr>
            <w:r>
              <w:t>M.VASUDHA</w:t>
            </w:r>
          </w:p>
        </w:tc>
        <w:tc>
          <w:tcPr>
            <w:tcW w:w="1093" w:type="dxa"/>
          </w:tcPr>
          <w:p w14:paraId="679773D5" w14:textId="77777777" w:rsidR="001F47AF" w:rsidRDefault="001F47AF" w:rsidP="00F8131E">
            <w:pPr>
              <w:widowControl w:val="0"/>
              <w:jc w:val="both"/>
              <w:rPr>
                <w:lang w:val="en-GB"/>
              </w:rPr>
            </w:pPr>
            <w:r>
              <w:t>NCSCS</w:t>
            </w:r>
          </w:p>
        </w:tc>
        <w:tc>
          <w:tcPr>
            <w:tcW w:w="2099" w:type="dxa"/>
          </w:tcPr>
          <w:p w14:paraId="38439B21" w14:textId="77777777" w:rsidR="001F47AF" w:rsidRDefault="001F47AF" w:rsidP="00F8131E">
            <w:pPr>
              <w:widowControl w:val="0"/>
              <w:jc w:val="both"/>
              <w:rPr>
                <w:lang w:val="en-GB"/>
              </w:rPr>
            </w:pPr>
            <w:r>
              <w:rPr>
                <w:lang w:val="en-GB"/>
              </w:rPr>
              <w:t>11172</w:t>
            </w:r>
            <w:r>
              <w:t>4</w:t>
            </w:r>
            <w:r>
              <w:rPr>
                <w:lang w:val="en-GB"/>
              </w:rPr>
              <w:t>0</w:t>
            </w:r>
            <w:r>
              <w:t>39044</w:t>
            </w:r>
          </w:p>
        </w:tc>
        <w:tc>
          <w:tcPr>
            <w:tcW w:w="2217" w:type="dxa"/>
            <w:vAlign w:val="center"/>
          </w:tcPr>
          <w:p w14:paraId="14A31848" w14:textId="77777777" w:rsidR="001F47AF" w:rsidRDefault="001F47AF" w:rsidP="00F8131E">
            <w:pPr>
              <w:widowControl w:val="0"/>
              <w:jc w:val="both"/>
              <w:rPr>
                <w:lang w:val="en-GB"/>
              </w:rPr>
            </w:pPr>
            <w:r w:rsidRPr="003A72CB">
              <w:rPr>
                <w:rFonts w:eastAsia="SimSun" w:cs="Times New Roman"/>
                <w:color w:val="000000"/>
                <w:lang w:eastAsia="zh-CN" w:bidi="ar"/>
              </w:rPr>
              <w:t>R VIKRAMADITYA WENCE</w:t>
            </w:r>
          </w:p>
        </w:tc>
      </w:tr>
      <w:tr w:rsidR="001F47AF" w14:paraId="4D1C75D1" w14:textId="77777777" w:rsidTr="00F8131E">
        <w:tc>
          <w:tcPr>
            <w:tcW w:w="1104" w:type="dxa"/>
          </w:tcPr>
          <w:p w14:paraId="7785110B" w14:textId="77777777" w:rsidR="001F47AF" w:rsidRDefault="001F47AF" w:rsidP="001F47AF">
            <w:pPr>
              <w:widowControl w:val="0"/>
              <w:numPr>
                <w:ilvl w:val="0"/>
                <w:numId w:val="3"/>
              </w:numPr>
              <w:jc w:val="both"/>
            </w:pPr>
          </w:p>
        </w:tc>
        <w:tc>
          <w:tcPr>
            <w:tcW w:w="2117" w:type="dxa"/>
          </w:tcPr>
          <w:p w14:paraId="46EBBAD9" w14:textId="77777777" w:rsidR="001F47AF" w:rsidRDefault="001F47AF" w:rsidP="00F8131E">
            <w:pPr>
              <w:widowControl w:val="0"/>
              <w:jc w:val="both"/>
            </w:pPr>
            <w:r>
              <w:t>M.VASUDHA</w:t>
            </w:r>
          </w:p>
        </w:tc>
        <w:tc>
          <w:tcPr>
            <w:tcW w:w="1093" w:type="dxa"/>
          </w:tcPr>
          <w:p w14:paraId="5C6BE761" w14:textId="77777777" w:rsidR="001F47AF" w:rsidRDefault="001F47AF" w:rsidP="00F8131E">
            <w:pPr>
              <w:widowControl w:val="0"/>
              <w:jc w:val="both"/>
              <w:rPr>
                <w:lang w:val="en-GB"/>
              </w:rPr>
            </w:pPr>
            <w:r>
              <w:t>NCSCS</w:t>
            </w:r>
          </w:p>
        </w:tc>
        <w:tc>
          <w:tcPr>
            <w:tcW w:w="2099" w:type="dxa"/>
          </w:tcPr>
          <w:p w14:paraId="32985832" w14:textId="77777777" w:rsidR="001F47AF" w:rsidRDefault="001F47AF" w:rsidP="00F8131E">
            <w:pPr>
              <w:widowControl w:val="0"/>
              <w:jc w:val="both"/>
              <w:rPr>
                <w:lang w:val="en-GB"/>
              </w:rPr>
            </w:pPr>
            <w:r>
              <w:rPr>
                <w:lang w:val="en-GB"/>
              </w:rPr>
              <w:t>11172</w:t>
            </w:r>
            <w:r>
              <w:t>4</w:t>
            </w:r>
            <w:r>
              <w:rPr>
                <w:lang w:val="en-GB"/>
              </w:rPr>
              <w:t>0</w:t>
            </w:r>
            <w:r>
              <w:t>39045</w:t>
            </w:r>
          </w:p>
        </w:tc>
        <w:tc>
          <w:tcPr>
            <w:tcW w:w="2217" w:type="dxa"/>
            <w:vAlign w:val="center"/>
          </w:tcPr>
          <w:p w14:paraId="197C357B" w14:textId="77777777" w:rsidR="001F47AF" w:rsidRDefault="001F47AF" w:rsidP="00F8131E">
            <w:pPr>
              <w:widowControl w:val="0"/>
              <w:jc w:val="both"/>
              <w:rPr>
                <w:lang w:val="en-GB"/>
              </w:rPr>
            </w:pPr>
            <w:r w:rsidRPr="003A72CB">
              <w:rPr>
                <w:rFonts w:eastAsia="SimSun" w:cs="Times New Roman"/>
                <w:color w:val="000000"/>
                <w:lang w:eastAsia="zh-CN" w:bidi="ar"/>
              </w:rPr>
              <w:t>SHIRAPU HEMANTH REDDY</w:t>
            </w:r>
          </w:p>
        </w:tc>
      </w:tr>
      <w:tr w:rsidR="001F47AF" w14:paraId="2BA5EDB6" w14:textId="77777777" w:rsidTr="00F8131E">
        <w:tc>
          <w:tcPr>
            <w:tcW w:w="1104" w:type="dxa"/>
          </w:tcPr>
          <w:p w14:paraId="57E0AD5D" w14:textId="77777777" w:rsidR="001F47AF" w:rsidRDefault="001F47AF" w:rsidP="001F47AF">
            <w:pPr>
              <w:widowControl w:val="0"/>
              <w:numPr>
                <w:ilvl w:val="0"/>
                <w:numId w:val="3"/>
              </w:numPr>
              <w:jc w:val="both"/>
            </w:pPr>
          </w:p>
        </w:tc>
        <w:tc>
          <w:tcPr>
            <w:tcW w:w="2117" w:type="dxa"/>
          </w:tcPr>
          <w:p w14:paraId="6167ABD7" w14:textId="77777777" w:rsidR="001F47AF" w:rsidRDefault="001F47AF" w:rsidP="00F8131E">
            <w:pPr>
              <w:widowControl w:val="0"/>
              <w:jc w:val="both"/>
            </w:pPr>
            <w:r>
              <w:t>M.VASUDHA</w:t>
            </w:r>
          </w:p>
        </w:tc>
        <w:tc>
          <w:tcPr>
            <w:tcW w:w="1093" w:type="dxa"/>
          </w:tcPr>
          <w:p w14:paraId="613835E3" w14:textId="77777777" w:rsidR="001F47AF" w:rsidRDefault="001F47AF" w:rsidP="00F8131E">
            <w:pPr>
              <w:widowControl w:val="0"/>
              <w:jc w:val="both"/>
            </w:pPr>
            <w:r>
              <w:t>NCSCS</w:t>
            </w:r>
          </w:p>
        </w:tc>
        <w:tc>
          <w:tcPr>
            <w:tcW w:w="2099" w:type="dxa"/>
          </w:tcPr>
          <w:p w14:paraId="44783D0D" w14:textId="77777777" w:rsidR="001F47AF" w:rsidRDefault="001F47AF" w:rsidP="00F8131E">
            <w:pPr>
              <w:widowControl w:val="0"/>
              <w:jc w:val="both"/>
            </w:pPr>
            <w:r>
              <w:rPr>
                <w:lang w:val="en-GB"/>
              </w:rPr>
              <w:t>11172</w:t>
            </w:r>
            <w:r>
              <w:t>4</w:t>
            </w:r>
            <w:r>
              <w:rPr>
                <w:lang w:val="en-GB"/>
              </w:rPr>
              <w:t>0</w:t>
            </w:r>
            <w:r>
              <w:t>39046</w:t>
            </w:r>
          </w:p>
        </w:tc>
        <w:tc>
          <w:tcPr>
            <w:tcW w:w="2217" w:type="dxa"/>
            <w:vAlign w:val="center"/>
          </w:tcPr>
          <w:p w14:paraId="53CAF1AA" w14:textId="77777777" w:rsidR="001F47AF" w:rsidRDefault="001F47AF" w:rsidP="00F8131E">
            <w:pPr>
              <w:widowControl w:val="0"/>
              <w:jc w:val="both"/>
              <w:rPr>
                <w:lang w:val="en-GB"/>
              </w:rPr>
            </w:pPr>
            <w:r w:rsidRPr="003A72CB">
              <w:rPr>
                <w:rFonts w:eastAsia="SimSun" w:cs="Times New Roman"/>
                <w:color w:val="000000"/>
                <w:lang w:eastAsia="zh-CN" w:bidi="ar"/>
              </w:rPr>
              <w:t>SURAPANENI CHAITANYA</w:t>
            </w:r>
          </w:p>
        </w:tc>
      </w:tr>
      <w:tr w:rsidR="001F47AF" w14:paraId="77A11A83" w14:textId="77777777" w:rsidTr="00F8131E">
        <w:tc>
          <w:tcPr>
            <w:tcW w:w="1104" w:type="dxa"/>
          </w:tcPr>
          <w:p w14:paraId="179D28A0" w14:textId="77777777" w:rsidR="001F47AF" w:rsidRDefault="001F47AF" w:rsidP="001F47AF">
            <w:pPr>
              <w:widowControl w:val="0"/>
              <w:numPr>
                <w:ilvl w:val="0"/>
                <w:numId w:val="3"/>
              </w:numPr>
              <w:jc w:val="both"/>
            </w:pPr>
          </w:p>
        </w:tc>
        <w:tc>
          <w:tcPr>
            <w:tcW w:w="2117" w:type="dxa"/>
          </w:tcPr>
          <w:p w14:paraId="032C3CDF" w14:textId="77777777" w:rsidR="001F47AF" w:rsidRDefault="001F47AF" w:rsidP="00F8131E">
            <w:pPr>
              <w:widowControl w:val="0"/>
              <w:jc w:val="both"/>
            </w:pPr>
            <w:r>
              <w:t>M.VASUDHA</w:t>
            </w:r>
          </w:p>
        </w:tc>
        <w:tc>
          <w:tcPr>
            <w:tcW w:w="1093" w:type="dxa"/>
          </w:tcPr>
          <w:p w14:paraId="5327FA12" w14:textId="77777777" w:rsidR="001F47AF" w:rsidRDefault="001F47AF" w:rsidP="00F8131E">
            <w:pPr>
              <w:widowControl w:val="0"/>
              <w:jc w:val="both"/>
              <w:rPr>
                <w:lang w:val="en-GB"/>
              </w:rPr>
            </w:pPr>
            <w:r>
              <w:t>NCSCS</w:t>
            </w:r>
          </w:p>
        </w:tc>
        <w:tc>
          <w:tcPr>
            <w:tcW w:w="2099" w:type="dxa"/>
          </w:tcPr>
          <w:p w14:paraId="3FB1742F" w14:textId="77777777" w:rsidR="001F47AF" w:rsidRDefault="001F47AF" w:rsidP="00F8131E">
            <w:pPr>
              <w:widowControl w:val="0"/>
              <w:jc w:val="both"/>
              <w:rPr>
                <w:lang w:val="en-GB"/>
              </w:rPr>
            </w:pPr>
            <w:r>
              <w:rPr>
                <w:lang w:val="en-GB"/>
              </w:rPr>
              <w:t>11172</w:t>
            </w:r>
            <w:r>
              <w:t>4</w:t>
            </w:r>
            <w:r>
              <w:rPr>
                <w:lang w:val="en-GB"/>
              </w:rPr>
              <w:t>0</w:t>
            </w:r>
            <w:r>
              <w:t>39047</w:t>
            </w:r>
          </w:p>
        </w:tc>
        <w:tc>
          <w:tcPr>
            <w:tcW w:w="2217" w:type="dxa"/>
            <w:vAlign w:val="center"/>
          </w:tcPr>
          <w:p w14:paraId="15C31248" w14:textId="77777777" w:rsidR="001F47AF" w:rsidRDefault="001F47AF" w:rsidP="00F8131E">
            <w:pPr>
              <w:widowControl w:val="0"/>
              <w:jc w:val="both"/>
              <w:rPr>
                <w:lang w:val="en-GB"/>
              </w:rPr>
            </w:pPr>
            <w:r w:rsidRPr="003A72CB">
              <w:rPr>
                <w:rFonts w:eastAsia="SimSun" w:cs="Times New Roman"/>
                <w:color w:val="000000"/>
                <w:lang w:eastAsia="zh-CN" w:bidi="ar"/>
              </w:rPr>
              <w:t>VOOSA VIVEK</w:t>
            </w:r>
          </w:p>
        </w:tc>
      </w:tr>
      <w:tr w:rsidR="001F47AF" w14:paraId="78E58D00" w14:textId="77777777" w:rsidTr="00F8131E">
        <w:tc>
          <w:tcPr>
            <w:tcW w:w="1104" w:type="dxa"/>
          </w:tcPr>
          <w:p w14:paraId="7A8302EE" w14:textId="77777777" w:rsidR="001F47AF" w:rsidRDefault="001F47AF" w:rsidP="001F47AF">
            <w:pPr>
              <w:widowControl w:val="0"/>
              <w:numPr>
                <w:ilvl w:val="0"/>
                <w:numId w:val="3"/>
              </w:numPr>
              <w:jc w:val="both"/>
            </w:pPr>
          </w:p>
        </w:tc>
        <w:tc>
          <w:tcPr>
            <w:tcW w:w="2117" w:type="dxa"/>
          </w:tcPr>
          <w:p w14:paraId="0F1461AB" w14:textId="77777777" w:rsidR="001F47AF" w:rsidRDefault="001F47AF" w:rsidP="00F8131E">
            <w:pPr>
              <w:widowControl w:val="0"/>
              <w:jc w:val="both"/>
            </w:pPr>
            <w:r>
              <w:t>M.VASUDHA</w:t>
            </w:r>
          </w:p>
        </w:tc>
        <w:tc>
          <w:tcPr>
            <w:tcW w:w="1093" w:type="dxa"/>
          </w:tcPr>
          <w:p w14:paraId="1BF3A4AE" w14:textId="77777777" w:rsidR="001F47AF" w:rsidRDefault="001F47AF" w:rsidP="00F8131E">
            <w:pPr>
              <w:widowControl w:val="0"/>
              <w:jc w:val="both"/>
              <w:rPr>
                <w:lang w:val="en-GB"/>
              </w:rPr>
            </w:pPr>
            <w:r>
              <w:t>NCSCS</w:t>
            </w:r>
          </w:p>
        </w:tc>
        <w:tc>
          <w:tcPr>
            <w:tcW w:w="2099" w:type="dxa"/>
          </w:tcPr>
          <w:p w14:paraId="6D016C98" w14:textId="77777777" w:rsidR="001F47AF" w:rsidRDefault="001F47AF" w:rsidP="00F8131E">
            <w:pPr>
              <w:widowControl w:val="0"/>
              <w:jc w:val="both"/>
              <w:rPr>
                <w:lang w:val="en-GB"/>
              </w:rPr>
            </w:pPr>
            <w:r>
              <w:rPr>
                <w:lang w:val="en-GB"/>
              </w:rPr>
              <w:t>11172</w:t>
            </w:r>
            <w:r>
              <w:t>4</w:t>
            </w:r>
            <w:r>
              <w:rPr>
                <w:lang w:val="en-GB"/>
              </w:rPr>
              <w:t>0</w:t>
            </w:r>
            <w:r>
              <w:t>39048</w:t>
            </w:r>
          </w:p>
        </w:tc>
        <w:tc>
          <w:tcPr>
            <w:tcW w:w="2217" w:type="dxa"/>
            <w:vAlign w:val="center"/>
          </w:tcPr>
          <w:p w14:paraId="6AAFE4B3" w14:textId="77777777" w:rsidR="001F47AF" w:rsidRDefault="001F47AF" w:rsidP="00F8131E">
            <w:pPr>
              <w:widowControl w:val="0"/>
              <w:jc w:val="both"/>
              <w:rPr>
                <w:lang w:val="en-GB"/>
              </w:rPr>
            </w:pPr>
            <w:r w:rsidRPr="003A72CB">
              <w:rPr>
                <w:rFonts w:eastAsia="SimSun" w:cs="Times New Roman"/>
                <w:color w:val="000000"/>
                <w:lang w:eastAsia="zh-CN" w:bidi="ar"/>
              </w:rPr>
              <w:t>YANAGADDA SATYA SREE HARI PHANEENDRA</w:t>
            </w:r>
          </w:p>
        </w:tc>
      </w:tr>
      <w:tr w:rsidR="001F47AF" w14:paraId="0DF56ABB" w14:textId="77777777" w:rsidTr="00F8131E">
        <w:tc>
          <w:tcPr>
            <w:tcW w:w="1104" w:type="dxa"/>
          </w:tcPr>
          <w:p w14:paraId="195F415F" w14:textId="77777777" w:rsidR="001F47AF" w:rsidRDefault="001F47AF" w:rsidP="001F47AF">
            <w:pPr>
              <w:widowControl w:val="0"/>
              <w:numPr>
                <w:ilvl w:val="0"/>
                <w:numId w:val="3"/>
              </w:numPr>
              <w:jc w:val="both"/>
            </w:pPr>
          </w:p>
        </w:tc>
        <w:tc>
          <w:tcPr>
            <w:tcW w:w="2117" w:type="dxa"/>
          </w:tcPr>
          <w:p w14:paraId="765BA377" w14:textId="77777777" w:rsidR="001F47AF" w:rsidRDefault="001F47AF" w:rsidP="00F8131E">
            <w:pPr>
              <w:widowControl w:val="0"/>
              <w:jc w:val="both"/>
            </w:pPr>
            <w:r>
              <w:t>M.VASUDHA</w:t>
            </w:r>
          </w:p>
        </w:tc>
        <w:tc>
          <w:tcPr>
            <w:tcW w:w="1093" w:type="dxa"/>
          </w:tcPr>
          <w:p w14:paraId="349AF0C9" w14:textId="77777777" w:rsidR="001F47AF" w:rsidRDefault="001F47AF" w:rsidP="00F8131E">
            <w:pPr>
              <w:widowControl w:val="0"/>
              <w:jc w:val="both"/>
              <w:rPr>
                <w:lang w:val="en-GB"/>
              </w:rPr>
            </w:pPr>
            <w:r>
              <w:t>NCSCS</w:t>
            </w:r>
          </w:p>
        </w:tc>
        <w:tc>
          <w:tcPr>
            <w:tcW w:w="2099" w:type="dxa"/>
          </w:tcPr>
          <w:p w14:paraId="37141FDE" w14:textId="77777777" w:rsidR="001F47AF" w:rsidRDefault="001F47AF" w:rsidP="00F8131E">
            <w:pPr>
              <w:widowControl w:val="0"/>
              <w:jc w:val="both"/>
              <w:rPr>
                <w:lang w:val="en-GB"/>
              </w:rPr>
            </w:pPr>
            <w:r>
              <w:rPr>
                <w:lang w:val="en-GB"/>
              </w:rPr>
              <w:t>11172</w:t>
            </w:r>
            <w:r>
              <w:t>4</w:t>
            </w:r>
            <w:r>
              <w:rPr>
                <w:lang w:val="en-GB"/>
              </w:rPr>
              <w:t>0</w:t>
            </w:r>
            <w:r>
              <w:t>39049</w:t>
            </w:r>
          </w:p>
        </w:tc>
        <w:tc>
          <w:tcPr>
            <w:tcW w:w="2217" w:type="dxa"/>
            <w:vAlign w:val="center"/>
          </w:tcPr>
          <w:p w14:paraId="1A17611E" w14:textId="77777777" w:rsidR="001F47AF" w:rsidRDefault="001F47AF" w:rsidP="00F8131E">
            <w:pPr>
              <w:widowControl w:val="0"/>
              <w:jc w:val="both"/>
              <w:rPr>
                <w:lang w:val="en-GB"/>
              </w:rPr>
            </w:pPr>
            <w:r w:rsidRPr="003A72CB">
              <w:rPr>
                <w:rFonts w:eastAsia="SimSun" w:cs="Times New Roman"/>
                <w:color w:val="000000"/>
                <w:lang w:eastAsia="zh-CN" w:bidi="ar"/>
              </w:rPr>
              <w:t>NANDI PRAVEEN</w:t>
            </w:r>
          </w:p>
        </w:tc>
      </w:tr>
      <w:tr w:rsidR="001F47AF" w14:paraId="01225F0C" w14:textId="77777777" w:rsidTr="00F8131E">
        <w:tc>
          <w:tcPr>
            <w:tcW w:w="1104" w:type="dxa"/>
          </w:tcPr>
          <w:p w14:paraId="1B0C4F91" w14:textId="77777777" w:rsidR="001F47AF" w:rsidRDefault="001F47AF" w:rsidP="001F47AF">
            <w:pPr>
              <w:widowControl w:val="0"/>
              <w:numPr>
                <w:ilvl w:val="0"/>
                <w:numId w:val="3"/>
              </w:numPr>
              <w:jc w:val="both"/>
            </w:pPr>
          </w:p>
        </w:tc>
        <w:tc>
          <w:tcPr>
            <w:tcW w:w="2117" w:type="dxa"/>
          </w:tcPr>
          <w:p w14:paraId="42553A07" w14:textId="77777777" w:rsidR="001F47AF" w:rsidRDefault="001F47AF" w:rsidP="00F8131E">
            <w:pPr>
              <w:widowControl w:val="0"/>
              <w:jc w:val="both"/>
            </w:pPr>
            <w:r>
              <w:t>M.VASUDHA</w:t>
            </w:r>
          </w:p>
        </w:tc>
        <w:tc>
          <w:tcPr>
            <w:tcW w:w="1093" w:type="dxa"/>
          </w:tcPr>
          <w:p w14:paraId="5A9FFBE7" w14:textId="77777777" w:rsidR="001F47AF" w:rsidRDefault="001F47AF" w:rsidP="00F8131E">
            <w:pPr>
              <w:widowControl w:val="0"/>
              <w:jc w:val="both"/>
              <w:rPr>
                <w:lang w:val="en-GB"/>
              </w:rPr>
            </w:pPr>
            <w:r>
              <w:t>NCSCS</w:t>
            </w:r>
          </w:p>
        </w:tc>
        <w:tc>
          <w:tcPr>
            <w:tcW w:w="2099" w:type="dxa"/>
          </w:tcPr>
          <w:p w14:paraId="468FB332" w14:textId="77777777" w:rsidR="001F47AF" w:rsidRDefault="001F47AF" w:rsidP="00F8131E">
            <w:pPr>
              <w:widowControl w:val="0"/>
              <w:jc w:val="both"/>
              <w:rPr>
                <w:lang w:val="en-GB"/>
              </w:rPr>
            </w:pPr>
            <w:r>
              <w:rPr>
                <w:lang w:val="en-GB"/>
              </w:rPr>
              <w:t>11172</w:t>
            </w:r>
            <w:r>
              <w:t>4</w:t>
            </w:r>
            <w:r>
              <w:rPr>
                <w:lang w:val="en-GB"/>
              </w:rPr>
              <w:t>0</w:t>
            </w:r>
            <w:r>
              <w:t>39050</w:t>
            </w:r>
          </w:p>
        </w:tc>
        <w:tc>
          <w:tcPr>
            <w:tcW w:w="2217" w:type="dxa"/>
            <w:vAlign w:val="center"/>
          </w:tcPr>
          <w:p w14:paraId="11DA5CAF" w14:textId="77777777" w:rsidR="001F47AF" w:rsidRDefault="001F47AF" w:rsidP="00F8131E">
            <w:pPr>
              <w:widowControl w:val="0"/>
              <w:jc w:val="both"/>
              <w:rPr>
                <w:lang w:val="en-GB"/>
              </w:rPr>
            </w:pPr>
            <w:r w:rsidRPr="003A72CB">
              <w:rPr>
                <w:rFonts w:eastAsia="SimSun" w:cs="Times New Roman"/>
                <w:color w:val="000000"/>
                <w:lang w:eastAsia="zh-CN" w:bidi="ar"/>
              </w:rPr>
              <w:t xml:space="preserve">Abhi Vardhan </w:t>
            </w:r>
            <w:proofErr w:type="spellStart"/>
            <w:r w:rsidRPr="003A72CB">
              <w:rPr>
                <w:rFonts w:eastAsia="SimSun" w:cs="Times New Roman"/>
                <w:color w:val="000000"/>
                <w:lang w:eastAsia="zh-CN" w:bidi="ar"/>
              </w:rPr>
              <w:t>reddy</w:t>
            </w:r>
            <w:proofErr w:type="spellEnd"/>
          </w:p>
        </w:tc>
      </w:tr>
      <w:tr w:rsidR="001F47AF" w14:paraId="49E4390D" w14:textId="77777777" w:rsidTr="00F8131E">
        <w:tc>
          <w:tcPr>
            <w:tcW w:w="1104" w:type="dxa"/>
          </w:tcPr>
          <w:p w14:paraId="1EA50F0D" w14:textId="77777777" w:rsidR="001F47AF" w:rsidRDefault="001F47AF" w:rsidP="001F47AF">
            <w:pPr>
              <w:widowControl w:val="0"/>
              <w:numPr>
                <w:ilvl w:val="0"/>
                <w:numId w:val="3"/>
              </w:numPr>
              <w:jc w:val="both"/>
            </w:pPr>
          </w:p>
        </w:tc>
        <w:tc>
          <w:tcPr>
            <w:tcW w:w="2117" w:type="dxa"/>
          </w:tcPr>
          <w:p w14:paraId="3D3F2856" w14:textId="77777777" w:rsidR="001F47AF" w:rsidRDefault="001F47AF" w:rsidP="00F8131E">
            <w:pPr>
              <w:widowControl w:val="0"/>
              <w:jc w:val="both"/>
            </w:pPr>
            <w:r>
              <w:t>M.VASUDHA</w:t>
            </w:r>
          </w:p>
        </w:tc>
        <w:tc>
          <w:tcPr>
            <w:tcW w:w="1093" w:type="dxa"/>
          </w:tcPr>
          <w:p w14:paraId="3AFB3C94" w14:textId="77777777" w:rsidR="001F47AF" w:rsidRDefault="001F47AF" w:rsidP="00F8131E">
            <w:pPr>
              <w:widowControl w:val="0"/>
              <w:jc w:val="both"/>
            </w:pPr>
            <w:r>
              <w:t>NCSCS</w:t>
            </w:r>
          </w:p>
        </w:tc>
        <w:tc>
          <w:tcPr>
            <w:tcW w:w="2099" w:type="dxa"/>
          </w:tcPr>
          <w:p w14:paraId="534FC6F1" w14:textId="77777777" w:rsidR="001F47AF" w:rsidRDefault="001F47AF" w:rsidP="00F8131E">
            <w:pPr>
              <w:widowControl w:val="0"/>
              <w:jc w:val="both"/>
              <w:rPr>
                <w:lang w:val="en-GB"/>
              </w:rPr>
            </w:pPr>
            <w:r>
              <w:rPr>
                <w:lang w:val="en-GB"/>
              </w:rPr>
              <w:t>1117230</w:t>
            </w:r>
            <w:r>
              <w:t>39032</w:t>
            </w:r>
          </w:p>
        </w:tc>
        <w:tc>
          <w:tcPr>
            <w:tcW w:w="2217" w:type="dxa"/>
            <w:vAlign w:val="center"/>
          </w:tcPr>
          <w:p w14:paraId="368FE8D6" w14:textId="77777777" w:rsidR="001F47AF" w:rsidRPr="003A72CB" w:rsidRDefault="001F47AF" w:rsidP="00F8131E">
            <w:pPr>
              <w:widowControl w:val="0"/>
              <w:jc w:val="both"/>
              <w:rPr>
                <w:rFonts w:eastAsia="SimSun" w:cs="Times New Roman"/>
                <w:color w:val="000000"/>
                <w:lang w:eastAsia="zh-CN" w:bidi="ar"/>
              </w:rPr>
            </w:pPr>
            <w:r>
              <w:rPr>
                <w:rFonts w:eastAsia="SimSun" w:cs="Times New Roman"/>
                <w:color w:val="000000"/>
                <w:lang w:eastAsia="zh-CN" w:bidi="ar"/>
              </w:rPr>
              <w:t>M.SATHWIK</w:t>
            </w:r>
          </w:p>
        </w:tc>
      </w:tr>
    </w:tbl>
    <w:p w14:paraId="536D835C" w14:textId="77777777" w:rsidR="001F47AF" w:rsidRDefault="001F47AF" w:rsidP="001F47AF">
      <w:pPr>
        <w:rPr>
          <w:rFonts w:cs="Times New Roman"/>
          <w:b/>
          <w:bCs/>
          <w:sz w:val="36"/>
          <w:szCs w:val="36"/>
          <w:lang w:val="en-GB"/>
        </w:rPr>
      </w:pPr>
    </w:p>
    <w:p w14:paraId="0B58F5BD" w14:textId="77777777" w:rsidR="001F47AF" w:rsidRDefault="001F47AF" w:rsidP="001F47AF">
      <w:pPr>
        <w:rPr>
          <w:b/>
          <w:bCs/>
        </w:rPr>
      </w:pPr>
    </w:p>
    <w:p w14:paraId="7122051D" w14:textId="77777777" w:rsidR="001F47AF" w:rsidRDefault="001F47AF" w:rsidP="001F47AF">
      <w:pPr>
        <w:rPr>
          <w:b/>
          <w:bCs/>
        </w:rPr>
      </w:pPr>
    </w:p>
    <w:p w14:paraId="2BCB3900" w14:textId="77777777" w:rsidR="001F47AF" w:rsidRDefault="001F47AF" w:rsidP="001F47AF">
      <w:pPr>
        <w:rPr>
          <w:b/>
          <w:bCs/>
        </w:rPr>
      </w:pPr>
    </w:p>
    <w:p w14:paraId="47FAD390" w14:textId="77777777" w:rsidR="001F47AF" w:rsidRDefault="001F47AF" w:rsidP="001F47AF">
      <w:pPr>
        <w:rPr>
          <w:b/>
          <w:bCs/>
        </w:rPr>
      </w:pPr>
    </w:p>
    <w:p w14:paraId="2B553FE2" w14:textId="2E568360" w:rsidR="001F47AF" w:rsidRDefault="001F47AF" w:rsidP="001F47AF">
      <w:pPr>
        <w:rPr>
          <w:b/>
          <w:bCs/>
        </w:rPr>
      </w:pPr>
      <w:r w:rsidRPr="0047087A">
        <w:rPr>
          <w:b/>
          <w:bCs/>
        </w:rPr>
        <w:t xml:space="preserve">Programme &amp; Year: </w:t>
      </w:r>
      <w:proofErr w:type="spellStart"/>
      <w:proofErr w:type="gramStart"/>
      <w:r w:rsidRPr="0047087A">
        <w:rPr>
          <w:b/>
          <w:bCs/>
        </w:rPr>
        <w:t>B.Sc</w:t>
      </w:r>
      <w:proofErr w:type="spellEnd"/>
      <w:proofErr w:type="gramEnd"/>
      <w:r w:rsidRPr="0047087A">
        <w:rPr>
          <w:b/>
          <w:bCs/>
        </w:rPr>
        <w:t xml:space="preserve"> Computer Science &amp; Cyber security </w:t>
      </w:r>
      <w:r>
        <w:rPr>
          <w:b/>
          <w:bCs/>
        </w:rPr>
        <w:t>3</w:t>
      </w:r>
      <w:r w:rsidRPr="0047087A">
        <w:rPr>
          <w:b/>
          <w:bCs/>
          <w:vertAlign w:val="superscript"/>
        </w:rPr>
        <w:t>rd</w:t>
      </w:r>
    </w:p>
    <w:p w14:paraId="6E58F889" w14:textId="40B6B5D8" w:rsidR="001F47AF" w:rsidRPr="001F47AF" w:rsidRDefault="001F47AF" w:rsidP="001F47AF">
      <w:pPr>
        <w:rPr>
          <w:b/>
          <w:bCs/>
        </w:rPr>
      </w:pPr>
      <w:r w:rsidRPr="0047087A">
        <w:rPr>
          <w:b/>
          <w:bCs/>
        </w:rPr>
        <w:t xml:space="preserve">  Yea</w:t>
      </w:r>
      <w:r>
        <w:rPr>
          <w:b/>
          <w:bCs/>
        </w:rPr>
        <w:t>r</w:t>
      </w:r>
    </w:p>
    <w:tbl>
      <w:tblPr>
        <w:tblStyle w:val="TableGrid"/>
        <w:tblpPr w:leftFromText="180" w:rightFromText="180" w:vertAnchor="text" w:horzAnchor="page" w:tblpX="2575" w:tblpY="431"/>
        <w:tblOverlap w:val="never"/>
        <w:tblW w:w="0" w:type="auto"/>
        <w:tblLook w:val="04A0" w:firstRow="1" w:lastRow="0" w:firstColumn="1" w:lastColumn="0" w:noHBand="0" w:noVBand="1"/>
      </w:tblPr>
      <w:tblGrid>
        <w:gridCol w:w="1125"/>
        <w:gridCol w:w="2199"/>
        <w:gridCol w:w="1225"/>
        <w:gridCol w:w="2076"/>
        <w:gridCol w:w="2005"/>
      </w:tblGrid>
      <w:tr w:rsidR="001F47AF" w14:paraId="1E616326" w14:textId="77777777" w:rsidTr="00F8131E">
        <w:trPr>
          <w:trHeight w:val="359"/>
        </w:trPr>
        <w:tc>
          <w:tcPr>
            <w:tcW w:w="1125" w:type="dxa"/>
          </w:tcPr>
          <w:p w14:paraId="66437F3A" w14:textId="77777777" w:rsidR="001F47AF" w:rsidRDefault="001F47AF" w:rsidP="00F8131E">
            <w:pPr>
              <w:widowControl w:val="0"/>
              <w:jc w:val="both"/>
              <w:rPr>
                <w:b/>
                <w:bCs/>
                <w:lang w:val="en-GB"/>
              </w:rPr>
            </w:pPr>
            <w:r>
              <w:rPr>
                <w:b/>
                <w:bCs/>
                <w:lang w:val="en-GB"/>
              </w:rPr>
              <w:t>S.no</w:t>
            </w:r>
          </w:p>
        </w:tc>
        <w:tc>
          <w:tcPr>
            <w:tcW w:w="2199" w:type="dxa"/>
          </w:tcPr>
          <w:p w14:paraId="4674BDCB" w14:textId="77777777" w:rsidR="001F47AF" w:rsidRDefault="001F47AF" w:rsidP="00F8131E">
            <w:pPr>
              <w:widowControl w:val="0"/>
              <w:jc w:val="both"/>
              <w:rPr>
                <w:b/>
                <w:bCs/>
                <w:lang w:val="en-GB"/>
              </w:rPr>
            </w:pPr>
            <w:r>
              <w:rPr>
                <w:b/>
                <w:bCs/>
                <w:lang w:val="en-GB"/>
              </w:rPr>
              <w:t>Name of the Mentor</w:t>
            </w:r>
          </w:p>
        </w:tc>
        <w:tc>
          <w:tcPr>
            <w:tcW w:w="1225" w:type="dxa"/>
          </w:tcPr>
          <w:p w14:paraId="07A1F9E7" w14:textId="77777777" w:rsidR="001F47AF" w:rsidRDefault="001F47AF" w:rsidP="00F8131E">
            <w:pPr>
              <w:widowControl w:val="0"/>
              <w:jc w:val="both"/>
              <w:rPr>
                <w:b/>
                <w:bCs/>
                <w:lang w:val="en-GB"/>
              </w:rPr>
            </w:pPr>
            <w:r>
              <w:rPr>
                <w:b/>
                <w:bCs/>
                <w:lang w:val="en-GB"/>
              </w:rPr>
              <w:t>CLASS</w:t>
            </w:r>
          </w:p>
        </w:tc>
        <w:tc>
          <w:tcPr>
            <w:tcW w:w="2076" w:type="dxa"/>
          </w:tcPr>
          <w:p w14:paraId="6BFCCEA2" w14:textId="77777777" w:rsidR="001F47AF" w:rsidRDefault="001F47AF" w:rsidP="00F8131E">
            <w:pPr>
              <w:widowControl w:val="0"/>
              <w:jc w:val="both"/>
              <w:rPr>
                <w:b/>
                <w:bCs/>
                <w:lang w:val="en-GB"/>
              </w:rPr>
            </w:pPr>
            <w:r>
              <w:rPr>
                <w:b/>
                <w:bCs/>
                <w:lang w:val="en-GB"/>
              </w:rPr>
              <w:t>UID NUMBER</w:t>
            </w:r>
          </w:p>
        </w:tc>
        <w:tc>
          <w:tcPr>
            <w:tcW w:w="2005" w:type="dxa"/>
          </w:tcPr>
          <w:p w14:paraId="5C901423" w14:textId="77777777" w:rsidR="001F47AF" w:rsidRDefault="001F47AF" w:rsidP="00F8131E">
            <w:pPr>
              <w:widowControl w:val="0"/>
              <w:jc w:val="both"/>
              <w:rPr>
                <w:b/>
                <w:bCs/>
                <w:lang w:val="en-GB"/>
              </w:rPr>
            </w:pPr>
            <w:r>
              <w:rPr>
                <w:b/>
                <w:bCs/>
                <w:lang w:val="en-GB"/>
              </w:rPr>
              <w:t>Name of the Student</w:t>
            </w:r>
          </w:p>
        </w:tc>
      </w:tr>
      <w:tr w:rsidR="001F47AF" w14:paraId="4B707FB4" w14:textId="77777777" w:rsidTr="00F8131E">
        <w:trPr>
          <w:trHeight w:val="228"/>
        </w:trPr>
        <w:tc>
          <w:tcPr>
            <w:tcW w:w="1125" w:type="dxa"/>
          </w:tcPr>
          <w:p w14:paraId="192579E1" w14:textId="77777777" w:rsidR="001F47AF" w:rsidRDefault="001F47AF" w:rsidP="001F47AF">
            <w:pPr>
              <w:widowControl w:val="0"/>
              <w:numPr>
                <w:ilvl w:val="0"/>
                <w:numId w:val="4"/>
              </w:numPr>
              <w:jc w:val="both"/>
              <w:rPr>
                <w:lang w:val="en-GB"/>
              </w:rPr>
            </w:pPr>
          </w:p>
        </w:tc>
        <w:tc>
          <w:tcPr>
            <w:tcW w:w="2199" w:type="dxa"/>
          </w:tcPr>
          <w:p w14:paraId="4DC174BE" w14:textId="77777777" w:rsidR="001F47AF" w:rsidRDefault="001F47AF" w:rsidP="00F8131E">
            <w:pPr>
              <w:rPr>
                <w:lang w:val="en-GB"/>
              </w:rPr>
            </w:pPr>
            <w:proofErr w:type="gramStart"/>
            <w:r>
              <w:rPr>
                <w:lang w:val="en-GB"/>
              </w:rPr>
              <w:t>S.LAKSHMI</w:t>
            </w:r>
            <w:proofErr w:type="gramEnd"/>
          </w:p>
        </w:tc>
        <w:tc>
          <w:tcPr>
            <w:tcW w:w="1225" w:type="dxa"/>
          </w:tcPr>
          <w:p w14:paraId="11A88C38" w14:textId="77777777" w:rsidR="001F47AF" w:rsidRDefault="001F47AF" w:rsidP="00F8131E">
            <w:pPr>
              <w:widowControl w:val="0"/>
              <w:jc w:val="both"/>
            </w:pPr>
            <w:r>
              <w:t>DCSCS</w:t>
            </w:r>
          </w:p>
        </w:tc>
        <w:tc>
          <w:tcPr>
            <w:tcW w:w="2076" w:type="dxa"/>
          </w:tcPr>
          <w:p w14:paraId="0A18091A" w14:textId="77777777" w:rsidR="001F47AF" w:rsidRDefault="001F47AF" w:rsidP="00F8131E">
            <w:pPr>
              <w:widowControl w:val="0"/>
              <w:jc w:val="both"/>
            </w:pPr>
            <w:r>
              <w:rPr>
                <w:lang w:val="en-GB"/>
              </w:rPr>
              <w:t>1117230</w:t>
            </w:r>
            <w:r>
              <w:t>39001</w:t>
            </w:r>
          </w:p>
        </w:tc>
        <w:tc>
          <w:tcPr>
            <w:tcW w:w="2005" w:type="dxa"/>
            <w:vAlign w:val="center"/>
          </w:tcPr>
          <w:p w14:paraId="5721EC3B" w14:textId="77777777" w:rsidR="001F47AF" w:rsidRDefault="001F47AF" w:rsidP="00F8131E">
            <w:pPr>
              <w:widowControl w:val="0"/>
              <w:jc w:val="both"/>
              <w:rPr>
                <w:lang w:val="en-GB"/>
              </w:rPr>
            </w:pPr>
            <w:r w:rsidRPr="003A72CB">
              <w:rPr>
                <w:rFonts w:cs="Times New Roman"/>
                <w:color w:val="000000"/>
                <w:sz w:val="20"/>
                <w:szCs w:val="20"/>
              </w:rPr>
              <w:t>ANEVOINA SOWMYA</w:t>
            </w:r>
          </w:p>
        </w:tc>
      </w:tr>
      <w:tr w:rsidR="001F47AF" w14:paraId="12720DDD" w14:textId="77777777" w:rsidTr="00F8131E">
        <w:trPr>
          <w:trHeight w:val="359"/>
        </w:trPr>
        <w:tc>
          <w:tcPr>
            <w:tcW w:w="1125" w:type="dxa"/>
          </w:tcPr>
          <w:p w14:paraId="35E0084A" w14:textId="77777777" w:rsidR="001F47AF" w:rsidRDefault="001F47AF" w:rsidP="001F47AF">
            <w:pPr>
              <w:widowControl w:val="0"/>
              <w:numPr>
                <w:ilvl w:val="0"/>
                <w:numId w:val="4"/>
              </w:numPr>
              <w:jc w:val="both"/>
            </w:pPr>
          </w:p>
        </w:tc>
        <w:tc>
          <w:tcPr>
            <w:tcW w:w="2199" w:type="dxa"/>
          </w:tcPr>
          <w:p w14:paraId="6EAAC7EF" w14:textId="77777777" w:rsidR="001F47AF" w:rsidRDefault="001F47AF" w:rsidP="00F8131E">
            <w:proofErr w:type="gramStart"/>
            <w:r>
              <w:rPr>
                <w:lang w:val="en-GB"/>
              </w:rPr>
              <w:t>S.LAKSHMI</w:t>
            </w:r>
            <w:proofErr w:type="gramEnd"/>
          </w:p>
        </w:tc>
        <w:tc>
          <w:tcPr>
            <w:tcW w:w="1225" w:type="dxa"/>
          </w:tcPr>
          <w:p w14:paraId="28C51FDA" w14:textId="77777777" w:rsidR="001F47AF" w:rsidRDefault="001F47AF" w:rsidP="00F8131E">
            <w:pPr>
              <w:widowControl w:val="0"/>
              <w:jc w:val="both"/>
              <w:rPr>
                <w:lang w:val="en-GB"/>
              </w:rPr>
            </w:pPr>
            <w:r>
              <w:t>DCSCS</w:t>
            </w:r>
          </w:p>
        </w:tc>
        <w:tc>
          <w:tcPr>
            <w:tcW w:w="2076" w:type="dxa"/>
          </w:tcPr>
          <w:p w14:paraId="2D63A3C5" w14:textId="77777777" w:rsidR="001F47AF" w:rsidRDefault="001F47AF" w:rsidP="00F8131E">
            <w:pPr>
              <w:widowControl w:val="0"/>
              <w:jc w:val="both"/>
            </w:pPr>
            <w:r>
              <w:rPr>
                <w:lang w:val="en-GB"/>
              </w:rPr>
              <w:t>1117230</w:t>
            </w:r>
            <w:r>
              <w:t>39002</w:t>
            </w:r>
          </w:p>
        </w:tc>
        <w:tc>
          <w:tcPr>
            <w:tcW w:w="2005" w:type="dxa"/>
            <w:vAlign w:val="center"/>
          </w:tcPr>
          <w:p w14:paraId="628E9189" w14:textId="77777777" w:rsidR="001F47AF" w:rsidRDefault="001F47AF" w:rsidP="00F8131E">
            <w:pPr>
              <w:widowControl w:val="0"/>
              <w:jc w:val="both"/>
              <w:rPr>
                <w:lang w:val="en-GB"/>
              </w:rPr>
            </w:pPr>
            <w:r w:rsidRPr="003A72CB">
              <w:rPr>
                <w:rFonts w:cs="Times New Roman"/>
                <w:color w:val="000000"/>
                <w:sz w:val="20"/>
                <w:szCs w:val="20"/>
              </w:rPr>
              <w:t>BANALA YAMINISRI</w:t>
            </w:r>
          </w:p>
        </w:tc>
      </w:tr>
      <w:tr w:rsidR="001F47AF" w14:paraId="3D11B3F0" w14:textId="77777777" w:rsidTr="00F8131E">
        <w:trPr>
          <w:trHeight w:val="359"/>
        </w:trPr>
        <w:tc>
          <w:tcPr>
            <w:tcW w:w="1125" w:type="dxa"/>
          </w:tcPr>
          <w:p w14:paraId="3C8A89A3" w14:textId="77777777" w:rsidR="001F47AF" w:rsidRDefault="001F47AF" w:rsidP="001F47AF">
            <w:pPr>
              <w:widowControl w:val="0"/>
              <w:numPr>
                <w:ilvl w:val="0"/>
                <w:numId w:val="4"/>
              </w:numPr>
              <w:jc w:val="both"/>
            </w:pPr>
          </w:p>
        </w:tc>
        <w:tc>
          <w:tcPr>
            <w:tcW w:w="2199" w:type="dxa"/>
          </w:tcPr>
          <w:p w14:paraId="29CF0E74" w14:textId="77777777" w:rsidR="001F47AF" w:rsidRDefault="001F47AF" w:rsidP="00F8131E">
            <w:proofErr w:type="gramStart"/>
            <w:r>
              <w:rPr>
                <w:lang w:val="en-GB"/>
              </w:rPr>
              <w:t>S.LAKSHMI</w:t>
            </w:r>
            <w:proofErr w:type="gramEnd"/>
          </w:p>
        </w:tc>
        <w:tc>
          <w:tcPr>
            <w:tcW w:w="1225" w:type="dxa"/>
          </w:tcPr>
          <w:p w14:paraId="076A42A0" w14:textId="77777777" w:rsidR="001F47AF" w:rsidRDefault="001F47AF" w:rsidP="00F8131E">
            <w:pPr>
              <w:widowControl w:val="0"/>
              <w:jc w:val="both"/>
              <w:rPr>
                <w:lang w:val="en-GB"/>
              </w:rPr>
            </w:pPr>
            <w:r>
              <w:t>DCSCS</w:t>
            </w:r>
          </w:p>
        </w:tc>
        <w:tc>
          <w:tcPr>
            <w:tcW w:w="2076" w:type="dxa"/>
          </w:tcPr>
          <w:p w14:paraId="128A965F" w14:textId="77777777" w:rsidR="001F47AF" w:rsidRDefault="001F47AF" w:rsidP="00F8131E">
            <w:pPr>
              <w:widowControl w:val="0"/>
              <w:jc w:val="both"/>
            </w:pPr>
            <w:r>
              <w:rPr>
                <w:lang w:val="en-GB"/>
              </w:rPr>
              <w:t>1117230</w:t>
            </w:r>
            <w:r>
              <w:t>39003</w:t>
            </w:r>
          </w:p>
        </w:tc>
        <w:tc>
          <w:tcPr>
            <w:tcW w:w="2005" w:type="dxa"/>
            <w:vAlign w:val="center"/>
          </w:tcPr>
          <w:p w14:paraId="69B76E5C" w14:textId="77777777" w:rsidR="001F47AF" w:rsidRDefault="001F47AF" w:rsidP="00F8131E">
            <w:pPr>
              <w:widowControl w:val="0"/>
              <w:jc w:val="both"/>
              <w:rPr>
                <w:lang w:val="en-GB"/>
              </w:rPr>
            </w:pPr>
            <w:r w:rsidRPr="003A72CB">
              <w:rPr>
                <w:rFonts w:cs="Times New Roman"/>
                <w:color w:val="000000"/>
                <w:sz w:val="20"/>
                <w:szCs w:val="20"/>
              </w:rPr>
              <w:t>BHAVYA UNNI</w:t>
            </w:r>
          </w:p>
        </w:tc>
      </w:tr>
      <w:tr w:rsidR="001F47AF" w14:paraId="1F07F6FB" w14:textId="77777777" w:rsidTr="00F8131E">
        <w:trPr>
          <w:trHeight w:val="359"/>
        </w:trPr>
        <w:tc>
          <w:tcPr>
            <w:tcW w:w="1125" w:type="dxa"/>
          </w:tcPr>
          <w:p w14:paraId="6B30C2F8" w14:textId="77777777" w:rsidR="001F47AF" w:rsidRDefault="001F47AF" w:rsidP="001F47AF">
            <w:pPr>
              <w:widowControl w:val="0"/>
              <w:numPr>
                <w:ilvl w:val="0"/>
                <w:numId w:val="4"/>
              </w:numPr>
              <w:jc w:val="both"/>
            </w:pPr>
          </w:p>
        </w:tc>
        <w:tc>
          <w:tcPr>
            <w:tcW w:w="2199" w:type="dxa"/>
          </w:tcPr>
          <w:p w14:paraId="48B49A8E" w14:textId="77777777" w:rsidR="001F47AF" w:rsidRDefault="001F47AF" w:rsidP="00F8131E">
            <w:proofErr w:type="gramStart"/>
            <w:r>
              <w:rPr>
                <w:lang w:val="en-GB"/>
              </w:rPr>
              <w:t>S.LAKSHMI</w:t>
            </w:r>
            <w:proofErr w:type="gramEnd"/>
          </w:p>
        </w:tc>
        <w:tc>
          <w:tcPr>
            <w:tcW w:w="1225" w:type="dxa"/>
          </w:tcPr>
          <w:p w14:paraId="539A1A2B" w14:textId="77777777" w:rsidR="001F47AF" w:rsidRDefault="001F47AF" w:rsidP="00F8131E">
            <w:pPr>
              <w:widowControl w:val="0"/>
              <w:jc w:val="both"/>
              <w:rPr>
                <w:lang w:val="en-GB"/>
              </w:rPr>
            </w:pPr>
            <w:r>
              <w:t>DCSCS</w:t>
            </w:r>
          </w:p>
        </w:tc>
        <w:tc>
          <w:tcPr>
            <w:tcW w:w="2076" w:type="dxa"/>
          </w:tcPr>
          <w:p w14:paraId="59EAC2A1" w14:textId="77777777" w:rsidR="001F47AF" w:rsidRDefault="001F47AF" w:rsidP="00F8131E">
            <w:pPr>
              <w:widowControl w:val="0"/>
              <w:jc w:val="both"/>
            </w:pPr>
            <w:r>
              <w:rPr>
                <w:lang w:val="en-GB"/>
              </w:rPr>
              <w:t>1117230</w:t>
            </w:r>
            <w:r>
              <w:t>39004</w:t>
            </w:r>
          </w:p>
        </w:tc>
        <w:tc>
          <w:tcPr>
            <w:tcW w:w="2005" w:type="dxa"/>
            <w:vAlign w:val="center"/>
          </w:tcPr>
          <w:p w14:paraId="1E39809E" w14:textId="77777777" w:rsidR="001F47AF" w:rsidRDefault="001F47AF" w:rsidP="00F8131E">
            <w:pPr>
              <w:widowControl w:val="0"/>
              <w:jc w:val="both"/>
              <w:rPr>
                <w:lang w:val="en-GB"/>
              </w:rPr>
            </w:pPr>
            <w:r w:rsidRPr="003A72CB">
              <w:rPr>
                <w:rFonts w:cs="Times New Roman"/>
                <w:color w:val="000000"/>
                <w:sz w:val="20"/>
                <w:szCs w:val="20"/>
              </w:rPr>
              <w:t>BIYYANI RISHIKASRI</w:t>
            </w:r>
          </w:p>
        </w:tc>
      </w:tr>
      <w:tr w:rsidR="001F47AF" w14:paraId="43976BAF" w14:textId="77777777" w:rsidTr="00F8131E">
        <w:trPr>
          <w:trHeight w:val="350"/>
        </w:trPr>
        <w:tc>
          <w:tcPr>
            <w:tcW w:w="1125" w:type="dxa"/>
          </w:tcPr>
          <w:p w14:paraId="0F9ABCE6" w14:textId="77777777" w:rsidR="001F47AF" w:rsidRDefault="001F47AF" w:rsidP="001F47AF">
            <w:pPr>
              <w:widowControl w:val="0"/>
              <w:numPr>
                <w:ilvl w:val="0"/>
                <w:numId w:val="4"/>
              </w:numPr>
              <w:jc w:val="both"/>
            </w:pPr>
          </w:p>
        </w:tc>
        <w:tc>
          <w:tcPr>
            <w:tcW w:w="2199" w:type="dxa"/>
          </w:tcPr>
          <w:p w14:paraId="3E4D827F" w14:textId="77777777" w:rsidR="001F47AF" w:rsidRDefault="001F47AF" w:rsidP="00F8131E">
            <w:proofErr w:type="gramStart"/>
            <w:r>
              <w:rPr>
                <w:lang w:val="en-GB"/>
              </w:rPr>
              <w:t>S.LAKSHMI</w:t>
            </w:r>
            <w:proofErr w:type="gramEnd"/>
          </w:p>
        </w:tc>
        <w:tc>
          <w:tcPr>
            <w:tcW w:w="1225" w:type="dxa"/>
          </w:tcPr>
          <w:p w14:paraId="3E940BCB" w14:textId="77777777" w:rsidR="001F47AF" w:rsidRDefault="001F47AF" w:rsidP="00F8131E">
            <w:pPr>
              <w:widowControl w:val="0"/>
              <w:jc w:val="both"/>
              <w:rPr>
                <w:lang w:val="en-GB"/>
              </w:rPr>
            </w:pPr>
            <w:r>
              <w:t>DCSCS</w:t>
            </w:r>
          </w:p>
        </w:tc>
        <w:tc>
          <w:tcPr>
            <w:tcW w:w="2076" w:type="dxa"/>
          </w:tcPr>
          <w:p w14:paraId="5095336D" w14:textId="77777777" w:rsidR="001F47AF" w:rsidRDefault="001F47AF" w:rsidP="00F8131E">
            <w:pPr>
              <w:widowControl w:val="0"/>
              <w:jc w:val="both"/>
            </w:pPr>
            <w:r>
              <w:rPr>
                <w:lang w:val="en-GB"/>
              </w:rPr>
              <w:t>1117230</w:t>
            </w:r>
            <w:r>
              <w:t>39005</w:t>
            </w:r>
          </w:p>
        </w:tc>
        <w:tc>
          <w:tcPr>
            <w:tcW w:w="2005" w:type="dxa"/>
            <w:vAlign w:val="center"/>
          </w:tcPr>
          <w:p w14:paraId="06E2BDC9" w14:textId="77777777" w:rsidR="001F47AF" w:rsidRDefault="001F47AF" w:rsidP="00F8131E">
            <w:pPr>
              <w:widowControl w:val="0"/>
              <w:jc w:val="both"/>
              <w:rPr>
                <w:lang w:val="en-GB"/>
              </w:rPr>
            </w:pPr>
            <w:r w:rsidRPr="003A72CB">
              <w:rPr>
                <w:rFonts w:cs="Times New Roman"/>
                <w:color w:val="000000"/>
                <w:sz w:val="20"/>
                <w:szCs w:val="20"/>
              </w:rPr>
              <w:t>CHEKELEA ALICE SALONI</w:t>
            </w:r>
          </w:p>
        </w:tc>
      </w:tr>
      <w:tr w:rsidR="001F47AF" w14:paraId="331C50F3" w14:textId="77777777" w:rsidTr="00F8131E">
        <w:trPr>
          <w:trHeight w:val="359"/>
        </w:trPr>
        <w:tc>
          <w:tcPr>
            <w:tcW w:w="1125" w:type="dxa"/>
          </w:tcPr>
          <w:p w14:paraId="230B0419" w14:textId="77777777" w:rsidR="001F47AF" w:rsidRDefault="001F47AF" w:rsidP="001F47AF">
            <w:pPr>
              <w:widowControl w:val="0"/>
              <w:numPr>
                <w:ilvl w:val="0"/>
                <w:numId w:val="4"/>
              </w:numPr>
              <w:jc w:val="both"/>
            </w:pPr>
          </w:p>
        </w:tc>
        <w:tc>
          <w:tcPr>
            <w:tcW w:w="2199" w:type="dxa"/>
          </w:tcPr>
          <w:p w14:paraId="78A8FFA8" w14:textId="77777777" w:rsidR="001F47AF" w:rsidRDefault="001F47AF" w:rsidP="00F8131E">
            <w:proofErr w:type="gramStart"/>
            <w:r>
              <w:rPr>
                <w:lang w:val="en-GB"/>
              </w:rPr>
              <w:t>S.LAKSHMI</w:t>
            </w:r>
            <w:proofErr w:type="gramEnd"/>
          </w:p>
        </w:tc>
        <w:tc>
          <w:tcPr>
            <w:tcW w:w="1225" w:type="dxa"/>
          </w:tcPr>
          <w:p w14:paraId="0664C24D" w14:textId="77777777" w:rsidR="001F47AF" w:rsidRDefault="001F47AF" w:rsidP="00F8131E">
            <w:pPr>
              <w:widowControl w:val="0"/>
              <w:jc w:val="both"/>
              <w:rPr>
                <w:lang w:val="en-GB"/>
              </w:rPr>
            </w:pPr>
            <w:r>
              <w:t>DCSCS</w:t>
            </w:r>
          </w:p>
        </w:tc>
        <w:tc>
          <w:tcPr>
            <w:tcW w:w="2076" w:type="dxa"/>
          </w:tcPr>
          <w:p w14:paraId="627EB799" w14:textId="77777777" w:rsidR="001F47AF" w:rsidRDefault="001F47AF" w:rsidP="00F8131E">
            <w:pPr>
              <w:widowControl w:val="0"/>
              <w:jc w:val="both"/>
            </w:pPr>
            <w:r>
              <w:rPr>
                <w:lang w:val="en-GB"/>
              </w:rPr>
              <w:t>1117230</w:t>
            </w:r>
            <w:r>
              <w:t>39006</w:t>
            </w:r>
          </w:p>
        </w:tc>
        <w:tc>
          <w:tcPr>
            <w:tcW w:w="2005" w:type="dxa"/>
            <w:vAlign w:val="center"/>
          </w:tcPr>
          <w:p w14:paraId="32564831" w14:textId="77777777" w:rsidR="001F47AF" w:rsidRDefault="001F47AF" w:rsidP="00F8131E">
            <w:pPr>
              <w:widowControl w:val="0"/>
              <w:jc w:val="both"/>
              <w:rPr>
                <w:lang w:val="en-GB"/>
              </w:rPr>
            </w:pPr>
            <w:r w:rsidRPr="003A72CB">
              <w:rPr>
                <w:rFonts w:cs="Times New Roman"/>
                <w:color w:val="000000"/>
                <w:sz w:val="20"/>
                <w:szCs w:val="20"/>
              </w:rPr>
              <w:t>DHAYYA JHANSI</w:t>
            </w:r>
          </w:p>
        </w:tc>
      </w:tr>
      <w:tr w:rsidR="001F47AF" w14:paraId="32AC6FA4" w14:textId="77777777" w:rsidTr="00F8131E">
        <w:trPr>
          <w:trHeight w:val="359"/>
        </w:trPr>
        <w:tc>
          <w:tcPr>
            <w:tcW w:w="1125" w:type="dxa"/>
          </w:tcPr>
          <w:p w14:paraId="605A4940" w14:textId="77777777" w:rsidR="001F47AF" w:rsidRDefault="001F47AF" w:rsidP="001F47AF">
            <w:pPr>
              <w:widowControl w:val="0"/>
              <w:numPr>
                <w:ilvl w:val="0"/>
                <w:numId w:val="4"/>
              </w:numPr>
              <w:jc w:val="both"/>
            </w:pPr>
          </w:p>
        </w:tc>
        <w:tc>
          <w:tcPr>
            <w:tcW w:w="2199" w:type="dxa"/>
          </w:tcPr>
          <w:p w14:paraId="02B90754" w14:textId="77777777" w:rsidR="001F47AF" w:rsidRDefault="001F47AF" w:rsidP="00F8131E">
            <w:proofErr w:type="gramStart"/>
            <w:r>
              <w:rPr>
                <w:lang w:val="en-GB"/>
              </w:rPr>
              <w:t>S.LAKSHMI</w:t>
            </w:r>
            <w:proofErr w:type="gramEnd"/>
          </w:p>
        </w:tc>
        <w:tc>
          <w:tcPr>
            <w:tcW w:w="1225" w:type="dxa"/>
          </w:tcPr>
          <w:p w14:paraId="0F5AC449" w14:textId="77777777" w:rsidR="001F47AF" w:rsidRDefault="001F47AF" w:rsidP="00F8131E">
            <w:pPr>
              <w:widowControl w:val="0"/>
              <w:jc w:val="both"/>
              <w:rPr>
                <w:lang w:val="en-GB"/>
              </w:rPr>
            </w:pPr>
            <w:r>
              <w:t>DCSCS</w:t>
            </w:r>
          </w:p>
        </w:tc>
        <w:tc>
          <w:tcPr>
            <w:tcW w:w="2076" w:type="dxa"/>
          </w:tcPr>
          <w:p w14:paraId="2828E2CA" w14:textId="77777777" w:rsidR="001F47AF" w:rsidRDefault="001F47AF" w:rsidP="00F8131E">
            <w:pPr>
              <w:widowControl w:val="0"/>
              <w:jc w:val="both"/>
            </w:pPr>
            <w:r>
              <w:rPr>
                <w:lang w:val="en-GB"/>
              </w:rPr>
              <w:t>1117230</w:t>
            </w:r>
            <w:r>
              <w:t>39007</w:t>
            </w:r>
          </w:p>
        </w:tc>
        <w:tc>
          <w:tcPr>
            <w:tcW w:w="2005" w:type="dxa"/>
            <w:vAlign w:val="center"/>
          </w:tcPr>
          <w:p w14:paraId="439127B0" w14:textId="77777777" w:rsidR="001F47AF" w:rsidRDefault="001F47AF" w:rsidP="00F8131E">
            <w:pPr>
              <w:widowControl w:val="0"/>
              <w:jc w:val="both"/>
              <w:rPr>
                <w:lang w:val="en-GB"/>
              </w:rPr>
            </w:pPr>
            <w:r w:rsidRPr="003A72CB">
              <w:rPr>
                <w:rFonts w:cs="Times New Roman"/>
                <w:color w:val="000000"/>
                <w:sz w:val="20"/>
                <w:szCs w:val="20"/>
              </w:rPr>
              <w:t>GIDIGAM AKSHITHA</w:t>
            </w:r>
          </w:p>
        </w:tc>
      </w:tr>
      <w:tr w:rsidR="001F47AF" w14:paraId="44F4CFF7" w14:textId="77777777" w:rsidTr="00F8131E">
        <w:trPr>
          <w:trHeight w:val="359"/>
        </w:trPr>
        <w:tc>
          <w:tcPr>
            <w:tcW w:w="1125" w:type="dxa"/>
          </w:tcPr>
          <w:p w14:paraId="1C43C537" w14:textId="77777777" w:rsidR="001F47AF" w:rsidRDefault="001F47AF" w:rsidP="001F47AF">
            <w:pPr>
              <w:widowControl w:val="0"/>
              <w:numPr>
                <w:ilvl w:val="0"/>
                <w:numId w:val="4"/>
              </w:numPr>
              <w:jc w:val="both"/>
            </w:pPr>
          </w:p>
        </w:tc>
        <w:tc>
          <w:tcPr>
            <w:tcW w:w="2199" w:type="dxa"/>
          </w:tcPr>
          <w:p w14:paraId="6EF19243" w14:textId="77777777" w:rsidR="001F47AF" w:rsidRDefault="001F47AF" w:rsidP="00F8131E">
            <w:proofErr w:type="gramStart"/>
            <w:r>
              <w:rPr>
                <w:lang w:val="en-GB"/>
              </w:rPr>
              <w:t>S.LAKSHMI</w:t>
            </w:r>
            <w:proofErr w:type="gramEnd"/>
          </w:p>
        </w:tc>
        <w:tc>
          <w:tcPr>
            <w:tcW w:w="1225" w:type="dxa"/>
          </w:tcPr>
          <w:p w14:paraId="448518E3" w14:textId="77777777" w:rsidR="001F47AF" w:rsidRDefault="001F47AF" w:rsidP="00F8131E">
            <w:pPr>
              <w:widowControl w:val="0"/>
              <w:jc w:val="both"/>
              <w:rPr>
                <w:lang w:val="en-GB"/>
              </w:rPr>
            </w:pPr>
            <w:r>
              <w:t>DCSCS</w:t>
            </w:r>
          </w:p>
        </w:tc>
        <w:tc>
          <w:tcPr>
            <w:tcW w:w="2076" w:type="dxa"/>
          </w:tcPr>
          <w:p w14:paraId="4118A2BE" w14:textId="77777777" w:rsidR="001F47AF" w:rsidRDefault="001F47AF" w:rsidP="00F8131E">
            <w:pPr>
              <w:widowControl w:val="0"/>
              <w:jc w:val="both"/>
            </w:pPr>
            <w:r>
              <w:rPr>
                <w:lang w:val="en-GB"/>
              </w:rPr>
              <w:t>1117230</w:t>
            </w:r>
            <w:r>
              <w:t>39008</w:t>
            </w:r>
          </w:p>
        </w:tc>
        <w:tc>
          <w:tcPr>
            <w:tcW w:w="2005" w:type="dxa"/>
            <w:vAlign w:val="center"/>
          </w:tcPr>
          <w:p w14:paraId="69282A8A" w14:textId="77777777" w:rsidR="001F47AF" w:rsidRDefault="001F47AF" w:rsidP="00F8131E">
            <w:pPr>
              <w:widowControl w:val="0"/>
              <w:jc w:val="both"/>
              <w:rPr>
                <w:lang w:val="en-GB"/>
              </w:rPr>
            </w:pPr>
            <w:r w:rsidRPr="003A72CB">
              <w:rPr>
                <w:rFonts w:cs="Times New Roman"/>
                <w:color w:val="000000"/>
                <w:sz w:val="20"/>
                <w:szCs w:val="20"/>
              </w:rPr>
              <w:t>KORE MOUNIKA</w:t>
            </w:r>
          </w:p>
        </w:tc>
      </w:tr>
      <w:tr w:rsidR="001F47AF" w14:paraId="1FFA6E20" w14:textId="77777777" w:rsidTr="00F8131E">
        <w:trPr>
          <w:trHeight w:val="350"/>
        </w:trPr>
        <w:tc>
          <w:tcPr>
            <w:tcW w:w="1125" w:type="dxa"/>
          </w:tcPr>
          <w:p w14:paraId="7EDB1CC7" w14:textId="77777777" w:rsidR="001F47AF" w:rsidRDefault="001F47AF" w:rsidP="001F47AF">
            <w:pPr>
              <w:widowControl w:val="0"/>
              <w:numPr>
                <w:ilvl w:val="0"/>
                <w:numId w:val="4"/>
              </w:numPr>
              <w:jc w:val="both"/>
            </w:pPr>
          </w:p>
        </w:tc>
        <w:tc>
          <w:tcPr>
            <w:tcW w:w="2199" w:type="dxa"/>
          </w:tcPr>
          <w:p w14:paraId="36EC0DA2" w14:textId="77777777" w:rsidR="001F47AF" w:rsidRDefault="001F47AF" w:rsidP="00F8131E">
            <w:proofErr w:type="gramStart"/>
            <w:r>
              <w:rPr>
                <w:lang w:val="en-GB"/>
              </w:rPr>
              <w:t>S.LAKSHMI</w:t>
            </w:r>
            <w:proofErr w:type="gramEnd"/>
          </w:p>
        </w:tc>
        <w:tc>
          <w:tcPr>
            <w:tcW w:w="1225" w:type="dxa"/>
          </w:tcPr>
          <w:p w14:paraId="18D3C5C3" w14:textId="77777777" w:rsidR="001F47AF" w:rsidRDefault="001F47AF" w:rsidP="00F8131E">
            <w:pPr>
              <w:widowControl w:val="0"/>
              <w:jc w:val="both"/>
              <w:rPr>
                <w:lang w:val="en-GB"/>
              </w:rPr>
            </w:pPr>
            <w:r>
              <w:t>DCSCS</w:t>
            </w:r>
          </w:p>
        </w:tc>
        <w:tc>
          <w:tcPr>
            <w:tcW w:w="2076" w:type="dxa"/>
          </w:tcPr>
          <w:p w14:paraId="0F568F60" w14:textId="77777777" w:rsidR="001F47AF" w:rsidRDefault="001F47AF" w:rsidP="00F8131E">
            <w:pPr>
              <w:widowControl w:val="0"/>
              <w:jc w:val="both"/>
            </w:pPr>
            <w:r>
              <w:rPr>
                <w:lang w:val="en-GB"/>
              </w:rPr>
              <w:t>1117230</w:t>
            </w:r>
            <w:r>
              <w:t>39009</w:t>
            </w:r>
          </w:p>
        </w:tc>
        <w:tc>
          <w:tcPr>
            <w:tcW w:w="2005" w:type="dxa"/>
            <w:vAlign w:val="center"/>
          </w:tcPr>
          <w:p w14:paraId="06C71EEF" w14:textId="77777777" w:rsidR="001F47AF" w:rsidRDefault="001F47AF" w:rsidP="00F8131E">
            <w:pPr>
              <w:widowControl w:val="0"/>
              <w:jc w:val="both"/>
              <w:rPr>
                <w:lang w:val="en-GB"/>
              </w:rPr>
            </w:pPr>
            <w:r w:rsidRPr="003A72CB">
              <w:rPr>
                <w:rFonts w:cs="Times New Roman"/>
                <w:color w:val="000000"/>
                <w:sz w:val="20"/>
                <w:szCs w:val="20"/>
              </w:rPr>
              <w:t>LAKSHMI RAJA RANI</w:t>
            </w:r>
          </w:p>
        </w:tc>
      </w:tr>
      <w:tr w:rsidR="001F47AF" w14:paraId="5CCF0175" w14:textId="77777777" w:rsidTr="00F8131E">
        <w:trPr>
          <w:trHeight w:val="359"/>
        </w:trPr>
        <w:tc>
          <w:tcPr>
            <w:tcW w:w="1125" w:type="dxa"/>
          </w:tcPr>
          <w:p w14:paraId="655F770C" w14:textId="77777777" w:rsidR="001F47AF" w:rsidRDefault="001F47AF" w:rsidP="001F47AF">
            <w:pPr>
              <w:widowControl w:val="0"/>
              <w:numPr>
                <w:ilvl w:val="0"/>
                <w:numId w:val="4"/>
              </w:numPr>
              <w:jc w:val="both"/>
            </w:pPr>
          </w:p>
        </w:tc>
        <w:tc>
          <w:tcPr>
            <w:tcW w:w="2199" w:type="dxa"/>
          </w:tcPr>
          <w:p w14:paraId="1A66F4C2" w14:textId="77777777" w:rsidR="001F47AF" w:rsidRDefault="001F47AF" w:rsidP="00F8131E">
            <w:proofErr w:type="gramStart"/>
            <w:r>
              <w:rPr>
                <w:lang w:val="en-GB"/>
              </w:rPr>
              <w:t>S.LAKSHMI</w:t>
            </w:r>
            <w:proofErr w:type="gramEnd"/>
          </w:p>
        </w:tc>
        <w:tc>
          <w:tcPr>
            <w:tcW w:w="1225" w:type="dxa"/>
          </w:tcPr>
          <w:p w14:paraId="7AC87171" w14:textId="77777777" w:rsidR="001F47AF" w:rsidRDefault="001F47AF" w:rsidP="00F8131E">
            <w:pPr>
              <w:widowControl w:val="0"/>
              <w:jc w:val="both"/>
              <w:rPr>
                <w:lang w:val="en-GB"/>
              </w:rPr>
            </w:pPr>
            <w:r>
              <w:t>DCSCS</w:t>
            </w:r>
          </w:p>
        </w:tc>
        <w:tc>
          <w:tcPr>
            <w:tcW w:w="2076" w:type="dxa"/>
          </w:tcPr>
          <w:p w14:paraId="76B4FA60" w14:textId="77777777" w:rsidR="001F47AF" w:rsidRDefault="001F47AF" w:rsidP="00F8131E">
            <w:pPr>
              <w:widowControl w:val="0"/>
              <w:jc w:val="both"/>
            </w:pPr>
            <w:r>
              <w:rPr>
                <w:lang w:val="en-GB"/>
              </w:rPr>
              <w:t>1117230</w:t>
            </w:r>
            <w:r>
              <w:t>39010</w:t>
            </w:r>
          </w:p>
        </w:tc>
        <w:tc>
          <w:tcPr>
            <w:tcW w:w="2005" w:type="dxa"/>
            <w:vAlign w:val="center"/>
          </w:tcPr>
          <w:p w14:paraId="17F63EAC" w14:textId="77777777" w:rsidR="001F47AF" w:rsidRDefault="001F47AF" w:rsidP="00F8131E">
            <w:pPr>
              <w:widowControl w:val="0"/>
              <w:jc w:val="both"/>
              <w:rPr>
                <w:lang w:val="en-GB"/>
              </w:rPr>
            </w:pPr>
            <w:r w:rsidRPr="003A72CB">
              <w:rPr>
                <w:rFonts w:cs="Times New Roman"/>
                <w:color w:val="000000"/>
                <w:sz w:val="20"/>
                <w:szCs w:val="20"/>
              </w:rPr>
              <w:t>MOHAMMED RAZIYA BANU</w:t>
            </w:r>
          </w:p>
        </w:tc>
      </w:tr>
      <w:tr w:rsidR="001F47AF" w14:paraId="0C6EEA5D" w14:textId="77777777" w:rsidTr="00F8131E">
        <w:trPr>
          <w:trHeight w:val="359"/>
        </w:trPr>
        <w:tc>
          <w:tcPr>
            <w:tcW w:w="1125" w:type="dxa"/>
          </w:tcPr>
          <w:p w14:paraId="0C77CF75" w14:textId="77777777" w:rsidR="001F47AF" w:rsidRDefault="001F47AF" w:rsidP="001F47AF">
            <w:pPr>
              <w:widowControl w:val="0"/>
              <w:numPr>
                <w:ilvl w:val="0"/>
                <w:numId w:val="4"/>
              </w:numPr>
              <w:jc w:val="both"/>
            </w:pPr>
          </w:p>
        </w:tc>
        <w:tc>
          <w:tcPr>
            <w:tcW w:w="2199" w:type="dxa"/>
          </w:tcPr>
          <w:p w14:paraId="6B5E68D5" w14:textId="77777777" w:rsidR="001F47AF" w:rsidRDefault="001F47AF" w:rsidP="00F8131E">
            <w:pPr>
              <w:rPr>
                <w:lang w:val="en-GB"/>
              </w:rPr>
            </w:pPr>
            <w:r>
              <w:rPr>
                <w:lang w:val="en-GB"/>
              </w:rPr>
              <w:t>N. MANISHA</w:t>
            </w:r>
          </w:p>
        </w:tc>
        <w:tc>
          <w:tcPr>
            <w:tcW w:w="1225" w:type="dxa"/>
          </w:tcPr>
          <w:p w14:paraId="1FE8AF76" w14:textId="77777777" w:rsidR="001F47AF" w:rsidRDefault="001F47AF" w:rsidP="00F8131E">
            <w:pPr>
              <w:widowControl w:val="0"/>
              <w:jc w:val="both"/>
              <w:rPr>
                <w:lang w:val="en-GB"/>
              </w:rPr>
            </w:pPr>
            <w:r>
              <w:t>DCSCS</w:t>
            </w:r>
          </w:p>
        </w:tc>
        <w:tc>
          <w:tcPr>
            <w:tcW w:w="2076" w:type="dxa"/>
          </w:tcPr>
          <w:p w14:paraId="3CA013EA" w14:textId="77777777" w:rsidR="001F47AF" w:rsidRDefault="001F47AF" w:rsidP="00F8131E">
            <w:pPr>
              <w:widowControl w:val="0"/>
              <w:jc w:val="both"/>
            </w:pPr>
            <w:r>
              <w:rPr>
                <w:lang w:val="en-GB"/>
              </w:rPr>
              <w:t>1117230</w:t>
            </w:r>
            <w:r>
              <w:t>39011</w:t>
            </w:r>
          </w:p>
        </w:tc>
        <w:tc>
          <w:tcPr>
            <w:tcW w:w="2005" w:type="dxa"/>
            <w:vAlign w:val="center"/>
          </w:tcPr>
          <w:p w14:paraId="6428CDE0" w14:textId="77777777" w:rsidR="001F47AF" w:rsidRDefault="001F47AF" w:rsidP="00F8131E">
            <w:pPr>
              <w:widowControl w:val="0"/>
              <w:jc w:val="both"/>
              <w:rPr>
                <w:lang w:val="en-GB"/>
              </w:rPr>
            </w:pPr>
            <w:r w:rsidRPr="003A72CB">
              <w:rPr>
                <w:rFonts w:cs="Times New Roman"/>
                <w:color w:val="000000"/>
                <w:sz w:val="20"/>
                <w:szCs w:val="20"/>
              </w:rPr>
              <w:t>NEERATI MANASA</w:t>
            </w:r>
          </w:p>
        </w:tc>
      </w:tr>
      <w:tr w:rsidR="001F47AF" w14:paraId="4D4F6E27" w14:textId="77777777" w:rsidTr="00F8131E">
        <w:trPr>
          <w:trHeight w:val="359"/>
        </w:trPr>
        <w:tc>
          <w:tcPr>
            <w:tcW w:w="1125" w:type="dxa"/>
          </w:tcPr>
          <w:p w14:paraId="1621990D" w14:textId="77777777" w:rsidR="001F47AF" w:rsidRDefault="001F47AF" w:rsidP="001F47AF">
            <w:pPr>
              <w:widowControl w:val="0"/>
              <w:numPr>
                <w:ilvl w:val="0"/>
                <w:numId w:val="4"/>
              </w:numPr>
              <w:jc w:val="both"/>
            </w:pPr>
          </w:p>
        </w:tc>
        <w:tc>
          <w:tcPr>
            <w:tcW w:w="2199" w:type="dxa"/>
          </w:tcPr>
          <w:p w14:paraId="21F94218" w14:textId="77777777" w:rsidR="001F47AF" w:rsidRDefault="001F47AF" w:rsidP="00F8131E">
            <w:r>
              <w:rPr>
                <w:lang w:val="en-GB"/>
              </w:rPr>
              <w:t>N. MANISHA</w:t>
            </w:r>
          </w:p>
        </w:tc>
        <w:tc>
          <w:tcPr>
            <w:tcW w:w="1225" w:type="dxa"/>
          </w:tcPr>
          <w:p w14:paraId="7269594C" w14:textId="77777777" w:rsidR="001F47AF" w:rsidRDefault="001F47AF" w:rsidP="00F8131E">
            <w:pPr>
              <w:widowControl w:val="0"/>
              <w:jc w:val="both"/>
              <w:rPr>
                <w:lang w:val="en-GB"/>
              </w:rPr>
            </w:pPr>
            <w:r>
              <w:t>DCSCS</w:t>
            </w:r>
          </w:p>
        </w:tc>
        <w:tc>
          <w:tcPr>
            <w:tcW w:w="2076" w:type="dxa"/>
          </w:tcPr>
          <w:p w14:paraId="4E93BCDB" w14:textId="77777777" w:rsidR="001F47AF" w:rsidRDefault="001F47AF" w:rsidP="00F8131E">
            <w:pPr>
              <w:widowControl w:val="0"/>
              <w:jc w:val="both"/>
            </w:pPr>
            <w:r>
              <w:rPr>
                <w:lang w:val="en-GB"/>
              </w:rPr>
              <w:t>1117230</w:t>
            </w:r>
            <w:r>
              <w:t>39012</w:t>
            </w:r>
          </w:p>
        </w:tc>
        <w:tc>
          <w:tcPr>
            <w:tcW w:w="2005" w:type="dxa"/>
            <w:vAlign w:val="center"/>
          </w:tcPr>
          <w:p w14:paraId="14C10E54" w14:textId="77777777" w:rsidR="001F47AF" w:rsidRDefault="001F47AF" w:rsidP="00F8131E">
            <w:pPr>
              <w:widowControl w:val="0"/>
              <w:jc w:val="both"/>
              <w:rPr>
                <w:lang w:val="en-GB"/>
              </w:rPr>
            </w:pPr>
            <w:r w:rsidRPr="003A72CB">
              <w:rPr>
                <w:rFonts w:cs="Times New Roman"/>
                <w:color w:val="000000"/>
                <w:sz w:val="20"/>
                <w:szCs w:val="20"/>
              </w:rPr>
              <w:t>RAIPOLE SUDHIKSHA</w:t>
            </w:r>
          </w:p>
        </w:tc>
      </w:tr>
      <w:tr w:rsidR="001F47AF" w14:paraId="627245A5" w14:textId="77777777" w:rsidTr="00F8131E">
        <w:trPr>
          <w:trHeight w:val="350"/>
        </w:trPr>
        <w:tc>
          <w:tcPr>
            <w:tcW w:w="1125" w:type="dxa"/>
          </w:tcPr>
          <w:p w14:paraId="7B41AC80" w14:textId="77777777" w:rsidR="001F47AF" w:rsidRDefault="001F47AF" w:rsidP="001F47AF">
            <w:pPr>
              <w:widowControl w:val="0"/>
              <w:numPr>
                <w:ilvl w:val="0"/>
                <w:numId w:val="4"/>
              </w:numPr>
              <w:jc w:val="both"/>
            </w:pPr>
          </w:p>
        </w:tc>
        <w:tc>
          <w:tcPr>
            <w:tcW w:w="2199" w:type="dxa"/>
          </w:tcPr>
          <w:p w14:paraId="21839EA4" w14:textId="77777777" w:rsidR="001F47AF" w:rsidRDefault="001F47AF" w:rsidP="00F8131E">
            <w:r>
              <w:rPr>
                <w:lang w:val="en-GB"/>
              </w:rPr>
              <w:t>N. MANISHA</w:t>
            </w:r>
          </w:p>
        </w:tc>
        <w:tc>
          <w:tcPr>
            <w:tcW w:w="1225" w:type="dxa"/>
          </w:tcPr>
          <w:p w14:paraId="5169C208" w14:textId="77777777" w:rsidR="001F47AF" w:rsidRDefault="001F47AF" w:rsidP="00F8131E">
            <w:pPr>
              <w:widowControl w:val="0"/>
              <w:jc w:val="both"/>
              <w:rPr>
                <w:lang w:val="en-GB"/>
              </w:rPr>
            </w:pPr>
            <w:r>
              <w:t>DCSCS</w:t>
            </w:r>
          </w:p>
        </w:tc>
        <w:tc>
          <w:tcPr>
            <w:tcW w:w="2076" w:type="dxa"/>
          </w:tcPr>
          <w:p w14:paraId="61459F8B" w14:textId="77777777" w:rsidR="001F47AF" w:rsidRDefault="001F47AF" w:rsidP="00F8131E">
            <w:pPr>
              <w:widowControl w:val="0"/>
              <w:jc w:val="both"/>
            </w:pPr>
            <w:r>
              <w:rPr>
                <w:lang w:val="en-GB"/>
              </w:rPr>
              <w:t>1117230</w:t>
            </w:r>
            <w:r>
              <w:t>39013</w:t>
            </w:r>
          </w:p>
        </w:tc>
        <w:tc>
          <w:tcPr>
            <w:tcW w:w="2005" w:type="dxa"/>
            <w:vAlign w:val="center"/>
          </w:tcPr>
          <w:p w14:paraId="47069440" w14:textId="77777777" w:rsidR="001F47AF" w:rsidRDefault="001F47AF" w:rsidP="00F8131E">
            <w:pPr>
              <w:widowControl w:val="0"/>
              <w:jc w:val="both"/>
              <w:rPr>
                <w:lang w:val="en-GB"/>
              </w:rPr>
            </w:pPr>
            <w:r w:rsidRPr="003A72CB">
              <w:rPr>
                <w:rFonts w:cs="Times New Roman"/>
                <w:color w:val="000000"/>
                <w:sz w:val="20"/>
                <w:szCs w:val="20"/>
              </w:rPr>
              <w:t>SHAIK RUBEENA SULTHANA</w:t>
            </w:r>
          </w:p>
        </w:tc>
      </w:tr>
      <w:tr w:rsidR="001F47AF" w14:paraId="3DF9C9A1" w14:textId="77777777" w:rsidTr="00F8131E">
        <w:trPr>
          <w:trHeight w:val="359"/>
        </w:trPr>
        <w:tc>
          <w:tcPr>
            <w:tcW w:w="1125" w:type="dxa"/>
          </w:tcPr>
          <w:p w14:paraId="54E6C872" w14:textId="77777777" w:rsidR="001F47AF" w:rsidRDefault="001F47AF" w:rsidP="001F47AF">
            <w:pPr>
              <w:widowControl w:val="0"/>
              <w:numPr>
                <w:ilvl w:val="0"/>
                <w:numId w:val="4"/>
              </w:numPr>
              <w:jc w:val="both"/>
            </w:pPr>
          </w:p>
        </w:tc>
        <w:tc>
          <w:tcPr>
            <w:tcW w:w="2199" w:type="dxa"/>
          </w:tcPr>
          <w:p w14:paraId="34A4A0C5" w14:textId="77777777" w:rsidR="001F47AF" w:rsidRDefault="001F47AF" w:rsidP="00F8131E">
            <w:r>
              <w:rPr>
                <w:lang w:val="en-GB"/>
              </w:rPr>
              <w:t>N. MANISHA</w:t>
            </w:r>
          </w:p>
        </w:tc>
        <w:tc>
          <w:tcPr>
            <w:tcW w:w="1225" w:type="dxa"/>
          </w:tcPr>
          <w:p w14:paraId="2AB879DD" w14:textId="77777777" w:rsidR="001F47AF" w:rsidRDefault="001F47AF" w:rsidP="00F8131E">
            <w:pPr>
              <w:widowControl w:val="0"/>
              <w:jc w:val="both"/>
              <w:rPr>
                <w:lang w:val="en-GB"/>
              </w:rPr>
            </w:pPr>
            <w:r>
              <w:t>DCSCS</w:t>
            </w:r>
          </w:p>
        </w:tc>
        <w:tc>
          <w:tcPr>
            <w:tcW w:w="2076" w:type="dxa"/>
          </w:tcPr>
          <w:p w14:paraId="0227D407" w14:textId="77777777" w:rsidR="001F47AF" w:rsidRDefault="001F47AF" w:rsidP="00F8131E">
            <w:pPr>
              <w:widowControl w:val="0"/>
              <w:jc w:val="both"/>
            </w:pPr>
            <w:r>
              <w:rPr>
                <w:lang w:val="en-GB"/>
              </w:rPr>
              <w:t>1117230</w:t>
            </w:r>
            <w:r>
              <w:t>39014</w:t>
            </w:r>
          </w:p>
        </w:tc>
        <w:tc>
          <w:tcPr>
            <w:tcW w:w="2005" w:type="dxa"/>
            <w:vAlign w:val="center"/>
          </w:tcPr>
          <w:p w14:paraId="4CFDC19F" w14:textId="77777777" w:rsidR="001F47AF" w:rsidRDefault="001F47AF" w:rsidP="00F8131E">
            <w:pPr>
              <w:widowControl w:val="0"/>
              <w:jc w:val="both"/>
              <w:rPr>
                <w:lang w:val="en-GB"/>
              </w:rPr>
            </w:pPr>
            <w:r w:rsidRPr="003A72CB">
              <w:rPr>
                <w:rFonts w:cs="Times New Roman"/>
                <w:color w:val="000000"/>
                <w:sz w:val="20"/>
                <w:szCs w:val="20"/>
              </w:rPr>
              <w:t>SHAMALA LASYA REDDY</w:t>
            </w:r>
          </w:p>
        </w:tc>
      </w:tr>
      <w:tr w:rsidR="001F47AF" w14:paraId="16FB1F35" w14:textId="77777777" w:rsidTr="00F8131E">
        <w:trPr>
          <w:trHeight w:val="359"/>
        </w:trPr>
        <w:tc>
          <w:tcPr>
            <w:tcW w:w="1125" w:type="dxa"/>
          </w:tcPr>
          <w:p w14:paraId="32B9004D" w14:textId="77777777" w:rsidR="001F47AF" w:rsidRDefault="001F47AF" w:rsidP="001F47AF">
            <w:pPr>
              <w:widowControl w:val="0"/>
              <w:numPr>
                <w:ilvl w:val="0"/>
                <w:numId w:val="4"/>
              </w:numPr>
              <w:jc w:val="both"/>
            </w:pPr>
          </w:p>
        </w:tc>
        <w:tc>
          <w:tcPr>
            <w:tcW w:w="2199" w:type="dxa"/>
          </w:tcPr>
          <w:p w14:paraId="7E4D6981" w14:textId="77777777" w:rsidR="001F47AF" w:rsidRDefault="001F47AF" w:rsidP="00F8131E">
            <w:r>
              <w:rPr>
                <w:lang w:val="en-GB"/>
              </w:rPr>
              <w:t>N. MANISHA</w:t>
            </w:r>
          </w:p>
        </w:tc>
        <w:tc>
          <w:tcPr>
            <w:tcW w:w="1225" w:type="dxa"/>
          </w:tcPr>
          <w:p w14:paraId="7AD56A67" w14:textId="77777777" w:rsidR="001F47AF" w:rsidRDefault="001F47AF" w:rsidP="00F8131E">
            <w:pPr>
              <w:widowControl w:val="0"/>
              <w:jc w:val="both"/>
              <w:rPr>
                <w:lang w:val="en-GB"/>
              </w:rPr>
            </w:pPr>
            <w:r>
              <w:t>DCSCS</w:t>
            </w:r>
          </w:p>
        </w:tc>
        <w:tc>
          <w:tcPr>
            <w:tcW w:w="2076" w:type="dxa"/>
          </w:tcPr>
          <w:p w14:paraId="685FEB06" w14:textId="77777777" w:rsidR="001F47AF" w:rsidRDefault="001F47AF" w:rsidP="00F8131E">
            <w:pPr>
              <w:widowControl w:val="0"/>
              <w:jc w:val="both"/>
            </w:pPr>
            <w:r>
              <w:rPr>
                <w:lang w:val="en-GB"/>
              </w:rPr>
              <w:t>1117230</w:t>
            </w:r>
            <w:r>
              <w:t>39016</w:t>
            </w:r>
          </w:p>
        </w:tc>
        <w:tc>
          <w:tcPr>
            <w:tcW w:w="2005" w:type="dxa"/>
            <w:vAlign w:val="center"/>
          </w:tcPr>
          <w:p w14:paraId="42C83DE4" w14:textId="77777777" w:rsidR="001F47AF" w:rsidRDefault="001F47AF" w:rsidP="00F8131E">
            <w:pPr>
              <w:widowControl w:val="0"/>
              <w:jc w:val="both"/>
              <w:rPr>
                <w:lang w:val="en-GB"/>
              </w:rPr>
            </w:pPr>
            <w:r w:rsidRPr="003A72CB">
              <w:rPr>
                <w:rFonts w:cs="Times New Roman"/>
                <w:color w:val="000000"/>
                <w:sz w:val="20"/>
                <w:szCs w:val="20"/>
              </w:rPr>
              <w:t>TAJ FATIMA</w:t>
            </w:r>
          </w:p>
        </w:tc>
      </w:tr>
      <w:tr w:rsidR="001F47AF" w14:paraId="32A79023" w14:textId="77777777" w:rsidTr="00F8131E">
        <w:trPr>
          <w:trHeight w:val="359"/>
        </w:trPr>
        <w:tc>
          <w:tcPr>
            <w:tcW w:w="1125" w:type="dxa"/>
          </w:tcPr>
          <w:p w14:paraId="3AE903C1" w14:textId="77777777" w:rsidR="001F47AF" w:rsidRDefault="001F47AF" w:rsidP="001F47AF">
            <w:pPr>
              <w:widowControl w:val="0"/>
              <w:numPr>
                <w:ilvl w:val="0"/>
                <w:numId w:val="4"/>
              </w:numPr>
              <w:jc w:val="both"/>
            </w:pPr>
          </w:p>
        </w:tc>
        <w:tc>
          <w:tcPr>
            <w:tcW w:w="2199" w:type="dxa"/>
          </w:tcPr>
          <w:p w14:paraId="1841D23E" w14:textId="77777777" w:rsidR="001F47AF" w:rsidRDefault="001F47AF" w:rsidP="00F8131E">
            <w:r>
              <w:rPr>
                <w:lang w:val="en-GB"/>
              </w:rPr>
              <w:t>N. MANISHA</w:t>
            </w:r>
          </w:p>
        </w:tc>
        <w:tc>
          <w:tcPr>
            <w:tcW w:w="1225" w:type="dxa"/>
          </w:tcPr>
          <w:p w14:paraId="302B40CF" w14:textId="77777777" w:rsidR="001F47AF" w:rsidRDefault="001F47AF" w:rsidP="00F8131E">
            <w:pPr>
              <w:widowControl w:val="0"/>
              <w:jc w:val="both"/>
              <w:rPr>
                <w:lang w:val="en-GB"/>
              </w:rPr>
            </w:pPr>
            <w:r>
              <w:t>DCSCS</w:t>
            </w:r>
          </w:p>
        </w:tc>
        <w:tc>
          <w:tcPr>
            <w:tcW w:w="2076" w:type="dxa"/>
          </w:tcPr>
          <w:p w14:paraId="06620617" w14:textId="77777777" w:rsidR="001F47AF" w:rsidRDefault="001F47AF" w:rsidP="00F8131E">
            <w:pPr>
              <w:widowControl w:val="0"/>
              <w:jc w:val="both"/>
            </w:pPr>
            <w:r>
              <w:rPr>
                <w:lang w:val="en-GB"/>
              </w:rPr>
              <w:t>1117230</w:t>
            </w:r>
            <w:r>
              <w:t>39017</w:t>
            </w:r>
          </w:p>
        </w:tc>
        <w:tc>
          <w:tcPr>
            <w:tcW w:w="2005" w:type="dxa"/>
            <w:vAlign w:val="center"/>
          </w:tcPr>
          <w:p w14:paraId="79905F5E" w14:textId="77777777" w:rsidR="001F47AF" w:rsidRDefault="001F47AF" w:rsidP="00F8131E">
            <w:pPr>
              <w:widowControl w:val="0"/>
              <w:jc w:val="both"/>
              <w:rPr>
                <w:lang w:val="en-GB"/>
              </w:rPr>
            </w:pPr>
            <w:r w:rsidRPr="003A72CB">
              <w:rPr>
                <w:rFonts w:cs="Times New Roman"/>
                <w:color w:val="000000"/>
                <w:sz w:val="20"/>
                <w:szCs w:val="20"/>
              </w:rPr>
              <w:t>ABRAHAM A WALLACE</w:t>
            </w:r>
          </w:p>
        </w:tc>
      </w:tr>
      <w:tr w:rsidR="001F47AF" w14:paraId="0B93CF0B" w14:textId="77777777" w:rsidTr="00F8131E">
        <w:trPr>
          <w:trHeight w:val="350"/>
        </w:trPr>
        <w:tc>
          <w:tcPr>
            <w:tcW w:w="1125" w:type="dxa"/>
          </w:tcPr>
          <w:p w14:paraId="61515346" w14:textId="77777777" w:rsidR="001F47AF" w:rsidRDefault="001F47AF" w:rsidP="001F47AF">
            <w:pPr>
              <w:widowControl w:val="0"/>
              <w:numPr>
                <w:ilvl w:val="0"/>
                <w:numId w:val="4"/>
              </w:numPr>
              <w:jc w:val="both"/>
            </w:pPr>
          </w:p>
        </w:tc>
        <w:tc>
          <w:tcPr>
            <w:tcW w:w="2199" w:type="dxa"/>
          </w:tcPr>
          <w:p w14:paraId="07F485FD" w14:textId="77777777" w:rsidR="001F47AF" w:rsidRDefault="001F47AF" w:rsidP="00F8131E">
            <w:pPr>
              <w:widowControl w:val="0"/>
              <w:jc w:val="both"/>
            </w:pPr>
            <w:r>
              <w:rPr>
                <w:lang w:val="en-GB"/>
              </w:rPr>
              <w:t>N. MANISHA</w:t>
            </w:r>
          </w:p>
        </w:tc>
        <w:tc>
          <w:tcPr>
            <w:tcW w:w="1225" w:type="dxa"/>
          </w:tcPr>
          <w:p w14:paraId="4AC5016B" w14:textId="77777777" w:rsidR="001F47AF" w:rsidRDefault="001F47AF" w:rsidP="00F8131E">
            <w:pPr>
              <w:widowControl w:val="0"/>
              <w:jc w:val="both"/>
              <w:rPr>
                <w:lang w:val="en-GB"/>
              </w:rPr>
            </w:pPr>
            <w:r>
              <w:t>DCSCS</w:t>
            </w:r>
          </w:p>
        </w:tc>
        <w:tc>
          <w:tcPr>
            <w:tcW w:w="2076" w:type="dxa"/>
          </w:tcPr>
          <w:p w14:paraId="02D43CCB" w14:textId="77777777" w:rsidR="001F47AF" w:rsidRDefault="001F47AF" w:rsidP="00F8131E">
            <w:pPr>
              <w:widowControl w:val="0"/>
              <w:jc w:val="both"/>
            </w:pPr>
            <w:r>
              <w:rPr>
                <w:lang w:val="en-GB"/>
              </w:rPr>
              <w:t>1117230</w:t>
            </w:r>
            <w:r>
              <w:t>39018</w:t>
            </w:r>
          </w:p>
        </w:tc>
        <w:tc>
          <w:tcPr>
            <w:tcW w:w="2005" w:type="dxa"/>
            <w:vAlign w:val="center"/>
          </w:tcPr>
          <w:p w14:paraId="232CDFD6" w14:textId="77777777" w:rsidR="001F47AF" w:rsidRDefault="001F47AF" w:rsidP="00F8131E">
            <w:pPr>
              <w:widowControl w:val="0"/>
              <w:jc w:val="both"/>
              <w:rPr>
                <w:lang w:val="en-GB"/>
              </w:rPr>
            </w:pPr>
            <w:r w:rsidRPr="003A72CB">
              <w:rPr>
                <w:rFonts w:cs="Times New Roman"/>
                <w:color w:val="000000"/>
                <w:sz w:val="20"/>
                <w:szCs w:val="20"/>
              </w:rPr>
              <w:t>ADITYA KISHORE SINGH</w:t>
            </w:r>
          </w:p>
        </w:tc>
      </w:tr>
      <w:tr w:rsidR="001F47AF" w14:paraId="1809A00D" w14:textId="77777777" w:rsidTr="00F8131E">
        <w:trPr>
          <w:trHeight w:val="359"/>
        </w:trPr>
        <w:tc>
          <w:tcPr>
            <w:tcW w:w="1125" w:type="dxa"/>
          </w:tcPr>
          <w:p w14:paraId="407A8940" w14:textId="77777777" w:rsidR="001F47AF" w:rsidRDefault="001F47AF" w:rsidP="001F47AF">
            <w:pPr>
              <w:widowControl w:val="0"/>
              <w:numPr>
                <w:ilvl w:val="0"/>
                <w:numId w:val="4"/>
              </w:numPr>
              <w:jc w:val="both"/>
            </w:pPr>
          </w:p>
        </w:tc>
        <w:tc>
          <w:tcPr>
            <w:tcW w:w="2199" w:type="dxa"/>
          </w:tcPr>
          <w:p w14:paraId="37F03531" w14:textId="77777777" w:rsidR="001F47AF" w:rsidRDefault="001F47AF" w:rsidP="00F8131E">
            <w:pPr>
              <w:widowControl w:val="0"/>
              <w:jc w:val="both"/>
            </w:pPr>
            <w:r>
              <w:rPr>
                <w:lang w:val="en-GB"/>
              </w:rPr>
              <w:t>N. MANISHA</w:t>
            </w:r>
          </w:p>
        </w:tc>
        <w:tc>
          <w:tcPr>
            <w:tcW w:w="1225" w:type="dxa"/>
          </w:tcPr>
          <w:p w14:paraId="15356395" w14:textId="77777777" w:rsidR="001F47AF" w:rsidRDefault="001F47AF" w:rsidP="00F8131E">
            <w:pPr>
              <w:widowControl w:val="0"/>
              <w:jc w:val="both"/>
              <w:rPr>
                <w:lang w:val="en-GB"/>
              </w:rPr>
            </w:pPr>
            <w:r>
              <w:t>DCSCS</w:t>
            </w:r>
          </w:p>
        </w:tc>
        <w:tc>
          <w:tcPr>
            <w:tcW w:w="2076" w:type="dxa"/>
          </w:tcPr>
          <w:p w14:paraId="3C3A093F" w14:textId="77777777" w:rsidR="001F47AF" w:rsidRDefault="001F47AF" w:rsidP="00F8131E">
            <w:pPr>
              <w:widowControl w:val="0"/>
              <w:jc w:val="both"/>
            </w:pPr>
            <w:r>
              <w:rPr>
                <w:lang w:val="en-GB"/>
              </w:rPr>
              <w:t>1117230</w:t>
            </w:r>
            <w:r>
              <w:t>39019</w:t>
            </w:r>
          </w:p>
        </w:tc>
        <w:tc>
          <w:tcPr>
            <w:tcW w:w="2005" w:type="dxa"/>
            <w:vAlign w:val="center"/>
          </w:tcPr>
          <w:p w14:paraId="19817F9E" w14:textId="77777777" w:rsidR="001F47AF" w:rsidRDefault="001F47AF" w:rsidP="00F8131E">
            <w:pPr>
              <w:widowControl w:val="0"/>
              <w:jc w:val="both"/>
              <w:rPr>
                <w:lang w:val="en-GB"/>
              </w:rPr>
            </w:pPr>
            <w:r w:rsidRPr="003A72CB">
              <w:rPr>
                <w:rFonts w:cs="Times New Roman"/>
                <w:color w:val="000000"/>
                <w:sz w:val="20"/>
                <w:szCs w:val="20"/>
              </w:rPr>
              <w:t>ARYAN GUPTA</w:t>
            </w:r>
          </w:p>
        </w:tc>
      </w:tr>
      <w:tr w:rsidR="001F47AF" w14:paraId="09C12333" w14:textId="77777777" w:rsidTr="00F8131E">
        <w:trPr>
          <w:trHeight w:val="359"/>
        </w:trPr>
        <w:tc>
          <w:tcPr>
            <w:tcW w:w="1125" w:type="dxa"/>
          </w:tcPr>
          <w:p w14:paraId="444DC96C" w14:textId="77777777" w:rsidR="001F47AF" w:rsidRDefault="001F47AF" w:rsidP="001F47AF">
            <w:pPr>
              <w:widowControl w:val="0"/>
              <w:numPr>
                <w:ilvl w:val="0"/>
                <w:numId w:val="4"/>
              </w:numPr>
              <w:jc w:val="both"/>
            </w:pPr>
          </w:p>
        </w:tc>
        <w:tc>
          <w:tcPr>
            <w:tcW w:w="2199" w:type="dxa"/>
          </w:tcPr>
          <w:p w14:paraId="7734FEA3" w14:textId="77777777" w:rsidR="001F47AF" w:rsidRDefault="001F47AF" w:rsidP="00F8131E">
            <w:pPr>
              <w:widowControl w:val="0"/>
              <w:jc w:val="both"/>
            </w:pPr>
            <w:r>
              <w:rPr>
                <w:lang w:val="en-GB"/>
              </w:rPr>
              <w:t>N. MANISHA</w:t>
            </w:r>
          </w:p>
        </w:tc>
        <w:tc>
          <w:tcPr>
            <w:tcW w:w="1225" w:type="dxa"/>
          </w:tcPr>
          <w:p w14:paraId="47199B37" w14:textId="77777777" w:rsidR="001F47AF" w:rsidRDefault="001F47AF" w:rsidP="00F8131E">
            <w:pPr>
              <w:widowControl w:val="0"/>
              <w:jc w:val="both"/>
              <w:rPr>
                <w:lang w:val="en-GB"/>
              </w:rPr>
            </w:pPr>
            <w:r>
              <w:t>DCSCS</w:t>
            </w:r>
          </w:p>
        </w:tc>
        <w:tc>
          <w:tcPr>
            <w:tcW w:w="2076" w:type="dxa"/>
          </w:tcPr>
          <w:p w14:paraId="3C646B51" w14:textId="77777777" w:rsidR="001F47AF" w:rsidRDefault="001F47AF" w:rsidP="00F8131E">
            <w:pPr>
              <w:widowControl w:val="0"/>
              <w:jc w:val="both"/>
            </w:pPr>
            <w:r>
              <w:rPr>
                <w:lang w:val="en-GB"/>
              </w:rPr>
              <w:t>1117230</w:t>
            </w:r>
            <w:r>
              <w:t>39020</w:t>
            </w:r>
          </w:p>
        </w:tc>
        <w:tc>
          <w:tcPr>
            <w:tcW w:w="2005" w:type="dxa"/>
            <w:vAlign w:val="center"/>
          </w:tcPr>
          <w:p w14:paraId="7375D033" w14:textId="77777777" w:rsidR="001F47AF" w:rsidRDefault="001F47AF" w:rsidP="00F8131E">
            <w:pPr>
              <w:widowControl w:val="0"/>
              <w:jc w:val="both"/>
              <w:rPr>
                <w:lang w:val="en-GB"/>
              </w:rPr>
            </w:pPr>
            <w:r w:rsidRPr="003A72CB">
              <w:rPr>
                <w:rFonts w:cs="Times New Roman"/>
                <w:color w:val="000000"/>
                <w:sz w:val="20"/>
                <w:szCs w:val="20"/>
              </w:rPr>
              <w:t>BATTHULA VAMSHI</w:t>
            </w:r>
          </w:p>
        </w:tc>
      </w:tr>
      <w:tr w:rsidR="001F47AF" w14:paraId="4B1EBD45" w14:textId="77777777" w:rsidTr="00F8131E">
        <w:trPr>
          <w:trHeight w:val="359"/>
        </w:trPr>
        <w:tc>
          <w:tcPr>
            <w:tcW w:w="1125" w:type="dxa"/>
          </w:tcPr>
          <w:p w14:paraId="517019F1" w14:textId="77777777" w:rsidR="001F47AF" w:rsidRDefault="001F47AF" w:rsidP="001F47AF">
            <w:pPr>
              <w:widowControl w:val="0"/>
              <w:numPr>
                <w:ilvl w:val="0"/>
                <w:numId w:val="4"/>
              </w:numPr>
              <w:jc w:val="both"/>
            </w:pPr>
          </w:p>
        </w:tc>
        <w:tc>
          <w:tcPr>
            <w:tcW w:w="2199" w:type="dxa"/>
          </w:tcPr>
          <w:p w14:paraId="54A01827" w14:textId="77777777" w:rsidR="001F47AF" w:rsidRDefault="001F47AF" w:rsidP="00F8131E">
            <w:pPr>
              <w:widowControl w:val="0"/>
              <w:jc w:val="both"/>
            </w:pPr>
            <w:r>
              <w:rPr>
                <w:lang w:val="en-GB"/>
              </w:rPr>
              <w:t>N. MANISHA</w:t>
            </w:r>
          </w:p>
        </w:tc>
        <w:tc>
          <w:tcPr>
            <w:tcW w:w="1225" w:type="dxa"/>
          </w:tcPr>
          <w:p w14:paraId="1CCB75B3" w14:textId="77777777" w:rsidR="001F47AF" w:rsidRDefault="001F47AF" w:rsidP="00F8131E">
            <w:pPr>
              <w:widowControl w:val="0"/>
              <w:jc w:val="both"/>
              <w:rPr>
                <w:lang w:val="en-GB"/>
              </w:rPr>
            </w:pPr>
            <w:r>
              <w:t>DCSCS</w:t>
            </w:r>
          </w:p>
        </w:tc>
        <w:tc>
          <w:tcPr>
            <w:tcW w:w="2076" w:type="dxa"/>
          </w:tcPr>
          <w:p w14:paraId="446F0C39" w14:textId="77777777" w:rsidR="001F47AF" w:rsidRDefault="001F47AF" w:rsidP="00F8131E">
            <w:pPr>
              <w:widowControl w:val="0"/>
              <w:jc w:val="both"/>
            </w:pPr>
            <w:r>
              <w:rPr>
                <w:lang w:val="en-GB"/>
              </w:rPr>
              <w:t>1117230</w:t>
            </w:r>
            <w:r>
              <w:t>39021</w:t>
            </w:r>
          </w:p>
        </w:tc>
        <w:tc>
          <w:tcPr>
            <w:tcW w:w="2005" w:type="dxa"/>
            <w:vAlign w:val="center"/>
          </w:tcPr>
          <w:p w14:paraId="7334C963" w14:textId="77777777" w:rsidR="001F47AF" w:rsidRDefault="001F47AF" w:rsidP="00F8131E">
            <w:pPr>
              <w:widowControl w:val="0"/>
              <w:jc w:val="both"/>
              <w:rPr>
                <w:lang w:val="en-GB"/>
              </w:rPr>
            </w:pPr>
            <w:r w:rsidRPr="003A72CB">
              <w:rPr>
                <w:rFonts w:cs="Times New Roman"/>
                <w:color w:val="000000"/>
                <w:sz w:val="20"/>
                <w:szCs w:val="20"/>
              </w:rPr>
              <w:t>B K RISHIKESH REDDY</w:t>
            </w:r>
          </w:p>
        </w:tc>
      </w:tr>
      <w:tr w:rsidR="001F47AF" w14:paraId="668741F6" w14:textId="77777777" w:rsidTr="00F8131E">
        <w:trPr>
          <w:trHeight w:val="350"/>
        </w:trPr>
        <w:tc>
          <w:tcPr>
            <w:tcW w:w="1125" w:type="dxa"/>
          </w:tcPr>
          <w:p w14:paraId="754FE5E4" w14:textId="77777777" w:rsidR="001F47AF" w:rsidRDefault="001F47AF" w:rsidP="001F47AF">
            <w:pPr>
              <w:widowControl w:val="0"/>
              <w:numPr>
                <w:ilvl w:val="0"/>
                <w:numId w:val="4"/>
              </w:numPr>
              <w:jc w:val="both"/>
            </w:pPr>
          </w:p>
        </w:tc>
        <w:tc>
          <w:tcPr>
            <w:tcW w:w="2199" w:type="dxa"/>
          </w:tcPr>
          <w:p w14:paraId="15335644" w14:textId="77777777" w:rsidR="001F47AF" w:rsidRDefault="001F47AF" w:rsidP="00F8131E">
            <w:pPr>
              <w:widowControl w:val="0"/>
              <w:jc w:val="both"/>
            </w:pPr>
            <w:r>
              <w:t>M.SUPRIYA</w:t>
            </w:r>
          </w:p>
        </w:tc>
        <w:tc>
          <w:tcPr>
            <w:tcW w:w="1225" w:type="dxa"/>
          </w:tcPr>
          <w:p w14:paraId="6D811AAF" w14:textId="77777777" w:rsidR="001F47AF" w:rsidRDefault="001F47AF" w:rsidP="00F8131E">
            <w:pPr>
              <w:widowControl w:val="0"/>
              <w:jc w:val="both"/>
              <w:rPr>
                <w:lang w:val="en-GB"/>
              </w:rPr>
            </w:pPr>
            <w:r>
              <w:t>DCSCS</w:t>
            </w:r>
          </w:p>
        </w:tc>
        <w:tc>
          <w:tcPr>
            <w:tcW w:w="2076" w:type="dxa"/>
          </w:tcPr>
          <w:p w14:paraId="0CE99D52" w14:textId="77777777" w:rsidR="001F47AF" w:rsidRDefault="001F47AF" w:rsidP="00F8131E">
            <w:pPr>
              <w:widowControl w:val="0"/>
              <w:jc w:val="both"/>
            </w:pPr>
            <w:r>
              <w:rPr>
                <w:lang w:val="en-GB"/>
              </w:rPr>
              <w:t>1117230</w:t>
            </w:r>
            <w:r>
              <w:t>39022</w:t>
            </w:r>
          </w:p>
        </w:tc>
        <w:tc>
          <w:tcPr>
            <w:tcW w:w="2005" w:type="dxa"/>
            <w:vAlign w:val="center"/>
          </w:tcPr>
          <w:p w14:paraId="7944FC12" w14:textId="77777777" w:rsidR="001F47AF" w:rsidRDefault="001F47AF" w:rsidP="00F8131E">
            <w:pPr>
              <w:widowControl w:val="0"/>
              <w:jc w:val="both"/>
              <w:rPr>
                <w:lang w:val="en-GB"/>
              </w:rPr>
            </w:pPr>
            <w:r w:rsidRPr="003A72CB">
              <w:rPr>
                <w:rFonts w:cs="Times New Roman"/>
                <w:color w:val="000000"/>
                <w:sz w:val="20"/>
                <w:szCs w:val="20"/>
              </w:rPr>
              <w:t>CHINNA BATTINI SIRIL ANUSH</w:t>
            </w:r>
          </w:p>
        </w:tc>
      </w:tr>
      <w:tr w:rsidR="001F47AF" w14:paraId="5699F5A9" w14:textId="77777777" w:rsidTr="00F8131E">
        <w:trPr>
          <w:trHeight w:val="359"/>
        </w:trPr>
        <w:tc>
          <w:tcPr>
            <w:tcW w:w="1125" w:type="dxa"/>
          </w:tcPr>
          <w:p w14:paraId="6DFA6B48" w14:textId="77777777" w:rsidR="001F47AF" w:rsidRDefault="001F47AF" w:rsidP="001F47AF">
            <w:pPr>
              <w:widowControl w:val="0"/>
              <w:numPr>
                <w:ilvl w:val="0"/>
                <w:numId w:val="4"/>
              </w:numPr>
              <w:jc w:val="both"/>
            </w:pPr>
          </w:p>
        </w:tc>
        <w:tc>
          <w:tcPr>
            <w:tcW w:w="2199" w:type="dxa"/>
          </w:tcPr>
          <w:p w14:paraId="3AF29F18" w14:textId="77777777" w:rsidR="001F47AF" w:rsidRDefault="001F47AF" w:rsidP="00F8131E">
            <w:pPr>
              <w:widowControl w:val="0"/>
              <w:jc w:val="both"/>
            </w:pPr>
            <w:r>
              <w:t>M.SUPRIYA</w:t>
            </w:r>
          </w:p>
        </w:tc>
        <w:tc>
          <w:tcPr>
            <w:tcW w:w="1225" w:type="dxa"/>
          </w:tcPr>
          <w:p w14:paraId="08CE31F7" w14:textId="77777777" w:rsidR="001F47AF" w:rsidRDefault="001F47AF" w:rsidP="00F8131E">
            <w:pPr>
              <w:widowControl w:val="0"/>
              <w:jc w:val="both"/>
              <w:rPr>
                <w:lang w:val="en-GB"/>
              </w:rPr>
            </w:pPr>
            <w:r>
              <w:t>DCSCS</w:t>
            </w:r>
          </w:p>
        </w:tc>
        <w:tc>
          <w:tcPr>
            <w:tcW w:w="2076" w:type="dxa"/>
          </w:tcPr>
          <w:p w14:paraId="695F86D4" w14:textId="77777777" w:rsidR="001F47AF" w:rsidRDefault="001F47AF" w:rsidP="00F8131E">
            <w:pPr>
              <w:widowControl w:val="0"/>
              <w:jc w:val="both"/>
            </w:pPr>
            <w:r>
              <w:rPr>
                <w:lang w:val="en-GB"/>
              </w:rPr>
              <w:t>1117230</w:t>
            </w:r>
            <w:r>
              <w:t>39023</w:t>
            </w:r>
          </w:p>
        </w:tc>
        <w:tc>
          <w:tcPr>
            <w:tcW w:w="2005" w:type="dxa"/>
            <w:vAlign w:val="center"/>
          </w:tcPr>
          <w:p w14:paraId="10C45267" w14:textId="77777777" w:rsidR="001F47AF" w:rsidRDefault="001F47AF" w:rsidP="00F8131E">
            <w:pPr>
              <w:widowControl w:val="0"/>
              <w:jc w:val="both"/>
              <w:rPr>
                <w:lang w:val="en-GB"/>
              </w:rPr>
            </w:pPr>
            <w:r w:rsidRPr="003A72CB">
              <w:rPr>
                <w:rFonts w:cs="Times New Roman"/>
                <w:color w:val="000000"/>
                <w:sz w:val="20"/>
                <w:szCs w:val="20"/>
              </w:rPr>
              <w:t>CLEMENCE KERRON</w:t>
            </w:r>
          </w:p>
        </w:tc>
      </w:tr>
      <w:tr w:rsidR="001F47AF" w14:paraId="0762AD17" w14:textId="77777777" w:rsidTr="00F8131E">
        <w:trPr>
          <w:trHeight w:val="216"/>
        </w:trPr>
        <w:tc>
          <w:tcPr>
            <w:tcW w:w="1125" w:type="dxa"/>
          </w:tcPr>
          <w:p w14:paraId="6B722FBB" w14:textId="77777777" w:rsidR="001F47AF" w:rsidRDefault="001F47AF" w:rsidP="001F47AF">
            <w:pPr>
              <w:widowControl w:val="0"/>
              <w:numPr>
                <w:ilvl w:val="0"/>
                <w:numId w:val="4"/>
              </w:numPr>
              <w:jc w:val="both"/>
            </w:pPr>
          </w:p>
        </w:tc>
        <w:tc>
          <w:tcPr>
            <w:tcW w:w="2199" w:type="dxa"/>
          </w:tcPr>
          <w:p w14:paraId="169E02E3" w14:textId="77777777" w:rsidR="001F47AF" w:rsidRDefault="001F47AF" w:rsidP="00F8131E">
            <w:pPr>
              <w:widowControl w:val="0"/>
              <w:jc w:val="both"/>
            </w:pPr>
            <w:r>
              <w:t>M.SUPRIYA</w:t>
            </w:r>
          </w:p>
        </w:tc>
        <w:tc>
          <w:tcPr>
            <w:tcW w:w="1225" w:type="dxa"/>
          </w:tcPr>
          <w:p w14:paraId="46E16BF2" w14:textId="77777777" w:rsidR="001F47AF" w:rsidRDefault="001F47AF" w:rsidP="00F8131E">
            <w:pPr>
              <w:widowControl w:val="0"/>
              <w:jc w:val="both"/>
              <w:rPr>
                <w:lang w:val="en-GB"/>
              </w:rPr>
            </w:pPr>
            <w:r>
              <w:t>DCSCS</w:t>
            </w:r>
          </w:p>
        </w:tc>
        <w:tc>
          <w:tcPr>
            <w:tcW w:w="2076" w:type="dxa"/>
          </w:tcPr>
          <w:p w14:paraId="50F70691" w14:textId="77777777" w:rsidR="001F47AF" w:rsidRDefault="001F47AF" w:rsidP="00F8131E">
            <w:pPr>
              <w:widowControl w:val="0"/>
              <w:jc w:val="both"/>
            </w:pPr>
            <w:r>
              <w:rPr>
                <w:lang w:val="en-GB"/>
              </w:rPr>
              <w:t>1117230</w:t>
            </w:r>
            <w:r>
              <w:t>39024</w:t>
            </w:r>
          </w:p>
        </w:tc>
        <w:tc>
          <w:tcPr>
            <w:tcW w:w="2005" w:type="dxa"/>
            <w:vAlign w:val="center"/>
          </w:tcPr>
          <w:p w14:paraId="2FC3D8D8" w14:textId="77777777" w:rsidR="001F47AF" w:rsidRDefault="001F47AF" w:rsidP="00F8131E">
            <w:pPr>
              <w:widowControl w:val="0"/>
              <w:jc w:val="both"/>
              <w:rPr>
                <w:lang w:val="en-GB"/>
              </w:rPr>
            </w:pPr>
            <w:r w:rsidRPr="003A72CB">
              <w:rPr>
                <w:rFonts w:cs="Times New Roman"/>
                <w:color w:val="000000"/>
                <w:sz w:val="20"/>
                <w:szCs w:val="20"/>
              </w:rPr>
              <w:t>DASARAPALLI DURGA PRASAD</w:t>
            </w:r>
          </w:p>
        </w:tc>
      </w:tr>
      <w:tr w:rsidR="001F47AF" w14:paraId="7ADDC9B9" w14:textId="77777777" w:rsidTr="00F8131E">
        <w:trPr>
          <w:trHeight w:val="359"/>
        </w:trPr>
        <w:tc>
          <w:tcPr>
            <w:tcW w:w="1125" w:type="dxa"/>
          </w:tcPr>
          <w:p w14:paraId="6F96FDEE" w14:textId="77777777" w:rsidR="001F47AF" w:rsidRDefault="001F47AF" w:rsidP="001F47AF">
            <w:pPr>
              <w:widowControl w:val="0"/>
              <w:numPr>
                <w:ilvl w:val="0"/>
                <w:numId w:val="4"/>
              </w:numPr>
              <w:jc w:val="both"/>
            </w:pPr>
          </w:p>
        </w:tc>
        <w:tc>
          <w:tcPr>
            <w:tcW w:w="2199" w:type="dxa"/>
          </w:tcPr>
          <w:p w14:paraId="0E98849B" w14:textId="77777777" w:rsidR="001F47AF" w:rsidRDefault="001F47AF" w:rsidP="00F8131E">
            <w:pPr>
              <w:widowControl w:val="0"/>
              <w:jc w:val="both"/>
            </w:pPr>
            <w:r>
              <w:t>M.SUPRIYA</w:t>
            </w:r>
          </w:p>
        </w:tc>
        <w:tc>
          <w:tcPr>
            <w:tcW w:w="1225" w:type="dxa"/>
          </w:tcPr>
          <w:p w14:paraId="0C23EC94" w14:textId="77777777" w:rsidR="001F47AF" w:rsidRDefault="001F47AF" w:rsidP="00F8131E">
            <w:pPr>
              <w:widowControl w:val="0"/>
              <w:jc w:val="both"/>
              <w:rPr>
                <w:lang w:val="en-GB"/>
              </w:rPr>
            </w:pPr>
            <w:r>
              <w:t>DCSCS</w:t>
            </w:r>
          </w:p>
        </w:tc>
        <w:tc>
          <w:tcPr>
            <w:tcW w:w="2076" w:type="dxa"/>
          </w:tcPr>
          <w:p w14:paraId="59379B11" w14:textId="77777777" w:rsidR="001F47AF" w:rsidRDefault="001F47AF" w:rsidP="00F8131E">
            <w:pPr>
              <w:widowControl w:val="0"/>
              <w:jc w:val="both"/>
            </w:pPr>
            <w:r>
              <w:rPr>
                <w:lang w:val="en-GB"/>
              </w:rPr>
              <w:t>1117230</w:t>
            </w:r>
            <w:r>
              <w:t>39025</w:t>
            </w:r>
          </w:p>
        </w:tc>
        <w:tc>
          <w:tcPr>
            <w:tcW w:w="2005" w:type="dxa"/>
            <w:vAlign w:val="center"/>
          </w:tcPr>
          <w:p w14:paraId="4544C8F2" w14:textId="77777777" w:rsidR="001F47AF" w:rsidRDefault="001F47AF" w:rsidP="00F8131E">
            <w:pPr>
              <w:widowControl w:val="0"/>
              <w:jc w:val="both"/>
              <w:rPr>
                <w:lang w:val="en-GB"/>
              </w:rPr>
            </w:pPr>
            <w:r w:rsidRPr="003A72CB">
              <w:rPr>
                <w:rFonts w:cs="Times New Roman"/>
                <w:color w:val="000000"/>
                <w:sz w:val="20"/>
                <w:szCs w:val="20"/>
              </w:rPr>
              <w:t>GABBULA SAI TEJA</w:t>
            </w:r>
          </w:p>
        </w:tc>
      </w:tr>
      <w:tr w:rsidR="001F47AF" w14:paraId="6759C7A5" w14:textId="77777777" w:rsidTr="00F8131E">
        <w:trPr>
          <w:trHeight w:val="359"/>
        </w:trPr>
        <w:tc>
          <w:tcPr>
            <w:tcW w:w="1125" w:type="dxa"/>
          </w:tcPr>
          <w:p w14:paraId="2990A7EF" w14:textId="77777777" w:rsidR="001F47AF" w:rsidRDefault="001F47AF" w:rsidP="001F47AF">
            <w:pPr>
              <w:widowControl w:val="0"/>
              <w:numPr>
                <w:ilvl w:val="0"/>
                <w:numId w:val="4"/>
              </w:numPr>
              <w:jc w:val="both"/>
            </w:pPr>
          </w:p>
        </w:tc>
        <w:tc>
          <w:tcPr>
            <w:tcW w:w="2199" w:type="dxa"/>
          </w:tcPr>
          <w:p w14:paraId="2D873AB1" w14:textId="77777777" w:rsidR="001F47AF" w:rsidRDefault="001F47AF" w:rsidP="00F8131E">
            <w:pPr>
              <w:widowControl w:val="0"/>
              <w:jc w:val="both"/>
            </w:pPr>
            <w:r>
              <w:t>M.SUPRIYA</w:t>
            </w:r>
          </w:p>
        </w:tc>
        <w:tc>
          <w:tcPr>
            <w:tcW w:w="1225" w:type="dxa"/>
          </w:tcPr>
          <w:p w14:paraId="37E35AFD" w14:textId="77777777" w:rsidR="001F47AF" w:rsidRDefault="001F47AF" w:rsidP="00F8131E">
            <w:pPr>
              <w:widowControl w:val="0"/>
              <w:jc w:val="both"/>
              <w:rPr>
                <w:lang w:val="en-GB"/>
              </w:rPr>
            </w:pPr>
            <w:r>
              <w:t>DCSCS</w:t>
            </w:r>
          </w:p>
        </w:tc>
        <w:tc>
          <w:tcPr>
            <w:tcW w:w="2076" w:type="dxa"/>
          </w:tcPr>
          <w:p w14:paraId="282668B7" w14:textId="77777777" w:rsidR="001F47AF" w:rsidRDefault="001F47AF" w:rsidP="00F8131E">
            <w:pPr>
              <w:widowControl w:val="0"/>
              <w:jc w:val="both"/>
            </w:pPr>
            <w:r>
              <w:rPr>
                <w:lang w:val="en-GB"/>
              </w:rPr>
              <w:t>1117230</w:t>
            </w:r>
            <w:r>
              <w:t>39026</w:t>
            </w:r>
          </w:p>
        </w:tc>
        <w:tc>
          <w:tcPr>
            <w:tcW w:w="2005" w:type="dxa"/>
            <w:vAlign w:val="center"/>
          </w:tcPr>
          <w:p w14:paraId="648BEEEC" w14:textId="77777777" w:rsidR="001F47AF" w:rsidRDefault="001F47AF" w:rsidP="00F8131E">
            <w:pPr>
              <w:widowControl w:val="0"/>
              <w:jc w:val="both"/>
              <w:rPr>
                <w:lang w:val="en-GB"/>
              </w:rPr>
            </w:pPr>
            <w:r w:rsidRPr="003A72CB">
              <w:rPr>
                <w:rFonts w:cs="Times New Roman"/>
                <w:color w:val="000000"/>
                <w:sz w:val="20"/>
                <w:szCs w:val="20"/>
              </w:rPr>
              <w:t>GOWRIGARI PAUL THOMAS</w:t>
            </w:r>
          </w:p>
        </w:tc>
      </w:tr>
      <w:tr w:rsidR="001F47AF" w14:paraId="33C35B72" w14:textId="77777777" w:rsidTr="00F8131E">
        <w:trPr>
          <w:trHeight w:val="359"/>
        </w:trPr>
        <w:tc>
          <w:tcPr>
            <w:tcW w:w="1125" w:type="dxa"/>
          </w:tcPr>
          <w:p w14:paraId="7A4D0511" w14:textId="77777777" w:rsidR="001F47AF" w:rsidRDefault="001F47AF" w:rsidP="001F47AF">
            <w:pPr>
              <w:widowControl w:val="0"/>
              <w:numPr>
                <w:ilvl w:val="0"/>
                <w:numId w:val="4"/>
              </w:numPr>
              <w:jc w:val="both"/>
            </w:pPr>
          </w:p>
        </w:tc>
        <w:tc>
          <w:tcPr>
            <w:tcW w:w="2199" w:type="dxa"/>
          </w:tcPr>
          <w:p w14:paraId="77C84E3D" w14:textId="77777777" w:rsidR="001F47AF" w:rsidRDefault="001F47AF" w:rsidP="00F8131E">
            <w:pPr>
              <w:widowControl w:val="0"/>
              <w:jc w:val="both"/>
            </w:pPr>
            <w:r>
              <w:t>M.SUPRIYA</w:t>
            </w:r>
          </w:p>
        </w:tc>
        <w:tc>
          <w:tcPr>
            <w:tcW w:w="1225" w:type="dxa"/>
          </w:tcPr>
          <w:p w14:paraId="5A6E7E1C" w14:textId="77777777" w:rsidR="001F47AF" w:rsidRDefault="001F47AF" w:rsidP="00F8131E">
            <w:pPr>
              <w:widowControl w:val="0"/>
              <w:jc w:val="both"/>
              <w:rPr>
                <w:lang w:val="en-GB"/>
              </w:rPr>
            </w:pPr>
            <w:r>
              <w:t>DCSCS</w:t>
            </w:r>
          </w:p>
        </w:tc>
        <w:tc>
          <w:tcPr>
            <w:tcW w:w="2076" w:type="dxa"/>
          </w:tcPr>
          <w:p w14:paraId="5BE8CD10" w14:textId="77777777" w:rsidR="001F47AF" w:rsidRDefault="001F47AF" w:rsidP="00F8131E">
            <w:pPr>
              <w:widowControl w:val="0"/>
              <w:jc w:val="both"/>
            </w:pPr>
            <w:r>
              <w:rPr>
                <w:lang w:val="en-GB"/>
              </w:rPr>
              <w:t>1117230</w:t>
            </w:r>
            <w:r>
              <w:t>39027</w:t>
            </w:r>
          </w:p>
        </w:tc>
        <w:tc>
          <w:tcPr>
            <w:tcW w:w="2005" w:type="dxa"/>
            <w:vAlign w:val="center"/>
          </w:tcPr>
          <w:p w14:paraId="0D0FD74D" w14:textId="77777777" w:rsidR="001F47AF" w:rsidRDefault="001F47AF" w:rsidP="00F8131E">
            <w:pPr>
              <w:widowControl w:val="0"/>
              <w:jc w:val="both"/>
              <w:rPr>
                <w:lang w:val="en-GB"/>
              </w:rPr>
            </w:pPr>
            <w:r w:rsidRPr="003A72CB">
              <w:rPr>
                <w:rFonts w:cs="Times New Roman"/>
                <w:color w:val="000000"/>
                <w:sz w:val="20"/>
                <w:szCs w:val="20"/>
              </w:rPr>
              <w:t>HAMAD SALEH MAHFOOZ</w:t>
            </w:r>
          </w:p>
        </w:tc>
      </w:tr>
      <w:tr w:rsidR="001F47AF" w14:paraId="44C121A8" w14:textId="77777777" w:rsidTr="00F8131E">
        <w:trPr>
          <w:trHeight w:val="350"/>
        </w:trPr>
        <w:tc>
          <w:tcPr>
            <w:tcW w:w="1125" w:type="dxa"/>
          </w:tcPr>
          <w:p w14:paraId="68980046" w14:textId="77777777" w:rsidR="001F47AF" w:rsidRDefault="001F47AF" w:rsidP="001F47AF">
            <w:pPr>
              <w:widowControl w:val="0"/>
              <w:numPr>
                <w:ilvl w:val="0"/>
                <w:numId w:val="4"/>
              </w:numPr>
              <w:jc w:val="both"/>
            </w:pPr>
          </w:p>
        </w:tc>
        <w:tc>
          <w:tcPr>
            <w:tcW w:w="2199" w:type="dxa"/>
          </w:tcPr>
          <w:p w14:paraId="2A4F71CC" w14:textId="77777777" w:rsidR="001F47AF" w:rsidRDefault="001F47AF" w:rsidP="00F8131E">
            <w:pPr>
              <w:widowControl w:val="0"/>
              <w:jc w:val="both"/>
            </w:pPr>
            <w:r>
              <w:t>M.SUPRIYA</w:t>
            </w:r>
          </w:p>
        </w:tc>
        <w:tc>
          <w:tcPr>
            <w:tcW w:w="1225" w:type="dxa"/>
          </w:tcPr>
          <w:p w14:paraId="44CD55F5" w14:textId="77777777" w:rsidR="001F47AF" w:rsidRDefault="001F47AF" w:rsidP="00F8131E">
            <w:pPr>
              <w:widowControl w:val="0"/>
              <w:jc w:val="both"/>
              <w:rPr>
                <w:lang w:val="en-GB"/>
              </w:rPr>
            </w:pPr>
            <w:r>
              <w:t>DCSCS</w:t>
            </w:r>
          </w:p>
        </w:tc>
        <w:tc>
          <w:tcPr>
            <w:tcW w:w="2076" w:type="dxa"/>
          </w:tcPr>
          <w:p w14:paraId="14677059" w14:textId="77777777" w:rsidR="001F47AF" w:rsidRDefault="001F47AF" w:rsidP="00F8131E">
            <w:pPr>
              <w:widowControl w:val="0"/>
              <w:jc w:val="both"/>
            </w:pPr>
            <w:r>
              <w:rPr>
                <w:lang w:val="en-GB"/>
              </w:rPr>
              <w:t>1117230</w:t>
            </w:r>
            <w:r>
              <w:t>39028</w:t>
            </w:r>
          </w:p>
        </w:tc>
        <w:tc>
          <w:tcPr>
            <w:tcW w:w="2005" w:type="dxa"/>
            <w:vAlign w:val="center"/>
          </w:tcPr>
          <w:p w14:paraId="5F4DBFBA" w14:textId="77777777" w:rsidR="001F47AF" w:rsidRDefault="001F47AF" w:rsidP="00F8131E">
            <w:pPr>
              <w:widowControl w:val="0"/>
              <w:jc w:val="both"/>
              <w:rPr>
                <w:lang w:val="en-GB"/>
              </w:rPr>
            </w:pPr>
            <w:r w:rsidRPr="003A72CB">
              <w:rPr>
                <w:rFonts w:cs="Times New Roman"/>
                <w:color w:val="000000"/>
                <w:sz w:val="20"/>
                <w:szCs w:val="20"/>
              </w:rPr>
              <w:t>JAMPANA SATHISH</w:t>
            </w:r>
          </w:p>
        </w:tc>
      </w:tr>
      <w:tr w:rsidR="001F47AF" w14:paraId="5FFDA94F" w14:textId="77777777" w:rsidTr="00F8131E">
        <w:trPr>
          <w:trHeight w:val="359"/>
        </w:trPr>
        <w:tc>
          <w:tcPr>
            <w:tcW w:w="1125" w:type="dxa"/>
          </w:tcPr>
          <w:p w14:paraId="4034F0C4" w14:textId="77777777" w:rsidR="001F47AF" w:rsidRDefault="001F47AF" w:rsidP="001F47AF">
            <w:pPr>
              <w:widowControl w:val="0"/>
              <w:numPr>
                <w:ilvl w:val="0"/>
                <w:numId w:val="4"/>
              </w:numPr>
              <w:jc w:val="both"/>
            </w:pPr>
          </w:p>
        </w:tc>
        <w:tc>
          <w:tcPr>
            <w:tcW w:w="2199" w:type="dxa"/>
          </w:tcPr>
          <w:p w14:paraId="4A0554A9" w14:textId="77777777" w:rsidR="001F47AF" w:rsidRDefault="001F47AF" w:rsidP="00F8131E">
            <w:pPr>
              <w:widowControl w:val="0"/>
              <w:jc w:val="both"/>
            </w:pPr>
            <w:r>
              <w:t>M.SUPRIYA</w:t>
            </w:r>
          </w:p>
        </w:tc>
        <w:tc>
          <w:tcPr>
            <w:tcW w:w="1225" w:type="dxa"/>
          </w:tcPr>
          <w:p w14:paraId="498DBFD8" w14:textId="77777777" w:rsidR="001F47AF" w:rsidRDefault="001F47AF" w:rsidP="00F8131E">
            <w:pPr>
              <w:widowControl w:val="0"/>
              <w:jc w:val="both"/>
              <w:rPr>
                <w:lang w:val="en-GB"/>
              </w:rPr>
            </w:pPr>
            <w:r>
              <w:t>DCSCS</w:t>
            </w:r>
          </w:p>
        </w:tc>
        <w:tc>
          <w:tcPr>
            <w:tcW w:w="2076" w:type="dxa"/>
          </w:tcPr>
          <w:p w14:paraId="5E05A340" w14:textId="77777777" w:rsidR="001F47AF" w:rsidRDefault="001F47AF" w:rsidP="00F8131E">
            <w:pPr>
              <w:widowControl w:val="0"/>
              <w:jc w:val="both"/>
            </w:pPr>
            <w:r>
              <w:rPr>
                <w:lang w:val="en-GB"/>
              </w:rPr>
              <w:t>1117230</w:t>
            </w:r>
            <w:r>
              <w:t>39030</w:t>
            </w:r>
          </w:p>
        </w:tc>
        <w:tc>
          <w:tcPr>
            <w:tcW w:w="2005" w:type="dxa"/>
            <w:vAlign w:val="center"/>
          </w:tcPr>
          <w:p w14:paraId="1954A9AA" w14:textId="77777777" w:rsidR="001F47AF" w:rsidRDefault="001F47AF" w:rsidP="00F8131E">
            <w:pPr>
              <w:widowControl w:val="0"/>
              <w:jc w:val="both"/>
              <w:rPr>
                <w:lang w:val="en-GB"/>
              </w:rPr>
            </w:pPr>
            <w:r w:rsidRPr="003A72CB">
              <w:rPr>
                <w:rFonts w:cs="Times New Roman"/>
                <w:color w:val="000000"/>
                <w:sz w:val="20"/>
                <w:szCs w:val="20"/>
              </w:rPr>
              <w:t>KOTHAKOTA VARUN RAJU</w:t>
            </w:r>
          </w:p>
        </w:tc>
      </w:tr>
      <w:tr w:rsidR="001F47AF" w14:paraId="708A3FAD" w14:textId="77777777" w:rsidTr="00F8131E">
        <w:trPr>
          <w:trHeight w:val="359"/>
        </w:trPr>
        <w:tc>
          <w:tcPr>
            <w:tcW w:w="1125" w:type="dxa"/>
          </w:tcPr>
          <w:p w14:paraId="215531A3" w14:textId="77777777" w:rsidR="001F47AF" w:rsidRDefault="001F47AF" w:rsidP="001F47AF">
            <w:pPr>
              <w:widowControl w:val="0"/>
              <w:numPr>
                <w:ilvl w:val="0"/>
                <w:numId w:val="4"/>
              </w:numPr>
              <w:jc w:val="both"/>
            </w:pPr>
          </w:p>
        </w:tc>
        <w:tc>
          <w:tcPr>
            <w:tcW w:w="2199" w:type="dxa"/>
          </w:tcPr>
          <w:p w14:paraId="5C5E104E" w14:textId="77777777" w:rsidR="001F47AF" w:rsidRDefault="001F47AF" w:rsidP="00F8131E">
            <w:pPr>
              <w:widowControl w:val="0"/>
              <w:jc w:val="both"/>
            </w:pPr>
            <w:r>
              <w:t>M.SUPRIYA</w:t>
            </w:r>
          </w:p>
        </w:tc>
        <w:tc>
          <w:tcPr>
            <w:tcW w:w="1225" w:type="dxa"/>
          </w:tcPr>
          <w:p w14:paraId="1FA4753A" w14:textId="77777777" w:rsidR="001F47AF" w:rsidRDefault="001F47AF" w:rsidP="00F8131E">
            <w:pPr>
              <w:widowControl w:val="0"/>
              <w:jc w:val="both"/>
              <w:rPr>
                <w:lang w:val="en-GB"/>
              </w:rPr>
            </w:pPr>
            <w:r>
              <w:t>DCSCS</w:t>
            </w:r>
          </w:p>
        </w:tc>
        <w:tc>
          <w:tcPr>
            <w:tcW w:w="2076" w:type="dxa"/>
          </w:tcPr>
          <w:p w14:paraId="0331F356" w14:textId="77777777" w:rsidR="001F47AF" w:rsidRDefault="001F47AF" w:rsidP="00F8131E">
            <w:pPr>
              <w:widowControl w:val="0"/>
              <w:jc w:val="both"/>
            </w:pPr>
            <w:r>
              <w:rPr>
                <w:lang w:val="en-GB"/>
              </w:rPr>
              <w:t>1117230</w:t>
            </w:r>
            <w:r>
              <w:t>39031</w:t>
            </w:r>
          </w:p>
        </w:tc>
        <w:tc>
          <w:tcPr>
            <w:tcW w:w="2005" w:type="dxa"/>
            <w:vAlign w:val="center"/>
          </w:tcPr>
          <w:p w14:paraId="2E50E5BD" w14:textId="77777777" w:rsidR="001F47AF" w:rsidRDefault="001F47AF" w:rsidP="00F8131E">
            <w:pPr>
              <w:widowControl w:val="0"/>
              <w:jc w:val="both"/>
              <w:rPr>
                <w:lang w:val="en-GB"/>
              </w:rPr>
            </w:pPr>
            <w:r w:rsidRPr="003A72CB">
              <w:rPr>
                <w:rFonts w:cs="Times New Roman"/>
                <w:color w:val="000000"/>
                <w:sz w:val="20"/>
                <w:szCs w:val="20"/>
              </w:rPr>
              <w:t>KURMA SAMPATH</w:t>
            </w:r>
          </w:p>
        </w:tc>
      </w:tr>
      <w:tr w:rsidR="001F47AF" w14:paraId="663F7C59" w14:textId="77777777" w:rsidTr="00F8131E">
        <w:trPr>
          <w:trHeight w:val="359"/>
        </w:trPr>
        <w:tc>
          <w:tcPr>
            <w:tcW w:w="1125" w:type="dxa"/>
          </w:tcPr>
          <w:p w14:paraId="02B9D3A7" w14:textId="77777777" w:rsidR="001F47AF" w:rsidRDefault="001F47AF" w:rsidP="001F47AF">
            <w:pPr>
              <w:widowControl w:val="0"/>
              <w:numPr>
                <w:ilvl w:val="0"/>
                <w:numId w:val="4"/>
              </w:numPr>
              <w:jc w:val="both"/>
            </w:pPr>
          </w:p>
        </w:tc>
        <w:tc>
          <w:tcPr>
            <w:tcW w:w="2199" w:type="dxa"/>
          </w:tcPr>
          <w:p w14:paraId="2DF94E43" w14:textId="77777777" w:rsidR="001F47AF" w:rsidRDefault="001F47AF" w:rsidP="00F8131E">
            <w:pPr>
              <w:widowControl w:val="0"/>
              <w:jc w:val="both"/>
            </w:pPr>
            <w:r>
              <w:t>M.SUPRIYA</w:t>
            </w:r>
          </w:p>
        </w:tc>
        <w:tc>
          <w:tcPr>
            <w:tcW w:w="1225" w:type="dxa"/>
          </w:tcPr>
          <w:p w14:paraId="503C3AB4" w14:textId="77777777" w:rsidR="001F47AF" w:rsidRDefault="001F47AF" w:rsidP="00F8131E">
            <w:pPr>
              <w:widowControl w:val="0"/>
              <w:jc w:val="both"/>
              <w:rPr>
                <w:lang w:val="en-GB"/>
              </w:rPr>
            </w:pPr>
            <w:r>
              <w:t>DCSCS</w:t>
            </w:r>
          </w:p>
        </w:tc>
        <w:tc>
          <w:tcPr>
            <w:tcW w:w="2076" w:type="dxa"/>
          </w:tcPr>
          <w:p w14:paraId="31A4FE7B" w14:textId="77777777" w:rsidR="001F47AF" w:rsidRDefault="001F47AF" w:rsidP="00F8131E">
            <w:pPr>
              <w:widowControl w:val="0"/>
              <w:jc w:val="both"/>
            </w:pPr>
            <w:r>
              <w:rPr>
                <w:lang w:val="en-GB"/>
              </w:rPr>
              <w:t>1117230</w:t>
            </w:r>
            <w:r>
              <w:t>39033</w:t>
            </w:r>
          </w:p>
        </w:tc>
        <w:tc>
          <w:tcPr>
            <w:tcW w:w="2005" w:type="dxa"/>
            <w:vAlign w:val="center"/>
          </w:tcPr>
          <w:p w14:paraId="21C38E86" w14:textId="77777777" w:rsidR="001F47AF" w:rsidRDefault="001F47AF" w:rsidP="00F8131E">
            <w:pPr>
              <w:widowControl w:val="0"/>
              <w:jc w:val="both"/>
              <w:rPr>
                <w:lang w:val="en-GB"/>
              </w:rPr>
            </w:pPr>
            <w:r w:rsidRPr="003A72CB">
              <w:rPr>
                <w:rFonts w:cs="Times New Roman"/>
                <w:color w:val="000000"/>
                <w:sz w:val="20"/>
                <w:szCs w:val="20"/>
              </w:rPr>
              <w:t>MANDHA MANOJ KUMAR</w:t>
            </w:r>
          </w:p>
        </w:tc>
      </w:tr>
      <w:tr w:rsidR="001F47AF" w14:paraId="30F64F67" w14:textId="77777777" w:rsidTr="00F8131E">
        <w:trPr>
          <w:trHeight w:val="350"/>
        </w:trPr>
        <w:tc>
          <w:tcPr>
            <w:tcW w:w="1125" w:type="dxa"/>
          </w:tcPr>
          <w:p w14:paraId="2C926216" w14:textId="77777777" w:rsidR="001F47AF" w:rsidRDefault="001F47AF" w:rsidP="001F47AF">
            <w:pPr>
              <w:widowControl w:val="0"/>
              <w:numPr>
                <w:ilvl w:val="0"/>
                <w:numId w:val="4"/>
              </w:numPr>
              <w:jc w:val="both"/>
            </w:pPr>
          </w:p>
        </w:tc>
        <w:tc>
          <w:tcPr>
            <w:tcW w:w="2199" w:type="dxa"/>
          </w:tcPr>
          <w:p w14:paraId="06C9B439" w14:textId="77777777" w:rsidR="001F47AF" w:rsidRDefault="001F47AF" w:rsidP="00F8131E">
            <w:pPr>
              <w:widowControl w:val="0"/>
              <w:jc w:val="both"/>
              <w:rPr>
                <w:lang w:val="en-GB"/>
              </w:rPr>
            </w:pPr>
            <w:proofErr w:type="gramStart"/>
            <w:r>
              <w:rPr>
                <w:szCs w:val="24"/>
              </w:rPr>
              <w:t>S.KAVITHA</w:t>
            </w:r>
            <w:proofErr w:type="gramEnd"/>
          </w:p>
        </w:tc>
        <w:tc>
          <w:tcPr>
            <w:tcW w:w="1225" w:type="dxa"/>
          </w:tcPr>
          <w:p w14:paraId="0313941A" w14:textId="77777777" w:rsidR="001F47AF" w:rsidRDefault="001F47AF" w:rsidP="00F8131E">
            <w:pPr>
              <w:widowControl w:val="0"/>
              <w:jc w:val="both"/>
              <w:rPr>
                <w:lang w:val="en-GB"/>
              </w:rPr>
            </w:pPr>
            <w:r>
              <w:t>DCSCS</w:t>
            </w:r>
          </w:p>
        </w:tc>
        <w:tc>
          <w:tcPr>
            <w:tcW w:w="2076" w:type="dxa"/>
          </w:tcPr>
          <w:p w14:paraId="21254F10" w14:textId="77777777" w:rsidR="001F47AF" w:rsidRDefault="001F47AF" w:rsidP="00F8131E">
            <w:pPr>
              <w:widowControl w:val="0"/>
              <w:jc w:val="both"/>
            </w:pPr>
            <w:r>
              <w:rPr>
                <w:lang w:val="en-GB"/>
              </w:rPr>
              <w:t>1117230</w:t>
            </w:r>
            <w:r>
              <w:t>39034</w:t>
            </w:r>
          </w:p>
        </w:tc>
        <w:tc>
          <w:tcPr>
            <w:tcW w:w="2005" w:type="dxa"/>
            <w:vAlign w:val="center"/>
          </w:tcPr>
          <w:p w14:paraId="2F56D356" w14:textId="77777777" w:rsidR="001F47AF" w:rsidRDefault="001F47AF" w:rsidP="00F8131E">
            <w:pPr>
              <w:widowControl w:val="0"/>
              <w:jc w:val="both"/>
              <w:rPr>
                <w:lang w:val="en-GB"/>
              </w:rPr>
            </w:pPr>
            <w:r w:rsidRPr="003A72CB">
              <w:rPr>
                <w:rFonts w:cs="Times New Roman"/>
                <w:color w:val="000000"/>
                <w:sz w:val="20"/>
                <w:szCs w:val="20"/>
              </w:rPr>
              <w:t>MANDHA YASWANTH</w:t>
            </w:r>
          </w:p>
        </w:tc>
      </w:tr>
      <w:tr w:rsidR="001F47AF" w14:paraId="310A03DF" w14:textId="77777777" w:rsidTr="00F8131E">
        <w:trPr>
          <w:trHeight w:val="359"/>
        </w:trPr>
        <w:tc>
          <w:tcPr>
            <w:tcW w:w="1125" w:type="dxa"/>
          </w:tcPr>
          <w:p w14:paraId="7450EEFE" w14:textId="77777777" w:rsidR="001F47AF" w:rsidRDefault="001F47AF" w:rsidP="001F47AF">
            <w:pPr>
              <w:widowControl w:val="0"/>
              <w:numPr>
                <w:ilvl w:val="0"/>
                <w:numId w:val="4"/>
              </w:numPr>
              <w:jc w:val="both"/>
            </w:pPr>
          </w:p>
        </w:tc>
        <w:tc>
          <w:tcPr>
            <w:tcW w:w="2199" w:type="dxa"/>
          </w:tcPr>
          <w:p w14:paraId="5FED788A" w14:textId="77777777" w:rsidR="001F47AF" w:rsidRDefault="001F47AF" w:rsidP="00F8131E">
            <w:pPr>
              <w:widowControl w:val="0"/>
              <w:jc w:val="both"/>
            </w:pPr>
            <w:proofErr w:type="gramStart"/>
            <w:r>
              <w:rPr>
                <w:szCs w:val="24"/>
              </w:rPr>
              <w:t>S.KAVITHA</w:t>
            </w:r>
            <w:proofErr w:type="gramEnd"/>
          </w:p>
        </w:tc>
        <w:tc>
          <w:tcPr>
            <w:tcW w:w="1225" w:type="dxa"/>
          </w:tcPr>
          <w:p w14:paraId="3436201F" w14:textId="77777777" w:rsidR="001F47AF" w:rsidRDefault="001F47AF" w:rsidP="00F8131E">
            <w:pPr>
              <w:widowControl w:val="0"/>
              <w:jc w:val="both"/>
              <w:rPr>
                <w:lang w:val="en-GB"/>
              </w:rPr>
            </w:pPr>
            <w:r>
              <w:t>DCSCS</w:t>
            </w:r>
          </w:p>
        </w:tc>
        <w:tc>
          <w:tcPr>
            <w:tcW w:w="2076" w:type="dxa"/>
          </w:tcPr>
          <w:p w14:paraId="1B7B24DF" w14:textId="77777777" w:rsidR="001F47AF" w:rsidRDefault="001F47AF" w:rsidP="00F8131E">
            <w:pPr>
              <w:widowControl w:val="0"/>
              <w:jc w:val="both"/>
            </w:pPr>
            <w:r>
              <w:rPr>
                <w:lang w:val="en-GB"/>
              </w:rPr>
              <w:t>1117230</w:t>
            </w:r>
            <w:r>
              <w:t>39035</w:t>
            </w:r>
          </w:p>
        </w:tc>
        <w:tc>
          <w:tcPr>
            <w:tcW w:w="2005" w:type="dxa"/>
            <w:vAlign w:val="center"/>
          </w:tcPr>
          <w:p w14:paraId="5E425028" w14:textId="77777777" w:rsidR="001F47AF" w:rsidRDefault="001F47AF" w:rsidP="00F8131E">
            <w:pPr>
              <w:widowControl w:val="0"/>
              <w:jc w:val="both"/>
              <w:rPr>
                <w:lang w:val="en-GB"/>
              </w:rPr>
            </w:pPr>
            <w:r w:rsidRPr="003A72CB">
              <w:rPr>
                <w:rFonts w:cs="Times New Roman"/>
                <w:color w:val="000000"/>
                <w:sz w:val="20"/>
                <w:szCs w:val="20"/>
              </w:rPr>
              <w:t>MANIKANTA REDDY ANUGULA</w:t>
            </w:r>
          </w:p>
        </w:tc>
      </w:tr>
      <w:tr w:rsidR="001F47AF" w14:paraId="50F8CC19" w14:textId="77777777" w:rsidTr="00F8131E">
        <w:trPr>
          <w:trHeight w:val="359"/>
        </w:trPr>
        <w:tc>
          <w:tcPr>
            <w:tcW w:w="1125" w:type="dxa"/>
          </w:tcPr>
          <w:p w14:paraId="684346B8" w14:textId="77777777" w:rsidR="001F47AF" w:rsidRDefault="001F47AF" w:rsidP="001F47AF">
            <w:pPr>
              <w:widowControl w:val="0"/>
              <w:numPr>
                <w:ilvl w:val="0"/>
                <w:numId w:val="4"/>
              </w:numPr>
              <w:jc w:val="both"/>
            </w:pPr>
          </w:p>
        </w:tc>
        <w:tc>
          <w:tcPr>
            <w:tcW w:w="2199" w:type="dxa"/>
          </w:tcPr>
          <w:p w14:paraId="77FCF055" w14:textId="77777777" w:rsidR="001F47AF" w:rsidRDefault="001F47AF" w:rsidP="00F8131E">
            <w:pPr>
              <w:widowControl w:val="0"/>
              <w:jc w:val="both"/>
            </w:pPr>
            <w:proofErr w:type="gramStart"/>
            <w:r>
              <w:rPr>
                <w:szCs w:val="24"/>
              </w:rPr>
              <w:t>S.KAVITHA</w:t>
            </w:r>
            <w:proofErr w:type="gramEnd"/>
          </w:p>
        </w:tc>
        <w:tc>
          <w:tcPr>
            <w:tcW w:w="1225" w:type="dxa"/>
          </w:tcPr>
          <w:p w14:paraId="3D9CF7DF" w14:textId="77777777" w:rsidR="001F47AF" w:rsidRDefault="001F47AF" w:rsidP="00F8131E">
            <w:pPr>
              <w:widowControl w:val="0"/>
              <w:jc w:val="both"/>
              <w:rPr>
                <w:lang w:val="en-GB"/>
              </w:rPr>
            </w:pPr>
            <w:r>
              <w:t>DCSCS</w:t>
            </w:r>
          </w:p>
        </w:tc>
        <w:tc>
          <w:tcPr>
            <w:tcW w:w="2076" w:type="dxa"/>
          </w:tcPr>
          <w:p w14:paraId="49DDFDC1" w14:textId="77777777" w:rsidR="001F47AF" w:rsidRDefault="001F47AF" w:rsidP="00F8131E">
            <w:pPr>
              <w:widowControl w:val="0"/>
              <w:jc w:val="both"/>
            </w:pPr>
            <w:r>
              <w:rPr>
                <w:lang w:val="en-GB"/>
              </w:rPr>
              <w:t>1117230</w:t>
            </w:r>
            <w:r>
              <w:t>39037</w:t>
            </w:r>
          </w:p>
        </w:tc>
        <w:tc>
          <w:tcPr>
            <w:tcW w:w="2005" w:type="dxa"/>
            <w:vAlign w:val="center"/>
          </w:tcPr>
          <w:p w14:paraId="645CA37D" w14:textId="77777777" w:rsidR="001F47AF" w:rsidRDefault="001F47AF" w:rsidP="00F8131E">
            <w:pPr>
              <w:widowControl w:val="0"/>
              <w:jc w:val="both"/>
              <w:rPr>
                <w:lang w:val="en-GB"/>
              </w:rPr>
            </w:pPr>
            <w:r w:rsidRPr="003A72CB">
              <w:rPr>
                <w:rFonts w:cs="Times New Roman"/>
                <w:color w:val="000000"/>
                <w:sz w:val="20"/>
                <w:szCs w:val="20"/>
              </w:rPr>
              <w:t>MIRUDUDDI SAMPATH KUMAR</w:t>
            </w:r>
          </w:p>
        </w:tc>
      </w:tr>
      <w:tr w:rsidR="001F47AF" w14:paraId="6475CA76" w14:textId="77777777" w:rsidTr="00F8131E">
        <w:trPr>
          <w:trHeight w:val="359"/>
        </w:trPr>
        <w:tc>
          <w:tcPr>
            <w:tcW w:w="1125" w:type="dxa"/>
          </w:tcPr>
          <w:p w14:paraId="73BAC52D" w14:textId="77777777" w:rsidR="001F47AF" w:rsidRDefault="001F47AF" w:rsidP="001F47AF">
            <w:pPr>
              <w:widowControl w:val="0"/>
              <w:numPr>
                <w:ilvl w:val="0"/>
                <w:numId w:val="4"/>
              </w:numPr>
              <w:jc w:val="both"/>
            </w:pPr>
          </w:p>
        </w:tc>
        <w:tc>
          <w:tcPr>
            <w:tcW w:w="2199" w:type="dxa"/>
          </w:tcPr>
          <w:p w14:paraId="5F2B5757" w14:textId="77777777" w:rsidR="001F47AF" w:rsidRDefault="001F47AF" w:rsidP="00F8131E">
            <w:pPr>
              <w:widowControl w:val="0"/>
              <w:jc w:val="both"/>
            </w:pPr>
            <w:proofErr w:type="gramStart"/>
            <w:r>
              <w:rPr>
                <w:szCs w:val="24"/>
              </w:rPr>
              <w:t>S.KAVITHA</w:t>
            </w:r>
            <w:proofErr w:type="gramEnd"/>
          </w:p>
        </w:tc>
        <w:tc>
          <w:tcPr>
            <w:tcW w:w="1225" w:type="dxa"/>
          </w:tcPr>
          <w:p w14:paraId="1CC29886" w14:textId="77777777" w:rsidR="001F47AF" w:rsidRDefault="001F47AF" w:rsidP="00F8131E">
            <w:pPr>
              <w:widowControl w:val="0"/>
              <w:jc w:val="both"/>
              <w:rPr>
                <w:lang w:val="en-GB"/>
              </w:rPr>
            </w:pPr>
            <w:r>
              <w:t>DCSCS</w:t>
            </w:r>
          </w:p>
        </w:tc>
        <w:tc>
          <w:tcPr>
            <w:tcW w:w="2076" w:type="dxa"/>
          </w:tcPr>
          <w:p w14:paraId="70620014" w14:textId="77777777" w:rsidR="001F47AF" w:rsidRDefault="001F47AF" w:rsidP="00F8131E">
            <w:pPr>
              <w:widowControl w:val="0"/>
              <w:jc w:val="both"/>
            </w:pPr>
            <w:r>
              <w:rPr>
                <w:lang w:val="en-GB"/>
              </w:rPr>
              <w:t>1117230</w:t>
            </w:r>
            <w:r>
              <w:t>39038</w:t>
            </w:r>
          </w:p>
        </w:tc>
        <w:tc>
          <w:tcPr>
            <w:tcW w:w="2005" w:type="dxa"/>
            <w:vAlign w:val="center"/>
          </w:tcPr>
          <w:p w14:paraId="7AA9F054" w14:textId="77777777" w:rsidR="001F47AF" w:rsidRDefault="001F47AF" w:rsidP="00F8131E">
            <w:pPr>
              <w:widowControl w:val="0"/>
              <w:jc w:val="both"/>
              <w:rPr>
                <w:lang w:val="en-GB"/>
              </w:rPr>
            </w:pPr>
            <w:r w:rsidRPr="003A72CB">
              <w:rPr>
                <w:rFonts w:cs="Times New Roman"/>
                <w:color w:val="000000"/>
                <w:sz w:val="20"/>
                <w:szCs w:val="20"/>
              </w:rPr>
              <w:t>MUZAMMIL K M</w:t>
            </w:r>
          </w:p>
        </w:tc>
      </w:tr>
      <w:tr w:rsidR="001F47AF" w14:paraId="5CD4BAD8" w14:textId="77777777" w:rsidTr="00F8131E">
        <w:trPr>
          <w:trHeight w:val="350"/>
        </w:trPr>
        <w:tc>
          <w:tcPr>
            <w:tcW w:w="1125" w:type="dxa"/>
          </w:tcPr>
          <w:p w14:paraId="15E50C21" w14:textId="77777777" w:rsidR="001F47AF" w:rsidRDefault="001F47AF" w:rsidP="001F47AF">
            <w:pPr>
              <w:widowControl w:val="0"/>
              <w:numPr>
                <w:ilvl w:val="0"/>
                <w:numId w:val="4"/>
              </w:numPr>
              <w:jc w:val="both"/>
            </w:pPr>
          </w:p>
        </w:tc>
        <w:tc>
          <w:tcPr>
            <w:tcW w:w="2199" w:type="dxa"/>
          </w:tcPr>
          <w:p w14:paraId="0F0EF9C0" w14:textId="77777777" w:rsidR="001F47AF" w:rsidRDefault="001F47AF" w:rsidP="00F8131E">
            <w:pPr>
              <w:widowControl w:val="0"/>
              <w:jc w:val="both"/>
            </w:pPr>
            <w:proofErr w:type="gramStart"/>
            <w:r>
              <w:rPr>
                <w:szCs w:val="24"/>
              </w:rPr>
              <w:t>S.KAVITHA</w:t>
            </w:r>
            <w:proofErr w:type="gramEnd"/>
          </w:p>
        </w:tc>
        <w:tc>
          <w:tcPr>
            <w:tcW w:w="1225" w:type="dxa"/>
          </w:tcPr>
          <w:p w14:paraId="4C8FF139" w14:textId="77777777" w:rsidR="001F47AF" w:rsidRDefault="001F47AF" w:rsidP="00F8131E">
            <w:pPr>
              <w:widowControl w:val="0"/>
              <w:jc w:val="both"/>
              <w:rPr>
                <w:lang w:val="en-GB"/>
              </w:rPr>
            </w:pPr>
            <w:r>
              <w:t>DCSCS</w:t>
            </w:r>
          </w:p>
        </w:tc>
        <w:tc>
          <w:tcPr>
            <w:tcW w:w="2076" w:type="dxa"/>
          </w:tcPr>
          <w:p w14:paraId="4925F392" w14:textId="77777777" w:rsidR="001F47AF" w:rsidRDefault="001F47AF" w:rsidP="00F8131E">
            <w:pPr>
              <w:widowControl w:val="0"/>
              <w:jc w:val="both"/>
            </w:pPr>
            <w:r>
              <w:rPr>
                <w:lang w:val="en-GB"/>
              </w:rPr>
              <w:t>1117230</w:t>
            </w:r>
            <w:r>
              <w:t>39039</w:t>
            </w:r>
          </w:p>
        </w:tc>
        <w:tc>
          <w:tcPr>
            <w:tcW w:w="2005" w:type="dxa"/>
            <w:vAlign w:val="center"/>
          </w:tcPr>
          <w:p w14:paraId="4FFDF60A" w14:textId="77777777" w:rsidR="001F47AF" w:rsidRDefault="001F47AF" w:rsidP="00F8131E">
            <w:pPr>
              <w:widowControl w:val="0"/>
              <w:jc w:val="both"/>
              <w:rPr>
                <w:lang w:val="en-GB"/>
              </w:rPr>
            </w:pPr>
            <w:r w:rsidRPr="003A72CB">
              <w:rPr>
                <w:rFonts w:cs="Times New Roman"/>
                <w:color w:val="000000"/>
                <w:sz w:val="20"/>
                <w:szCs w:val="20"/>
              </w:rPr>
              <w:t>NALLA MANIKANTA</w:t>
            </w:r>
          </w:p>
        </w:tc>
      </w:tr>
      <w:tr w:rsidR="001F47AF" w14:paraId="722E0A03" w14:textId="77777777" w:rsidTr="00F8131E">
        <w:trPr>
          <w:trHeight w:val="359"/>
        </w:trPr>
        <w:tc>
          <w:tcPr>
            <w:tcW w:w="1125" w:type="dxa"/>
          </w:tcPr>
          <w:p w14:paraId="6810C8CF" w14:textId="77777777" w:rsidR="001F47AF" w:rsidRDefault="001F47AF" w:rsidP="001F47AF">
            <w:pPr>
              <w:widowControl w:val="0"/>
              <w:numPr>
                <w:ilvl w:val="0"/>
                <w:numId w:val="4"/>
              </w:numPr>
              <w:jc w:val="both"/>
            </w:pPr>
          </w:p>
        </w:tc>
        <w:tc>
          <w:tcPr>
            <w:tcW w:w="2199" w:type="dxa"/>
          </w:tcPr>
          <w:p w14:paraId="66F48CF5" w14:textId="77777777" w:rsidR="001F47AF" w:rsidRDefault="001F47AF" w:rsidP="00F8131E">
            <w:pPr>
              <w:widowControl w:val="0"/>
              <w:jc w:val="both"/>
            </w:pPr>
            <w:proofErr w:type="gramStart"/>
            <w:r>
              <w:rPr>
                <w:szCs w:val="24"/>
              </w:rPr>
              <w:t>S.KAVITHA</w:t>
            </w:r>
            <w:proofErr w:type="gramEnd"/>
          </w:p>
        </w:tc>
        <w:tc>
          <w:tcPr>
            <w:tcW w:w="1225" w:type="dxa"/>
          </w:tcPr>
          <w:p w14:paraId="4ED07216" w14:textId="77777777" w:rsidR="001F47AF" w:rsidRDefault="001F47AF" w:rsidP="00F8131E">
            <w:pPr>
              <w:widowControl w:val="0"/>
              <w:jc w:val="both"/>
              <w:rPr>
                <w:lang w:val="en-GB"/>
              </w:rPr>
            </w:pPr>
            <w:r>
              <w:t>DCSCS</w:t>
            </w:r>
          </w:p>
        </w:tc>
        <w:tc>
          <w:tcPr>
            <w:tcW w:w="2076" w:type="dxa"/>
          </w:tcPr>
          <w:p w14:paraId="2DB5A317" w14:textId="77777777" w:rsidR="001F47AF" w:rsidRDefault="001F47AF" w:rsidP="00F8131E">
            <w:pPr>
              <w:widowControl w:val="0"/>
              <w:jc w:val="both"/>
            </w:pPr>
            <w:r>
              <w:rPr>
                <w:lang w:val="en-GB"/>
              </w:rPr>
              <w:t>1117230</w:t>
            </w:r>
            <w:r>
              <w:t>39040</w:t>
            </w:r>
          </w:p>
        </w:tc>
        <w:tc>
          <w:tcPr>
            <w:tcW w:w="2005" w:type="dxa"/>
            <w:vAlign w:val="center"/>
          </w:tcPr>
          <w:p w14:paraId="2C3E6ED1" w14:textId="77777777" w:rsidR="001F47AF" w:rsidRDefault="001F47AF" w:rsidP="00F8131E">
            <w:pPr>
              <w:widowControl w:val="0"/>
              <w:jc w:val="both"/>
              <w:rPr>
                <w:lang w:val="en-GB"/>
              </w:rPr>
            </w:pPr>
            <w:r w:rsidRPr="003A72CB">
              <w:rPr>
                <w:rFonts w:cs="Times New Roman"/>
                <w:color w:val="000000"/>
                <w:sz w:val="20"/>
                <w:szCs w:val="20"/>
              </w:rPr>
              <w:t>PASALA VARSHITH</w:t>
            </w:r>
          </w:p>
        </w:tc>
      </w:tr>
      <w:tr w:rsidR="001F47AF" w14:paraId="2D44E752" w14:textId="77777777" w:rsidTr="00F8131E">
        <w:trPr>
          <w:trHeight w:val="359"/>
        </w:trPr>
        <w:tc>
          <w:tcPr>
            <w:tcW w:w="1125" w:type="dxa"/>
          </w:tcPr>
          <w:p w14:paraId="6B42F6DE" w14:textId="77777777" w:rsidR="001F47AF" w:rsidRDefault="001F47AF" w:rsidP="001F47AF">
            <w:pPr>
              <w:widowControl w:val="0"/>
              <w:numPr>
                <w:ilvl w:val="0"/>
                <w:numId w:val="4"/>
              </w:numPr>
              <w:jc w:val="both"/>
            </w:pPr>
          </w:p>
        </w:tc>
        <w:tc>
          <w:tcPr>
            <w:tcW w:w="2199" w:type="dxa"/>
          </w:tcPr>
          <w:p w14:paraId="0305A481" w14:textId="77777777" w:rsidR="001F47AF" w:rsidRDefault="001F47AF" w:rsidP="00F8131E">
            <w:pPr>
              <w:widowControl w:val="0"/>
              <w:jc w:val="both"/>
            </w:pPr>
            <w:proofErr w:type="gramStart"/>
            <w:r>
              <w:rPr>
                <w:szCs w:val="24"/>
              </w:rPr>
              <w:t>S.KAVITHA</w:t>
            </w:r>
            <w:proofErr w:type="gramEnd"/>
          </w:p>
        </w:tc>
        <w:tc>
          <w:tcPr>
            <w:tcW w:w="1225" w:type="dxa"/>
          </w:tcPr>
          <w:p w14:paraId="0A84941A" w14:textId="77777777" w:rsidR="001F47AF" w:rsidRDefault="001F47AF" w:rsidP="00F8131E">
            <w:pPr>
              <w:widowControl w:val="0"/>
              <w:jc w:val="both"/>
              <w:rPr>
                <w:lang w:val="en-GB"/>
              </w:rPr>
            </w:pPr>
            <w:r>
              <w:t>DCSCS</w:t>
            </w:r>
          </w:p>
        </w:tc>
        <w:tc>
          <w:tcPr>
            <w:tcW w:w="2076" w:type="dxa"/>
          </w:tcPr>
          <w:p w14:paraId="1B325582" w14:textId="77777777" w:rsidR="001F47AF" w:rsidRDefault="001F47AF" w:rsidP="00F8131E">
            <w:pPr>
              <w:widowControl w:val="0"/>
              <w:jc w:val="both"/>
            </w:pPr>
            <w:r>
              <w:rPr>
                <w:lang w:val="en-GB"/>
              </w:rPr>
              <w:t>1117230</w:t>
            </w:r>
            <w:r>
              <w:t>39041</w:t>
            </w:r>
          </w:p>
        </w:tc>
        <w:tc>
          <w:tcPr>
            <w:tcW w:w="2005" w:type="dxa"/>
            <w:vAlign w:val="center"/>
          </w:tcPr>
          <w:p w14:paraId="75071F33" w14:textId="77777777" w:rsidR="001F47AF" w:rsidRDefault="001F47AF" w:rsidP="00F8131E">
            <w:pPr>
              <w:widowControl w:val="0"/>
              <w:jc w:val="both"/>
              <w:rPr>
                <w:lang w:val="en-GB"/>
              </w:rPr>
            </w:pPr>
            <w:r w:rsidRPr="003A72CB">
              <w:rPr>
                <w:rFonts w:cs="Times New Roman"/>
                <w:color w:val="000000"/>
                <w:sz w:val="20"/>
                <w:szCs w:val="20"/>
              </w:rPr>
              <w:t>PHILIP PAUL JAMES</w:t>
            </w:r>
          </w:p>
        </w:tc>
      </w:tr>
      <w:tr w:rsidR="001F47AF" w14:paraId="69840400" w14:textId="77777777" w:rsidTr="00F8131E">
        <w:trPr>
          <w:trHeight w:val="359"/>
        </w:trPr>
        <w:tc>
          <w:tcPr>
            <w:tcW w:w="1125" w:type="dxa"/>
          </w:tcPr>
          <w:p w14:paraId="476AF35B" w14:textId="77777777" w:rsidR="001F47AF" w:rsidRDefault="001F47AF" w:rsidP="001F47AF">
            <w:pPr>
              <w:widowControl w:val="0"/>
              <w:numPr>
                <w:ilvl w:val="0"/>
                <w:numId w:val="4"/>
              </w:numPr>
              <w:jc w:val="both"/>
            </w:pPr>
          </w:p>
        </w:tc>
        <w:tc>
          <w:tcPr>
            <w:tcW w:w="2199" w:type="dxa"/>
          </w:tcPr>
          <w:p w14:paraId="6D06B73B" w14:textId="77777777" w:rsidR="001F47AF" w:rsidRDefault="001F47AF" w:rsidP="00F8131E">
            <w:pPr>
              <w:widowControl w:val="0"/>
              <w:jc w:val="both"/>
            </w:pPr>
            <w:proofErr w:type="gramStart"/>
            <w:r>
              <w:rPr>
                <w:szCs w:val="24"/>
              </w:rPr>
              <w:t>S.KAVITHA</w:t>
            </w:r>
            <w:proofErr w:type="gramEnd"/>
          </w:p>
        </w:tc>
        <w:tc>
          <w:tcPr>
            <w:tcW w:w="1225" w:type="dxa"/>
          </w:tcPr>
          <w:p w14:paraId="35B05615" w14:textId="77777777" w:rsidR="001F47AF" w:rsidRDefault="001F47AF" w:rsidP="00F8131E">
            <w:pPr>
              <w:widowControl w:val="0"/>
              <w:jc w:val="both"/>
              <w:rPr>
                <w:lang w:val="en-GB"/>
              </w:rPr>
            </w:pPr>
            <w:r>
              <w:t>DCSCS</w:t>
            </w:r>
          </w:p>
        </w:tc>
        <w:tc>
          <w:tcPr>
            <w:tcW w:w="2076" w:type="dxa"/>
          </w:tcPr>
          <w:p w14:paraId="48E34303" w14:textId="77777777" w:rsidR="001F47AF" w:rsidRDefault="001F47AF" w:rsidP="00F8131E">
            <w:pPr>
              <w:widowControl w:val="0"/>
              <w:jc w:val="both"/>
            </w:pPr>
            <w:r>
              <w:rPr>
                <w:lang w:val="en-GB"/>
              </w:rPr>
              <w:t>1117230</w:t>
            </w:r>
            <w:r>
              <w:t>39042</w:t>
            </w:r>
          </w:p>
        </w:tc>
        <w:tc>
          <w:tcPr>
            <w:tcW w:w="2005" w:type="dxa"/>
            <w:vAlign w:val="center"/>
          </w:tcPr>
          <w:p w14:paraId="518EACB2" w14:textId="77777777" w:rsidR="001F47AF" w:rsidRDefault="001F47AF" w:rsidP="00F8131E">
            <w:pPr>
              <w:widowControl w:val="0"/>
              <w:jc w:val="both"/>
              <w:rPr>
                <w:lang w:val="en-GB"/>
              </w:rPr>
            </w:pPr>
            <w:r w:rsidRPr="003A72CB">
              <w:rPr>
                <w:rFonts w:cs="Times New Roman"/>
                <w:color w:val="000000"/>
                <w:sz w:val="20"/>
                <w:szCs w:val="20"/>
              </w:rPr>
              <w:t>POTULA MANIKANTA</w:t>
            </w:r>
          </w:p>
        </w:tc>
      </w:tr>
      <w:tr w:rsidR="001F47AF" w14:paraId="726419EE" w14:textId="77777777" w:rsidTr="00F8131E">
        <w:trPr>
          <w:trHeight w:val="350"/>
        </w:trPr>
        <w:tc>
          <w:tcPr>
            <w:tcW w:w="1125" w:type="dxa"/>
          </w:tcPr>
          <w:p w14:paraId="089A5DF4" w14:textId="77777777" w:rsidR="001F47AF" w:rsidRDefault="001F47AF" w:rsidP="001F47AF">
            <w:pPr>
              <w:widowControl w:val="0"/>
              <w:numPr>
                <w:ilvl w:val="0"/>
                <w:numId w:val="4"/>
              </w:numPr>
              <w:jc w:val="both"/>
            </w:pPr>
          </w:p>
        </w:tc>
        <w:tc>
          <w:tcPr>
            <w:tcW w:w="2199" w:type="dxa"/>
          </w:tcPr>
          <w:p w14:paraId="251306F9" w14:textId="77777777" w:rsidR="001F47AF" w:rsidRDefault="001F47AF" w:rsidP="00F8131E">
            <w:pPr>
              <w:widowControl w:val="0"/>
              <w:jc w:val="both"/>
            </w:pPr>
            <w:proofErr w:type="gramStart"/>
            <w:r>
              <w:rPr>
                <w:szCs w:val="24"/>
              </w:rPr>
              <w:t>S.KAVITHA</w:t>
            </w:r>
            <w:proofErr w:type="gramEnd"/>
          </w:p>
        </w:tc>
        <w:tc>
          <w:tcPr>
            <w:tcW w:w="1225" w:type="dxa"/>
          </w:tcPr>
          <w:p w14:paraId="65FF542C" w14:textId="77777777" w:rsidR="001F47AF" w:rsidRDefault="001F47AF" w:rsidP="00F8131E">
            <w:pPr>
              <w:widowControl w:val="0"/>
              <w:jc w:val="both"/>
              <w:rPr>
                <w:lang w:val="en-GB"/>
              </w:rPr>
            </w:pPr>
            <w:r>
              <w:t>DCSCS</w:t>
            </w:r>
          </w:p>
        </w:tc>
        <w:tc>
          <w:tcPr>
            <w:tcW w:w="2076" w:type="dxa"/>
          </w:tcPr>
          <w:p w14:paraId="0F4D1466" w14:textId="77777777" w:rsidR="001F47AF" w:rsidRDefault="001F47AF" w:rsidP="00F8131E">
            <w:pPr>
              <w:widowControl w:val="0"/>
              <w:jc w:val="both"/>
            </w:pPr>
            <w:r>
              <w:rPr>
                <w:lang w:val="en-GB"/>
              </w:rPr>
              <w:t>1117230</w:t>
            </w:r>
            <w:r>
              <w:t>39043</w:t>
            </w:r>
          </w:p>
        </w:tc>
        <w:tc>
          <w:tcPr>
            <w:tcW w:w="2005" w:type="dxa"/>
            <w:vAlign w:val="center"/>
          </w:tcPr>
          <w:p w14:paraId="1B143C90" w14:textId="77777777" w:rsidR="001F47AF" w:rsidRDefault="001F47AF" w:rsidP="00F8131E">
            <w:pPr>
              <w:widowControl w:val="0"/>
              <w:jc w:val="both"/>
              <w:rPr>
                <w:lang w:val="en-GB"/>
              </w:rPr>
            </w:pPr>
            <w:r w:rsidRPr="003A72CB">
              <w:rPr>
                <w:rFonts w:cs="Times New Roman"/>
                <w:color w:val="000000"/>
                <w:sz w:val="20"/>
                <w:szCs w:val="20"/>
              </w:rPr>
              <w:t>P S SHIVA KUMAR</w:t>
            </w:r>
          </w:p>
        </w:tc>
      </w:tr>
      <w:tr w:rsidR="001F47AF" w14:paraId="5444A3A3" w14:textId="77777777" w:rsidTr="00F8131E">
        <w:trPr>
          <w:trHeight w:val="359"/>
        </w:trPr>
        <w:tc>
          <w:tcPr>
            <w:tcW w:w="1125" w:type="dxa"/>
          </w:tcPr>
          <w:p w14:paraId="0543B374" w14:textId="77777777" w:rsidR="001F47AF" w:rsidRDefault="001F47AF" w:rsidP="001F47AF">
            <w:pPr>
              <w:widowControl w:val="0"/>
              <w:numPr>
                <w:ilvl w:val="0"/>
                <w:numId w:val="4"/>
              </w:numPr>
              <w:jc w:val="both"/>
            </w:pPr>
          </w:p>
        </w:tc>
        <w:tc>
          <w:tcPr>
            <w:tcW w:w="2199" w:type="dxa"/>
          </w:tcPr>
          <w:p w14:paraId="11482383" w14:textId="77777777" w:rsidR="001F47AF" w:rsidRDefault="001F47AF" w:rsidP="00F8131E">
            <w:pPr>
              <w:widowControl w:val="0"/>
              <w:jc w:val="both"/>
            </w:pPr>
            <w:proofErr w:type="gramStart"/>
            <w:r>
              <w:rPr>
                <w:szCs w:val="24"/>
              </w:rPr>
              <w:t>S.KAVITHA</w:t>
            </w:r>
            <w:proofErr w:type="gramEnd"/>
          </w:p>
        </w:tc>
        <w:tc>
          <w:tcPr>
            <w:tcW w:w="1225" w:type="dxa"/>
          </w:tcPr>
          <w:p w14:paraId="17871F2D" w14:textId="77777777" w:rsidR="001F47AF" w:rsidRDefault="001F47AF" w:rsidP="00F8131E">
            <w:pPr>
              <w:widowControl w:val="0"/>
              <w:jc w:val="both"/>
              <w:rPr>
                <w:lang w:val="en-GB"/>
              </w:rPr>
            </w:pPr>
            <w:r>
              <w:t>DCSCS</w:t>
            </w:r>
          </w:p>
        </w:tc>
        <w:tc>
          <w:tcPr>
            <w:tcW w:w="2076" w:type="dxa"/>
          </w:tcPr>
          <w:p w14:paraId="35C3B8DF" w14:textId="77777777" w:rsidR="001F47AF" w:rsidRDefault="001F47AF" w:rsidP="00F8131E">
            <w:pPr>
              <w:widowControl w:val="0"/>
              <w:jc w:val="both"/>
            </w:pPr>
            <w:r>
              <w:rPr>
                <w:lang w:val="en-GB"/>
              </w:rPr>
              <w:t>1117230</w:t>
            </w:r>
            <w:r>
              <w:t>39044</w:t>
            </w:r>
          </w:p>
        </w:tc>
        <w:tc>
          <w:tcPr>
            <w:tcW w:w="2005" w:type="dxa"/>
            <w:vAlign w:val="center"/>
          </w:tcPr>
          <w:p w14:paraId="30980D58" w14:textId="77777777" w:rsidR="001F47AF" w:rsidRDefault="001F47AF" w:rsidP="00F8131E">
            <w:pPr>
              <w:widowControl w:val="0"/>
              <w:jc w:val="both"/>
              <w:rPr>
                <w:lang w:val="en-GB"/>
              </w:rPr>
            </w:pPr>
            <w:r w:rsidRPr="003A72CB">
              <w:rPr>
                <w:rFonts w:cs="Times New Roman"/>
                <w:color w:val="000000"/>
                <w:sz w:val="20"/>
                <w:szCs w:val="20"/>
              </w:rPr>
              <w:t>ROHITH KUMAR SINGH</w:t>
            </w:r>
          </w:p>
        </w:tc>
      </w:tr>
      <w:tr w:rsidR="001F47AF" w14:paraId="6CA4FE5B" w14:textId="77777777" w:rsidTr="00F8131E">
        <w:trPr>
          <w:trHeight w:val="359"/>
        </w:trPr>
        <w:tc>
          <w:tcPr>
            <w:tcW w:w="1125" w:type="dxa"/>
          </w:tcPr>
          <w:p w14:paraId="684686AB" w14:textId="77777777" w:rsidR="001F47AF" w:rsidRDefault="001F47AF" w:rsidP="001F47AF">
            <w:pPr>
              <w:widowControl w:val="0"/>
              <w:numPr>
                <w:ilvl w:val="0"/>
                <w:numId w:val="4"/>
              </w:numPr>
              <w:jc w:val="both"/>
            </w:pPr>
          </w:p>
        </w:tc>
        <w:tc>
          <w:tcPr>
            <w:tcW w:w="2199" w:type="dxa"/>
          </w:tcPr>
          <w:p w14:paraId="74A941E2" w14:textId="77777777" w:rsidR="001F47AF" w:rsidRDefault="001F47AF" w:rsidP="00F8131E">
            <w:pPr>
              <w:widowControl w:val="0"/>
              <w:jc w:val="both"/>
            </w:pPr>
            <w:r>
              <w:t>M.VASUDHA</w:t>
            </w:r>
          </w:p>
        </w:tc>
        <w:tc>
          <w:tcPr>
            <w:tcW w:w="1225" w:type="dxa"/>
          </w:tcPr>
          <w:p w14:paraId="1C516D4B" w14:textId="77777777" w:rsidR="001F47AF" w:rsidRDefault="001F47AF" w:rsidP="00F8131E">
            <w:pPr>
              <w:widowControl w:val="0"/>
              <w:jc w:val="both"/>
              <w:rPr>
                <w:lang w:val="en-GB"/>
              </w:rPr>
            </w:pPr>
            <w:r>
              <w:t>DCSCS</w:t>
            </w:r>
          </w:p>
        </w:tc>
        <w:tc>
          <w:tcPr>
            <w:tcW w:w="2076" w:type="dxa"/>
          </w:tcPr>
          <w:p w14:paraId="7ADAA930" w14:textId="77777777" w:rsidR="001F47AF" w:rsidRDefault="001F47AF" w:rsidP="00F8131E">
            <w:pPr>
              <w:widowControl w:val="0"/>
              <w:jc w:val="both"/>
            </w:pPr>
            <w:r>
              <w:rPr>
                <w:lang w:val="en-GB"/>
              </w:rPr>
              <w:t>1117230</w:t>
            </w:r>
            <w:r>
              <w:t>39045</w:t>
            </w:r>
          </w:p>
        </w:tc>
        <w:tc>
          <w:tcPr>
            <w:tcW w:w="2005" w:type="dxa"/>
            <w:vAlign w:val="center"/>
          </w:tcPr>
          <w:p w14:paraId="31999990" w14:textId="77777777" w:rsidR="001F47AF" w:rsidRDefault="001F47AF" w:rsidP="00F8131E">
            <w:pPr>
              <w:widowControl w:val="0"/>
              <w:jc w:val="both"/>
              <w:rPr>
                <w:lang w:val="en-GB"/>
              </w:rPr>
            </w:pPr>
            <w:r w:rsidRPr="003A72CB">
              <w:rPr>
                <w:rFonts w:cs="Times New Roman"/>
                <w:color w:val="000000"/>
                <w:sz w:val="20"/>
                <w:szCs w:val="20"/>
              </w:rPr>
              <w:t>RUDRABOINA SAI KISHOR</w:t>
            </w:r>
          </w:p>
        </w:tc>
      </w:tr>
      <w:tr w:rsidR="001F47AF" w14:paraId="5D472434" w14:textId="77777777" w:rsidTr="00F8131E">
        <w:trPr>
          <w:trHeight w:val="359"/>
        </w:trPr>
        <w:tc>
          <w:tcPr>
            <w:tcW w:w="1125" w:type="dxa"/>
          </w:tcPr>
          <w:p w14:paraId="10BEC91F" w14:textId="77777777" w:rsidR="001F47AF" w:rsidRDefault="001F47AF" w:rsidP="001F47AF">
            <w:pPr>
              <w:widowControl w:val="0"/>
              <w:numPr>
                <w:ilvl w:val="0"/>
                <w:numId w:val="4"/>
              </w:numPr>
              <w:jc w:val="both"/>
            </w:pPr>
          </w:p>
        </w:tc>
        <w:tc>
          <w:tcPr>
            <w:tcW w:w="2199" w:type="dxa"/>
          </w:tcPr>
          <w:p w14:paraId="023658A5" w14:textId="77777777" w:rsidR="001F47AF" w:rsidRDefault="001F47AF" w:rsidP="00F8131E">
            <w:pPr>
              <w:widowControl w:val="0"/>
              <w:jc w:val="both"/>
            </w:pPr>
            <w:r>
              <w:t>M.VASUDHA</w:t>
            </w:r>
          </w:p>
        </w:tc>
        <w:tc>
          <w:tcPr>
            <w:tcW w:w="1225" w:type="dxa"/>
          </w:tcPr>
          <w:p w14:paraId="79F3761F" w14:textId="77777777" w:rsidR="001F47AF" w:rsidRDefault="001F47AF" w:rsidP="00F8131E">
            <w:pPr>
              <w:widowControl w:val="0"/>
              <w:jc w:val="both"/>
              <w:rPr>
                <w:lang w:val="en-GB"/>
              </w:rPr>
            </w:pPr>
            <w:r>
              <w:t>DCSCS</w:t>
            </w:r>
          </w:p>
        </w:tc>
        <w:tc>
          <w:tcPr>
            <w:tcW w:w="2076" w:type="dxa"/>
          </w:tcPr>
          <w:p w14:paraId="0C078EB6" w14:textId="77777777" w:rsidR="001F47AF" w:rsidRDefault="001F47AF" w:rsidP="00F8131E">
            <w:pPr>
              <w:widowControl w:val="0"/>
              <w:jc w:val="both"/>
            </w:pPr>
            <w:r>
              <w:rPr>
                <w:lang w:val="en-GB"/>
              </w:rPr>
              <w:t>1117230</w:t>
            </w:r>
            <w:r>
              <w:t>39046</w:t>
            </w:r>
          </w:p>
        </w:tc>
        <w:tc>
          <w:tcPr>
            <w:tcW w:w="2005" w:type="dxa"/>
            <w:vAlign w:val="center"/>
          </w:tcPr>
          <w:p w14:paraId="18FA8182" w14:textId="77777777" w:rsidR="001F47AF" w:rsidRDefault="001F47AF" w:rsidP="00F8131E">
            <w:pPr>
              <w:widowControl w:val="0"/>
              <w:jc w:val="both"/>
              <w:rPr>
                <w:lang w:val="en-GB"/>
              </w:rPr>
            </w:pPr>
            <w:r w:rsidRPr="003A72CB">
              <w:rPr>
                <w:rFonts w:cs="Times New Roman"/>
                <w:color w:val="000000"/>
                <w:sz w:val="20"/>
                <w:szCs w:val="20"/>
              </w:rPr>
              <w:t>SOURAPPA JOHN VIJAY</w:t>
            </w:r>
          </w:p>
        </w:tc>
      </w:tr>
      <w:tr w:rsidR="001F47AF" w14:paraId="3D509F13" w14:textId="77777777" w:rsidTr="00F8131E">
        <w:trPr>
          <w:trHeight w:val="350"/>
        </w:trPr>
        <w:tc>
          <w:tcPr>
            <w:tcW w:w="1125" w:type="dxa"/>
          </w:tcPr>
          <w:p w14:paraId="0D44BFC7" w14:textId="77777777" w:rsidR="001F47AF" w:rsidRDefault="001F47AF" w:rsidP="001F47AF">
            <w:pPr>
              <w:widowControl w:val="0"/>
              <w:numPr>
                <w:ilvl w:val="0"/>
                <w:numId w:val="4"/>
              </w:numPr>
              <w:jc w:val="both"/>
            </w:pPr>
          </w:p>
        </w:tc>
        <w:tc>
          <w:tcPr>
            <w:tcW w:w="2199" w:type="dxa"/>
          </w:tcPr>
          <w:p w14:paraId="217DE373" w14:textId="77777777" w:rsidR="001F47AF" w:rsidRDefault="001F47AF" w:rsidP="00F8131E">
            <w:pPr>
              <w:widowControl w:val="0"/>
              <w:jc w:val="both"/>
            </w:pPr>
            <w:r>
              <w:t>M.VASUDHA</w:t>
            </w:r>
          </w:p>
        </w:tc>
        <w:tc>
          <w:tcPr>
            <w:tcW w:w="1225" w:type="dxa"/>
          </w:tcPr>
          <w:p w14:paraId="758B886B" w14:textId="77777777" w:rsidR="001F47AF" w:rsidRDefault="001F47AF" w:rsidP="00F8131E">
            <w:pPr>
              <w:widowControl w:val="0"/>
              <w:jc w:val="both"/>
              <w:rPr>
                <w:lang w:val="en-GB"/>
              </w:rPr>
            </w:pPr>
            <w:r>
              <w:t>DCSCS</w:t>
            </w:r>
          </w:p>
        </w:tc>
        <w:tc>
          <w:tcPr>
            <w:tcW w:w="2076" w:type="dxa"/>
          </w:tcPr>
          <w:p w14:paraId="04FD6251" w14:textId="77777777" w:rsidR="001F47AF" w:rsidRDefault="001F47AF" w:rsidP="00F8131E">
            <w:pPr>
              <w:widowControl w:val="0"/>
              <w:jc w:val="both"/>
            </w:pPr>
            <w:r>
              <w:rPr>
                <w:lang w:val="en-GB"/>
              </w:rPr>
              <w:t>1117230</w:t>
            </w:r>
            <w:r>
              <w:t>39047</w:t>
            </w:r>
          </w:p>
        </w:tc>
        <w:tc>
          <w:tcPr>
            <w:tcW w:w="2005" w:type="dxa"/>
            <w:vAlign w:val="center"/>
          </w:tcPr>
          <w:p w14:paraId="07B17134" w14:textId="77777777" w:rsidR="001F47AF" w:rsidRDefault="001F47AF" w:rsidP="00F8131E">
            <w:pPr>
              <w:widowControl w:val="0"/>
              <w:jc w:val="both"/>
              <w:rPr>
                <w:lang w:val="en-GB"/>
              </w:rPr>
            </w:pPr>
            <w:r w:rsidRPr="003A72CB">
              <w:rPr>
                <w:rFonts w:cs="Times New Roman"/>
                <w:color w:val="000000"/>
                <w:sz w:val="20"/>
                <w:szCs w:val="20"/>
              </w:rPr>
              <w:t>TIRUMANI RAJU</w:t>
            </w:r>
          </w:p>
        </w:tc>
      </w:tr>
      <w:tr w:rsidR="001F47AF" w14:paraId="5C146D0C" w14:textId="77777777" w:rsidTr="00F8131E">
        <w:trPr>
          <w:trHeight w:val="359"/>
        </w:trPr>
        <w:tc>
          <w:tcPr>
            <w:tcW w:w="1125" w:type="dxa"/>
          </w:tcPr>
          <w:p w14:paraId="58F364CE" w14:textId="77777777" w:rsidR="001F47AF" w:rsidRDefault="001F47AF" w:rsidP="001F47AF">
            <w:pPr>
              <w:widowControl w:val="0"/>
              <w:numPr>
                <w:ilvl w:val="0"/>
                <w:numId w:val="4"/>
              </w:numPr>
              <w:jc w:val="both"/>
            </w:pPr>
          </w:p>
        </w:tc>
        <w:tc>
          <w:tcPr>
            <w:tcW w:w="2199" w:type="dxa"/>
          </w:tcPr>
          <w:p w14:paraId="0C6F28ED" w14:textId="77777777" w:rsidR="001F47AF" w:rsidRDefault="001F47AF" w:rsidP="00F8131E">
            <w:pPr>
              <w:widowControl w:val="0"/>
              <w:jc w:val="both"/>
            </w:pPr>
            <w:r>
              <w:t>M.VASUDHA</w:t>
            </w:r>
          </w:p>
        </w:tc>
        <w:tc>
          <w:tcPr>
            <w:tcW w:w="1225" w:type="dxa"/>
          </w:tcPr>
          <w:p w14:paraId="1F81C9C4" w14:textId="77777777" w:rsidR="001F47AF" w:rsidRDefault="001F47AF" w:rsidP="00F8131E">
            <w:pPr>
              <w:widowControl w:val="0"/>
              <w:jc w:val="both"/>
              <w:rPr>
                <w:lang w:val="en-GB"/>
              </w:rPr>
            </w:pPr>
            <w:r>
              <w:t>DCSCS</w:t>
            </w:r>
          </w:p>
        </w:tc>
        <w:tc>
          <w:tcPr>
            <w:tcW w:w="2076" w:type="dxa"/>
          </w:tcPr>
          <w:p w14:paraId="51262A7C" w14:textId="77777777" w:rsidR="001F47AF" w:rsidRDefault="001F47AF" w:rsidP="00F8131E">
            <w:pPr>
              <w:widowControl w:val="0"/>
              <w:jc w:val="both"/>
            </w:pPr>
            <w:r>
              <w:rPr>
                <w:lang w:val="en-GB"/>
              </w:rPr>
              <w:t>1117230</w:t>
            </w:r>
            <w:r>
              <w:t>39048</w:t>
            </w:r>
          </w:p>
        </w:tc>
        <w:tc>
          <w:tcPr>
            <w:tcW w:w="2005" w:type="dxa"/>
            <w:vAlign w:val="center"/>
          </w:tcPr>
          <w:p w14:paraId="4038BF6C" w14:textId="77777777" w:rsidR="001F47AF" w:rsidRDefault="001F47AF" w:rsidP="00F8131E">
            <w:pPr>
              <w:widowControl w:val="0"/>
              <w:jc w:val="both"/>
              <w:rPr>
                <w:lang w:val="en-GB"/>
              </w:rPr>
            </w:pPr>
            <w:r w:rsidRPr="003A72CB">
              <w:rPr>
                <w:rFonts w:cs="Times New Roman"/>
                <w:color w:val="000000"/>
                <w:sz w:val="20"/>
                <w:szCs w:val="20"/>
              </w:rPr>
              <w:t>VADDEMANI JASON</w:t>
            </w:r>
          </w:p>
        </w:tc>
      </w:tr>
      <w:tr w:rsidR="001F47AF" w14:paraId="4B8DC81C" w14:textId="77777777" w:rsidTr="00F8131E">
        <w:trPr>
          <w:trHeight w:val="359"/>
        </w:trPr>
        <w:tc>
          <w:tcPr>
            <w:tcW w:w="1125" w:type="dxa"/>
          </w:tcPr>
          <w:p w14:paraId="16A844E5" w14:textId="77777777" w:rsidR="001F47AF" w:rsidRDefault="001F47AF" w:rsidP="001F47AF">
            <w:pPr>
              <w:widowControl w:val="0"/>
              <w:numPr>
                <w:ilvl w:val="0"/>
                <w:numId w:val="4"/>
              </w:numPr>
              <w:jc w:val="both"/>
            </w:pPr>
          </w:p>
        </w:tc>
        <w:tc>
          <w:tcPr>
            <w:tcW w:w="2199" w:type="dxa"/>
          </w:tcPr>
          <w:p w14:paraId="5067CF5F" w14:textId="77777777" w:rsidR="001F47AF" w:rsidRDefault="001F47AF" w:rsidP="00F8131E">
            <w:pPr>
              <w:widowControl w:val="0"/>
              <w:jc w:val="both"/>
            </w:pPr>
            <w:r>
              <w:t>M.VASUDHA</w:t>
            </w:r>
          </w:p>
        </w:tc>
        <w:tc>
          <w:tcPr>
            <w:tcW w:w="1225" w:type="dxa"/>
          </w:tcPr>
          <w:p w14:paraId="398B429C" w14:textId="77777777" w:rsidR="001F47AF" w:rsidRDefault="001F47AF" w:rsidP="00F8131E">
            <w:pPr>
              <w:widowControl w:val="0"/>
              <w:jc w:val="both"/>
              <w:rPr>
                <w:lang w:val="en-GB"/>
              </w:rPr>
            </w:pPr>
            <w:r>
              <w:t>DCSCS</w:t>
            </w:r>
          </w:p>
        </w:tc>
        <w:tc>
          <w:tcPr>
            <w:tcW w:w="2076" w:type="dxa"/>
          </w:tcPr>
          <w:p w14:paraId="2E871F02" w14:textId="77777777" w:rsidR="001F47AF" w:rsidRDefault="001F47AF" w:rsidP="00F8131E">
            <w:pPr>
              <w:widowControl w:val="0"/>
              <w:jc w:val="both"/>
            </w:pPr>
            <w:r>
              <w:rPr>
                <w:lang w:val="en-GB"/>
              </w:rPr>
              <w:t>1117230</w:t>
            </w:r>
            <w:r>
              <w:t>39049</w:t>
            </w:r>
          </w:p>
        </w:tc>
        <w:tc>
          <w:tcPr>
            <w:tcW w:w="2005" w:type="dxa"/>
            <w:vAlign w:val="center"/>
          </w:tcPr>
          <w:p w14:paraId="10BD5C62" w14:textId="77777777" w:rsidR="001F47AF" w:rsidRDefault="001F47AF" w:rsidP="00F8131E">
            <w:pPr>
              <w:widowControl w:val="0"/>
              <w:jc w:val="both"/>
              <w:rPr>
                <w:lang w:val="en-GB"/>
              </w:rPr>
            </w:pPr>
            <w:r w:rsidRPr="003A72CB">
              <w:rPr>
                <w:rFonts w:cs="Times New Roman"/>
                <w:color w:val="000000"/>
                <w:sz w:val="20"/>
                <w:szCs w:val="20"/>
              </w:rPr>
              <w:t>VEMPATI SRUJAN</w:t>
            </w:r>
          </w:p>
        </w:tc>
      </w:tr>
      <w:tr w:rsidR="001F47AF" w14:paraId="13C6B2D6" w14:textId="77777777" w:rsidTr="00F8131E">
        <w:trPr>
          <w:trHeight w:val="350"/>
        </w:trPr>
        <w:tc>
          <w:tcPr>
            <w:tcW w:w="1125" w:type="dxa"/>
          </w:tcPr>
          <w:p w14:paraId="1942AFF8" w14:textId="77777777" w:rsidR="001F47AF" w:rsidRDefault="001F47AF" w:rsidP="001F47AF">
            <w:pPr>
              <w:widowControl w:val="0"/>
              <w:numPr>
                <w:ilvl w:val="0"/>
                <w:numId w:val="4"/>
              </w:numPr>
              <w:jc w:val="both"/>
            </w:pPr>
          </w:p>
        </w:tc>
        <w:tc>
          <w:tcPr>
            <w:tcW w:w="2199" w:type="dxa"/>
          </w:tcPr>
          <w:p w14:paraId="2E656FBF" w14:textId="77777777" w:rsidR="001F47AF" w:rsidRDefault="001F47AF" w:rsidP="00F8131E">
            <w:pPr>
              <w:widowControl w:val="0"/>
              <w:jc w:val="both"/>
            </w:pPr>
            <w:r>
              <w:t>M.VASUDHA</w:t>
            </w:r>
          </w:p>
        </w:tc>
        <w:tc>
          <w:tcPr>
            <w:tcW w:w="1225" w:type="dxa"/>
          </w:tcPr>
          <w:p w14:paraId="047CC423" w14:textId="77777777" w:rsidR="001F47AF" w:rsidRDefault="001F47AF" w:rsidP="00F8131E">
            <w:pPr>
              <w:widowControl w:val="0"/>
              <w:jc w:val="both"/>
              <w:rPr>
                <w:lang w:val="en-GB"/>
              </w:rPr>
            </w:pPr>
            <w:r>
              <w:t>DCSCS</w:t>
            </w:r>
          </w:p>
        </w:tc>
        <w:tc>
          <w:tcPr>
            <w:tcW w:w="2076" w:type="dxa"/>
          </w:tcPr>
          <w:p w14:paraId="417D2CB6" w14:textId="77777777" w:rsidR="001F47AF" w:rsidRDefault="001F47AF" w:rsidP="00F8131E">
            <w:pPr>
              <w:widowControl w:val="0"/>
              <w:jc w:val="both"/>
            </w:pPr>
            <w:r>
              <w:rPr>
                <w:lang w:val="en-GB"/>
              </w:rPr>
              <w:t>1117230</w:t>
            </w:r>
            <w:r>
              <w:t>39050</w:t>
            </w:r>
          </w:p>
        </w:tc>
        <w:tc>
          <w:tcPr>
            <w:tcW w:w="2005" w:type="dxa"/>
            <w:vAlign w:val="center"/>
          </w:tcPr>
          <w:p w14:paraId="7A290C38" w14:textId="77777777" w:rsidR="001F47AF" w:rsidRDefault="001F47AF" w:rsidP="00F8131E">
            <w:pPr>
              <w:widowControl w:val="0"/>
              <w:jc w:val="both"/>
              <w:rPr>
                <w:lang w:val="en-GB"/>
              </w:rPr>
            </w:pPr>
            <w:r w:rsidRPr="003A72CB">
              <w:rPr>
                <w:rFonts w:cs="Times New Roman"/>
                <w:color w:val="000000"/>
                <w:sz w:val="20"/>
                <w:szCs w:val="20"/>
              </w:rPr>
              <w:t xml:space="preserve">YADAGANI </w:t>
            </w:r>
            <w:r w:rsidRPr="003A72CB">
              <w:rPr>
                <w:rFonts w:cs="Times New Roman"/>
                <w:color w:val="000000"/>
                <w:sz w:val="20"/>
                <w:szCs w:val="20"/>
              </w:rPr>
              <w:lastRenderedPageBreak/>
              <w:t>BHANUPREETHAM</w:t>
            </w:r>
          </w:p>
        </w:tc>
      </w:tr>
    </w:tbl>
    <w:p w14:paraId="48C78433" w14:textId="77777777" w:rsidR="001F47AF" w:rsidRDefault="001F47AF" w:rsidP="001F47AF"/>
    <w:p w14:paraId="13BA3277" w14:textId="77777777" w:rsidR="00226B14" w:rsidRDefault="00226B14" w:rsidP="00393171">
      <w:pPr>
        <w:rPr>
          <w:rFonts w:ascii="Times New Roman" w:hAnsi="Times New Roman" w:cs="Times New Roman"/>
          <w:b/>
          <w:bCs/>
          <w:sz w:val="36"/>
          <w:szCs w:val="36"/>
          <w:lang w:val="en-GB"/>
        </w:rPr>
      </w:pPr>
    </w:p>
    <w:p w14:paraId="0E881D44" w14:textId="77777777" w:rsidR="009823A7" w:rsidRDefault="009823A7" w:rsidP="00226B14">
      <w:pPr>
        <w:ind w:firstLine="720"/>
        <w:rPr>
          <w:rFonts w:ascii="Times New Roman" w:hAnsi="Times New Roman" w:cs="Times New Roman"/>
          <w:b/>
          <w:bCs/>
          <w:sz w:val="36"/>
          <w:szCs w:val="36"/>
          <w:lang w:val="en-GB"/>
        </w:rPr>
      </w:pPr>
    </w:p>
    <w:p w14:paraId="6510A684" w14:textId="77777777" w:rsidR="009823A7" w:rsidRDefault="009823A7" w:rsidP="00226B14">
      <w:pPr>
        <w:ind w:firstLine="720"/>
        <w:rPr>
          <w:rFonts w:ascii="Times New Roman" w:hAnsi="Times New Roman" w:cs="Times New Roman"/>
          <w:b/>
          <w:bCs/>
          <w:sz w:val="36"/>
          <w:szCs w:val="36"/>
          <w:lang w:val="en-GB"/>
        </w:rPr>
      </w:pPr>
    </w:p>
    <w:p w14:paraId="4CCB4D93" w14:textId="77777777" w:rsidR="009823A7" w:rsidRDefault="009823A7" w:rsidP="00226B14">
      <w:pPr>
        <w:ind w:firstLine="720"/>
        <w:rPr>
          <w:rFonts w:ascii="Times New Roman" w:hAnsi="Times New Roman" w:cs="Times New Roman"/>
          <w:b/>
          <w:bCs/>
          <w:sz w:val="36"/>
          <w:szCs w:val="36"/>
          <w:lang w:val="en-GB"/>
        </w:rPr>
      </w:pPr>
    </w:p>
    <w:p w14:paraId="78786706" w14:textId="77777777" w:rsidR="009823A7" w:rsidRDefault="009823A7" w:rsidP="00226B14">
      <w:pPr>
        <w:ind w:firstLine="720"/>
        <w:rPr>
          <w:rFonts w:ascii="Times New Roman" w:hAnsi="Times New Roman" w:cs="Times New Roman"/>
          <w:b/>
          <w:bCs/>
          <w:sz w:val="36"/>
          <w:szCs w:val="36"/>
          <w:lang w:val="en-GB"/>
        </w:rPr>
      </w:pPr>
    </w:p>
    <w:p w14:paraId="50A6C7F4" w14:textId="77777777" w:rsidR="009823A7" w:rsidRDefault="009823A7" w:rsidP="00226B14">
      <w:pPr>
        <w:ind w:firstLine="720"/>
        <w:rPr>
          <w:rFonts w:ascii="Times New Roman" w:hAnsi="Times New Roman" w:cs="Times New Roman"/>
          <w:b/>
          <w:bCs/>
          <w:sz w:val="36"/>
          <w:szCs w:val="36"/>
          <w:lang w:val="en-GB"/>
        </w:rPr>
      </w:pPr>
    </w:p>
    <w:p w14:paraId="4132C442" w14:textId="77777777" w:rsidR="009823A7" w:rsidRDefault="009823A7" w:rsidP="00226B14">
      <w:pPr>
        <w:ind w:firstLine="720"/>
        <w:rPr>
          <w:rFonts w:ascii="Times New Roman" w:hAnsi="Times New Roman" w:cs="Times New Roman"/>
          <w:b/>
          <w:bCs/>
          <w:sz w:val="36"/>
          <w:szCs w:val="36"/>
          <w:lang w:val="en-GB"/>
        </w:rPr>
      </w:pPr>
    </w:p>
    <w:p w14:paraId="30D03DC4" w14:textId="77777777" w:rsidR="009823A7" w:rsidRDefault="009823A7" w:rsidP="00226B14">
      <w:pPr>
        <w:ind w:firstLine="720"/>
        <w:rPr>
          <w:rFonts w:ascii="Times New Roman" w:hAnsi="Times New Roman" w:cs="Times New Roman"/>
          <w:b/>
          <w:bCs/>
          <w:sz w:val="28"/>
          <w:szCs w:val="28"/>
          <w:lang w:val="en-GB"/>
        </w:rPr>
      </w:pPr>
    </w:p>
    <w:p w14:paraId="4CB56799" w14:textId="77777777" w:rsidR="009823A7" w:rsidRDefault="009823A7" w:rsidP="00226B14">
      <w:pPr>
        <w:ind w:firstLine="720"/>
        <w:rPr>
          <w:rFonts w:ascii="Times New Roman" w:hAnsi="Times New Roman" w:cs="Times New Roman"/>
          <w:b/>
          <w:bCs/>
          <w:sz w:val="28"/>
          <w:szCs w:val="28"/>
          <w:lang w:val="en-GB"/>
        </w:rPr>
      </w:pPr>
    </w:p>
    <w:p w14:paraId="45E01943" w14:textId="77777777" w:rsidR="009823A7" w:rsidRDefault="009823A7" w:rsidP="00226B14">
      <w:pPr>
        <w:ind w:firstLine="720"/>
        <w:rPr>
          <w:rFonts w:ascii="Times New Roman" w:hAnsi="Times New Roman" w:cs="Times New Roman"/>
          <w:b/>
          <w:bCs/>
          <w:sz w:val="28"/>
          <w:szCs w:val="28"/>
          <w:lang w:val="en-GB"/>
        </w:rPr>
      </w:pPr>
    </w:p>
    <w:p w14:paraId="4E23D134" w14:textId="77777777" w:rsidR="009823A7" w:rsidRDefault="009823A7" w:rsidP="00226B14">
      <w:pPr>
        <w:ind w:firstLine="720"/>
        <w:rPr>
          <w:rFonts w:ascii="Times New Roman" w:hAnsi="Times New Roman" w:cs="Times New Roman"/>
          <w:b/>
          <w:bCs/>
          <w:sz w:val="28"/>
          <w:szCs w:val="28"/>
          <w:lang w:val="en-GB"/>
        </w:rPr>
      </w:pPr>
    </w:p>
    <w:p w14:paraId="692EB8FF" w14:textId="14181DE7" w:rsidR="00226B14" w:rsidRPr="009823A7" w:rsidRDefault="00226B14" w:rsidP="00226B14">
      <w:pPr>
        <w:ind w:firstLine="720"/>
        <w:rPr>
          <w:rFonts w:ascii="Times New Roman" w:hAnsi="Times New Roman" w:cs="Times New Roman"/>
          <w:b/>
          <w:bCs/>
          <w:sz w:val="28"/>
          <w:szCs w:val="28"/>
          <w:lang w:val="en-GB"/>
        </w:rPr>
      </w:pPr>
      <w:r w:rsidRPr="009823A7">
        <w:rPr>
          <w:rFonts w:ascii="Times New Roman" w:hAnsi="Times New Roman" w:cs="Times New Roman"/>
          <w:b/>
          <w:bCs/>
          <w:sz w:val="28"/>
          <w:szCs w:val="28"/>
          <w:lang w:val="en-GB"/>
        </w:rPr>
        <w:t>1</w:t>
      </w:r>
      <w:r w:rsidR="00CB4667">
        <w:rPr>
          <w:rFonts w:ascii="Times New Roman" w:hAnsi="Times New Roman" w:cs="Times New Roman"/>
          <w:b/>
          <w:bCs/>
          <w:sz w:val="28"/>
          <w:szCs w:val="28"/>
          <w:lang w:val="en-GB"/>
        </w:rPr>
        <w:t>4</w:t>
      </w:r>
      <w:r w:rsidRPr="009823A7">
        <w:rPr>
          <w:rFonts w:ascii="Times New Roman" w:hAnsi="Times New Roman" w:cs="Times New Roman"/>
          <w:b/>
          <w:bCs/>
          <w:sz w:val="28"/>
          <w:szCs w:val="28"/>
          <w:lang w:val="en-GB"/>
        </w:rPr>
        <w:t>. PARENT/TEACHER REPORT:</w:t>
      </w:r>
    </w:p>
    <w:p w14:paraId="25EC58C5" w14:textId="77777777" w:rsidR="009823A7" w:rsidRDefault="009823A7" w:rsidP="00226B14">
      <w:pPr>
        <w:ind w:firstLine="720"/>
        <w:rPr>
          <w:rFonts w:ascii="Times New Roman" w:hAnsi="Times New Roman" w:cs="Times New Roman"/>
          <w:b/>
          <w:bCs/>
          <w:sz w:val="36"/>
          <w:szCs w:val="36"/>
          <w:lang w:val="en-GB"/>
        </w:rPr>
      </w:pPr>
    </w:p>
    <w:p w14:paraId="6AE0E9FF" w14:textId="77777777" w:rsidR="00226B14" w:rsidRDefault="00226B14" w:rsidP="00226B14">
      <w:pPr>
        <w:ind w:firstLine="720"/>
        <w:rPr>
          <w:rFonts w:ascii="Times New Roman" w:hAnsi="Times New Roman" w:cs="Times New Roman"/>
          <w:b/>
          <w:bCs/>
          <w:sz w:val="36"/>
          <w:szCs w:val="36"/>
          <w:lang w:val="en-GB"/>
        </w:rPr>
      </w:pPr>
    </w:p>
    <w:p w14:paraId="414584B9" w14:textId="7A086B14" w:rsidR="00226B14" w:rsidRDefault="00226B14" w:rsidP="00226B14">
      <w:pPr>
        <w:spacing w:after="0"/>
        <w:rPr>
          <w:rFonts w:ascii="Times New Roman" w:hAnsi="Times New Roman" w:cs="Times New Roman"/>
          <w:b/>
          <w:sz w:val="24"/>
          <w:szCs w:val="24"/>
        </w:rPr>
      </w:pPr>
    </w:p>
    <w:tbl>
      <w:tblPr>
        <w:tblStyle w:val="TableGrid"/>
        <w:tblpPr w:leftFromText="180" w:rightFromText="180" w:vertAnchor="page" w:horzAnchor="page" w:tblpX="1427" w:tblpY="4518"/>
        <w:tblW w:w="5723" w:type="pct"/>
        <w:tblLayout w:type="fixed"/>
        <w:tblLook w:val="04A0" w:firstRow="1" w:lastRow="0" w:firstColumn="1" w:lastColumn="0" w:noHBand="0" w:noVBand="1"/>
      </w:tblPr>
      <w:tblGrid>
        <w:gridCol w:w="814"/>
        <w:gridCol w:w="863"/>
        <w:gridCol w:w="974"/>
        <w:gridCol w:w="1020"/>
        <w:gridCol w:w="1020"/>
        <w:gridCol w:w="2017"/>
        <w:gridCol w:w="1311"/>
        <w:gridCol w:w="2301"/>
      </w:tblGrid>
      <w:tr w:rsidR="00393171" w14:paraId="7A989CC6" w14:textId="77777777" w:rsidTr="00393171">
        <w:trPr>
          <w:trHeight w:val="1443"/>
        </w:trPr>
        <w:tc>
          <w:tcPr>
            <w:tcW w:w="395" w:type="pct"/>
          </w:tcPr>
          <w:p w14:paraId="23018F71" w14:textId="77777777" w:rsidR="00393171" w:rsidRDefault="00393171" w:rsidP="00A743B7">
            <w:pPr>
              <w:rPr>
                <w:rFonts w:ascii="Times New Roman" w:hAnsi="Times New Roman" w:cs="Times New Roman"/>
                <w:b/>
                <w:sz w:val="24"/>
                <w:szCs w:val="24"/>
              </w:rPr>
            </w:pPr>
            <w:r>
              <w:rPr>
                <w:rFonts w:ascii="Times New Roman" w:hAnsi="Times New Roman" w:cs="Times New Roman"/>
                <w:b/>
                <w:sz w:val="24"/>
                <w:szCs w:val="24"/>
              </w:rPr>
              <w:lastRenderedPageBreak/>
              <w:t>Class</w:t>
            </w:r>
          </w:p>
        </w:tc>
        <w:tc>
          <w:tcPr>
            <w:tcW w:w="418" w:type="pct"/>
          </w:tcPr>
          <w:p w14:paraId="0DE89A8D" w14:textId="77777777" w:rsidR="00393171" w:rsidRDefault="00393171" w:rsidP="00A743B7">
            <w:pPr>
              <w:rPr>
                <w:rFonts w:ascii="Times New Roman" w:hAnsi="Times New Roman" w:cs="Times New Roman"/>
                <w:b/>
                <w:sz w:val="24"/>
                <w:szCs w:val="24"/>
              </w:rPr>
            </w:pPr>
            <w:r>
              <w:rPr>
                <w:rFonts w:ascii="Times New Roman" w:hAnsi="Times New Roman" w:cs="Times New Roman"/>
                <w:b/>
                <w:sz w:val="24"/>
                <w:szCs w:val="24"/>
              </w:rPr>
              <w:t>% of Parents attended the meeting Online</w:t>
            </w:r>
          </w:p>
        </w:tc>
        <w:tc>
          <w:tcPr>
            <w:tcW w:w="472" w:type="pct"/>
          </w:tcPr>
          <w:p w14:paraId="2F7DC50D" w14:textId="77777777" w:rsidR="00393171" w:rsidRDefault="00393171" w:rsidP="00A743B7">
            <w:pPr>
              <w:rPr>
                <w:rFonts w:ascii="Times New Roman" w:hAnsi="Times New Roman" w:cs="Times New Roman"/>
                <w:b/>
                <w:sz w:val="24"/>
                <w:szCs w:val="24"/>
              </w:rPr>
            </w:pPr>
            <w:r>
              <w:rPr>
                <w:rFonts w:ascii="Times New Roman" w:hAnsi="Times New Roman" w:cs="Times New Roman"/>
                <w:b/>
                <w:sz w:val="24"/>
                <w:szCs w:val="24"/>
              </w:rPr>
              <w:t>% of Parents attended the meeting Offline</w:t>
            </w:r>
          </w:p>
        </w:tc>
        <w:tc>
          <w:tcPr>
            <w:tcW w:w="494" w:type="pct"/>
          </w:tcPr>
          <w:p w14:paraId="03F1BFAA" w14:textId="77777777" w:rsidR="00393171" w:rsidRDefault="00393171" w:rsidP="00A743B7">
            <w:pPr>
              <w:rPr>
                <w:rFonts w:ascii="Times New Roman" w:hAnsi="Times New Roman" w:cs="Times New Roman"/>
                <w:b/>
                <w:sz w:val="24"/>
                <w:szCs w:val="24"/>
              </w:rPr>
            </w:pPr>
          </w:p>
        </w:tc>
        <w:tc>
          <w:tcPr>
            <w:tcW w:w="494" w:type="pct"/>
          </w:tcPr>
          <w:p w14:paraId="06FD558C" w14:textId="22070FB1" w:rsidR="00393171" w:rsidRDefault="00393171" w:rsidP="00A743B7">
            <w:pPr>
              <w:rPr>
                <w:rFonts w:ascii="Times New Roman" w:hAnsi="Times New Roman" w:cs="Times New Roman"/>
                <w:b/>
                <w:sz w:val="24"/>
                <w:szCs w:val="24"/>
              </w:rPr>
            </w:pPr>
            <w:r>
              <w:rPr>
                <w:rFonts w:ascii="Times New Roman" w:hAnsi="Times New Roman" w:cs="Times New Roman"/>
                <w:b/>
                <w:sz w:val="24"/>
                <w:szCs w:val="24"/>
              </w:rPr>
              <w:t>Total % Attended PTM</w:t>
            </w:r>
          </w:p>
        </w:tc>
        <w:tc>
          <w:tcPr>
            <w:tcW w:w="977" w:type="pct"/>
          </w:tcPr>
          <w:p w14:paraId="3FC79CD3" w14:textId="77777777" w:rsidR="00393171" w:rsidRDefault="00393171" w:rsidP="00A743B7">
            <w:pPr>
              <w:rPr>
                <w:rFonts w:ascii="Times New Roman" w:hAnsi="Times New Roman" w:cs="Times New Roman"/>
                <w:b/>
                <w:sz w:val="24"/>
                <w:szCs w:val="24"/>
              </w:rPr>
            </w:pPr>
            <w:r>
              <w:rPr>
                <w:rFonts w:ascii="Times New Roman" w:hAnsi="Times New Roman" w:cs="Times New Roman"/>
                <w:b/>
                <w:sz w:val="24"/>
                <w:szCs w:val="24"/>
              </w:rPr>
              <w:t>UID No. Of absentees for PTM</w:t>
            </w:r>
          </w:p>
        </w:tc>
        <w:tc>
          <w:tcPr>
            <w:tcW w:w="635" w:type="pct"/>
          </w:tcPr>
          <w:p w14:paraId="67D810A2" w14:textId="77777777" w:rsidR="00393171" w:rsidRDefault="00393171" w:rsidP="00A743B7">
            <w:pPr>
              <w:rPr>
                <w:rFonts w:ascii="Times New Roman" w:hAnsi="Times New Roman" w:cs="Times New Roman"/>
                <w:b/>
                <w:sz w:val="24"/>
                <w:szCs w:val="24"/>
              </w:rPr>
            </w:pPr>
            <w:r>
              <w:rPr>
                <w:rFonts w:ascii="Times New Roman" w:hAnsi="Times New Roman" w:cs="Times New Roman"/>
                <w:b/>
                <w:sz w:val="24"/>
                <w:szCs w:val="24"/>
              </w:rPr>
              <w:t>Overall Remarks by Parents</w:t>
            </w:r>
          </w:p>
        </w:tc>
        <w:tc>
          <w:tcPr>
            <w:tcW w:w="1115" w:type="pct"/>
          </w:tcPr>
          <w:p w14:paraId="670309B7" w14:textId="77777777" w:rsidR="00393171" w:rsidRDefault="00393171" w:rsidP="00A743B7">
            <w:pPr>
              <w:rPr>
                <w:rFonts w:ascii="Times New Roman" w:hAnsi="Times New Roman" w:cs="Times New Roman"/>
                <w:b/>
                <w:sz w:val="24"/>
                <w:szCs w:val="24"/>
              </w:rPr>
            </w:pPr>
            <w:r>
              <w:rPr>
                <w:rFonts w:ascii="Times New Roman" w:hAnsi="Times New Roman" w:cs="Times New Roman"/>
                <w:b/>
                <w:sz w:val="24"/>
                <w:szCs w:val="24"/>
              </w:rPr>
              <w:t>Photographs</w:t>
            </w:r>
          </w:p>
        </w:tc>
      </w:tr>
      <w:tr w:rsidR="00393171" w14:paraId="42AB7A0B" w14:textId="77777777" w:rsidTr="00393171">
        <w:trPr>
          <w:trHeight w:val="1700"/>
        </w:trPr>
        <w:tc>
          <w:tcPr>
            <w:tcW w:w="395" w:type="pct"/>
          </w:tcPr>
          <w:p w14:paraId="4BC35C54" w14:textId="77777777" w:rsidR="00393171" w:rsidRDefault="00393171" w:rsidP="00A743B7">
            <w:r>
              <w:t>ACSCS</w:t>
            </w:r>
          </w:p>
        </w:tc>
        <w:tc>
          <w:tcPr>
            <w:tcW w:w="418" w:type="pct"/>
          </w:tcPr>
          <w:p w14:paraId="20B9DADC" w14:textId="77777777" w:rsidR="00393171" w:rsidRDefault="00393171" w:rsidP="00A743B7">
            <w:r>
              <w:t>16</w:t>
            </w:r>
          </w:p>
        </w:tc>
        <w:tc>
          <w:tcPr>
            <w:tcW w:w="472" w:type="pct"/>
          </w:tcPr>
          <w:p w14:paraId="150DE352" w14:textId="77777777" w:rsidR="00393171" w:rsidRDefault="00393171" w:rsidP="00A743B7">
            <w:pPr>
              <w:pStyle w:val="NormalWeb"/>
              <w:spacing w:beforeAutospacing="0" w:afterAutospacing="0" w:line="18" w:lineRule="atLeast"/>
            </w:pPr>
            <w:r>
              <w:t>84</w:t>
            </w:r>
          </w:p>
        </w:tc>
        <w:tc>
          <w:tcPr>
            <w:tcW w:w="494" w:type="pct"/>
          </w:tcPr>
          <w:p w14:paraId="33ED5C91" w14:textId="77777777" w:rsidR="00393171" w:rsidRDefault="00393171" w:rsidP="00A743B7">
            <w:pPr>
              <w:pStyle w:val="NormalWeb"/>
              <w:spacing w:beforeAutospacing="0" w:afterAutospacing="0" w:line="18" w:lineRule="atLeast"/>
            </w:pPr>
          </w:p>
        </w:tc>
        <w:tc>
          <w:tcPr>
            <w:tcW w:w="494" w:type="pct"/>
          </w:tcPr>
          <w:p w14:paraId="50D67982" w14:textId="6C527F5F" w:rsidR="00393171" w:rsidRDefault="00393171" w:rsidP="00A743B7">
            <w:pPr>
              <w:pStyle w:val="NormalWeb"/>
              <w:spacing w:beforeAutospacing="0" w:afterAutospacing="0" w:line="18" w:lineRule="atLeast"/>
            </w:pPr>
            <w:r>
              <w:t>100</w:t>
            </w:r>
          </w:p>
        </w:tc>
        <w:tc>
          <w:tcPr>
            <w:tcW w:w="977" w:type="pct"/>
          </w:tcPr>
          <w:p w14:paraId="4F005D52" w14:textId="77777777" w:rsidR="00393171" w:rsidRDefault="00393171" w:rsidP="00A743B7">
            <w:pPr>
              <w:pStyle w:val="NormalWeb"/>
              <w:spacing w:beforeAutospacing="0" w:afterAutospacing="0" w:line="18" w:lineRule="atLeast"/>
            </w:pPr>
            <w:r>
              <w:t>NIL</w:t>
            </w:r>
          </w:p>
        </w:tc>
        <w:tc>
          <w:tcPr>
            <w:tcW w:w="635" w:type="pct"/>
          </w:tcPr>
          <w:p w14:paraId="5C08FE9C" w14:textId="77777777" w:rsidR="00393171" w:rsidRDefault="00393171" w:rsidP="00A743B7">
            <w:pPr>
              <w:pStyle w:val="NormalWeb"/>
              <w:spacing w:beforeAutospacing="0" w:afterAutospacing="0" w:line="18" w:lineRule="atLeast"/>
            </w:pPr>
            <w:r w:rsidRPr="001C0BE8">
              <w:t xml:space="preserve">Parents are Very </w:t>
            </w:r>
            <w:proofErr w:type="spellStart"/>
            <w:r w:rsidRPr="001C0BE8">
              <w:t>Happy</w:t>
            </w:r>
            <w:proofErr w:type="gramStart"/>
            <w:r w:rsidRPr="001C0BE8">
              <w:t>.Parents</w:t>
            </w:r>
            <w:proofErr w:type="spellEnd"/>
            <w:proofErr w:type="gramEnd"/>
            <w:r w:rsidRPr="001C0BE8">
              <w:t xml:space="preserve"> are requested to conduct only one exam per day</w:t>
            </w:r>
          </w:p>
        </w:tc>
        <w:tc>
          <w:tcPr>
            <w:tcW w:w="1115" w:type="pct"/>
          </w:tcPr>
          <w:p w14:paraId="601C8F1F" w14:textId="77777777" w:rsidR="00393171" w:rsidRDefault="00393171" w:rsidP="00A743B7">
            <w:pPr>
              <w:pStyle w:val="NormalWeb"/>
              <w:spacing w:beforeAutospacing="0" w:afterAutospacing="0" w:line="18" w:lineRule="atLeast"/>
              <w:rPr>
                <w:color w:val="000000"/>
              </w:rPr>
            </w:pPr>
            <w:r w:rsidRPr="001C0BE8">
              <w:rPr>
                <w:noProof/>
                <w:color w:val="000000"/>
              </w:rPr>
              <w:drawing>
                <wp:inline distT="0" distB="0" distL="0" distR="0" wp14:anchorId="51A29AC5" wp14:editId="04041E7F">
                  <wp:extent cx="1304290" cy="1079109"/>
                  <wp:effectExtent l="0" t="0" r="0" b="6985"/>
                  <wp:docPr id="851891829" name="Picture 3"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91829" name="Picture 3" descr="A group of people sitting at a table&#10;&#10;AI-generated content may be incorrec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09002" cy="1083008"/>
                          </a:xfrm>
                          <a:prstGeom prst="rect">
                            <a:avLst/>
                          </a:prstGeom>
                          <a:noFill/>
                          <a:ln>
                            <a:noFill/>
                          </a:ln>
                        </pic:spPr>
                      </pic:pic>
                    </a:graphicData>
                  </a:graphic>
                </wp:inline>
              </w:drawing>
            </w:r>
          </w:p>
        </w:tc>
      </w:tr>
      <w:tr w:rsidR="00393171" w14:paraId="6BA49D7E" w14:textId="77777777" w:rsidTr="00393171">
        <w:trPr>
          <w:trHeight w:val="1860"/>
        </w:trPr>
        <w:tc>
          <w:tcPr>
            <w:tcW w:w="395" w:type="pct"/>
          </w:tcPr>
          <w:p w14:paraId="4775D369" w14:textId="77777777" w:rsidR="00393171" w:rsidRDefault="00393171" w:rsidP="00A743B7">
            <w:r>
              <w:t>NCSCS</w:t>
            </w:r>
          </w:p>
        </w:tc>
        <w:tc>
          <w:tcPr>
            <w:tcW w:w="418" w:type="pct"/>
          </w:tcPr>
          <w:p w14:paraId="0E3C2DB4" w14:textId="77777777" w:rsidR="00393171" w:rsidRDefault="00393171" w:rsidP="00A743B7">
            <w:r>
              <w:t>04</w:t>
            </w:r>
          </w:p>
        </w:tc>
        <w:tc>
          <w:tcPr>
            <w:tcW w:w="472" w:type="pct"/>
          </w:tcPr>
          <w:p w14:paraId="35B1FB9A" w14:textId="77777777" w:rsidR="00393171" w:rsidRDefault="00393171" w:rsidP="00A743B7">
            <w:pPr>
              <w:pStyle w:val="NormalWeb"/>
              <w:spacing w:beforeAutospacing="0" w:afterAutospacing="0" w:line="18" w:lineRule="atLeast"/>
            </w:pPr>
            <w:r>
              <w:t>96</w:t>
            </w:r>
          </w:p>
        </w:tc>
        <w:tc>
          <w:tcPr>
            <w:tcW w:w="494" w:type="pct"/>
          </w:tcPr>
          <w:p w14:paraId="3FDD4F05" w14:textId="77777777" w:rsidR="00393171" w:rsidRDefault="00393171" w:rsidP="00A743B7">
            <w:pPr>
              <w:pStyle w:val="NormalWeb"/>
              <w:spacing w:beforeAutospacing="0" w:afterAutospacing="0" w:line="18" w:lineRule="atLeast"/>
            </w:pPr>
          </w:p>
        </w:tc>
        <w:tc>
          <w:tcPr>
            <w:tcW w:w="494" w:type="pct"/>
          </w:tcPr>
          <w:p w14:paraId="080E190B" w14:textId="340506A9" w:rsidR="00393171" w:rsidRDefault="00393171" w:rsidP="00A743B7">
            <w:pPr>
              <w:pStyle w:val="NormalWeb"/>
              <w:spacing w:beforeAutospacing="0" w:afterAutospacing="0" w:line="18" w:lineRule="atLeast"/>
            </w:pPr>
            <w:r>
              <w:t>100</w:t>
            </w:r>
          </w:p>
        </w:tc>
        <w:tc>
          <w:tcPr>
            <w:tcW w:w="977" w:type="pct"/>
          </w:tcPr>
          <w:p w14:paraId="1FE36329" w14:textId="77777777" w:rsidR="00393171" w:rsidRDefault="00393171" w:rsidP="00A743B7">
            <w:pPr>
              <w:pStyle w:val="NormalWeb"/>
              <w:spacing w:beforeAutospacing="0" w:afterAutospacing="0" w:line="18" w:lineRule="atLeast"/>
            </w:pPr>
            <w:r>
              <w:t>NIL</w:t>
            </w:r>
          </w:p>
        </w:tc>
        <w:tc>
          <w:tcPr>
            <w:tcW w:w="635" w:type="pct"/>
          </w:tcPr>
          <w:p w14:paraId="715FDD28" w14:textId="77777777" w:rsidR="00393171" w:rsidRDefault="00393171" w:rsidP="00A743B7">
            <w:pPr>
              <w:pStyle w:val="NormalWeb"/>
              <w:spacing w:beforeAutospacing="0" w:afterAutospacing="0" w:line="18" w:lineRule="atLeast"/>
            </w:pPr>
            <w:r w:rsidRPr="001C0BE8">
              <w:t>Parents are Happy.</w:t>
            </w:r>
          </w:p>
        </w:tc>
        <w:tc>
          <w:tcPr>
            <w:tcW w:w="1115" w:type="pct"/>
          </w:tcPr>
          <w:p w14:paraId="05B42964" w14:textId="77777777" w:rsidR="00393171" w:rsidRDefault="00393171" w:rsidP="00A743B7">
            <w:pPr>
              <w:pStyle w:val="NormalWeb"/>
              <w:spacing w:beforeAutospacing="0" w:afterAutospacing="0" w:line="18" w:lineRule="atLeast"/>
              <w:rPr>
                <w:color w:val="000000"/>
              </w:rPr>
            </w:pPr>
            <w:r w:rsidRPr="001C0BE8">
              <w:rPr>
                <w:noProof/>
                <w:color w:val="000000"/>
              </w:rPr>
              <w:drawing>
                <wp:inline distT="0" distB="0" distL="0" distR="0" wp14:anchorId="4CCA0208" wp14:editId="2D12A6B6">
                  <wp:extent cx="1304594" cy="1362075"/>
                  <wp:effectExtent l="0" t="0" r="0" b="0"/>
                  <wp:docPr id="742186808" name="Picture 1" descr="A group of people sitting at a des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186808" name="Picture 1" descr="A group of people sitting at a desk&#10;&#10;AI-generated content may be incorrect."/>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12348" cy="1370170"/>
                          </a:xfrm>
                          <a:prstGeom prst="rect">
                            <a:avLst/>
                          </a:prstGeom>
                          <a:noFill/>
                          <a:ln>
                            <a:noFill/>
                          </a:ln>
                        </pic:spPr>
                      </pic:pic>
                    </a:graphicData>
                  </a:graphic>
                </wp:inline>
              </w:drawing>
            </w:r>
          </w:p>
        </w:tc>
      </w:tr>
      <w:tr w:rsidR="00393171" w14:paraId="28E74E55" w14:textId="77777777" w:rsidTr="00393171">
        <w:trPr>
          <w:trHeight w:val="2342"/>
        </w:trPr>
        <w:tc>
          <w:tcPr>
            <w:tcW w:w="395" w:type="pct"/>
          </w:tcPr>
          <w:p w14:paraId="253AE582" w14:textId="77777777" w:rsidR="00393171" w:rsidRDefault="00393171" w:rsidP="00A743B7">
            <w:r>
              <w:t>DCSCS</w:t>
            </w:r>
          </w:p>
        </w:tc>
        <w:tc>
          <w:tcPr>
            <w:tcW w:w="418" w:type="pct"/>
          </w:tcPr>
          <w:p w14:paraId="5F837415" w14:textId="77777777" w:rsidR="00393171" w:rsidRDefault="00393171" w:rsidP="00A743B7">
            <w:r>
              <w:t>20</w:t>
            </w:r>
          </w:p>
        </w:tc>
        <w:tc>
          <w:tcPr>
            <w:tcW w:w="472" w:type="pct"/>
          </w:tcPr>
          <w:p w14:paraId="51092AE3" w14:textId="77777777" w:rsidR="00393171" w:rsidRDefault="00393171" w:rsidP="00A743B7">
            <w:pPr>
              <w:pStyle w:val="NormalWeb"/>
              <w:spacing w:beforeAutospacing="0" w:afterAutospacing="0" w:line="18" w:lineRule="atLeast"/>
            </w:pPr>
            <w:r>
              <w:t>80</w:t>
            </w:r>
          </w:p>
        </w:tc>
        <w:tc>
          <w:tcPr>
            <w:tcW w:w="494" w:type="pct"/>
          </w:tcPr>
          <w:p w14:paraId="6DEB0ECD" w14:textId="77777777" w:rsidR="00393171" w:rsidRDefault="00393171" w:rsidP="00A743B7">
            <w:pPr>
              <w:pStyle w:val="NormalWeb"/>
              <w:spacing w:beforeAutospacing="0" w:afterAutospacing="0" w:line="18" w:lineRule="atLeast"/>
              <w:rPr>
                <w:color w:val="000000"/>
              </w:rPr>
            </w:pPr>
          </w:p>
        </w:tc>
        <w:tc>
          <w:tcPr>
            <w:tcW w:w="494" w:type="pct"/>
          </w:tcPr>
          <w:p w14:paraId="67BF1776" w14:textId="282D538D" w:rsidR="00393171" w:rsidRDefault="00393171" w:rsidP="00A743B7">
            <w:pPr>
              <w:pStyle w:val="NormalWeb"/>
              <w:spacing w:beforeAutospacing="0" w:afterAutospacing="0" w:line="18" w:lineRule="atLeast"/>
              <w:rPr>
                <w:color w:val="000000"/>
              </w:rPr>
            </w:pPr>
            <w:r>
              <w:rPr>
                <w:color w:val="000000"/>
              </w:rPr>
              <w:t>100</w:t>
            </w:r>
          </w:p>
        </w:tc>
        <w:tc>
          <w:tcPr>
            <w:tcW w:w="977" w:type="pct"/>
          </w:tcPr>
          <w:p w14:paraId="28F3F145" w14:textId="77777777" w:rsidR="00393171" w:rsidRDefault="00393171" w:rsidP="00A743B7">
            <w:pPr>
              <w:pStyle w:val="NormalWeb"/>
              <w:spacing w:beforeAutospacing="0" w:afterAutospacing="0" w:line="18" w:lineRule="atLeast"/>
            </w:pPr>
            <w:r>
              <w:t>NIL</w:t>
            </w:r>
          </w:p>
        </w:tc>
        <w:tc>
          <w:tcPr>
            <w:tcW w:w="635" w:type="pct"/>
          </w:tcPr>
          <w:p w14:paraId="317BB105" w14:textId="77777777" w:rsidR="00393171" w:rsidRDefault="00393171" w:rsidP="00A743B7">
            <w:pPr>
              <w:pStyle w:val="NormalWeb"/>
              <w:spacing w:beforeAutospacing="0" w:afterAutospacing="0" w:line="18" w:lineRule="atLeast"/>
              <w:rPr>
                <w:color w:val="000000"/>
              </w:rPr>
            </w:pPr>
          </w:p>
          <w:p w14:paraId="7142D532" w14:textId="77777777" w:rsidR="00393171" w:rsidRDefault="00393171" w:rsidP="00A743B7">
            <w:pPr>
              <w:pStyle w:val="NormalWeb"/>
              <w:spacing w:beforeAutospacing="0" w:afterAutospacing="0" w:line="18" w:lineRule="atLeast"/>
              <w:rPr>
                <w:color w:val="000000"/>
              </w:rPr>
            </w:pPr>
            <w:r w:rsidRPr="001C0BE8">
              <w:rPr>
                <w:color w:val="000000"/>
              </w:rPr>
              <w:t xml:space="preserve">Parents are not happy with </w:t>
            </w:r>
            <w:proofErr w:type="gramStart"/>
            <w:r w:rsidRPr="001C0BE8">
              <w:rPr>
                <w:color w:val="000000"/>
              </w:rPr>
              <w:t>shifting of</w:t>
            </w:r>
            <w:proofErr w:type="gramEnd"/>
            <w:r w:rsidRPr="001C0BE8">
              <w:rPr>
                <w:color w:val="000000"/>
              </w:rPr>
              <w:t xml:space="preserve"> </w:t>
            </w:r>
            <w:proofErr w:type="gramStart"/>
            <w:r w:rsidRPr="001C0BE8">
              <w:rPr>
                <w:color w:val="000000"/>
              </w:rPr>
              <w:t>class rooms</w:t>
            </w:r>
            <w:proofErr w:type="gramEnd"/>
            <w:r w:rsidRPr="001C0BE8">
              <w:rPr>
                <w:color w:val="000000"/>
              </w:rPr>
              <w:t xml:space="preserve"> for each </w:t>
            </w:r>
            <w:proofErr w:type="gramStart"/>
            <w:r w:rsidRPr="001C0BE8">
              <w:rPr>
                <w:color w:val="000000"/>
              </w:rPr>
              <w:t>subjects</w:t>
            </w:r>
            <w:proofErr w:type="gramEnd"/>
            <w:r w:rsidRPr="001C0BE8">
              <w:rPr>
                <w:color w:val="000000"/>
              </w:rPr>
              <w:t>.</w:t>
            </w:r>
          </w:p>
        </w:tc>
        <w:tc>
          <w:tcPr>
            <w:tcW w:w="1115" w:type="pct"/>
          </w:tcPr>
          <w:p w14:paraId="2BF9CAD6" w14:textId="77777777" w:rsidR="00393171" w:rsidRDefault="00393171" w:rsidP="00A743B7">
            <w:pPr>
              <w:pStyle w:val="NormalWeb"/>
              <w:spacing w:beforeAutospacing="0" w:afterAutospacing="0" w:line="18" w:lineRule="atLeast"/>
              <w:rPr>
                <w:color w:val="000000"/>
              </w:rPr>
            </w:pPr>
            <w:r w:rsidRPr="001C0BE8">
              <w:rPr>
                <w:noProof/>
                <w:color w:val="000000"/>
              </w:rPr>
              <w:drawing>
                <wp:inline distT="0" distB="0" distL="0" distR="0" wp14:anchorId="72AB2D57" wp14:editId="3F924CEA">
                  <wp:extent cx="1416050" cy="1266825"/>
                  <wp:effectExtent l="0" t="0" r="0" b="9525"/>
                  <wp:docPr id="842097000" name="Picture 2"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097000" name="Picture 2" descr="A group of people sitting at a table&#10;&#10;AI-generated content may be incorrec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16050" cy="1266825"/>
                          </a:xfrm>
                          <a:prstGeom prst="rect">
                            <a:avLst/>
                          </a:prstGeom>
                          <a:noFill/>
                          <a:ln>
                            <a:noFill/>
                          </a:ln>
                        </pic:spPr>
                      </pic:pic>
                    </a:graphicData>
                  </a:graphic>
                </wp:inline>
              </w:drawing>
            </w:r>
          </w:p>
        </w:tc>
      </w:tr>
    </w:tbl>
    <w:p w14:paraId="3000D10F" w14:textId="7740A593" w:rsidR="00226B14" w:rsidRDefault="00226B14" w:rsidP="00226B14">
      <w:pPr>
        <w:jc w:val="center"/>
        <w:rPr>
          <w:rFonts w:ascii="Times New Roman" w:hAnsi="Times New Roman" w:cs="Times New Roman"/>
          <w:b/>
          <w:sz w:val="24"/>
          <w:szCs w:val="24"/>
        </w:rPr>
      </w:pPr>
      <w:r>
        <w:rPr>
          <w:rFonts w:ascii="Times New Roman" w:hAnsi="Times New Roman" w:cs="Times New Roman"/>
          <w:b/>
          <w:sz w:val="28"/>
          <w:szCs w:val="28"/>
          <w:u w:val="single"/>
        </w:rPr>
        <w:t>CONSOLIDATED REPORT ON PTM</w:t>
      </w:r>
    </w:p>
    <w:p w14:paraId="2A60EA6B" w14:textId="77777777" w:rsidR="00226B14" w:rsidRDefault="00226B14" w:rsidP="00226B14">
      <w:pPr>
        <w:spacing w:after="0"/>
        <w:rPr>
          <w:rFonts w:ascii="Times New Roman" w:hAnsi="Times New Roman" w:cs="Times New Roman"/>
          <w:sz w:val="26"/>
          <w:szCs w:val="26"/>
        </w:rPr>
      </w:pPr>
      <w:r>
        <w:rPr>
          <w:rFonts w:ascii="Times New Roman" w:hAnsi="Times New Roman" w:cs="Times New Roman"/>
          <w:b/>
          <w:sz w:val="26"/>
          <w:szCs w:val="26"/>
        </w:rPr>
        <w:t>Date:</w:t>
      </w:r>
      <w:r>
        <w:rPr>
          <w:rFonts w:ascii="Times New Roman" w:hAnsi="Times New Roman" w:cs="Times New Roman"/>
          <w:sz w:val="26"/>
          <w:szCs w:val="26"/>
        </w:rPr>
        <w:t xml:space="preserve">  Saturday, </w:t>
      </w:r>
      <w:proofErr w:type="gramStart"/>
      <w:r>
        <w:rPr>
          <w:rFonts w:ascii="Times New Roman" w:hAnsi="Times New Roman" w:cs="Times New Roman"/>
          <w:sz w:val="26"/>
          <w:szCs w:val="26"/>
        </w:rPr>
        <w:t>30  August</w:t>
      </w:r>
      <w:proofErr w:type="gramEnd"/>
      <w:r>
        <w:rPr>
          <w:rFonts w:ascii="Times New Roman" w:hAnsi="Times New Roman" w:cs="Times New Roman"/>
          <w:sz w:val="26"/>
          <w:szCs w:val="26"/>
        </w:rPr>
        <w:t xml:space="preserve">, 2025                                              </w:t>
      </w:r>
      <w:r>
        <w:rPr>
          <w:rFonts w:ascii="Times New Roman" w:hAnsi="Times New Roman" w:cs="Times New Roman"/>
          <w:b/>
          <w:sz w:val="26"/>
          <w:szCs w:val="26"/>
        </w:rPr>
        <w:t>Venue:</w:t>
      </w:r>
      <w:r>
        <w:rPr>
          <w:rFonts w:ascii="Times New Roman" w:hAnsi="Times New Roman" w:cs="Times New Roman"/>
          <w:sz w:val="26"/>
          <w:szCs w:val="26"/>
        </w:rPr>
        <w:t xml:space="preserve"> Loyola Academy</w:t>
      </w:r>
    </w:p>
    <w:p w14:paraId="630DC6A9" w14:textId="77777777" w:rsidR="00226B14" w:rsidRDefault="00226B14" w:rsidP="00226B14">
      <w:pPr>
        <w:spacing w:after="0"/>
        <w:rPr>
          <w:rFonts w:ascii="Times New Roman" w:hAnsi="Times New Roman" w:cs="Times New Roman"/>
          <w:sz w:val="26"/>
          <w:szCs w:val="26"/>
        </w:rPr>
      </w:pPr>
      <w:r>
        <w:rPr>
          <w:rFonts w:ascii="Times New Roman" w:hAnsi="Times New Roman" w:cs="Times New Roman"/>
          <w:b/>
          <w:sz w:val="26"/>
          <w:szCs w:val="26"/>
        </w:rPr>
        <w:t>Time:</w:t>
      </w:r>
      <w:r>
        <w:rPr>
          <w:rFonts w:ascii="Times New Roman" w:hAnsi="Times New Roman" w:cs="Times New Roman"/>
          <w:sz w:val="26"/>
          <w:szCs w:val="26"/>
        </w:rPr>
        <w:t xml:space="preserve"> 09.30 am to 03.00 pm</w:t>
      </w:r>
    </w:p>
    <w:p w14:paraId="3BED722B" w14:textId="228B3FA7" w:rsidR="00226B14" w:rsidRDefault="00226B14" w:rsidP="00226B14">
      <w:pPr>
        <w:rPr>
          <w:rFonts w:ascii="Times New Roman" w:hAnsi="Times New Roman" w:cs="Times New Roman"/>
          <w:b/>
          <w:bCs/>
          <w:sz w:val="36"/>
          <w:szCs w:val="36"/>
          <w:lang w:val="en-GB"/>
        </w:rPr>
      </w:pPr>
      <w:r>
        <w:rPr>
          <w:rFonts w:ascii="Times New Roman" w:hAnsi="Times New Roman" w:cs="Times New Roman"/>
          <w:b/>
          <w:sz w:val="24"/>
          <w:szCs w:val="24"/>
        </w:rPr>
        <w:t xml:space="preserve">Name of the Program: </w:t>
      </w:r>
      <w:proofErr w:type="spellStart"/>
      <w:proofErr w:type="gramStart"/>
      <w:r>
        <w:rPr>
          <w:rFonts w:ascii="Times New Roman" w:hAnsi="Times New Roman" w:cs="Times New Roman"/>
          <w:b/>
          <w:sz w:val="24"/>
          <w:szCs w:val="24"/>
        </w:rPr>
        <w:t>B.Sc</w:t>
      </w:r>
      <w:proofErr w:type="spellEnd"/>
      <w:proofErr w:type="gramEnd"/>
      <w:r>
        <w:rPr>
          <w:rFonts w:ascii="Times New Roman" w:hAnsi="Times New Roman" w:cs="Times New Roman"/>
          <w:b/>
          <w:sz w:val="24"/>
          <w:szCs w:val="24"/>
        </w:rPr>
        <w:t xml:space="preserve"> Computer Science &amp;Cyber Security</w:t>
      </w:r>
    </w:p>
    <w:p w14:paraId="1F41B277" w14:textId="77777777" w:rsidR="00226B14" w:rsidRDefault="00226B14" w:rsidP="00226B14">
      <w:pPr>
        <w:ind w:firstLineChars="426" w:firstLine="1540"/>
        <w:rPr>
          <w:rFonts w:ascii="Times New Roman" w:hAnsi="Times New Roman" w:cs="Times New Roman"/>
          <w:b/>
          <w:bCs/>
          <w:sz w:val="36"/>
          <w:szCs w:val="36"/>
          <w:lang w:val="en-GB"/>
        </w:rPr>
      </w:pPr>
    </w:p>
    <w:p w14:paraId="059A4747" w14:textId="77777777" w:rsidR="00226B14" w:rsidRDefault="00226B14" w:rsidP="00226B14">
      <w:pPr>
        <w:rPr>
          <w:rFonts w:ascii="Times New Roman" w:hAnsi="Times New Roman" w:cs="Times New Roman"/>
          <w:b/>
          <w:bCs/>
          <w:sz w:val="36"/>
          <w:szCs w:val="36"/>
          <w:lang w:val="en-GB"/>
        </w:rPr>
      </w:pPr>
    </w:p>
    <w:p w14:paraId="5333F176" w14:textId="77777777" w:rsidR="00740206" w:rsidRDefault="00740206" w:rsidP="00740206">
      <w:pPr>
        <w:jc w:val="center"/>
        <w:rPr>
          <w:rFonts w:ascii="Times New Roman" w:hAnsi="Times New Roman" w:cs="Times New Roman"/>
          <w:b/>
          <w:sz w:val="28"/>
          <w:szCs w:val="28"/>
          <w:u w:val="single"/>
        </w:rPr>
      </w:pPr>
    </w:p>
    <w:p w14:paraId="3B66F060" w14:textId="77777777" w:rsidR="009823A7" w:rsidRDefault="009823A7" w:rsidP="00740206">
      <w:pPr>
        <w:jc w:val="center"/>
        <w:rPr>
          <w:rFonts w:ascii="Times New Roman" w:hAnsi="Times New Roman" w:cs="Times New Roman"/>
          <w:b/>
          <w:sz w:val="28"/>
          <w:szCs w:val="28"/>
          <w:u w:val="single"/>
        </w:rPr>
      </w:pPr>
    </w:p>
    <w:p w14:paraId="1E51D53B" w14:textId="08C962B0" w:rsidR="00740206" w:rsidRDefault="00740206" w:rsidP="00740206">
      <w:pPr>
        <w:jc w:val="center"/>
        <w:rPr>
          <w:rFonts w:ascii="Times New Roman" w:hAnsi="Times New Roman" w:cs="Times New Roman"/>
          <w:b/>
          <w:sz w:val="24"/>
          <w:szCs w:val="24"/>
        </w:rPr>
      </w:pPr>
      <w:r>
        <w:rPr>
          <w:rFonts w:ascii="Times New Roman" w:hAnsi="Times New Roman" w:cs="Times New Roman"/>
          <w:b/>
          <w:sz w:val="28"/>
          <w:szCs w:val="28"/>
          <w:u w:val="single"/>
        </w:rPr>
        <w:lastRenderedPageBreak/>
        <w:t>CONSOLIDATED REPORT ON EVEN SEM PTM</w:t>
      </w:r>
    </w:p>
    <w:p w14:paraId="446DF068" w14:textId="77777777" w:rsidR="00740206" w:rsidRDefault="00740206" w:rsidP="00740206">
      <w:pPr>
        <w:spacing w:after="0"/>
        <w:rPr>
          <w:rFonts w:ascii="Times New Roman" w:hAnsi="Times New Roman" w:cs="Times New Roman"/>
          <w:sz w:val="26"/>
          <w:szCs w:val="26"/>
        </w:rPr>
      </w:pPr>
      <w:r>
        <w:rPr>
          <w:rFonts w:ascii="Times New Roman" w:hAnsi="Times New Roman" w:cs="Times New Roman"/>
          <w:b/>
          <w:sz w:val="26"/>
          <w:szCs w:val="26"/>
        </w:rPr>
        <w:t>Date:</w:t>
      </w:r>
      <w:r>
        <w:rPr>
          <w:rFonts w:ascii="Times New Roman" w:hAnsi="Times New Roman" w:cs="Times New Roman"/>
          <w:sz w:val="26"/>
          <w:szCs w:val="26"/>
        </w:rPr>
        <w:t xml:space="preserve">  Saturday,14th </w:t>
      </w:r>
      <w:proofErr w:type="gramStart"/>
      <w:r>
        <w:rPr>
          <w:rFonts w:ascii="Times New Roman" w:hAnsi="Times New Roman" w:cs="Times New Roman"/>
          <w:sz w:val="26"/>
          <w:szCs w:val="26"/>
        </w:rPr>
        <w:t>February,</w:t>
      </w:r>
      <w:proofErr w:type="gramEnd"/>
      <w:r>
        <w:rPr>
          <w:rFonts w:ascii="Times New Roman" w:hAnsi="Times New Roman" w:cs="Times New Roman"/>
          <w:sz w:val="26"/>
          <w:szCs w:val="26"/>
        </w:rPr>
        <w:t xml:space="preserve"> 2026                                           </w:t>
      </w:r>
      <w:r>
        <w:rPr>
          <w:rFonts w:ascii="Times New Roman" w:hAnsi="Times New Roman" w:cs="Times New Roman"/>
          <w:b/>
          <w:sz w:val="26"/>
          <w:szCs w:val="26"/>
        </w:rPr>
        <w:t>Venue:</w:t>
      </w:r>
      <w:r>
        <w:rPr>
          <w:rFonts w:ascii="Times New Roman" w:hAnsi="Times New Roman" w:cs="Times New Roman"/>
          <w:sz w:val="26"/>
          <w:szCs w:val="26"/>
        </w:rPr>
        <w:t xml:space="preserve"> Loyola Academy</w:t>
      </w:r>
    </w:p>
    <w:p w14:paraId="48AC938E" w14:textId="77777777" w:rsidR="00740206" w:rsidRDefault="00740206" w:rsidP="00740206">
      <w:pPr>
        <w:spacing w:after="0"/>
        <w:rPr>
          <w:rFonts w:ascii="Times New Roman" w:hAnsi="Times New Roman" w:cs="Times New Roman"/>
          <w:sz w:val="26"/>
          <w:szCs w:val="26"/>
        </w:rPr>
      </w:pPr>
      <w:r>
        <w:rPr>
          <w:rFonts w:ascii="Times New Roman" w:hAnsi="Times New Roman" w:cs="Times New Roman"/>
          <w:b/>
          <w:sz w:val="26"/>
          <w:szCs w:val="26"/>
        </w:rPr>
        <w:t>Time:</w:t>
      </w:r>
      <w:r>
        <w:rPr>
          <w:rFonts w:ascii="Times New Roman" w:hAnsi="Times New Roman" w:cs="Times New Roman"/>
          <w:sz w:val="26"/>
          <w:szCs w:val="26"/>
        </w:rPr>
        <w:t xml:space="preserve"> 09.30 am to 03.00 pm</w:t>
      </w:r>
    </w:p>
    <w:p w14:paraId="1FA59D42" w14:textId="77777777" w:rsidR="00740206" w:rsidRDefault="00740206" w:rsidP="00740206">
      <w:pPr>
        <w:spacing w:after="0"/>
        <w:rPr>
          <w:rFonts w:ascii="Times New Roman" w:hAnsi="Times New Roman" w:cs="Times New Roman"/>
          <w:b/>
          <w:sz w:val="24"/>
          <w:szCs w:val="24"/>
        </w:rPr>
      </w:pPr>
      <w:r>
        <w:rPr>
          <w:rFonts w:ascii="Times New Roman" w:hAnsi="Times New Roman" w:cs="Times New Roman"/>
          <w:b/>
          <w:sz w:val="24"/>
          <w:szCs w:val="24"/>
        </w:rPr>
        <w:t xml:space="preserve">Name of the Program: </w:t>
      </w:r>
      <w:proofErr w:type="spellStart"/>
      <w:proofErr w:type="gramStart"/>
      <w:r>
        <w:rPr>
          <w:rFonts w:ascii="Times New Roman" w:hAnsi="Times New Roman" w:cs="Times New Roman"/>
          <w:b/>
          <w:sz w:val="24"/>
          <w:szCs w:val="24"/>
        </w:rPr>
        <w:t>B.Sc</w:t>
      </w:r>
      <w:proofErr w:type="spellEnd"/>
      <w:proofErr w:type="gramEnd"/>
      <w:r>
        <w:rPr>
          <w:rFonts w:ascii="Times New Roman" w:hAnsi="Times New Roman" w:cs="Times New Roman"/>
          <w:b/>
          <w:sz w:val="24"/>
          <w:szCs w:val="24"/>
        </w:rPr>
        <w:t xml:space="preserve"> Computer Science &amp;Cyber Security</w:t>
      </w:r>
    </w:p>
    <w:tbl>
      <w:tblPr>
        <w:tblStyle w:val="TableGrid"/>
        <w:tblpPr w:leftFromText="180" w:rightFromText="180" w:vertAnchor="page" w:horzAnchor="page" w:tblpX="1427" w:tblpY="4518"/>
        <w:tblW w:w="5158" w:type="pct"/>
        <w:tblLayout w:type="fixed"/>
        <w:tblLook w:val="04A0" w:firstRow="1" w:lastRow="0" w:firstColumn="1" w:lastColumn="0" w:noHBand="0" w:noVBand="1"/>
      </w:tblPr>
      <w:tblGrid>
        <w:gridCol w:w="814"/>
        <w:gridCol w:w="865"/>
        <w:gridCol w:w="973"/>
        <w:gridCol w:w="1019"/>
        <w:gridCol w:w="2016"/>
        <w:gridCol w:w="1311"/>
        <w:gridCol w:w="2303"/>
      </w:tblGrid>
      <w:tr w:rsidR="00740206" w14:paraId="160814C6" w14:textId="77777777" w:rsidTr="00CC3031">
        <w:trPr>
          <w:trHeight w:val="1443"/>
        </w:trPr>
        <w:tc>
          <w:tcPr>
            <w:tcW w:w="437" w:type="pct"/>
          </w:tcPr>
          <w:p w14:paraId="2F8EAB51" w14:textId="77777777" w:rsidR="00740206" w:rsidRDefault="00740206" w:rsidP="00CC3031">
            <w:pPr>
              <w:rPr>
                <w:rFonts w:ascii="Times New Roman" w:hAnsi="Times New Roman" w:cs="Times New Roman"/>
                <w:b/>
                <w:sz w:val="24"/>
                <w:szCs w:val="24"/>
              </w:rPr>
            </w:pPr>
            <w:r>
              <w:rPr>
                <w:rFonts w:ascii="Times New Roman" w:hAnsi="Times New Roman" w:cs="Times New Roman"/>
                <w:b/>
                <w:sz w:val="24"/>
                <w:szCs w:val="24"/>
              </w:rPr>
              <w:t>Class</w:t>
            </w:r>
          </w:p>
        </w:tc>
        <w:tc>
          <w:tcPr>
            <w:tcW w:w="465" w:type="pct"/>
          </w:tcPr>
          <w:p w14:paraId="0F4F2110" w14:textId="77777777" w:rsidR="00740206" w:rsidRDefault="00740206" w:rsidP="00CC3031">
            <w:pPr>
              <w:rPr>
                <w:rFonts w:ascii="Times New Roman" w:hAnsi="Times New Roman" w:cs="Times New Roman"/>
                <w:b/>
                <w:sz w:val="24"/>
                <w:szCs w:val="24"/>
              </w:rPr>
            </w:pPr>
            <w:r>
              <w:rPr>
                <w:rFonts w:ascii="Times New Roman" w:hAnsi="Times New Roman" w:cs="Times New Roman"/>
                <w:b/>
                <w:sz w:val="24"/>
                <w:szCs w:val="24"/>
              </w:rPr>
              <w:t>% of Parents attended the meeting Online</w:t>
            </w:r>
          </w:p>
        </w:tc>
        <w:tc>
          <w:tcPr>
            <w:tcW w:w="523" w:type="pct"/>
          </w:tcPr>
          <w:p w14:paraId="69B42619" w14:textId="77777777" w:rsidR="00740206" w:rsidRDefault="00740206" w:rsidP="00CC3031">
            <w:pPr>
              <w:rPr>
                <w:rFonts w:ascii="Times New Roman" w:hAnsi="Times New Roman" w:cs="Times New Roman"/>
                <w:b/>
                <w:sz w:val="24"/>
                <w:szCs w:val="24"/>
              </w:rPr>
            </w:pPr>
            <w:r>
              <w:rPr>
                <w:rFonts w:ascii="Times New Roman" w:hAnsi="Times New Roman" w:cs="Times New Roman"/>
                <w:b/>
                <w:sz w:val="24"/>
                <w:szCs w:val="24"/>
              </w:rPr>
              <w:t>% of Parents attended the meeting Offline</w:t>
            </w:r>
          </w:p>
        </w:tc>
        <w:tc>
          <w:tcPr>
            <w:tcW w:w="548" w:type="pct"/>
          </w:tcPr>
          <w:p w14:paraId="3F266B44" w14:textId="77777777" w:rsidR="00740206" w:rsidRDefault="00740206" w:rsidP="00CC3031">
            <w:pPr>
              <w:rPr>
                <w:rFonts w:ascii="Times New Roman" w:hAnsi="Times New Roman" w:cs="Times New Roman"/>
                <w:b/>
                <w:sz w:val="24"/>
                <w:szCs w:val="24"/>
              </w:rPr>
            </w:pPr>
            <w:r>
              <w:rPr>
                <w:rFonts w:ascii="Times New Roman" w:hAnsi="Times New Roman" w:cs="Times New Roman"/>
                <w:b/>
                <w:sz w:val="24"/>
                <w:szCs w:val="24"/>
              </w:rPr>
              <w:t>Total % Attended PTM</w:t>
            </w:r>
          </w:p>
        </w:tc>
        <w:tc>
          <w:tcPr>
            <w:tcW w:w="1084" w:type="pct"/>
          </w:tcPr>
          <w:p w14:paraId="3FEDF5E8" w14:textId="77777777" w:rsidR="00740206" w:rsidRDefault="00740206" w:rsidP="00CC3031">
            <w:pPr>
              <w:rPr>
                <w:rFonts w:ascii="Times New Roman" w:hAnsi="Times New Roman" w:cs="Times New Roman"/>
                <w:b/>
                <w:sz w:val="24"/>
                <w:szCs w:val="24"/>
              </w:rPr>
            </w:pPr>
            <w:r>
              <w:rPr>
                <w:rFonts w:ascii="Times New Roman" w:hAnsi="Times New Roman" w:cs="Times New Roman"/>
                <w:b/>
                <w:sz w:val="24"/>
                <w:szCs w:val="24"/>
              </w:rPr>
              <w:t>UID No. Of absentees for PTM</w:t>
            </w:r>
          </w:p>
        </w:tc>
        <w:tc>
          <w:tcPr>
            <w:tcW w:w="705" w:type="pct"/>
          </w:tcPr>
          <w:p w14:paraId="26FF95D5" w14:textId="77777777" w:rsidR="00740206" w:rsidRDefault="00740206" w:rsidP="00CC3031">
            <w:pPr>
              <w:rPr>
                <w:rFonts w:ascii="Times New Roman" w:hAnsi="Times New Roman" w:cs="Times New Roman"/>
                <w:b/>
                <w:sz w:val="24"/>
                <w:szCs w:val="24"/>
              </w:rPr>
            </w:pPr>
            <w:r>
              <w:rPr>
                <w:rFonts w:ascii="Times New Roman" w:hAnsi="Times New Roman" w:cs="Times New Roman"/>
                <w:b/>
                <w:sz w:val="24"/>
                <w:szCs w:val="24"/>
              </w:rPr>
              <w:t>Overall Remarks by Parents</w:t>
            </w:r>
          </w:p>
        </w:tc>
        <w:tc>
          <w:tcPr>
            <w:tcW w:w="1238" w:type="pct"/>
          </w:tcPr>
          <w:p w14:paraId="3623C9F9" w14:textId="77777777" w:rsidR="00740206" w:rsidRDefault="00740206" w:rsidP="00CC3031">
            <w:pPr>
              <w:rPr>
                <w:rFonts w:ascii="Times New Roman" w:hAnsi="Times New Roman" w:cs="Times New Roman"/>
                <w:b/>
                <w:sz w:val="24"/>
                <w:szCs w:val="24"/>
              </w:rPr>
            </w:pPr>
            <w:r>
              <w:rPr>
                <w:rFonts w:ascii="Times New Roman" w:hAnsi="Times New Roman" w:cs="Times New Roman"/>
                <w:b/>
                <w:sz w:val="24"/>
                <w:szCs w:val="24"/>
              </w:rPr>
              <w:t>Photographs</w:t>
            </w:r>
          </w:p>
        </w:tc>
      </w:tr>
      <w:tr w:rsidR="00740206" w14:paraId="3AEAF2B5" w14:textId="77777777" w:rsidTr="00CC3031">
        <w:trPr>
          <w:trHeight w:val="1700"/>
        </w:trPr>
        <w:tc>
          <w:tcPr>
            <w:tcW w:w="437" w:type="pct"/>
          </w:tcPr>
          <w:p w14:paraId="4F11B610" w14:textId="77777777" w:rsidR="00740206" w:rsidRDefault="00740206" w:rsidP="00CC3031">
            <w:r>
              <w:t>ACSCS</w:t>
            </w:r>
          </w:p>
        </w:tc>
        <w:tc>
          <w:tcPr>
            <w:tcW w:w="465" w:type="pct"/>
          </w:tcPr>
          <w:p w14:paraId="75825E3F" w14:textId="77777777" w:rsidR="00740206" w:rsidRDefault="00740206" w:rsidP="00CC3031">
            <w:r>
              <w:t>0</w:t>
            </w:r>
          </w:p>
        </w:tc>
        <w:tc>
          <w:tcPr>
            <w:tcW w:w="523" w:type="pct"/>
          </w:tcPr>
          <w:p w14:paraId="2566A04F" w14:textId="77777777" w:rsidR="00740206" w:rsidRDefault="00740206" w:rsidP="00CC3031">
            <w:pPr>
              <w:pStyle w:val="NormalWeb"/>
              <w:spacing w:beforeAutospacing="0" w:afterAutospacing="0" w:line="18" w:lineRule="atLeast"/>
            </w:pPr>
            <w:r>
              <w:t>100</w:t>
            </w:r>
          </w:p>
        </w:tc>
        <w:tc>
          <w:tcPr>
            <w:tcW w:w="548" w:type="pct"/>
          </w:tcPr>
          <w:p w14:paraId="6D20AF45" w14:textId="77777777" w:rsidR="00740206" w:rsidRDefault="00740206" w:rsidP="00CC3031">
            <w:pPr>
              <w:pStyle w:val="NormalWeb"/>
              <w:spacing w:beforeAutospacing="0" w:afterAutospacing="0" w:line="18" w:lineRule="atLeast"/>
            </w:pPr>
            <w:r>
              <w:t>100</w:t>
            </w:r>
          </w:p>
        </w:tc>
        <w:tc>
          <w:tcPr>
            <w:tcW w:w="1084" w:type="pct"/>
          </w:tcPr>
          <w:p w14:paraId="19F0C93A" w14:textId="77777777" w:rsidR="00740206" w:rsidRDefault="00740206" w:rsidP="00CC3031">
            <w:pPr>
              <w:pStyle w:val="NormalWeb"/>
              <w:spacing w:beforeAutospacing="0" w:afterAutospacing="0" w:line="18" w:lineRule="atLeast"/>
            </w:pPr>
            <w:r>
              <w:t>NIL</w:t>
            </w:r>
          </w:p>
        </w:tc>
        <w:tc>
          <w:tcPr>
            <w:tcW w:w="705" w:type="pct"/>
          </w:tcPr>
          <w:p w14:paraId="456483EC" w14:textId="77777777" w:rsidR="00740206" w:rsidRDefault="00740206" w:rsidP="00CC3031">
            <w:pPr>
              <w:pStyle w:val="NormalWeb"/>
              <w:spacing w:beforeAutospacing="0" w:afterAutospacing="0" w:line="18" w:lineRule="atLeast"/>
            </w:pPr>
            <w:r>
              <w:rPr>
                <w:color w:val="000000"/>
              </w:rPr>
              <w:t>Parents are happy with faculties and management.</w:t>
            </w:r>
          </w:p>
        </w:tc>
        <w:tc>
          <w:tcPr>
            <w:tcW w:w="1238" w:type="pct"/>
          </w:tcPr>
          <w:p w14:paraId="3C25C402" w14:textId="77777777" w:rsidR="00740206" w:rsidRPr="008B2470" w:rsidRDefault="00740206" w:rsidP="00CC3031">
            <w:pPr>
              <w:pStyle w:val="NormalWeb"/>
              <w:spacing w:beforeAutospacing="0" w:afterAutospacing="0" w:line="18" w:lineRule="atLeast"/>
              <w:rPr>
                <w:color w:val="000000"/>
                <w:lang w:val="en-IN"/>
              </w:rPr>
            </w:pPr>
            <w:r w:rsidRPr="008B2470">
              <w:rPr>
                <w:noProof/>
                <w:color w:val="000000"/>
                <w:lang w:val="en-IN"/>
              </w:rPr>
              <w:drawing>
                <wp:inline distT="0" distB="0" distL="0" distR="0" wp14:anchorId="25748C61" wp14:editId="033A2648">
                  <wp:extent cx="1379220" cy="1034415"/>
                  <wp:effectExtent l="0" t="0" r="0" b="0"/>
                  <wp:docPr id="15809279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79220" cy="1034415"/>
                          </a:xfrm>
                          <a:prstGeom prst="rect">
                            <a:avLst/>
                          </a:prstGeom>
                          <a:noFill/>
                          <a:ln>
                            <a:noFill/>
                          </a:ln>
                        </pic:spPr>
                      </pic:pic>
                    </a:graphicData>
                  </a:graphic>
                </wp:inline>
              </w:drawing>
            </w:r>
          </w:p>
          <w:p w14:paraId="0FDD6150" w14:textId="77777777" w:rsidR="00740206" w:rsidRDefault="00740206" w:rsidP="00CC3031">
            <w:pPr>
              <w:pStyle w:val="NormalWeb"/>
              <w:spacing w:beforeAutospacing="0" w:afterAutospacing="0" w:line="18" w:lineRule="atLeast"/>
              <w:rPr>
                <w:color w:val="000000"/>
              </w:rPr>
            </w:pPr>
          </w:p>
        </w:tc>
      </w:tr>
      <w:tr w:rsidR="00740206" w14:paraId="221D17F5" w14:textId="77777777" w:rsidTr="00CC3031">
        <w:trPr>
          <w:trHeight w:val="1860"/>
        </w:trPr>
        <w:tc>
          <w:tcPr>
            <w:tcW w:w="437" w:type="pct"/>
          </w:tcPr>
          <w:p w14:paraId="626DEFE1" w14:textId="77777777" w:rsidR="00740206" w:rsidRDefault="00740206" w:rsidP="00CC3031">
            <w:r>
              <w:t>NCSCS</w:t>
            </w:r>
          </w:p>
        </w:tc>
        <w:tc>
          <w:tcPr>
            <w:tcW w:w="465" w:type="pct"/>
          </w:tcPr>
          <w:p w14:paraId="2E987AAF" w14:textId="77777777" w:rsidR="00740206" w:rsidRDefault="00740206" w:rsidP="00CC3031">
            <w:r>
              <w:t>10</w:t>
            </w:r>
          </w:p>
        </w:tc>
        <w:tc>
          <w:tcPr>
            <w:tcW w:w="523" w:type="pct"/>
          </w:tcPr>
          <w:p w14:paraId="2AA74D4A" w14:textId="77777777" w:rsidR="00740206" w:rsidRDefault="00740206" w:rsidP="00CC3031">
            <w:pPr>
              <w:pStyle w:val="NormalWeb"/>
              <w:spacing w:beforeAutospacing="0" w:afterAutospacing="0" w:line="18" w:lineRule="atLeast"/>
            </w:pPr>
            <w:r>
              <w:t>90</w:t>
            </w:r>
          </w:p>
        </w:tc>
        <w:tc>
          <w:tcPr>
            <w:tcW w:w="548" w:type="pct"/>
          </w:tcPr>
          <w:p w14:paraId="6F4CCED2" w14:textId="77777777" w:rsidR="00740206" w:rsidRDefault="00740206" w:rsidP="00CC3031">
            <w:pPr>
              <w:pStyle w:val="NormalWeb"/>
              <w:spacing w:beforeAutospacing="0" w:afterAutospacing="0" w:line="18" w:lineRule="atLeast"/>
            </w:pPr>
            <w:r>
              <w:t>100</w:t>
            </w:r>
          </w:p>
        </w:tc>
        <w:tc>
          <w:tcPr>
            <w:tcW w:w="1084" w:type="pct"/>
          </w:tcPr>
          <w:p w14:paraId="70A73E4E" w14:textId="77777777" w:rsidR="00740206" w:rsidRDefault="00740206" w:rsidP="00CC3031">
            <w:pPr>
              <w:pStyle w:val="NormalWeb"/>
              <w:spacing w:beforeAutospacing="0" w:afterAutospacing="0" w:line="18" w:lineRule="atLeast"/>
            </w:pPr>
            <w:r>
              <w:t>NIL</w:t>
            </w:r>
          </w:p>
        </w:tc>
        <w:tc>
          <w:tcPr>
            <w:tcW w:w="705" w:type="pct"/>
          </w:tcPr>
          <w:p w14:paraId="5B0E2574" w14:textId="77777777" w:rsidR="00740206" w:rsidRDefault="00740206" w:rsidP="00CC3031">
            <w:pPr>
              <w:pStyle w:val="NormalWeb"/>
              <w:spacing w:beforeAutospacing="0" w:afterAutospacing="0" w:line="18" w:lineRule="atLeast"/>
            </w:pPr>
            <w:r>
              <w:rPr>
                <w:color w:val="000000"/>
              </w:rPr>
              <w:t xml:space="preserve">Parents are satisfied with the management and happy with the </w:t>
            </w:r>
            <w:proofErr w:type="gramStart"/>
            <w:r>
              <w:rPr>
                <w:color w:val="000000"/>
              </w:rPr>
              <w:t>Faculty</w:t>
            </w:r>
            <w:proofErr w:type="gramEnd"/>
            <w:r>
              <w:rPr>
                <w:color w:val="000000"/>
              </w:rPr>
              <w:t xml:space="preserve"> coordination.</w:t>
            </w:r>
          </w:p>
        </w:tc>
        <w:tc>
          <w:tcPr>
            <w:tcW w:w="1238" w:type="pct"/>
          </w:tcPr>
          <w:p w14:paraId="48BFBB5E" w14:textId="77777777" w:rsidR="00740206" w:rsidRPr="008B2470" w:rsidRDefault="00740206" w:rsidP="00CC3031">
            <w:pPr>
              <w:pStyle w:val="NormalWeb"/>
              <w:spacing w:beforeAutospacing="0" w:afterAutospacing="0" w:line="18" w:lineRule="atLeast"/>
              <w:rPr>
                <w:color w:val="000000"/>
                <w:lang w:val="en-IN"/>
              </w:rPr>
            </w:pPr>
            <w:r w:rsidRPr="008B2470">
              <w:rPr>
                <w:noProof/>
                <w:color w:val="000000"/>
                <w:lang w:val="en-IN"/>
              </w:rPr>
              <w:drawing>
                <wp:inline distT="0" distB="0" distL="0" distR="0" wp14:anchorId="68DB3EBE" wp14:editId="3E02EDC5">
                  <wp:extent cx="1379220" cy="1034415"/>
                  <wp:effectExtent l="0" t="0" r="0" b="0"/>
                  <wp:docPr id="945030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379220" cy="1034415"/>
                          </a:xfrm>
                          <a:prstGeom prst="rect">
                            <a:avLst/>
                          </a:prstGeom>
                          <a:noFill/>
                          <a:ln>
                            <a:noFill/>
                          </a:ln>
                        </pic:spPr>
                      </pic:pic>
                    </a:graphicData>
                  </a:graphic>
                </wp:inline>
              </w:drawing>
            </w:r>
          </w:p>
          <w:p w14:paraId="7E83D205" w14:textId="77777777" w:rsidR="00740206" w:rsidRDefault="00740206" w:rsidP="00CC3031">
            <w:pPr>
              <w:pStyle w:val="NormalWeb"/>
              <w:spacing w:beforeAutospacing="0" w:afterAutospacing="0" w:line="18" w:lineRule="atLeast"/>
              <w:rPr>
                <w:color w:val="000000"/>
              </w:rPr>
            </w:pPr>
          </w:p>
        </w:tc>
      </w:tr>
      <w:tr w:rsidR="00740206" w14:paraId="74A97DBF" w14:textId="77777777" w:rsidTr="00CC3031">
        <w:trPr>
          <w:trHeight w:val="2342"/>
        </w:trPr>
        <w:tc>
          <w:tcPr>
            <w:tcW w:w="437" w:type="pct"/>
          </w:tcPr>
          <w:p w14:paraId="512CDB82" w14:textId="77777777" w:rsidR="00740206" w:rsidRDefault="00740206" w:rsidP="00CC3031">
            <w:r>
              <w:t>DCSCS</w:t>
            </w:r>
          </w:p>
        </w:tc>
        <w:tc>
          <w:tcPr>
            <w:tcW w:w="465" w:type="pct"/>
          </w:tcPr>
          <w:p w14:paraId="40EDEB55" w14:textId="77777777" w:rsidR="00740206" w:rsidRDefault="00740206" w:rsidP="00CC3031">
            <w:r>
              <w:t>40</w:t>
            </w:r>
          </w:p>
        </w:tc>
        <w:tc>
          <w:tcPr>
            <w:tcW w:w="523" w:type="pct"/>
          </w:tcPr>
          <w:p w14:paraId="026A054F" w14:textId="77777777" w:rsidR="00740206" w:rsidRDefault="00740206" w:rsidP="00CC3031">
            <w:pPr>
              <w:pStyle w:val="NormalWeb"/>
              <w:spacing w:beforeAutospacing="0" w:afterAutospacing="0" w:line="18" w:lineRule="atLeast"/>
            </w:pPr>
            <w:r>
              <w:t>60</w:t>
            </w:r>
          </w:p>
        </w:tc>
        <w:tc>
          <w:tcPr>
            <w:tcW w:w="548" w:type="pct"/>
          </w:tcPr>
          <w:p w14:paraId="385A4A9E" w14:textId="77777777" w:rsidR="00740206" w:rsidRDefault="00740206" w:rsidP="00CC3031">
            <w:pPr>
              <w:pStyle w:val="NormalWeb"/>
              <w:spacing w:beforeAutospacing="0" w:afterAutospacing="0" w:line="18" w:lineRule="atLeast"/>
              <w:rPr>
                <w:color w:val="000000"/>
              </w:rPr>
            </w:pPr>
            <w:r>
              <w:rPr>
                <w:color w:val="000000"/>
              </w:rPr>
              <w:t>100</w:t>
            </w:r>
          </w:p>
        </w:tc>
        <w:tc>
          <w:tcPr>
            <w:tcW w:w="1084" w:type="pct"/>
          </w:tcPr>
          <w:p w14:paraId="7AED5B99" w14:textId="77777777" w:rsidR="00740206" w:rsidRDefault="00740206" w:rsidP="00CC3031">
            <w:pPr>
              <w:pStyle w:val="NormalWeb"/>
              <w:spacing w:beforeAutospacing="0" w:afterAutospacing="0" w:line="18" w:lineRule="atLeast"/>
            </w:pPr>
            <w:r>
              <w:t>NIL</w:t>
            </w:r>
          </w:p>
        </w:tc>
        <w:tc>
          <w:tcPr>
            <w:tcW w:w="705" w:type="pct"/>
          </w:tcPr>
          <w:p w14:paraId="7EE0095E" w14:textId="77777777" w:rsidR="00740206" w:rsidRDefault="00740206" w:rsidP="00CC3031">
            <w:pPr>
              <w:pStyle w:val="NormalWeb"/>
              <w:spacing w:beforeAutospacing="0" w:afterAutospacing="0" w:line="18" w:lineRule="atLeast"/>
              <w:rPr>
                <w:color w:val="000000"/>
              </w:rPr>
            </w:pPr>
            <w:r>
              <w:rPr>
                <w:color w:val="000000"/>
              </w:rPr>
              <w:t>Parents have asked about the placements and internships in the same domain.</w:t>
            </w:r>
          </w:p>
          <w:p w14:paraId="73D46709" w14:textId="77777777" w:rsidR="00740206" w:rsidRDefault="00740206" w:rsidP="00CC3031">
            <w:pPr>
              <w:pStyle w:val="NormalWeb"/>
              <w:spacing w:beforeAutospacing="0" w:afterAutospacing="0" w:line="18" w:lineRule="atLeast"/>
              <w:rPr>
                <w:color w:val="000000"/>
              </w:rPr>
            </w:pPr>
          </w:p>
        </w:tc>
        <w:tc>
          <w:tcPr>
            <w:tcW w:w="1238" w:type="pct"/>
          </w:tcPr>
          <w:p w14:paraId="3681C945" w14:textId="77777777" w:rsidR="00740206" w:rsidRPr="008B2470" w:rsidRDefault="00740206" w:rsidP="00CC3031">
            <w:pPr>
              <w:pStyle w:val="NormalWeb"/>
              <w:spacing w:beforeAutospacing="0" w:afterAutospacing="0" w:line="18" w:lineRule="atLeast"/>
              <w:rPr>
                <w:color w:val="000000"/>
                <w:lang w:val="en-IN"/>
              </w:rPr>
            </w:pPr>
            <w:r w:rsidRPr="008B2470">
              <w:rPr>
                <w:noProof/>
                <w:color w:val="000000"/>
                <w:lang w:val="en-IN"/>
              </w:rPr>
              <w:drawing>
                <wp:inline distT="0" distB="0" distL="0" distR="0" wp14:anchorId="11687AE2" wp14:editId="703EDB2F">
                  <wp:extent cx="1379220" cy="1034415"/>
                  <wp:effectExtent l="0" t="0" r="0" b="0"/>
                  <wp:docPr id="6172966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79220" cy="1034415"/>
                          </a:xfrm>
                          <a:prstGeom prst="rect">
                            <a:avLst/>
                          </a:prstGeom>
                          <a:noFill/>
                          <a:ln>
                            <a:noFill/>
                          </a:ln>
                        </pic:spPr>
                      </pic:pic>
                    </a:graphicData>
                  </a:graphic>
                </wp:inline>
              </w:drawing>
            </w:r>
          </w:p>
          <w:p w14:paraId="2C131F6E" w14:textId="77777777" w:rsidR="00740206" w:rsidRDefault="00740206" w:rsidP="00CC3031">
            <w:pPr>
              <w:pStyle w:val="NormalWeb"/>
              <w:spacing w:beforeAutospacing="0" w:afterAutospacing="0" w:line="18" w:lineRule="atLeast"/>
              <w:rPr>
                <w:color w:val="000000"/>
              </w:rPr>
            </w:pPr>
          </w:p>
        </w:tc>
      </w:tr>
    </w:tbl>
    <w:p w14:paraId="254A10D5" w14:textId="77777777" w:rsidR="00740206" w:rsidRDefault="00740206" w:rsidP="00740206">
      <w:pPr>
        <w:spacing w:after="0"/>
        <w:rPr>
          <w:rFonts w:ascii="Times New Roman" w:hAnsi="Times New Roman" w:cs="Times New Roman"/>
          <w:sz w:val="24"/>
          <w:szCs w:val="24"/>
        </w:rPr>
      </w:pPr>
    </w:p>
    <w:p w14:paraId="6FBC1A82" w14:textId="77777777" w:rsidR="00740206" w:rsidRDefault="00740206" w:rsidP="00226B14">
      <w:pPr>
        <w:rPr>
          <w:rFonts w:ascii="Times New Roman" w:hAnsi="Times New Roman" w:cs="Times New Roman"/>
          <w:b/>
          <w:bCs/>
          <w:sz w:val="36"/>
          <w:szCs w:val="36"/>
          <w:lang w:val="en-GB"/>
        </w:rPr>
      </w:pPr>
    </w:p>
    <w:p w14:paraId="764AF0AB" w14:textId="77777777" w:rsidR="00740206" w:rsidRDefault="00740206" w:rsidP="00226B14">
      <w:pPr>
        <w:rPr>
          <w:rFonts w:ascii="Times New Roman" w:hAnsi="Times New Roman" w:cs="Times New Roman"/>
          <w:b/>
          <w:bCs/>
          <w:sz w:val="36"/>
          <w:szCs w:val="36"/>
          <w:lang w:val="en-GB"/>
        </w:rPr>
      </w:pPr>
    </w:p>
    <w:p w14:paraId="7743F958" w14:textId="77777777" w:rsidR="00740206" w:rsidRDefault="00740206" w:rsidP="00226B14">
      <w:pPr>
        <w:rPr>
          <w:rFonts w:ascii="Times New Roman" w:hAnsi="Times New Roman" w:cs="Times New Roman"/>
          <w:b/>
          <w:bCs/>
          <w:sz w:val="36"/>
          <w:szCs w:val="36"/>
          <w:lang w:val="en-GB"/>
        </w:rPr>
      </w:pPr>
    </w:p>
    <w:p w14:paraId="54082C01" w14:textId="3939DFE6" w:rsidR="00042DB8" w:rsidRPr="009823A7" w:rsidRDefault="00042DB8" w:rsidP="00226B14">
      <w:pPr>
        <w:rPr>
          <w:rFonts w:ascii="Times New Roman" w:hAnsi="Times New Roman" w:cs="Times New Roman"/>
          <w:b/>
          <w:bCs/>
          <w:sz w:val="28"/>
          <w:szCs w:val="28"/>
          <w:lang w:val="en-GB"/>
        </w:rPr>
      </w:pPr>
      <w:r w:rsidRPr="009823A7">
        <w:rPr>
          <w:rFonts w:ascii="Times New Roman" w:hAnsi="Times New Roman" w:cs="Times New Roman"/>
          <w:b/>
          <w:bCs/>
          <w:sz w:val="28"/>
          <w:szCs w:val="28"/>
          <w:lang w:val="en-GB"/>
        </w:rPr>
        <w:lastRenderedPageBreak/>
        <w:t>1</w:t>
      </w:r>
      <w:r w:rsidR="00CB4667">
        <w:rPr>
          <w:rFonts w:ascii="Times New Roman" w:hAnsi="Times New Roman" w:cs="Times New Roman"/>
          <w:b/>
          <w:bCs/>
          <w:sz w:val="28"/>
          <w:szCs w:val="28"/>
          <w:lang w:val="en-GB"/>
        </w:rPr>
        <w:t>5</w:t>
      </w:r>
      <w:r w:rsidRPr="009823A7">
        <w:rPr>
          <w:rFonts w:ascii="Times New Roman" w:hAnsi="Times New Roman" w:cs="Times New Roman"/>
          <w:b/>
          <w:bCs/>
          <w:sz w:val="28"/>
          <w:szCs w:val="28"/>
          <w:lang w:val="en-GB"/>
        </w:rPr>
        <w:t>. STUDENT SCHOLARSHIP D</w:t>
      </w:r>
      <w:r w:rsidR="00A673B0">
        <w:rPr>
          <w:rFonts w:ascii="Times New Roman" w:hAnsi="Times New Roman" w:cs="Times New Roman"/>
          <w:b/>
          <w:bCs/>
          <w:sz w:val="28"/>
          <w:szCs w:val="28"/>
          <w:lang w:val="en-GB"/>
        </w:rPr>
        <w:t>ETAILS:</w:t>
      </w:r>
    </w:p>
    <w:tbl>
      <w:tblPr>
        <w:tblW w:w="5000" w:type="pct"/>
        <w:tblLook w:val="04A0" w:firstRow="1" w:lastRow="0" w:firstColumn="1" w:lastColumn="0" w:noHBand="0" w:noVBand="1"/>
      </w:tblPr>
      <w:tblGrid>
        <w:gridCol w:w="312"/>
        <w:gridCol w:w="496"/>
        <w:gridCol w:w="814"/>
        <w:gridCol w:w="574"/>
        <w:gridCol w:w="302"/>
        <w:gridCol w:w="416"/>
        <w:gridCol w:w="521"/>
        <w:gridCol w:w="928"/>
        <w:gridCol w:w="471"/>
        <w:gridCol w:w="424"/>
        <w:gridCol w:w="528"/>
        <w:gridCol w:w="1159"/>
        <w:gridCol w:w="567"/>
        <w:gridCol w:w="1504"/>
      </w:tblGrid>
      <w:tr w:rsidR="00042DB8" w:rsidRPr="00042DB8" w14:paraId="1ACDC5AC" w14:textId="77777777" w:rsidTr="00042DB8">
        <w:trPr>
          <w:trHeight w:val="1200"/>
        </w:trPr>
        <w:tc>
          <w:tcPr>
            <w:tcW w:w="172" w:type="pct"/>
            <w:tcBorders>
              <w:top w:val="single" w:sz="4" w:space="0" w:color="auto"/>
              <w:left w:val="single" w:sz="4" w:space="0" w:color="auto"/>
              <w:bottom w:val="single" w:sz="4" w:space="0" w:color="auto"/>
              <w:right w:val="single" w:sz="4" w:space="0" w:color="auto"/>
            </w:tcBorders>
            <w:vAlign w:val="center"/>
            <w:hideMark/>
          </w:tcPr>
          <w:p w14:paraId="58E26E40"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SNO</w:t>
            </w:r>
          </w:p>
        </w:tc>
        <w:tc>
          <w:tcPr>
            <w:tcW w:w="274" w:type="pct"/>
            <w:tcBorders>
              <w:top w:val="single" w:sz="4" w:space="0" w:color="auto"/>
              <w:left w:val="nil"/>
              <w:bottom w:val="single" w:sz="4" w:space="0" w:color="auto"/>
              <w:right w:val="single" w:sz="4" w:space="0" w:color="auto"/>
            </w:tcBorders>
            <w:vAlign w:val="center"/>
            <w:hideMark/>
          </w:tcPr>
          <w:p w14:paraId="01AC7CBF"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UID</w:t>
            </w:r>
          </w:p>
        </w:tc>
        <w:tc>
          <w:tcPr>
            <w:tcW w:w="448" w:type="pct"/>
            <w:tcBorders>
              <w:top w:val="single" w:sz="4" w:space="0" w:color="auto"/>
              <w:left w:val="nil"/>
              <w:bottom w:val="single" w:sz="4" w:space="0" w:color="auto"/>
              <w:right w:val="single" w:sz="4" w:space="0" w:color="auto"/>
            </w:tcBorders>
            <w:vAlign w:val="center"/>
            <w:hideMark/>
          </w:tcPr>
          <w:p w14:paraId="513A69A7"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STUDENT NAME</w:t>
            </w:r>
          </w:p>
        </w:tc>
        <w:tc>
          <w:tcPr>
            <w:tcW w:w="350" w:type="pct"/>
            <w:tcBorders>
              <w:top w:val="single" w:sz="4" w:space="0" w:color="auto"/>
              <w:left w:val="nil"/>
              <w:bottom w:val="single" w:sz="4" w:space="0" w:color="auto"/>
              <w:right w:val="single" w:sz="4" w:space="0" w:color="auto"/>
            </w:tcBorders>
            <w:vAlign w:val="center"/>
            <w:hideMark/>
          </w:tcPr>
          <w:p w14:paraId="48F40356"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FATHER /MOTHERS OCCUPATION</w:t>
            </w:r>
          </w:p>
        </w:tc>
        <w:tc>
          <w:tcPr>
            <w:tcW w:w="167" w:type="pct"/>
            <w:tcBorders>
              <w:top w:val="single" w:sz="4" w:space="0" w:color="auto"/>
              <w:left w:val="nil"/>
              <w:bottom w:val="single" w:sz="4" w:space="0" w:color="auto"/>
              <w:right w:val="single" w:sz="4" w:space="0" w:color="auto"/>
            </w:tcBorders>
            <w:vAlign w:val="center"/>
            <w:hideMark/>
          </w:tcPr>
          <w:p w14:paraId="5430D8A7"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M/F</w:t>
            </w:r>
          </w:p>
        </w:tc>
        <w:tc>
          <w:tcPr>
            <w:tcW w:w="230" w:type="pct"/>
            <w:tcBorders>
              <w:top w:val="single" w:sz="4" w:space="0" w:color="auto"/>
              <w:left w:val="nil"/>
              <w:bottom w:val="single" w:sz="4" w:space="0" w:color="auto"/>
              <w:right w:val="single" w:sz="4" w:space="0" w:color="auto"/>
            </w:tcBorders>
            <w:vAlign w:val="center"/>
            <w:hideMark/>
          </w:tcPr>
          <w:p w14:paraId="70F45369"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ANNUAL INCOME</w:t>
            </w:r>
          </w:p>
        </w:tc>
        <w:tc>
          <w:tcPr>
            <w:tcW w:w="287" w:type="pct"/>
            <w:tcBorders>
              <w:top w:val="single" w:sz="4" w:space="0" w:color="auto"/>
              <w:left w:val="nil"/>
              <w:bottom w:val="single" w:sz="4" w:space="0" w:color="auto"/>
              <w:right w:val="single" w:sz="4" w:space="0" w:color="auto"/>
            </w:tcBorders>
            <w:vAlign w:val="center"/>
            <w:hideMark/>
          </w:tcPr>
          <w:p w14:paraId="6830CDB1"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RELIGION</w:t>
            </w:r>
          </w:p>
        </w:tc>
        <w:tc>
          <w:tcPr>
            <w:tcW w:w="510" w:type="pct"/>
            <w:tcBorders>
              <w:top w:val="single" w:sz="4" w:space="0" w:color="auto"/>
              <w:left w:val="nil"/>
              <w:bottom w:val="single" w:sz="4" w:space="0" w:color="auto"/>
              <w:right w:val="single" w:sz="4" w:space="0" w:color="auto"/>
            </w:tcBorders>
            <w:vAlign w:val="center"/>
            <w:hideMark/>
          </w:tcPr>
          <w:p w14:paraId="334FE488"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NAME OF BANK A/C HOLDER(PARENT)</w:t>
            </w:r>
          </w:p>
        </w:tc>
        <w:tc>
          <w:tcPr>
            <w:tcW w:w="260" w:type="pct"/>
            <w:tcBorders>
              <w:top w:val="single" w:sz="4" w:space="0" w:color="auto"/>
              <w:left w:val="nil"/>
              <w:bottom w:val="single" w:sz="4" w:space="0" w:color="auto"/>
              <w:right w:val="single" w:sz="4" w:space="0" w:color="auto"/>
            </w:tcBorders>
            <w:vAlign w:val="center"/>
            <w:hideMark/>
          </w:tcPr>
          <w:p w14:paraId="1AFEF818"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AMOUNT PROPOSED</w:t>
            </w:r>
          </w:p>
        </w:tc>
        <w:tc>
          <w:tcPr>
            <w:tcW w:w="234" w:type="pct"/>
            <w:tcBorders>
              <w:top w:val="single" w:sz="4" w:space="0" w:color="auto"/>
              <w:left w:val="nil"/>
              <w:bottom w:val="single" w:sz="4" w:space="0" w:color="auto"/>
              <w:right w:val="single" w:sz="4" w:space="0" w:color="auto"/>
            </w:tcBorders>
            <w:vAlign w:val="center"/>
            <w:hideMark/>
          </w:tcPr>
          <w:p w14:paraId="42807D85"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CHEQUE NUMBER</w:t>
            </w:r>
          </w:p>
        </w:tc>
        <w:tc>
          <w:tcPr>
            <w:tcW w:w="291" w:type="pct"/>
            <w:tcBorders>
              <w:top w:val="single" w:sz="4" w:space="0" w:color="auto"/>
              <w:left w:val="nil"/>
              <w:bottom w:val="single" w:sz="4" w:space="0" w:color="auto"/>
              <w:right w:val="single" w:sz="4" w:space="0" w:color="auto"/>
            </w:tcBorders>
            <w:vAlign w:val="center"/>
            <w:hideMark/>
          </w:tcPr>
          <w:p w14:paraId="565C381F"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ACTUAL AMOUNT SANCTIONED</w:t>
            </w:r>
          </w:p>
        </w:tc>
        <w:tc>
          <w:tcPr>
            <w:tcW w:w="638" w:type="pct"/>
            <w:tcBorders>
              <w:top w:val="single" w:sz="4" w:space="0" w:color="auto"/>
              <w:left w:val="nil"/>
              <w:bottom w:val="single" w:sz="4" w:space="0" w:color="auto"/>
              <w:right w:val="single" w:sz="4" w:space="0" w:color="auto"/>
            </w:tcBorders>
            <w:vAlign w:val="center"/>
            <w:hideMark/>
          </w:tcPr>
          <w:p w14:paraId="2AE1F12D"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BANK</w:t>
            </w:r>
          </w:p>
        </w:tc>
        <w:tc>
          <w:tcPr>
            <w:tcW w:w="312" w:type="pct"/>
            <w:tcBorders>
              <w:top w:val="single" w:sz="4" w:space="0" w:color="auto"/>
              <w:left w:val="nil"/>
              <w:bottom w:val="single" w:sz="4" w:space="0" w:color="auto"/>
              <w:right w:val="single" w:sz="4" w:space="0" w:color="auto"/>
            </w:tcBorders>
            <w:vAlign w:val="center"/>
            <w:hideMark/>
          </w:tcPr>
          <w:p w14:paraId="38EE251D"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BANK A/C NO.</w:t>
            </w:r>
          </w:p>
        </w:tc>
        <w:tc>
          <w:tcPr>
            <w:tcW w:w="827" w:type="pct"/>
            <w:tcBorders>
              <w:top w:val="single" w:sz="4" w:space="0" w:color="auto"/>
              <w:left w:val="nil"/>
              <w:bottom w:val="single" w:sz="4" w:space="0" w:color="auto"/>
              <w:right w:val="single" w:sz="4" w:space="0" w:color="auto"/>
            </w:tcBorders>
            <w:vAlign w:val="center"/>
            <w:hideMark/>
          </w:tcPr>
          <w:p w14:paraId="2312943E"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REMARKS</w:t>
            </w:r>
          </w:p>
        </w:tc>
      </w:tr>
      <w:tr w:rsidR="00042DB8" w:rsidRPr="00042DB8" w14:paraId="5D9B1E61" w14:textId="77777777" w:rsidTr="00042DB8">
        <w:trPr>
          <w:trHeight w:val="1103"/>
        </w:trPr>
        <w:tc>
          <w:tcPr>
            <w:tcW w:w="172" w:type="pct"/>
            <w:tcBorders>
              <w:top w:val="nil"/>
              <w:left w:val="single" w:sz="4" w:space="0" w:color="auto"/>
              <w:bottom w:val="single" w:sz="4" w:space="0" w:color="auto"/>
              <w:right w:val="single" w:sz="4" w:space="0" w:color="auto"/>
            </w:tcBorders>
            <w:noWrap/>
            <w:vAlign w:val="bottom"/>
            <w:hideMark/>
          </w:tcPr>
          <w:p w14:paraId="63252555"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w:t>
            </w:r>
          </w:p>
        </w:tc>
        <w:tc>
          <w:tcPr>
            <w:tcW w:w="274" w:type="pct"/>
            <w:tcBorders>
              <w:top w:val="nil"/>
              <w:left w:val="nil"/>
              <w:bottom w:val="single" w:sz="4" w:space="0" w:color="auto"/>
              <w:right w:val="single" w:sz="4" w:space="0" w:color="auto"/>
            </w:tcBorders>
            <w:noWrap/>
            <w:vAlign w:val="bottom"/>
            <w:hideMark/>
          </w:tcPr>
          <w:p w14:paraId="23162385"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111725039001</w:t>
            </w:r>
          </w:p>
        </w:tc>
        <w:tc>
          <w:tcPr>
            <w:tcW w:w="448" w:type="pct"/>
            <w:tcBorders>
              <w:top w:val="nil"/>
              <w:left w:val="nil"/>
              <w:bottom w:val="single" w:sz="4" w:space="0" w:color="auto"/>
              <w:right w:val="single" w:sz="4" w:space="0" w:color="auto"/>
            </w:tcBorders>
            <w:noWrap/>
            <w:vAlign w:val="bottom"/>
            <w:hideMark/>
          </w:tcPr>
          <w:p w14:paraId="235D5F8A"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Adimulum</w:t>
            </w:r>
            <w:proofErr w:type="spellEnd"/>
            <w:r w:rsidRPr="00042DB8">
              <w:rPr>
                <w:rFonts w:ascii="Times New Roman" w:eastAsia="Times New Roman" w:hAnsi="Times New Roman" w:cs="Times New Roman"/>
                <w:color w:val="000000"/>
                <w:kern w:val="0"/>
                <w:sz w:val="16"/>
                <w:szCs w:val="16"/>
                <w:lang w:eastAsia="en-IN"/>
                <w14:ligatures w14:val="none"/>
              </w:rPr>
              <w:t xml:space="preserve"> Pallavi</w:t>
            </w:r>
          </w:p>
        </w:tc>
        <w:tc>
          <w:tcPr>
            <w:tcW w:w="350" w:type="pct"/>
            <w:tcBorders>
              <w:top w:val="nil"/>
              <w:left w:val="nil"/>
              <w:bottom w:val="single" w:sz="4" w:space="0" w:color="auto"/>
              <w:right w:val="single" w:sz="4" w:space="0" w:color="auto"/>
            </w:tcBorders>
            <w:noWrap/>
            <w:vAlign w:val="bottom"/>
            <w:hideMark/>
          </w:tcPr>
          <w:p w14:paraId="5026E9C7"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 Business</w:t>
            </w:r>
          </w:p>
        </w:tc>
        <w:tc>
          <w:tcPr>
            <w:tcW w:w="167" w:type="pct"/>
            <w:tcBorders>
              <w:top w:val="nil"/>
              <w:left w:val="nil"/>
              <w:bottom w:val="single" w:sz="4" w:space="0" w:color="auto"/>
              <w:right w:val="single" w:sz="4" w:space="0" w:color="auto"/>
            </w:tcBorders>
            <w:noWrap/>
            <w:vAlign w:val="bottom"/>
            <w:hideMark/>
          </w:tcPr>
          <w:p w14:paraId="7FE35D6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5083C1D0"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1,85,000</w:t>
            </w:r>
          </w:p>
        </w:tc>
        <w:tc>
          <w:tcPr>
            <w:tcW w:w="287" w:type="pct"/>
            <w:tcBorders>
              <w:top w:val="nil"/>
              <w:left w:val="nil"/>
              <w:bottom w:val="single" w:sz="4" w:space="0" w:color="auto"/>
              <w:right w:val="single" w:sz="4" w:space="0" w:color="auto"/>
            </w:tcBorders>
            <w:noWrap/>
            <w:vAlign w:val="bottom"/>
            <w:hideMark/>
          </w:tcPr>
          <w:p w14:paraId="69AF30C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00EF8243"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Mrs.Admulume</w:t>
            </w:r>
            <w:proofErr w:type="spellEnd"/>
            <w:r w:rsidRPr="00042DB8">
              <w:rPr>
                <w:rFonts w:ascii="Times New Roman" w:eastAsia="Times New Roman" w:hAnsi="Times New Roman" w:cs="Times New Roman"/>
                <w:color w:val="000000"/>
                <w:kern w:val="0"/>
                <w:sz w:val="16"/>
                <w:szCs w:val="16"/>
                <w:lang w:eastAsia="en-IN"/>
                <w14:ligatures w14:val="none"/>
              </w:rPr>
              <w:t xml:space="preserve"> Sujatha</w:t>
            </w:r>
          </w:p>
        </w:tc>
        <w:tc>
          <w:tcPr>
            <w:tcW w:w="260" w:type="pct"/>
            <w:tcBorders>
              <w:top w:val="nil"/>
              <w:left w:val="nil"/>
              <w:bottom w:val="single" w:sz="4" w:space="0" w:color="auto"/>
              <w:right w:val="single" w:sz="4" w:space="0" w:color="auto"/>
            </w:tcBorders>
            <w:noWrap/>
            <w:vAlign w:val="bottom"/>
            <w:hideMark/>
          </w:tcPr>
          <w:p w14:paraId="7F6505C0"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619A868B"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3,22,001</w:t>
            </w:r>
          </w:p>
        </w:tc>
        <w:tc>
          <w:tcPr>
            <w:tcW w:w="291" w:type="pct"/>
            <w:tcBorders>
              <w:top w:val="nil"/>
              <w:left w:val="nil"/>
              <w:bottom w:val="single" w:sz="4" w:space="0" w:color="auto"/>
              <w:right w:val="single" w:sz="4" w:space="0" w:color="auto"/>
            </w:tcBorders>
            <w:noWrap/>
            <w:vAlign w:val="bottom"/>
            <w:hideMark/>
          </w:tcPr>
          <w:p w14:paraId="0028682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7500</w:t>
            </w:r>
          </w:p>
        </w:tc>
        <w:tc>
          <w:tcPr>
            <w:tcW w:w="638" w:type="pct"/>
            <w:tcBorders>
              <w:top w:val="nil"/>
              <w:left w:val="nil"/>
              <w:bottom w:val="single" w:sz="4" w:space="0" w:color="auto"/>
              <w:right w:val="single" w:sz="4" w:space="0" w:color="auto"/>
            </w:tcBorders>
            <w:noWrap/>
            <w:vAlign w:val="bottom"/>
            <w:hideMark/>
          </w:tcPr>
          <w:p w14:paraId="29314C7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State Bank of India</w:t>
            </w:r>
          </w:p>
        </w:tc>
        <w:tc>
          <w:tcPr>
            <w:tcW w:w="312" w:type="pct"/>
            <w:tcBorders>
              <w:top w:val="nil"/>
              <w:left w:val="nil"/>
              <w:bottom w:val="single" w:sz="4" w:space="0" w:color="auto"/>
              <w:right w:val="single" w:sz="4" w:space="0" w:color="auto"/>
            </w:tcBorders>
            <w:noWrap/>
            <w:vAlign w:val="bottom"/>
            <w:hideMark/>
          </w:tcPr>
          <w:p w14:paraId="634FE51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39477507633</w:t>
            </w:r>
          </w:p>
        </w:tc>
        <w:tc>
          <w:tcPr>
            <w:tcW w:w="827" w:type="pct"/>
            <w:tcBorders>
              <w:top w:val="nil"/>
              <w:left w:val="nil"/>
              <w:bottom w:val="single" w:sz="4" w:space="0" w:color="auto"/>
              <w:right w:val="single" w:sz="4" w:space="0" w:color="auto"/>
            </w:tcBorders>
            <w:vAlign w:val="bottom"/>
            <w:hideMark/>
          </w:tcPr>
          <w:p w14:paraId="0B15C7B5"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The student comes from an economically weak background. The mother is the sole earning member of the family, and three family members depend on her income.</w:t>
            </w:r>
          </w:p>
        </w:tc>
      </w:tr>
      <w:tr w:rsidR="00042DB8" w:rsidRPr="00042DB8" w14:paraId="72BB0348" w14:textId="77777777" w:rsidTr="00042DB8">
        <w:trPr>
          <w:trHeight w:val="278"/>
        </w:trPr>
        <w:tc>
          <w:tcPr>
            <w:tcW w:w="172" w:type="pct"/>
            <w:tcBorders>
              <w:top w:val="nil"/>
              <w:left w:val="single" w:sz="4" w:space="0" w:color="auto"/>
              <w:bottom w:val="single" w:sz="4" w:space="0" w:color="auto"/>
              <w:right w:val="single" w:sz="4" w:space="0" w:color="auto"/>
            </w:tcBorders>
            <w:noWrap/>
            <w:vAlign w:val="bottom"/>
            <w:hideMark/>
          </w:tcPr>
          <w:p w14:paraId="22E94ED9"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2</w:t>
            </w:r>
          </w:p>
        </w:tc>
        <w:tc>
          <w:tcPr>
            <w:tcW w:w="274" w:type="pct"/>
            <w:tcBorders>
              <w:top w:val="nil"/>
              <w:left w:val="nil"/>
              <w:bottom w:val="single" w:sz="4" w:space="0" w:color="auto"/>
              <w:right w:val="single" w:sz="4" w:space="0" w:color="auto"/>
            </w:tcBorders>
            <w:noWrap/>
            <w:vAlign w:val="bottom"/>
            <w:hideMark/>
          </w:tcPr>
          <w:p w14:paraId="6B82ABF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111725039011</w:t>
            </w:r>
          </w:p>
        </w:tc>
        <w:tc>
          <w:tcPr>
            <w:tcW w:w="448" w:type="pct"/>
            <w:tcBorders>
              <w:top w:val="nil"/>
              <w:left w:val="nil"/>
              <w:bottom w:val="single" w:sz="4" w:space="0" w:color="auto"/>
              <w:right w:val="single" w:sz="4" w:space="0" w:color="auto"/>
            </w:tcBorders>
            <w:noWrap/>
            <w:vAlign w:val="bottom"/>
            <w:hideMark/>
          </w:tcPr>
          <w:p w14:paraId="0F0C8B2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Mullaguri</w:t>
            </w:r>
            <w:proofErr w:type="spellEnd"/>
            <w:r w:rsidRPr="00042DB8">
              <w:rPr>
                <w:rFonts w:ascii="Times New Roman" w:eastAsia="Times New Roman" w:hAnsi="Times New Roman" w:cs="Times New Roman"/>
                <w:color w:val="000000"/>
                <w:kern w:val="0"/>
                <w:sz w:val="16"/>
                <w:szCs w:val="16"/>
                <w:lang w:eastAsia="en-IN"/>
                <w14:ligatures w14:val="none"/>
              </w:rPr>
              <w:t xml:space="preserve"> Ankitha</w:t>
            </w:r>
          </w:p>
        </w:tc>
        <w:tc>
          <w:tcPr>
            <w:tcW w:w="350" w:type="pct"/>
            <w:tcBorders>
              <w:top w:val="nil"/>
              <w:left w:val="nil"/>
              <w:bottom w:val="single" w:sz="4" w:space="0" w:color="auto"/>
              <w:right w:val="single" w:sz="4" w:space="0" w:color="auto"/>
            </w:tcBorders>
            <w:noWrap/>
            <w:vAlign w:val="bottom"/>
            <w:hideMark/>
          </w:tcPr>
          <w:p w14:paraId="6F4368C0"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Cottage industry</w:t>
            </w:r>
          </w:p>
        </w:tc>
        <w:tc>
          <w:tcPr>
            <w:tcW w:w="167" w:type="pct"/>
            <w:tcBorders>
              <w:top w:val="nil"/>
              <w:left w:val="nil"/>
              <w:bottom w:val="single" w:sz="4" w:space="0" w:color="auto"/>
              <w:right w:val="single" w:sz="4" w:space="0" w:color="auto"/>
            </w:tcBorders>
            <w:noWrap/>
            <w:vAlign w:val="bottom"/>
            <w:hideMark/>
          </w:tcPr>
          <w:p w14:paraId="08168B2F"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63E6403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1,50,000</w:t>
            </w:r>
          </w:p>
        </w:tc>
        <w:tc>
          <w:tcPr>
            <w:tcW w:w="287" w:type="pct"/>
            <w:tcBorders>
              <w:top w:val="nil"/>
              <w:left w:val="nil"/>
              <w:bottom w:val="single" w:sz="4" w:space="0" w:color="auto"/>
              <w:right w:val="single" w:sz="4" w:space="0" w:color="auto"/>
            </w:tcBorders>
            <w:noWrap/>
            <w:vAlign w:val="bottom"/>
            <w:hideMark/>
          </w:tcPr>
          <w:p w14:paraId="133B973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Catholic</w:t>
            </w:r>
          </w:p>
        </w:tc>
        <w:tc>
          <w:tcPr>
            <w:tcW w:w="510" w:type="pct"/>
            <w:tcBorders>
              <w:top w:val="nil"/>
              <w:left w:val="nil"/>
              <w:bottom w:val="single" w:sz="4" w:space="0" w:color="auto"/>
              <w:right w:val="single" w:sz="4" w:space="0" w:color="auto"/>
            </w:tcBorders>
            <w:noWrap/>
            <w:vAlign w:val="bottom"/>
            <w:hideMark/>
          </w:tcPr>
          <w:p w14:paraId="7025DDA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Millaguri</w:t>
            </w:r>
            <w:proofErr w:type="spellEnd"/>
            <w:r w:rsidRPr="00042DB8">
              <w:rPr>
                <w:rFonts w:ascii="Times New Roman" w:eastAsia="Times New Roman" w:hAnsi="Times New Roman" w:cs="Times New Roman"/>
                <w:color w:val="000000"/>
                <w:kern w:val="0"/>
                <w:sz w:val="16"/>
                <w:szCs w:val="16"/>
                <w:lang w:eastAsia="en-IN"/>
                <w14:ligatures w14:val="none"/>
              </w:rPr>
              <w:t xml:space="preserve"> Prabhakar </w:t>
            </w:r>
          </w:p>
        </w:tc>
        <w:tc>
          <w:tcPr>
            <w:tcW w:w="260" w:type="pct"/>
            <w:tcBorders>
              <w:top w:val="nil"/>
              <w:left w:val="nil"/>
              <w:bottom w:val="single" w:sz="4" w:space="0" w:color="auto"/>
              <w:right w:val="single" w:sz="4" w:space="0" w:color="auto"/>
            </w:tcBorders>
            <w:noWrap/>
            <w:vAlign w:val="bottom"/>
            <w:hideMark/>
          </w:tcPr>
          <w:p w14:paraId="77B4DEA7"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70CE9318"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3,22,002</w:t>
            </w:r>
          </w:p>
        </w:tc>
        <w:tc>
          <w:tcPr>
            <w:tcW w:w="291" w:type="pct"/>
            <w:tcBorders>
              <w:top w:val="nil"/>
              <w:left w:val="nil"/>
              <w:bottom w:val="single" w:sz="4" w:space="0" w:color="auto"/>
              <w:right w:val="single" w:sz="4" w:space="0" w:color="auto"/>
            </w:tcBorders>
            <w:noWrap/>
            <w:vAlign w:val="bottom"/>
            <w:hideMark/>
          </w:tcPr>
          <w:p w14:paraId="3FEDE53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10000</w:t>
            </w:r>
          </w:p>
        </w:tc>
        <w:tc>
          <w:tcPr>
            <w:tcW w:w="638" w:type="pct"/>
            <w:tcBorders>
              <w:top w:val="nil"/>
              <w:left w:val="nil"/>
              <w:bottom w:val="single" w:sz="4" w:space="0" w:color="auto"/>
              <w:right w:val="single" w:sz="4" w:space="0" w:color="auto"/>
            </w:tcBorders>
            <w:noWrap/>
            <w:vAlign w:val="bottom"/>
            <w:hideMark/>
          </w:tcPr>
          <w:p w14:paraId="2480808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State Bank of India</w:t>
            </w:r>
          </w:p>
        </w:tc>
        <w:tc>
          <w:tcPr>
            <w:tcW w:w="312" w:type="pct"/>
            <w:tcBorders>
              <w:top w:val="nil"/>
              <w:left w:val="nil"/>
              <w:bottom w:val="single" w:sz="4" w:space="0" w:color="auto"/>
              <w:right w:val="single" w:sz="4" w:space="0" w:color="auto"/>
            </w:tcBorders>
            <w:noWrap/>
            <w:vAlign w:val="bottom"/>
            <w:hideMark/>
          </w:tcPr>
          <w:p w14:paraId="70CF57F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62294100712</w:t>
            </w:r>
          </w:p>
        </w:tc>
        <w:tc>
          <w:tcPr>
            <w:tcW w:w="827" w:type="pct"/>
            <w:tcBorders>
              <w:top w:val="nil"/>
              <w:left w:val="nil"/>
              <w:bottom w:val="single" w:sz="4" w:space="0" w:color="auto"/>
              <w:right w:val="single" w:sz="4" w:space="0" w:color="auto"/>
            </w:tcBorders>
            <w:vAlign w:val="bottom"/>
            <w:hideMark/>
          </w:tcPr>
          <w:p w14:paraId="5D6E7CEA"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Financially poor </w:t>
            </w:r>
          </w:p>
        </w:tc>
      </w:tr>
      <w:tr w:rsidR="00042DB8" w:rsidRPr="00042DB8" w14:paraId="24925BFB" w14:textId="77777777" w:rsidTr="00042DB8">
        <w:trPr>
          <w:trHeight w:val="278"/>
        </w:trPr>
        <w:tc>
          <w:tcPr>
            <w:tcW w:w="172" w:type="pct"/>
            <w:tcBorders>
              <w:top w:val="nil"/>
              <w:left w:val="single" w:sz="4" w:space="0" w:color="auto"/>
              <w:bottom w:val="single" w:sz="4" w:space="0" w:color="auto"/>
              <w:right w:val="single" w:sz="4" w:space="0" w:color="auto"/>
            </w:tcBorders>
            <w:noWrap/>
            <w:vAlign w:val="bottom"/>
            <w:hideMark/>
          </w:tcPr>
          <w:p w14:paraId="0B79DF0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w:t>
            </w:r>
          </w:p>
        </w:tc>
        <w:tc>
          <w:tcPr>
            <w:tcW w:w="274" w:type="pct"/>
            <w:tcBorders>
              <w:top w:val="nil"/>
              <w:left w:val="nil"/>
              <w:bottom w:val="single" w:sz="4" w:space="0" w:color="auto"/>
              <w:right w:val="single" w:sz="4" w:space="0" w:color="auto"/>
            </w:tcBorders>
            <w:noWrap/>
            <w:vAlign w:val="bottom"/>
            <w:hideMark/>
          </w:tcPr>
          <w:p w14:paraId="5D6E3C1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111723039013</w:t>
            </w:r>
          </w:p>
        </w:tc>
        <w:tc>
          <w:tcPr>
            <w:tcW w:w="448" w:type="pct"/>
            <w:tcBorders>
              <w:top w:val="nil"/>
              <w:left w:val="nil"/>
              <w:bottom w:val="single" w:sz="4" w:space="0" w:color="auto"/>
              <w:right w:val="single" w:sz="4" w:space="0" w:color="auto"/>
            </w:tcBorders>
            <w:noWrap/>
            <w:vAlign w:val="bottom"/>
            <w:hideMark/>
          </w:tcPr>
          <w:p w14:paraId="6904977F"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Patta Sravanthi</w:t>
            </w:r>
          </w:p>
        </w:tc>
        <w:tc>
          <w:tcPr>
            <w:tcW w:w="350" w:type="pct"/>
            <w:tcBorders>
              <w:top w:val="nil"/>
              <w:left w:val="nil"/>
              <w:bottom w:val="single" w:sz="4" w:space="0" w:color="auto"/>
              <w:right w:val="single" w:sz="4" w:space="0" w:color="auto"/>
            </w:tcBorders>
            <w:noWrap/>
            <w:vAlign w:val="bottom"/>
            <w:hideMark/>
          </w:tcPr>
          <w:p w14:paraId="7034CC1C"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Daily Wage earner</w:t>
            </w:r>
          </w:p>
        </w:tc>
        <w:tc>
          <w:tcPr>
            <w:tcW w:w="167" w:type="pct"/>
            <w:tcBorders>
              <w:top w:val="nil"/>
              <w:left w:val="nil"/>
              <w:bottom w:val="single" w:sz="4" w:space="0" w:color="auto"/>
              <w:right w:val="single" w:sz="4" w:space="0" w:color="auto"/>
            </w:tcBorders>
            <w:noWrap/>
            <w:vAlign w:val="bottom"/>
            <w:hideMark/>
          </w:tcPr>
          <w:p w14:paraId="34873A5F"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42D70D14"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1,90,000</w:t>
            </w:r>
          </w:p>
        </w:tc>
        <w:tc>
          <w:tcPr>
            <w:tcW w:w="287" w:type="pct"/>
            <w:tcBorders>
              <w:top w:val="nil"/>
              <w:left w:val="nil"/>
              <w:bottom w:val="single" w:sz="4" w:space="0" w:color="auto"/>
              <w:right w:val="single" w:sz="4" w:space="0" w:color="auto"/>
            </w:tcBorders>
            <w:noWrap/>
            <w:vAlign w:val="bottom"/>
            <w:hideMark/>
          </w:tcPr>
          <w:p w14:paraId="4F1D8571"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3A951D5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Patta Naga </w:t>
            </w:r>
            <w:proofErr w:type="spellStart"/>
            <w:r w:rsidRPr="00042DB8">
              <w:rPr>
                <w:rFonts w:ascii="Times New Roman" w:eastAsia="Times New Roman" w:hAnsi="Times New Roman" w:cs="Times New Roman"/>
                <w:color w:val="000000"/>
                <w:kern w:val="0"/>
                <w:sz w:val="16"/>
                <w:szCs w:val="16"/>
                <w:lang w:eastAsia="en-IN"/>
                <w14:ligatures w14:val="none"/>
              </w:rPr>
              <w:t>laxmi</w:t>
            </w:r>
            <w:proofErr w:type="spellEnd"/>
          </w:p>
        </w:tc>
        <w:tc>
          <w:tcPr>
            <w:tcW w:w="260" w:type="pct"/>
            <w:tcBorders>
              <w:top w:val="nil"/>
              <w:left w:val="nil"/>
              <w:bottom w:val="single" w:sz="4" w:space="0" w:color="auto"/>
              <w:right w:val="single" w:sz="4" w:space="0" w:color="auto"/>
            </w:tcBorders>
            <w:noWrap/>
            <w:vAlign w:val="bottom"/>
            <w:hideMark/>
          </w:tcPr>
          <w:p w14:paraId="05934B8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7EC63BDB"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3,22,003</w:t>
            </w:r>
          </w:p>
        </w:tc>
        <w:tc>
          <w:tcPr>
            <w:tcW w:w="291" w:type="pct"/>
            <w:tcBorders>
              <w:top w:val="nil"/>
              <w:left w:val="nil"/>
              <w:bottom w:val="single" w:sz="4" w:space="0" w:color="auto"/>
              <w:right w:val="single" w:sz="4" w:space="0" w:color="auto"/>
            </w:tcBorders>
            <w:noWrap/>
            <w:vAlign w:val="bottom"/>
            <w:hideMark/>
          </w:tcPr>
          <w:p w14:paraId="15F34662"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9000</w:t>
            </w:r>
          </w:p>
        </w:tc>
        <w:tc>
          <w:tcPr>
            <w:tcW w:w="638" w:type="pct"/>
            <w:tcBorders>
              <w:top w:val="nil"/>
              <w:left w:val="nil"/>
              <w:bottom w:val="single" w:sz="4" w:space="0" w:color="auto"/>
              <w:right w:val="single" w:sz="4" w:space="0" w:color="auto"/>
            </w:tcBorders>
            <w:noWrap/>
            <w:vAlign w:val="bottom"/>
            <w:hideMark/>
          </w:tcPr>
          <w:p w14:paraId="30DFE0F7"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State Bank of India</w:t>
            </w:r>
          </w:p>
        </w:tc>
        <w:tc>
          <w:tcPr>
            <w:tcW w:w="312" w:type="pct"/>
            <w:tcBorders>
              <w:top w:val="nil"/>
              <w:left w:val="nil"/>
              <w:bottom w:val="single" w:sz="4" w:space="0" w:color="auto"/>
              <w:right w:val="single" w:sz="4" w:space="0" w:color="auto"/>
            </w:tcBorders>
            <w:noWrap/>
            <w:vAlign w:val="bottom"/>
            <w:hideMark/>
          </w:tcPr>
          <w:p w14:paraId="17C6228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38759498375</w:t>
            </w:r>
          </w:p>
        </w:tc>
        <w:tc>
          <w:tcPr>
            <w:tcW w:w="827" w:type="pct"/>
            <w:tcBorders>
              <w:top w:val="nil"/>
              <w:left w:val="nil"/>
              <w:bottom w:val="single" w:sz="4" w:space="0" w:color="auto"/>
              <w:right w:val="single" w:sz="4" w:space="0" w:color="auto"/>
            </w:tcBorders>
            <w:noWrap/>
            <w:vAlign w:val="bottom"/>
            <w:hideMark/>
          </w:tcPr>
          <w:p w14:paraId="27272A6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Financially very poor </w:t>
            </w:r>
          </w:p>
        </w:tc>
      </w:tr>
      <w:tr w:rsidR="00042DB8" w:rsidRPr="00042DB8" w14:paraId="4B81EE22" w14:textId="77777777" w:rsidTr="00042DB8">
        <w:trPr>
          <w:trHeight w:val="278"/>
        </w:trPr>
        <w:tc>
          <w:tcPr>
            <w:tcW w:w="172" w:type="pct"/>
            <w:tcBorders>
              <w:top w:val="nil"/>
              <w:left w:val="single" w:sz="4" w:space="0" w:color="auto"/>
              <w:bottom w:val="single" w:sz="4" w:space="0" w:color="auto"/>
              <w:right w:val="single" w:sz="4" w:space="0" w:color="auto"/>
            </w:tcBorders>
            <w:noWrap/>
            <w:vAlign w:val="bottom"/>
            <w:hideMark/>
          </w:tcPr>
          <w:p w14:paraId="1DDF6641"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c>
          <w:tcPr>
            <w:tcW w:w="274" w:type="pct"/>
            <w:tcBorders>
              <w:top w:val="nil"/>
              <w:left w:val="nil"/>
              <w:bottom w:val="single" w:sz="4" w:space="0" w:color="auto"/>
              <w:right w:val="single" w:sz="4" w:space="0" w:color="auto"/>
            </w:tcBorders>
            <w:noWrap/>
            <w:vAlign w:val="bottom"/>
            <w:hideMark/>
          </w:tcPr>
          <w:p w14:paraId="1E629CB0"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c>
          <w:tcPr>
            <w:tcW w:w="448" w:type="pct"/>
            <w:tcBorders>
              <w:top w:val="nil"/>
              <w:left w:val="nil"/>
              <w:bottom w:val="single" w:sz="4" w:space="0" w:color="auto"/>
              <w:right w:val="single" w:sz="4" w:space="0" w:color="auto"/>
            </w:tcBorders>
            <w:noWrap/>
            <w:vAlign w:val="bottom"/>
            <w:hideMark/>
          </w:tcPr>
          <w:p w14:paraId="4821D3F2"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c>
          <w:tcPr>
            <w:tcW w:w="350" w:type="pct"/>
            <w:tcBorders>
              <w:top w:val="nil"/>
              <w:left w:val="nil"/>
              <w:bottom w:val="single" w:sz="4" w:space="0" w:color="auto"/>
              <w:right w:val="single" w:sz="4" w:space="0" w:color="auto"/>
            </w:tcBorders>
            <w:noWrap/>
            <w:vAlign w:val="bottom"/>
            <w:hideMark/>
          </w:tcPr>
          <w:p w14:paraId="54CCB3B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c>
          <w:tcPr>
            <w:tcW w:w="167" w:type="pct"/>
            <w:tcBorders>
              <w:top w:val="nil"/>
              <w:left w:val="nil"/>
              <w:bottom w:val="single" w:sz="4" w:space="0" w:color="auto"/>
              <w:right w:val="single" w:sz="4" w:space="0" w:color="auto"/>
            </w:tcBorders>
            <w:noWrap/>
            <w:vAlign w:val="bottom"/>
            <w:hideMark/>
          </w:tcPr>
          <w:p w14:paraId="4C186F2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c>
          <w:tcPr>
            <w:tcW w:w="230" w:type="pct"/>
            <w:tcBorders>
              <w:top w:val="nil"/>
              <w:left w:val="nil"/>
              <w:bottom w:val="single" w:sz="4" w:space="0" w:color="auto"/>
              <w:right w:val="single" w:sz="4" w:space="0" w:color="auto"/>
            </w:tcBorders>
            <w:noWrap/>
            <w:vAlign w:val="bottom"/>
            <w:hideMark/>
          </w:tcPr>
          <w:p w14:paraId="606CA03A"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c>
          <w:tcPr>
            <w:tcW w:w="287" w:type="pct"/>
            <w:tcBorders>
              <w:top w:val="nil"/>
              <w:left w:val="nil"/>
              <w:bottom w:val="single" w:sz="4" w:space="0" w:color="auto"/>
              <w:right w:val="single" w:sz="4" w:space="0" w:color="auto"/>
            </w:tcBorders>
            <w:noWrap/>
            <w:vAlign w:val="bottom"/>
            <w:hideMark/>
          </w:tcPr>
          <w:p w14:paraId="424BBD58"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c>
          <w:tcPr>
            <w:tcW w:w="510" w:type="pct"/>
            <w:tcBorders>
              <w:top w:val="nil"/>
              <w:left w:val="nil"/>
              <w:bottom w:val="single" w:sz="4" w:space="0" w:color="auto"/>
              <w:right w:val="single" w:sz="4" w:space="0" w:color="auto"/>
            </w:tcBorders>
            <w:noWrap/>
            <w:vAlign w:val="bottom"/>
            <w:hideMark/>
          </w:tcPr>
          <w:p w14:paraId="6EAB9E80"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c>
          <w:tcPr>
            <w:tcW w:w="260" w:type="pct"/>
            <w:tcBorders>
              <w:top w:val="nil"/>
              <w:left w:val="nil"/>
              <w:bottom w:val="single" w:sz="4" w:space="0" w:color="auto"/>
              <w:right w:val="single" w:sz="4" w:space="0" w:color="auto"/>
            </w:tcBorders>
            <w:noWrap/>
            <w:vAlign w:val="bottom"/>
            <w:hideMark/>
          </w:tcPr>
          <w:p w14:paraId="48EC83E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c>
          <w:tcPr>
            <w:tcW w:w="234" w:type="pct"/>
            <w:tcBorders>
              <w:top w:val="nil"/>
              <w:left w:val="nil"/>
              <w:bottom w:val="single" w:sz="4" w:space="0" w:color="auto"/>
              <w:right w:val="single" w:sz="4" w:space="0" w:color="auto"/>
            </w:tcBorders>
            <w:noWrap/>
            <w:vAlign w:val="bottom"/>
            <w:hideMark/>
          </w:tcPr>
          <w:p w14:paraId="348DAC1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c>
          <w:tcPr>
            <w:tcW w:w="291" w:type="pct"/>
            <w:tcBorders>
              <w:top w:val="nil"/>
              <w:left w:val="nil"/>
              <w:bottom w:val="single" w:sz="4" w:space="0" w:color="auto"/>
              <w:right w:val="single" w:sz="4" w:space="0" w:color="auto"/>
            </w:tcBorders>
            <w:noWrap/>
            <w:vAlign w:val="bottom"/>
            <w:hideMark/>
          </w:tcPr>
          <w:p w14:paraId="3A106A91"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c>
          <w:tcPr>
            <w:tcW w:w="638" w:type="pct"/>
            <w:tcBorders>
              <w:top w:val="nil"/>
              <w:left w:val="nil"/>
              <w:bottom w:val="single" w:sz="4" w:space="0" w:color="auto"/>
              <w:right w:val="single" w:sz="4" w:space="0" w:color="auto"/>
            </w:tcBorders>
            <w:noWrap/>
            <w:vAlign w:val="bottom"/>
            <w:hideMark/>
          </w:tcPr>
          <w:p w14:paraId="22D4FF97"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c>
          <w:tcPr>
            <w:tcW w:w="312" w:type="pct"/>
            <w:tcBorders>
              <w:top w:val="nil"/>
              <w:left w:val="nil"/>
              <w:bottom w:val="single" w:sz="4" w:space="0" w:color="auto"/>
              <w:right w:val="single" w:sz="4" w:space="0" w:color="auto"/>
            </w:tcBorders>
            <w:noWrap/>
            <w:vAlign w:val="bottom"/>
            <w:hideMark/>
          </w:tcPr>
          <w:p w14:paraId="605DFF32"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c>
          <w:tcPr>
            <w:tcW w:w="827" w:type="pct"/>
            <w:tcBorders>
              <w:top w:val="nil"/>
              <w:left w:val="nil"/>
              <w:bottom w:val="single" w:sz="4" w:space="0" w:color="auto"/>
              <w:right w:val="single" w:sz="4" w:space="0" w:color="auto"/>
            </w:tcBorders>
            <w:vAlign w:val="bottom"/>
            <w:hideMark/>
          </w:tcPr>
          <w:p w14:paraId="11141BFA"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r>
      <w:tr w:rsidR="00042DB8" w:rsidRPr="00042DB8" w14:paraId="5C55C5A6" w14:textId="77777777" w:rsidTr="00042DB8">
        <w:trPr>
          <w:trHeight w:val="409"/>
        </w:trPr>
        <w:tc>
          <w:tcPr>
            <w:tcW w:w="5000" w:type="pct"/>
            <w:gridSpan w:val="14"/>
            <w:tcBorders>
              <w:top w:val="single" w:sz="4" w:space="0" w:color="auto"/>
              <w:left w:val="single" w:sz="4" w:space="0" w:color="auto"/>
              <w:bottom w:val="single" w:sz="4" w:space="0" w:color="auto"/>
              <w:right w:val="single" w:sz="4" w:space="0" w:color="auto"/>
            </w:tcBorders>
            <w:noWrap/>
            <w:vAlign w:val="bottom"/>
            <w:hideMark/>
          </w:tcPr>
          <w:p w14:paraId="6E01F660"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 xml:space="preserve">  II YEAR (Selected)</w:t>
            </w:r>
          </w:p>
        </w:tc>
      </w:tr>
      <w:tr w:rsidR="00042DB8" w:rsidRPr="00042DB8" w14:paraId="6823F559" w14:textId="77777777" w:rsidTr="00042DB8">
        <w:trPr>
          <w:trHeight w:val="552"/>
        </w:trPr>
        <w:tc>
          <w:tcPr>
            <w:tcW w:w="172" w:type="pct"/>
            <w:tcBorders>
              <w:top w:val="nil"/>
              <w:left w:val="single" w:sz="4" w:space="0" w:color="auto"/>
              <w:bottom w:val="single" w:sz="4" w:space="0" w:color="auto"/>
              <w:right w:val="single" w:sz="4" w:space="0" w:color="auto"/>
            </w:tcBorders>
            <w:vAlign w:val="center"/>
            <w:hideMark/>
          </w:tcPr>
          <w:p w14:paraId="618C460C"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SNO</w:t>
            </w:r>
          </w:p>
        </w:tc>
        <w:tc>
          <w:tcPr>
            <w:tcW w:w="274" w:type="pct"/>
            <w:tcBorders>
              <w:top w:val="nil"/>
              <w:left w:val="nil"/>
              <w:bottom w:val="single" w:sz="4" w:space="0" w:color="auto"/>
              <w:right w:val="single" w:sz="4" w:space="0" w:color="auto"/>
            </w:tcBorders>
            <w:vAlign w:val="center"/>
            <w:hideMark/>
          </w:tcPr>
          <w:p w14:paraId="5D6824E8"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UID</w:t>
            </w:r>
          </w:p>
        </w:tc>
        <w:tc>
          <w:tcPr>
            <w:tcW w:w="448" w:type="pct"/>
            <w:tcBorders>
              <w:top w:val="nil"/>
              <w:left w:val="nil"/>
              <w:bottom w:val="single" w:sz="4" w:space="0" w:color="auto"/>
              <w:right w:val="single" w:sz="4" w:space="0" w:color="auto"/>
            </w:tcBorders>
            <w:vAlign w:val="center"/>
            <w:hideMark/>
          </w:tcPr>
          <w:p w14:paraId="7F5CBD5B"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STUDENT NAME</w:t>
            </w:r>
          </w:p>
        </w:tc>
        <w:tc>
          <w:tcPr>
            <w:tcW w:w="350" w:type="pct"/>
            <w:tcBorders>
              <w:top w:val="nil"/>
              <w:left w:val="nil"/>
              <w:bottom w:val="single" w:sz="4" w:space="0" w:color="auto"/>
              <w:right w:val="single" w:sz="4" w:space="0" w:color="auto"/>
            </w:tcBorders>
            <w:vAlign w:val="center"/>
            <w:hideMark/>
          </w:tcPr>
          <w:p w14:paraId="23D94D89"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FATHER /MOTHERS OCCUPATION</w:t>
            </w:r>
          </w:p>
        </w:tc>
        <w:tc>
          <w:tcPr>
            <w:tcW w:w="167" w:type="pct"/>
            <w:tcBorders>
              <w:top w:val="nil"/>
              <w:left w:val="nil"/>
              <w:bottom w:val="single" w:sz="4" w:space="0" w:color="auto"/>
              <w:right w:val="single" w:sz="4" w:space="0" w:color="auto"/>
            </w:tcBorders>
            <w:vAlign w:val="center"/>
            <w:hideMark/>
          </w:tcPr>
          <w:p w14:paraId="628055D0"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M/F</w:t>
            </w:r>
          </w:p>
        </w:tc>
        <w:tc>
          <w:tcPr>
            <w:tcW w:w="230" w:type="pct"/>
            <w:tcBorders>
              <w:top w:val="nil"/>
              <w:left w:val="nil"/>
              <w:bottom w:val="single" w:sz="4" w:space="0" w:color="auto"/>
              <w:right w:val="single" w:sz="4" w:space="0" w:color="auto"/>
            </w:tcBorders>
            <w:vAlign w:val="center"/>
            <w:hideMark/>
          </w:tcPr>
          <w:p w14:paraId="7068EC9E"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ANNUAL INCOME</w:t>
            </w:r>
          </w:p>
        </w:tc>
        <w:tc>
          <w:tcPr>
            <w:tcW w:w="287" w:type="pct"/>
            <w:tcBorders>
              <w:top w:val="nil"/>
              <w:left w:val="nil"/>
              <w:bottom w:val="single" w:sz="4" w:space="0" w:color="auto"/>
              <w:right w:val="single" w:sz="4" w:space="0" w:color="auto"/>
            </w:tcBorders>
            <w:vAlign w:val="center"/>
            <w:hideMark/>
          </w:tcPr>
          <w:p w14:paraId="044A645C"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RELIGION</w:t>
            </w:r>
          </w:p>
        </w:tc>
        <w:tc>
          <w:tcPr>
            <w:tcW w:w="510" w:type="pct"/>
            <w:tcBorders>
              <w:top w:val="nil"/>
              <w:left w:val="nil"/>
              <w:bottom w:val="single" w:sz="4" w:space="0" w:color="auto"/>
              <w:right w:val="single" w:sz="4" w:space="0" w:color="auto"/>
            </w:tcBorders>
            <w:vAlign w:val="center"/>
            <w:hideMark/>
          </w:tcPr>
          <w:p w14:paraId="34F8D3BF"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NAME OF BANK A/C HOLDER(PARENT)</w:t>
            </w:r>
          </w:p>
        </w:tc>
        <w:tc>
          <w:tcPr>
            <w:tcW w:w="260" w:type="pct"/>
            <w:tcBorders>
              <w:top w:val="nil"/>
              <w:left w:val="nil"/>
              <w:bottom w:val="single" w:sz="4" w:space="0" w:color="auto"/>
              <w:right w:val="single" w:sz="4" w:space="0" w:color="auto"/>
            </w:tcBorders>
            <w:vAlign w:val="center"/>
            <w:hideMark/>
          </w:tcPr>
          <w:p w14:paraId="48E01450"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AMOUNT PROPOSED</w:t>
            </w:r>
          </w:p>
        </w:tc>
        <w:tc>
          <w:tcPr>
            <w:tcW w:w="234" w:type="pct"/>
            <w:tcBorders>
              <w:top w:val="nil"/>
              <w:left w:val="nil"/>
              <w:bottom w:val="single" w:sz="4" w:space="0" w:color="auto"/>
              <w:right w:val="single" w:sz="4" w:space="0" w:color="auto"/>
            </w:tcBorders>
            <w:vAlign w:val="center"/>
            <w:hideMark/>
          </w:tcPr>
          <w:p w14:paraId="5778174E" w14:textId="06FC0E43"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CHEQUE NUM</w:t>
            </w:r>
          </w:p>
        </w:tc>
        <w:tc>
          <w:tcPr>
            <w:tcW w:w="291" w:type="pct"/>
            <w:tcBorders>
              <w:top w:val="nil"/>
              <w:left w:val="nil"/>
              <w:bottom w:val="single" w:sz="4" w:space="0" w:color="auto"/>
              <w:right w:val="single" w:sz="4" w:space="0" w:color="auto"/>
            </w:tcBorders>
            <w:vAlign w:val="center"/>
            <w:hideMark/>
          </w:tcPr>
          <w:p w14:paraId="3522E7CC" w14:textId="01E2DB2F"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 xml:space="preserve"> AMOUNT SANCTIONED</w:t>
            </w:r>
          </w:p>
        </w:tc>
        <w:tc>
          <w:tcPr>
            <w:tcW w:w="638" w:type="pct"/>
            <w:tcBorders>
              <w:top w:val="nil"/>
              <w:left w:val="nil"/>
              <w:bottom w:val="single" w:sz="4" w:space="0" w:color="auto"/>
              <w:right w:val="single" w:sz="4" w:space="0" w:color="auto"/>
            </w:tcBorders>
            <w:vAlign w:val="center"/>
            <w:hideMark/>
          </w:tcPr>
          <w:p w14:paraId="17235C7F"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BANK</w:t>
            </w:r>
          </w:p>
        </w:tc>
        <w:tc>
          <w:tcPr>
            <w:tcW w:w="312" w:type="pct"/>
            <w:tcBorders>
              <w:top w:val="nil"/>
              <w:left w:val="nil"/>
              <w:bottom w:val="single" w:sz="4" w:space="0" w:color="auto"/>
              <w:right w:val="single" w:sz="4" w:space="0" w:color="auto"/>
            </w:tcBorders>
            <w:vAlign w:val="center"/>
            <w:hideMark/>
          </w:tcPr>
          <w:p w14:paraId="42A03061"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BANK A/C NO.</w:t>
            </w:r>
          </w:p>
        </w:tc>
        <w:tc>
          <w:tcPr>
            <w:tcW w:w="827" w:type="pct"/>
            <w:tcBorders>
              <w:top w:val="nil"/>
              <w:left w:val="nil"/>
              <w:bottom w:val="single" w:sz="4" w:space="0" w:color="auto"/>
              <w:right w:val="single" w:sz="4" w:space="0" w:color="auto"/>
            </w:tcBorders>
            <w:vAlign w:val="center"/>
            <w:hideMark/>
          </w:tcPr>
          <w:p w14:paraId="166CD494"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REMARKS</w:t>
            </w:r>
          </w:p>
        </w:tc>
      </w:tr>
      <w:tr w:rsidR="00042DB8" w:rsidRPr="00042DB8" w14:paraId="088074D6" w14:textId="77777777" w:rsidTr="00042DB8">
        <w:trPr>
          <w:trHeight w:val="289"/>
        </w:trPr>
        <w:tc>
          <w:tcPr>
            <w:tcW w:w="172" w:type="pct"/>
            <w:tcBorders>
              <w:top w:val="nil"/>
              <w:left w:val="single" w:sz="4" w:space="0" w:color="auto"/>
              <w:bottom w:val="single" w:sz="4" w:space="0" w:color="auto"/>
              <w:right w:val="single" w:sz="4" w:space="0" w:color="auto"/>
            </w:tcBorders>
            <w:noWrap/>
            <w:vAlign w:val="bottom"/>
            <w:hideMark/>
          </w:tcPr>
          <w:p w14:paraId="46885164"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w:t>
            </w:r>
          </w:p>
        </w:tc>
        <w:tc>
          <w:tcPr>
            <w:tcW w:w="274" w:type="pct"/>
            <w:tcBorders>
              <w:top w:val="nil"/>
              <w:left w:val="nil"/>
              <w:bottom w:val="single" w:sz="4" w:space="0" w:color="auto"/>
              <w:right w:val="single" w:sz="4" w:space="0" w:color="auto"/>
            </w:tcBorders>
            <w:noWrap/>
            <w:vAlign w:val="bottom"/>
            <w:hideMark/>
          </w:tcPr>
          <w:p w14:paraId="76A73F0B"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111724039004</w:t>
            </w:r>
          </w:p>
        </w:tc>
        <w:tc>
          <w:tcPr>
            <w:tcW w:w="448" w:type="pct"/>
            <w:tcBorders>
              <w:top w:val="nil"/>
              <w:left w:val="nil"/>
              <w:bottom w:val="single" w:sz="4" w:space="0" w:color="auto"/>
              <w:right w:val="single" w:sz="4" w:space="0" w:color="auto"/>
            </w:tcBorders>
            <w:noWrap/>
            <w:vAlign w:val="bottom"/>
            <w:hideMark/>
          </w:tcPr>
          <w:p w14:paraId="092A816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Dandotkar</w:t>
            </w:r>
            <w:proofErr w:type="spellEnd"/>
            <w:r w:rsidRPr="00042DB8">
              <w:rPr>
                <w:rFonts w:ascii="Times New Roman" w:eastAsia="Times New Roman" w:hAnsi="Times New Roman" w:cs="Times New Roman"/>
                <w:color w:val="000000"/>
                <w:kern w:val="0"/>
                <w:sz w:val="16"/>
                <w:szCs w:val="16"/>
                <w:lang w:eastAsia="en-IN"/>
                <w14:ligatures w14:val="none"/>
              </w:rPr>
              <w:t xml:space="preserve"> </w:t>
            </w:r>
            <w:proofErr w:type="spellStart"/>
            <w:r w:rsidRPr="00042DB8">
              <w:rPr>
                <w:rFonts w:ascii="Times New Roman" w:eastAsia="Times New Roman" w:hAnsi="Times New Roman" w:cs="Times New Roman"/>
                <w:color w:val="000000"/>
                <w:kern w:val="0"/>
                <w:sz w:val="16"/>
                <w:szCs w:val="16"/>
                <w:lang w:eastAsia="en-IN"/>
                <w14:ligatures w14:val="none"/>
              </w:rPr>
              <w:t>sanjana</w:t>
            </w:r>
            <w:proofErr w:type="spellEnd"/>
          </w:p>
        </w:tc>
        <w:tc>
          <w:tcPr>
            <w:tcW w:w="350" w:type="pct"/>
            <w:tcBorders>
              <w:top w:val="nil"/>
              <w:left w:val="nil"/>
              <w:bottom w:val="single" w:sz="4" w:space="0" w:color="auto"/>
              <w:right w:val="single" w:sz="4" w:space="0" w:color="auto"/>
            </w:tcBorders>
            <w:noWrap/>
            <w:vAlign w:val="bottom"/>
            <w:hideMark/>
          </w:tcPr>
          <w:p w14:paraId="3EB348B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Garbage collector</w:t>
            </w:r>
          </w:p>
        </w:tc>
        <w:tc>
          <w:tcPr>
            <w:tcW w:w="167" w:type="pct"/>
            <w:tcBorders>
              <w:top w:val="nil"/>
              <w:left w:val="nil"/>
              <w:bottom w:val="single" w:sz="4" w:space="0" w:color="auto"/>
              <w:right w:val="single" w:sz="4" w:space="0" w:color="auto"/>
            </w:tcBorders>
            <w:noWrap/>
            <w:vAlign w:val="bottom"/>
            <w:hideMark/>
          </w:tcPr>
          <w:p w14:paraId="7EF9C828"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4F80966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198000</w:t>
            </w:r>
          </w:p>
        </w:tc>
        <w:tc>
          <w:tcPr>
            <w:tcW w:w="287" w:type="pct"/>
            <w:tcBorders>
              <w:top w:val="nil"/>
              <w:left w:val="nil"/>
              <w:bottom w:val="single" w:sz="4" w:space="0" w:color="auto"/>
              <w:right w:val="single" w:sz="4" w:space="0" w:color="auto"/>
            </w:tcBorders>
            <w:noWrap/>
            <w:vAlign w:val="bottom"/>
            <w:hideMark/>
          </w:tcPr>
          <w:p w14:paraId="1316A83D"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hindu</w:t>
            </w:r>
            <w:proofErr w:type="spellEnd"/>
          </w:p>
        </w:tc>
        <w:tc>
          <w:tcPr>
            <w:tcW w:w="510" w:type="pct"/>
            <w:tcBorders>
              <w:top w:val="nil"/>
              <w:left w:val="nil"/>
              <w:bottom w:val="single" w:sz="4" w:space="0" w:color="auto"/>
              <w:right w:val="single" w:sz="4" w:space="0" w:color="auto"/>
            </w:tcBorders>
            <w:noWrap/>
            <w:vAlign w:val="bottom"/>
            <w:hideMark/>
          </w:tcPr>
          <w:p w14:paraId="6740F630"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D.Vinod</w:t>
            </w:r>
            <w:proofErr w:type="spellEnd"/>
            <w:r w:rsidRPr="00042DB8">
              <w:rPr>
                <w:rFonts w:ascii="Times New Roman" w:eastAsia="Times New Roman" w:hAnsi="Times New Roman" w:cs="Times New Roman"/>
                <w:color w:val="000000"/>
                <w:kern w:val="0"/>
                <w:sz w:val="16"/>
                <w:szCs w:val="16"/>
                <w:lang w:eastAsia="en-IN"/>
                <w14:ligatures w14:val="none"/>
              </w:rPr>
              <w:t xml:space="preserve"> </w:t>
            </w:r>
            <w:proofErr w:type="spellStart"/>
            <w:r w:rsidRPr="00042DB8">
              <w:rPr>
                <w:rFonts w:ascii="Times New Roman" w:eastAsia="Times New Roman" w:hAnsi="Times New Roman" w:cs="Times New Roman"/>
                <w:color w:val="000000"/>
                <w:kern w:val="0"/>
                <w:sz w:val="16"/>
                <w:szCs w:val="16"/>
                <w:lang w:eastAsia="en-IN"/>
                <w14:ligatures w14:val="none"/>
              </w:rPr>
              <w:t>kumar</w:t>
            </w:r>
            <w:proofErr w:type="spellEnd"/>
          </w:p>
        </w:tc>
        <w:tc>
          <w:tcPr>
            <w:tcW w:w="260" w:type="pct"/>
            <w:tcBorders>
              <w:top w:val="nil"/>
              <w:left w:val="nil"/>
              <w:bottom w:val="single" w:sz="4" w:space="0" w:color="auto"/>
              <w:right w:val="single" w:sz="4" w:space="0" w:color="auto"/>
            </w:tcBorders>
            <w:noWrap/>
            <w:vAlign w:val="bottom"/>
            <w:hideMark/>
          </w:tcPr>
          <w:p w14:paraId="42317AF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20,000</w:t>
            </w:r>
          </w:p>
        </w:tc>
        <w:tc>
          <w:tcPr>
            <w:tcW w:w="234" w:type="pct"/>
            <w:tcBorders>
              <w:top w:val="nil"/>
              <w:left w:val="nil"/>
              <w:bottom w:val="single" w:sz="4" w:space="0" w:color="auto"/>
              <w:right w:val="single" w:sz="4" w:space="0" w:color="auto"/>
            </w:tcBorders>
            <w:noWrap/>
            <w:vAlign w:val="bottom"/>
            <w:hideMark/>
          </w:tcPr>
          <w:p w14:paraId="7F46FBF1"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322005</w:t>
            </w:r>
          </w:p>
        </w:tc>
        <w:tc>
          <w:tcPr>
            <w:tcW w:w="291" w:type="pct"/>
            <w:tcBorders>
              <w:top w:val="nil"/>
              <w:left w:val="nil"/>
              <w:bottom w:val="single" w:sz="4" w:space="0" w:color="auto"/>
              <w:right w:val="single" w:sz="4" w:space="0" w:color="auto"/>
            </w:tcBorders>
            <w:noWrap/>
            <w:vAlign w:val="bottom"/>
            <w:hideMark/>
          </w:tcPr>
          <w:p w14:paraId="613C3ED1"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12000</w:t>
            </w:r>
          </w:p>
        </w:tc>
        <w:tc>
          <w:tcPr>
            <w:tcW w:w="638" w:type="pct"/>
            <w:tcBorders>
              <w:top w:val="nil"/>
              <w:left w:val="nil"/>
              <w:bottom w:val="single" w:sz="4" w:space="0" w:color="auto"/>
              <w:right w:val="single" w:sz="4" w:space="0" w:color="auto"/>
            </w:tcBorders>
            <w:noWrap/>
            <w:vAlign w:val="bottom"/>
            <w:hideMark/>
          </w:tcPr>
          <w:p w14:paraId="5F42B1EA"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HDFC Bank</w:t>
            </w:r>
          </w:p>
        </w:tc>
        <w:tc>
          <w:tcPr>
            <w:tcW w:w="312" w:type="pct"/>
            <w:tcBorders>
              <w:top w:val="nil"/>
              <w:left w:val="nil"/>
              <w:bottom w:val="single" w:sz="4" w:space="0" w:color="auto"/>
              <w:right w:val="single" w:sz="4" w:space="0" w:color="auto"/>
            </w:tcBorders>
            <w:noWrap/>
            <w:vAlign w:val="bottom"/>
            <w:hideMark/>
          </w:tcPr>
          <w:p w14:paraId="1CB03D9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50100838429343</w:t>
            </w:r>
          </w:p>
        </w:tc>
        <w:tc>
          <w:tcPr>
            <w:tcW w:w="827" w:type="pct"/>
            <w:tcBorders>
              <w:top w:val="nil"/>
              <w:left w:val="nil"/>
              <w:bottom w:val="single" w:sz="4" w:space="0" w:color="auto"/>
              <w:right w:val="single" w:sz="4" w:space="0" w:color="auto"/>
            </w:tcBorders>
            <w:noWrap/>
            <w:vAlign w:val="bottom"/>
            <w:hideMark/>
          </w:tcPr>
          <w:p w14:paraId="3038A78C"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Her parent works as Garbage collector</w:t>
            </w:r>
          </w:p>
        </w:tc>
      </w:tr>
      <w:tr w:rsidR="00042DB8" w:rsidRPr="00042DB8" w14:paraId="3D4F4F12" w14:textId="77777777" w:rsidTr="00042DB8">
        <w:trPr>
          <w:trHeight w:val="289"/>
        </w:trPr>
        <w:tc>
          <w:tcPr>
            <w:tcW w:w="172" w:type="pct"/>
            <w:tcBorders>
              <w:top w:val="nil"/>
              <w:left w:val="single" w:sz="4" w:space="0" w:color="auto"/>
              <w:bottom w:val="single" w:sz="4" w:space="0" w:color="auto"/>
              <w:right w:val="single" w:sz="4" w:space="0" w:color="auto"/>
            </w:tcBorders>
            <w:noWrap/>
            <w:vAlign w:val="bottom"/>
            <w:hideMark/>
          </w:tcPr>
          <w:p w14:paraId="430EFA74"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2</w:t>
            </w:r>
          </w:p>
        </w:tc>
        <w:tc>
          <w:tcPr>
            <w:tcW w:w="274" w:type="pct"/>
            <w:tcBorders>
              <w:top w:val="nil"/>
              <w:left w:val="nil"/>
              <w:bottom w:val="single" w:sz="4" w:space="0" w:color="auto"/>
              <w:right w:val="single" w:sz="4" w:space="0" w:color="auto"/>
            </w:tcBorders>
            <w:noWrap/>
            <w:vAlign w:val="bottom"/>
            <w:hideMark/>
          </w:tcPr>
          <w:p w14:paraId="30AAFD4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111724039007</w:t>
            </w:r>
          </w:p>
        </w:tc>
        <w:tc>
          <w:tcPr>
            <w:tcW w:w="448" w:type="pct"/>
            <w:tcBorders>
              <w:top w:val="nil"/>
              <w:left w:val="nil"/>
              <w:bottom w:val="single" w:sz="4" w:space="0" w:color="auto"/>
              <w:right w:val="single" w:sz="4" w:space="0" w:color="auto"/>
            </w:tcBorders>
            <w:noWrap/>
            <w:vAlign w:val="bottom"/>
            <w:hideMark/>
          </w:tcPr>
          <w:p w14:paraId="2AC324B2"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Gujja</w:t>
            </w:r>
            <w:proofErr w:type="spellEnd"/>
            <w:r w:rsidRPr="00042DB8">
              <w:rPr>
                <w:rFonts w:ascii="Times New Roman" w:eastAsia="Times New Roman" w:hAnsi="Times New Roman" w:cs="Times New Roman"/>
                <w:color w:val="000000"/>
                <w:kern w:val="0"/>
                <w:sz w:val="16"/>
                <w:szCs w:val="16"/>
                <w:lang w:eastAsia="en-IN"/>
                <w14:ligatures w14:val="none"/>
              </w:rPr>
              <w:t xml:space="preserve"> Akhila</w:t>
            </w:r>
          </w:p>
        </w:tc>
        <w:tc>
          <w:tcPr>
            <w:tcW w:w="350" w:type="pct"/>
            <w:tcBorders>
              <w:top w:val="nil"/>
              <w:left w:val="nil"/>
              <w:bottom w:val="single" w:sz="4" w:space="0" w:color="auto"/>
              <w:right w:val="single" w:sz="4" w:space="0" w:color="auto"/>
            </w:tcBorders>
            <w:noWrap/>
            <w:vAlign w:val="bottom"/>
            <w:hideMark/>
          </w:tcPr>
          <w:p w14:paraId="1B639855"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Tea stall</w:t>
            </w:r>
          </w:p>
        </w:tc>
        <w:tc>
          <w:tcPr>
            <w:tcW w:w="167" w:type="pct"/>
            <w:tcBorders>
              <w:top w:val="nil"/>
              <w:left w:val="nil"/>
              <w:bottom w:val="single" w:sz="4" w:space="0" w:color="auto"/>
              <w:right w:val="single" w:sz="4" w:space="0" w:color="auto"/>
            </w:tcBorders>
            <w:noWrap/>
            <w:vAlign w:val="bottom"/>
            <w:hideMark/>
          </w:tcPr>
          <w:p w14:paraId="56D7BC4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2D5F1A55"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130000</w:t>
            </w:r>
          </w:p>
        </w:tc>
        <w:tc>
          <w:tcPr>
            <w:tcW w:w="287" w:type="pct"/>
            <w:tcBorders>
              <w:top w:val="nil"/>
              <w:left w:val="nil"/>
              <w:bottom w:val="single" w:sz="4" w:space="0" w:color="auto"/>
              <w:right w:val="single" w:sz="4" w:space="0" w:color="auto"/>
            </w:tcBorders>
            <w:noWrap/>
            <w:vAlign w:val="bottom"/>
            <w:hideMark/>
          </w:tcPr>
          <w:p w14:paraId="3481F23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hindu</w:t>
            </w:r>
            <w:proofErr w:type="spellEnd"/>
          </w:p>
        </w:tc>
        <w:tc>
          <w:tcPr>
            <w:tcW w:w="510" w:type="pct"/>
            <w:tcBorders>
              <w:top w:val="nil"/>
              <w:left w:val="nil"/>
              <w:bottom w:val="single" w:sz="4" w:space="0" w:color="auto"/>
              <w:right w:val="single" w:sz="4" w:space="0" w:color="auto"/>
            </w:tcBorders>
            <w:noWrap/>
            <w:vAlign w:val="bottom"/>
            <w:hideMark/>
          </w:tcPr>
          <w:p w14:paraId="7836F34F"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Gujja</w:t>
            </w:r>
            <w:proofErr w:type="spellEnd"/>
            <w:r w:rsidRPr="00042DB8">
              <w:rPr>
                <w:rFonts w:ascii="Times New Roman" w:eastAsia="Times New Roman" w:hAnsi="Times New Roman" w:cs="Times New Roman"/>
                <w:color w:val="000000"/>
                <w:kern w:val="0"/>
                <w:sz w:val="16"/>
                <w:szCs w:val="16"/>
                <w:lang w:eastAsia="en-IN"/>
                <w14:ligatures w14:val="none"/>
              </w:rPr>
              <w:t xml:space="preserve"> Narsimlu</w:t>
            </w:r>
          </w:p>
        </w:tc>
        <w:tc>
          <w:tcPr>
            <w:tcW w:w="260" w:type="pct"/>
            <w:tcBorders>
              <w:top w:val="nil"/>
              <w:left w:val="nil"/>
              <w:bottom w:val="single" w:sz="4" w:space="0" w:color="auto"/>
              <w:right w:val="single" w:sz="4" w:space="0" w:color="auto"/>
            </w:tcBorders>
            <w:noWrap/>
            <w:vAlign w:val="bottom"/>
            <w:hideMark/>
          </w:tcPr>
          <w:p w14:paraId="6F212624"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20,000</w:t>
            </w:r>
          </w:p>
        </w:tc>
        <w:tc>
          <w:tcPr>
            <w:tcW w:w="234" w:type="pct"/>
            <w:tcBorders>
              <w:top w:val="nil"/>
              <w:left w:val="nil"/>
              <w:bottom w:val="single" w:sz="4" w:space="0" w:color="auto"/>
              <w:right w:val="single" w:sz="4" w:space="0" w:color="auto"/>
            </w:tcBorders>
            <w:noWrap/>
            <w:vAlign w:val="bottom"/>
            <w:hideMark/>
          </w:tcPr>
          <w:p w14:paraId="65C12A70"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3,22,008</w:t>
            </w:r>
          </w:p>
        </w:tc>
        <w:tc>
          <w:tcPr>
            <w:tcW w:w="291" w:type="pct"/>
            <w:tcBorders>
              <w:top w:val="nil"/>
              <w:left w:val="nil"/>
              <w:bottom w:val="single" w:sz="4" w:space="0" w:color="auto"/>
              <w:right w:val="single" w:sz="4" w:space="0" w:color="auto"/>
            </w:tcBorders>
            <w:noWrap/>
            <w:vAlign w:val="bottom"/>
            <w:hideMark/>
          </w:tcPr>
          <w:p w14:paraId="3E85F22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6000</w:t>
            </w:r>
          </w:p>
        </w:tc>
        <w:tc>
          <w:tcPr>
            <w:tcW w:w="638" w:type="pct"/>
            <w:tcBorders>
              <w:top w:val="nil"/>
              <w:left w:val="nil"/>
              <w:bottom w:val="single" w:sz="4" w:space="0" w:color="auto"/>
              <w:right w:val="single" w:sz="4" w:space="0" w:color="auto"/>
            </w:tcBorders>
            <w:noWrap/>
            <w:vAlign w:val="bottom"/>
            <w:hideMark/>
          </w:tcPr>
          <w:p w14:paraId="33A8092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Telangana </w:t>
            </w:r>
            <w:proofErr w:type="spellStart"/>
            <w:r w:rsidRPr="00042DB8">
              <w:rPr>
                <w:rFonts w:ascii="Times New Roman" w:eastAsia="Times New Roman" w:hAnsi="Times New Roman" w:cs="Times New Roman"/>
                <w:color w:val="000000"/>
                <w:kern w:val="0"/>
                <w:sz w:val="16"/>
                <w:szCs w:val="16"/>
                <w:lang w:eastAsia="en-IN"/>
                <w14:ligatures w14:val="none"/>
              </w:rPr>
              <w:t>Grameena</w:t>
            </w:r>
            <w:proofErr w:type="spellEnd"/>
            <w:r w:rsidRPr="00042DB8">
              <w:rPr>
                <w:rFonts w:ascii="Times New Roman" w:eastAsia="Times New Roman" w:hAnsi="Times New Roman" w:cs="Times New Roman"/>
                <w:color w:val="000000"/>
                <w:kern w:val="0"/>
                <w:sz w:val="16"/>
                <w:szCs w:val="16"/>
                <w:lang w:eastAsia="en-IN"/>
                <w14:ligatures w14:val="none"/>
              </w:rPr>
              <w:t xml:space="preserve"> Bank</w:t>
            </w:r>
          </w:p>
        </w:tc>
        <w:tc>
          <w:tcPr>
            <w:tcW w:w="312" w:type="pct"/>
            <w:tcBorders>
              <w:top w:val="nil"/>
              <w:left w:val="nil"/>
              <w:bottom w:val="single" w:sz="4" w:space="0" w:color="auto"/>
              <w:right w:val="single" w:sz="4" w:space="0" w:color="auto"/>
            </w:tcBorders>
            <w:noWrap/>
            <w:vAlign w:val="bottom"/>
            <w:hideMark/>
          </w:tcPr>
          <w:p w14:paraId="5074EDF8"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7186008393</w:t>
            </w:r>
          </w:p>
        </w:tc>
        <w:tc>
          <w:tcPr>
            <w:tcW w:w="827" w:type="pct"/>
            <w:tcBorders>
              <w:top w:val="nil"/>
              <w:left w:val="nil"/>
              <w:bottom w:val="single" w:sz="4" w:space="0" w:color="auto"/>
              <w:right w:val="single" w:sz="4" w:space="0" w:color="auto"/>
            </w:tcBorders>
            <w:noWrap/>
            <w:vAlign w:val="bottom"/>
            <w:hideMark/>
          </w:tcPr>
          <w:p w14:paraId="30DA2F2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financially poor as his father runs tea </w:t>
            </w:r>
            <w:proofErr w:type="gramStart"/>
            <w:r w:rsidRPr="00042DB8">
              <w:rPr>
                <w:rFonts w:ascii="Times New Roman" w:eastAsia="Times New Roman" w:hAnsi="Times New Roman" w:cs="Times New Roman"/>
                <w:color w:val="000000"/>
                <w:kern w:val="0"/>
                <w:sz w:val="16"/>
                <w:szCs w:val="16"/>
                <w:lang w:eastAsia="en-IN"/>
                <w14:ligatures w14:val="none"/>
              </w:rPr>
              <w:t>stall ,</w:t>
            </w:r>
            <w:proofErr w:type="gramEnd"/>
            <w:r w:rsidRPr="00042DB8">
              <w:rPr>
                <w:rFonts w:ascii="Times New Roman" w:eastAsia="Times New Roman" w:hAnsi="Times New Roman" w:cs="Times New Roman"/>
                <w:color w:val="000000"/>
                <w:kern w:val="0"/>
                <w:sz w:val="16"/>
                <w:szCs w:val="16"/>
                <w:lang w:eastAsia="en-IN"/>
                <w14:ligatures w14:val="none"/>
              </w:rPr>
              <w:t xml:space="preserve"> which is the only income</w:t>
            </w:r>
          </w:p>
        </w:tc>
      </w:tr>
      <w:tr w:rsidR="00042DB8" w:rsidRPr="00042DB8" w14:paraId="2B4C2F80" w14:textId="77777777" w:rsidTr="00042DB8">
        <w:trPr>
          <w:trHeight w:val="289"/>
        </w:trPr>
        <w:tc>
          <w:tcPr>
            <w:tcW w:w="172" w:type="pct"/>
            <w:tcBorders>
              <w:top w:val="nil"/>
              <w:left w:val="single" w:sz="4" w:space="0" w:color="auto"/>
              <w:bottom w:val="single" w:sz="4" w:space="0" w:color="auto"/>
              <w:right w:val="single" w:sz="4" w:space="0" w:color="auto"/>
            </w:tcBorders>
            <w:noWrap/>
            <w:vAlign w:val="bottom"/>
            <w:hideMark/>
          </w:tcPr>
          <w:p w14:paraId="26993AF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w:t>
            </w:r>
          </w:p>
        </w:tc>
        <w:tc>
          <w:tcPr>
            <w:tcW w:w="274" w:type="pct"/>
            <w:tcBorders>
              <w:top w:val="nil"/>
              <w:left w:val="nil"/>
              <w:bottom w:val="single" w:sz="4" w:space="0" w:color="auto"/>
              <w:right w:val="single" w:sz="4" w:space="0" w:color="auto"/>
            </w:tcBorders>
            <w:noWrap/>
            <w:vAlign w:val="bottom"/>
            <w:hideMark/>
          </w:tcPr>
          <w:p w14:paraId="5F77A58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111724039014</w:t>
            </w:r>
          </w:p>
        </w:tc>
        <w:tc>
          <w:tcPr>
            <w:tcW w:w="448" w:type="pct"/>
            <w:tcBorders>
              <w:top w:val="nil"/>
              <w:left w:val="nil"/>
              <w:bottom w:val="single" w:sz="4" w:space="0" w:color="auto"/>
              <w:right w:val="single" w:sz="4" w:space="0" w:color="auto"/>
            </w:tcBorders>
            <w:noWrap/>
            <w:vAlign w:val="bottom"/>
            <w:hideMark/>
          </w:tcPr>
          <w:p w14:paraId="0C16857D"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M.Sreenidhi</w:t>
            </w:r>
            <w:proofErr w:type="spellEnd"/>
          </w:p>
        </w:tc>
        <w:tc>
          <w:tcPr>
            <w:tcW w:w="350" w:type="pct"/>
            <w:tcBorders>
              <w:top w:val="nil"/>
              <w:left w:val="nil"/>
              <w:bottom w:val="single" w:sz="4" w:space="0" w:color="auto"/>
              <w:right w:val="single" w:sz="4" w:space="0" w:color="auto"/>
            </w:tcBorders>
            <w:noWrap/>
            <w:vAlign w:val="bottom"/>
            <w:hideMark/>
          </w:tcPr>
          <w:p w14:paraId="570BC488"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Daily wage worker</w:t>
            </w:r>
          </w:p>
        </w:tc>
        <w:tc>
          <w:tcPr>
            <w:tcW w:w="167" w:type="pct"/>
            <w:tcBorders>
              <w:top w:val="nil"/>
              <w:left w:val="nil"/>
              <w:bottom w:val="single" w:sz="4" w:space="0" w:color="auto"/>
              <w:right w:val="single" w:sz="4" w:space="0" w:color="auto"/>
            </w:tcBorders>
            <w:noWrap/>
            <w:vAlign w:val="bottom"/>
            <w:hideMark/>
          </w:tcPr>
          <w:p w14:paraId="797F711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29237254"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188000</w:t>
            </w:r>
          </w:p>
        </w:tc>
        <w:tc>
          <w:tcPr>
            <w:tcW w:w="287" w:type="pct"/>
            <w:tcBorders>
              <w:top w:val="nil"/>
              <w:left w:val="nil"/>
              <w:bottom w:val="single" w:sz="4" w:space="0" w:color="auto"/>
              <w:right w:val="single" w:sz="4" w:space="0" w:color="auto"/>
            </w:tcBorders>
            <w:noWrap/>
            <w:vAlign w:val="bottom"/>
            <w:hideMark/>
          </w:tcPr>
          <w:p w14:paraId="4FE5BFA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hindu</w:t>
            </w:r>
            <w:proofErr w:type="spellEnd"/>
          </w:p>
        </w:tc>
        <w:tc>
          <w:tcPr>
            <w:tcW w:w="510" w:type="pct"/>
            <w:tcBorders>
              <w:top w:val="nil"/>
              <w:left w:val="nil"/>
              <w:bottom w:val="single" w:sz="4" w:space="0" w:color="auto"/>
              <w:right w:val="single" w:sz="4" w:space="0" w:color="auto"/>
            </w:tcBorders>
            <w:noWrap/>
            <w:vAlign w:val="bottom"/>
            <w:hideMark/>
          </w:tcPr>
          <w:p w14:paraId="3BF754C5"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M.santosh</w:t>
            </w:r>
            <w:proofErr w:type="spellEnd"/>
            <w:r w:rsidRPr="00042DB8">
              <w:rPr>
                <w:rFonts w:ascii="Times New Roman" w:eastAsia="Times New Roman" w:hAnsi="Times New Roman" w:cs="Times New Roman"/>
                <w:color w:val="000000"/>
                <w:kern w:val="0"/>
                <w:sz w:val="16"/>
                <w:szCs w:val="16"/>
                <w:lang w:eastAsia="en-IN"/>
                <w14:ligatures w14:val="none"/>
              </w:rPr>
              <w:t xml:space="preserve"> </w:t>
            </w:r>
            <w:proofErr w:type="spellStart"/>
            <w:r w:rsidRPr="00042DB8">
              <w:rPr>
                <w:rFonts w:ascii="Times New Roman" w:eastAsia="Times New Roman" w:hAnsi="Times New Roman" w:cs="Times New Roman"/>
                <w:color w:val="000000"/>
                <w:kern w:val="0"/>
                <w:sz w:val="16"/>
                <w:szCs w:val="16"/>
                <w:lang w:eastAsia="en-IN"/>
                <w14:ligatures w14:val="none"/>
              </w:rPr>
              <w:t>kumar</w:t>
            </w:r>
            <w:proofErr w:type="spellEnd"/>
          </w:p>
        </w:tc>
        <w:tc>
          <w:tcPr>
            <w:tcW w:w="260" w:type="pct"/>
            <w:tcBorders>
              <w:top w:val="nil"/>
              <w:left w:val="nil"/>
              <w:bottom w:val="single" w:sz="4" w:space="0" w:color="auto"/>
              <w:right w:val="single" w:sz="4" w:space="0" w:color="auto"/>
            </w:tcBorders>
            <w:noWrap/>
            <w:vAlign w:val="bottom"/>
            <w:hideMark/>
          </w:tcPr>
          <w:p w14:paraId="1A7BEC40"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1F230F32"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3,22,012</w:t>
            </w:r>
          </w:p>
        </w:tc>
        <w:tc>
          <w:tcPr>
            <w:tcW w:w="291" w:type="pct"/>
            <w:tcBorders>
              <w:top w:val="nil"/>
              <w:left w:val="nil"/>
              <w:bottom w:val="single" w:sz="4" w:space="0" w:color="auto"/>
              <w:right w:val="single" w:sz="4" w:space="0" w:color="auto"/>
            </w:tcBorders>
            <w:noWrap/>
            <w:vAlign w:val="bottom"/>
            <w:hideMark/>
          </w:tcPr>
          <w:p w14:paraId="1F0AB0A1"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7500</w:t>
            </w:r>
          </w:p>
        </w:tc>
        <w:tc>
          <w:tcPr>
            <w:tcW w:w="638" w:type="pct"/>
            <w:tcBorders>
              <w:top w:val="nil"/>
              <w:left w:val="nil"/>
              <w:bottom w:val="single" w:sz="4" w:space="0" w:color="auto"/>
              <w:right w:val="single" w:sz="4" w:space="0" w:color="auto"/>
            </w:tcBorders>
            <w:noWrap/>
            <w:vAlign w:val="bottom"/>
            <w:hideMark/>
          </w:tcPr>
          <w:p w14:paraId="7826E48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State bank of India</w:t>
            </w:r>
          </w:p>
        </w:tc>
        <w:tc>
          <w:tcPr>
            <w:tcW w:w="312" w:type="pct"/>
            <w:tcBorders>
              <w:top w:val="nil"/>
              <w:left w:val="nil"/>
              <w:bottom w:val="single" w:sz="4" w:space="0" w:color="auto"/>
              <w:right w:val="single" w:sz="4" w:space="0" w:color="auto"/>
            </w:tcBorders>
            <w:noWrap/>
            <w:vAlign w:val="bottom"/>
            <w:hideMark/>
          </w:tcPr>
          <w:p w14:paraId="071B142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39808369948</w:t>
            </w:r>
          </w:p>
        </w:tc>
        <w:tc>
          <w:tcPr>
            <w:tcW w:w="827" w:type="pct"/>
            <w:tcBorders>
              <w:top w:val="nil"/>
              <w:left w:val="nil"/>
              <w:bottom w:val="single" w:sz="4" w:space="0" w:color="auto"/>
              <w:right w:val="single" w:sz="4" w:space="0" w:color="auto"/>
            </w:tcBorders>
            <w:noWrap/>
            <w:vAlign w:val="bottom"/>
            <w:hideMark/>
          </w:tcPr>
          <w:p w14:paraId="34E0B352"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financially not good</w:t>
            </w:r>
          </w:p>
        </w:tc>
      </w:tr>
      <w:tr w:rsidR="00042DB8" w:rsidRPr="00042DB8" w14:paraId="758247AB" w14:textId="77777777" w:rsidTr="00042DB8">
        <w:trPr>
          <w:trHeight w:val="289"/>
        </w:trPr>
        <w:tc>
          <w:tcPr>
            <w:tcW w:w="172" w:type="pct"/>
            <w:tcBorders>
              <w:top w:val="nil"/>
              <w:left w:val="single" w:sz="4" w:space="0" w:color="auto"/>
              <w:bottom w:val="single" w:sz="4" w:space="0" w:color="auto"/>
              <w:right w:val="single" w:sz="4" w:space="0" w:color="auto"/>
            </w:tcBorders>
            <w:noWrap/>
            <w:vAlign w:val="bottom"/>
            <w:hideMark/>
          </w:tcPr>
          <w:p w14:paraId="24C70BC2"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4</w:t>
            </w:r>
          </w:p>
        </w:tc>
        <w:tc>
          <w:tcPr>
            <w:tcW w:w="274" w:type="pct"/>
            <w:tcBorders>
              <w:top w:val="nil"/>
              <w:left w:val="nil"/>
              <w:bottom w:val="single" w:sz="4" w:space="0" w:color="auto"/>
              <w:right w:val="single" w:sz="4" w:space="0" w:color="auto"/>
            </w:tcBorders>
            <w:noWrap/>
            <w:vAlign w:val="bottom"/>
            <w:hideMark/>
          </w:tcPr>
          <w:p w14:paraId="031AC52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111724039013</w:t>
            </w:r>
          </w:p>
        </w:tc>
        <w:tc>
          <w:tcPr>
            <w:tcW w:w="448" w:type="pct"/>
            <w:tcBorders>
              <w:top w:val="nil"/>
              <w:left w:val="nil"/>
              <w:bottom w:val="single" w:sz="4" w:space="0" w:color="auto"/>
              <w:right w:val="single" w:sz="4" w:space="0" w:color="auto"/>
            </w:tcBorders>
            <w:noWrap/>
            <w:vAlign w:val="bottom"/>
            <w:hideMark/>
          </w:tcPr>
          <w:p w14:paraId="350B35ED"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Kunduru</w:t>
            </w:r>
            <w:proofErr w:type="spellEnd"/>
            <w:r w:rsidRPr="00042DB8">
              <w:rPr>
                <w:rFonts w:ascii="Times New Roman" w:eastAsia="Times New Roman" w:hAnsi="Times New Roman" w:cs="Times New Roman"/>
                <w:color w:val="000000"/>
                <w:kern w:val="0"/>
                <w:sz w:val="16"/>
                <w:szCs w:val="16"/>
                <w:lang w:eastAsia="en-IN"/>
                <w14:ligatures w14:val="none"/>
              </w:rPr>
              <w:t xml:space="preserve"> Teja Reddy</w:t>
            </w:r>
          </w:p>
        </w:tc>
        <w:tc>
          <w:tcPr>
            <w:tcW w:w="350" w:type="pct"/>
            <w:tcBorders>
              <w:top w:val="nil"/>
              <w:left w:val="nil"/>
              <w:bottom w:val="single" w:sz="4" w:space="0" w:color="auto"/>
              <w:right w:val="single" w:sz="4" w:space="0" w:color="auto"/>
            </w:tcBorders>
            <w:noWrap/>
            <w:vAlign w:val="bottom"/>
            <w:hideMark/>
          </w:tcPr>
          <w:p w14:paraId="0A209221"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Farmer</w:t>
            </w:r>
          </w:p>
        </w:tc>
        <w:tc>
          <w:tcPr>
            <w:tcW w:w="167" w:type="pct"/>
            <w:tcBorders>
              <w:top w:val="nil"/>
              <w:left w:val="nil"/>
              <w:bottom w:val="single" w:sz="4" w:space="0" w:color="auto"/>
              <w:right w:val="single" w:sz="4" w:space="0" w:color="auto"/>
            </w:tcBorders>
            <w:noWrap/>
            <w:vAlign w:val="bottom"/>
            <w:hideMark/>
          </w:tcPr>
          <w:p w14:paraId="1E92BBF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7E42444D"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60,000</w:t>
            </w:r>
          </w:p>
        </w:tc>
        <w:tc>
          <w:tcPr>
            <w:tcW w:w="287" w:type="pct"/>
            <w:tcBorders>
              <w:top w:val="nil"/>
              <w:left w:val="nil"/>
              <w:bottom w:val="single" w:sz="4" w:space="0" w:color="auto"/>
              <w:right w:val="single" w:sz="4" w:space="0" w:color="auto"/>
            </w:tcBorders>
            <w:noWrap/>
            <w:vAlign w:val="bottom"/>
            <w:hideMark/>
          </w:tcPr>
          <w:p w14:paraId="4F43400C"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61FCF2C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proofErr w:type="gramStart"/>
            <w:r w:rsidRPr="00042DB8">
              <w:rPr>
                <w:rFonts w:ascii="Times New Roman" w:eastAsia="Times New Roman" w:hAnsi="Times New Roman" w:cs="Times New Roman"/>
                <w:color w:val="000000"/>
                <w:kern w:val="0"/>
                <w:sz w:val="16"/>
                <w:szCs w:val="16"/>
                <w:lang w:eastAsia="en-IN"/>
                <w14:ligatures w14:val="none"/>
              </w:rPr>
              <w:t>K.Eswar</w:t>
            </w:r>
            <w:proofErr w:type="spellEnd"/>
            <w:proofErr w:type="gramEnd"/>
            <w:r w:rsidRPr="00042DB8">
              <w:rPr>
                <w:rFonts w:ascii="Times New Roman" w:eastAsia="Times New Roman" w:hAnsi="Times New Roman" w:cs="Times New Roman"/>
                <w:color w:val="000000"/>
                <w:kern w:val="0"/>
                <w:sz w:val="16"/>
                <w:szCs w:val="16"/>
                <w:lang w:eastAsia="en-IN"/>
                <w14:ligatures w14:val="none"/>
              </w:rPr>
              <w:t xml:space="preserve"> Reddy</w:t>
            </w:r>
          </w:p>
        </w:tc>
        <w:tc>
          <w:tcPr>
            <w:tcW w:w="260" w:type="pct"/>
            <w:tcBorders>
              <w:top w:val="nil"/>
              <w:left w:val="nil"/>
              <w:bottom w:val="single" w:sz="4" w:space="0" w:color="auto"/>
              <w:right w:val="single" w:sz="4" w:space="0" w:color="auto"/>
            </w:tcBorders>
            <w:noWrap/>
            <w:vAlign w:val="bottom"/>
            <w:hideMark/>
          </w:tcPr>
          <w:p w14:paraId="3FFAEE79"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189B6F8D"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3,22,011</w:t>
            </w:r>
          </w:p>
        </w:tc>
        <w:tc>
          <w:tcPr>
            <w:tcW w:w="291" w:type="pct"/>
            <w:tcBorders>
              <w:top w:val="nil"/>
              <w:left w:val="nil"/>
              <w:bottom w:val="single" w:sz="4" w:space="0" w:color="auto"/>
              <w:right w:val="single" w:sz="4" w:space="0" w:color="auto"/>
            </w:tcBorders>
            <w:noWrap/>
            <w:vAlign w:val="bottom"/>
            <w:hideMark/>
          </w:tcPr>
          <w:p w14:paraId="1E1334A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8,500</w:t>
            </w:r>
          </w:p>
        </w:tc>
        <w:tc>
          <w:tcPr>
            <w:tcW w:w="638" w:type="pct"/>
            <w:tcBorders>
              <w:top w:val="nil"/>
              <w:left w:val="nil"/>
              <w:bottom w:val="single" w:sz="4" w:space="0" w:color="auto"/>
              <w:right w:val="single" w:sz="4" w:space="0" w:color="auto"/>
            </w:tcBorders>
            <w:noWrap/>
            <w:vAlign w:val="bottom"/>
            <w:hideMark/>
          </w:tcPr>
          <w:p w14:paraId="61D81953"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State bank of India</w:t>
            </w:r>
          </w:p>
        </w:tc>
        <w:tc>
          <w:tcPr>
            <w:tcW w:w="312" w:type="pct"/>
            <w:tcBorders>
              <w:top w:val="nil"/>
              <w:left w:val="nil"/>
              <w:bottom w:val="single" w:sz="4" w:space="0" w:color="auto"/>
              <w:right w:val="single" w:sz="4" w:space="0" w:color="auto"/>
            </w:tcBorders>
            <w:noWrap/>
            <w:vAlign w:val="bottom"/>
            <w:hideMark/>
          </w:tcPr>
          <w:p w14:paraId="3A506E81"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41389396549</w:t>
            </w:r>
          </w:p>
        </w:tc>
        <w:tc>
          <w:tcPr>
            <w:tcW w:w="827" w:type="pct"/>
            <w:tcBorders>
              <w:top w:val="nil"/>
              <w:left w:val="nil"/>
              <w:bottom w:val="single" w:sz="4" w:space="0" w:color="auto"/>
              <w:right w:val="single" w:sz="4" w:space="0" w:color="auto"/>
            </w:tcBorders>
            <w:noWrap/>
            <w:vAlign w:val="bottom"/>
            <w:hideMark/>
          </w:tcPr>
          <w:p w14:paraId="3AAC0D2D"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financially poor as her father is farmer</w:t>
            </w:r>
          </w:p>
        </w:tc>
      </w:tr>
      <w:tr w:rsidR="00042DB8" w:rsidRPr="00042DB8" w14:paraId="28B8077D" w14:textId="77777777" w:rsidTr="00042DB8">
        <w:trPr>
          <w:trHeight w:val="289"/>
        </w:trPr>
        <w:tc>
          <w:tcPr>
            <w:tcW w:w="172" w:type="pct"/>
            <w:tcBorders>
              <w:top w:val="nil"/>
              <w:left w:val="single" w:sz="4" w:space="0" w:color="auto"/>
              <w:bottom w:val="single" w:sz="4" w:space="0" w:color="auto"/>
              <w:right w:val="single" w:sz="4" w:space="0" w:color="auto"/>
            </w:tcBorders>
            <w:noWrap/>
            <w:vAlign w:val="bottom"/>
            <w:hideMark/>
          </w:tcPr>
          <w:p w14:paraId="22046089"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5</w:t>
            </w:r>
          </w:p>
        </w:tc>
        <w:tc>
          <w:tcPr>
            <w:tcW w:w="274" w:type="pct"/>
            <w:tcBorders>
              <w:top w:val="nil"/>
              <w:left w:val="nil"/>
              <w:bottom w:val="single" w:sz="4" w:space="0" w:color="auto"/>
              <w:right w:val="single" w:sz="4" w:space="0" w:color="auto"/>
            </w:tcBorders>
            <w:noWrap/>
            <w:vAlign w:val="bottom"/>
            <w:hideMark/>
          </w:tcPr>
          <w:p w14:paraId="1CF8338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111724039017</w:t>
            </w:r>
          </w:p>
        </w:tc>
        <w:tc>
          <w:tcPr>
            <w:tcW w:w="448" w:type="pct"/>
            <w:tcBorders>
              <w:top w:val="nil"/>
              <w:left w:val="nil"/>
              <w:bottom w:val="single" w:sz="4" w:space="0" w:color="auto"/>
              <w:right w:val="single" w:sz="4" w:space="0" w:color="auto"/>
            </w:tcBorders>
            <w:noWrap/>
            <w:vAlign w:val="bottom"/>
            <w:hideMark/>
          </w:tcPr>
          <w:p w14:paraId="78DD67A7"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proofErr w:type="gramStart"/>
            <w:r w:rsidRPr="00042DB8">
              <w:rPr>
                <w:rFonts w:ascii="Times New Roman" w:eastAsia="Times New Roman" w:hAnsi="Times New Roman" w:cs="Times New Roman"/>
                <w:color w:val="000000"/>
                <w:kern w:val="0"/>
                <w:sz w:val="16"/>
                <w:szCs w:val="16"/>
                <w:lang w:eastAsia="en-IN"/>
                <w14:ligatures w14:val="none"/>
              </w:rPr>
              <w:t>R.Harshini</w:t>
            </w:r>
            <w:proofErr w:type="spellEnd"/>
            <w:proofErr w:type="gramEnd"/>
          </w:p>
        </w:tc>
        <w:tc>
          <w:tcPr>
            <w:tcW w:w="350" w:type="pct"/>
            <w:tcBorders>
              <w:top w:val="nil"/>
              <w:left w:val="nil"/>
              <w:bottom w:val="single" w:sz="4" w:space="0" w:color="auto"/>
              <w:right w:val="single" w:sz="4" w:space="0" w:color="auto"/>
            </w:tcBorders>
            <w:noWrap/>
            <w:vAlign w:val="bottom"/>
            <w:hideMark/>
          </w:tcPr>
          <w:p w14:paraId="60DE78E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Deceased</w:t>
            </w:r>
          </w:p>
        </w:tc>
        <w:tc>
          <w:tcPr>
            <w:tcW w:w="167" w:type="pct"/>
            <w:tcBorders>
              <w:top w:val="nil"/>
              <w:left w:val="nil"/>
              <w:bottom w:val="single" w:sz="4" w:space="0" w:color="auto"/>
              <w:right w:val="single" w:sz="4" w:space="0" w:color="auto"/>
            </w:tcBorders>
            <w:noWrap/>
            <w:vAlign w:val="bottom"/>
            <w:hideMark/>
          </w:tcPr>
          <w:p w14:paraId="51D17D9A"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6CCC598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80,000</w:t>
            </w:r>
          </w:p>
        </w:tc>
        <w:tc>
          <w:tcPr>
            <w:tcW w:w="287" w:type="pct"/>
            <w:tcBorders>
              <w:top w:val="nil"/>
              <w:left w:val="nil"/>
              <w:bottom w:val="single" w:sz="4" w:space="0" w:color="auto"/>
              <w:right w:val="single" w:sz="4" w:space="0" w:color="auto"/>
            </w:tcBorders>
            <w:noWrap/>
            <w:vAlign w:val="bottom"/>
            <w:hideMark/>
          </w:tcPr>
          <w:p w14:paraId="769489E7"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3B7B63B8"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Ryali</w:t>
            </w:r>
            <w:proofErr w:type="spellEnd"/>
            <w:r w:rsidRPr="00042DB8">
              <w:rPr>
                <w:rFonts w:ascii="Times New Roman" w:eastAsia="Times New Roman" w:hAnsi="Times New Roman" w:cs="Times New Roman"/>
                <w:color w:val="000000"/>
                <w:kern w:val="0"/>
                <w:sz w:val="16"/>
                <w:szCs w:val="16"/>
                <w:lang w:eastAsia="en-IN"/>
                <w14:ligatures w14:val="none"/>
              </w:rPr>
              <w:t xml:space="preserve"> Leela Venkata Satyavati</w:t>
            </w:r>
          </w:p>
        </w:tc>
        <w:tc>
          <w:tcPr>
            <w:tcW w:w="260" w:type="pct"/>
            <w:tcBorders>
              <w:top w:val="nil"/>
              <w:left w:val="nil"/>
              <w:bottom w:val="single" w:sz="4" w:space="0" w:color="auto"/>
              <w:right w:val="single" w:sz="4" w:space="0" w:color="auto"/>
            </w:tcBorders>
            <w:noWrap/>
            <w:vAlign w:val="bottom"/>
            <w:hideMark/>
          </w:tcPr>
          <w:p w14:paraId="07AD6CF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20,000</w:t>
            </w:r>
          </w:p>
        </w:tc>
        <w:tc>
          <w:tcPr>
            <w:tcW w:w="234" w:type="pct"/>
            <w:tcBorders>
              <w:top w:val="nil"/>
              <w:left w:val="nil"/>
              <w:bottom w:val="single" w:sz="4" w:space="0" w:color="auto"/>
              <w:right w:val="single" w:sz="4" w:space="0" w:color="auto"/>
            </w:tcBorders>
            <w:noWrap/>
            <w:vAlign w:val="bottom"/>
            <w:hideMark/>
          </w:tcPr>
          <w:p w14:paraId="233A723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3,22,013</w:t>
            </w:r>
          </w:p>
        </w:tc>
        <w:tc>
          <w:tcPr>
            <w:tcW w:w="291" w:type="pct"/>
            <w:tcBorders>
              <w:top w:val="nil"/>
              <w:left w:val="nil"/>
              <w:bottom w:val="single" w:sz="4" w:space="0" w:color="auto"/>
              <w:right w:val="single" w:sz="4" w:space="0" w:color="auto"/>
            </w:tcBorders>
            <w:noWrap/>
            <w:vAlign w:val="bottom"/>
            <w:hideMark/>
          </w:tcPr>
          <w:p w14:paraId="143C4EB9"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8,000</w:t>
            </w:r>
          </w:p>
        </w:tc>
        <w:tc>
          <w:tcPr>
            <w:tcW w:w="638" w:type="pct"/>
            <w:tcBorders>
              <w:top w:val="nil"/>
              <w:left w:val="nil"/>
              <w:bottom w:val="single" w:sz="4" w:space="0" w:color="auto"/>
              <w:right w:val="single" w:sz="4" w:space="0" w:color="auto"/>
            </w:tcBorders>
            <w:noWrap/>
            <w:vAlign w:val="bottom"/>
            <w:hideMark/>
          </w:tcPr>
          <w:p w14:paraId="68A4BF2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Union Bank</w:t>
            </w:r>
          </w:p>
        </w:tc>
        <w:tc>
          <w:tcPr>
            <w:tcW w:w="312" w:type="pct"/>
            <w:tcBorders>
              <w:top w:val="nil"/>
              <w:left w:val="nil"/>
              <w:bottom w:val="single" w:sz="4" w:space="0" w:color="auto"/>
              <w:right w:val="single" w:sz="4" w:space="0" w:color="auto"/>
            </w:tcBorders>
            <w:noWrap/>
            <w:vAlign w:val="bottom"/>
            <w:hideMark/>
          </w:tcPr>
          <w:p w14:paraId="13466B54"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126010011002208</w:t>
            </w:r>
          </w:p>
        </w:tc>
        <w:tc>
          <w:tcPr>
            <w:tcW w:w="827" w:type="pct"/>
            <w:tcBorders>
              <w:top w:val="nil"/>
              <w:left w:val="nil"/>
              <w:bottom w:val="single" w:sz="4" w:space="0" w:color="auto"/>
              <w:right w:val="single" w:sz="4" w:space="0" w:color="auto"/>
            </w:tcBorders>
            <w:noWrap/>
            <w:vAlign w:val="bottom"/>
            <w:hideMark/>
          </w:tcPr>
          <w:p w14:paraId="0F902A6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Income is less as her </w:t>
            </w:r>
            <w:proofErr w:type="spellStart"/>
            <w:proofErr w:type="gramStart"/>
            <w:r w:rsidRPr="00042DB8">
              <w:rPr>
                <w:rFonts w:ascii="Times New Roman" w:eastAsia="Times New Roman" w:hAnsi="Times New Roman" w:cs="Times New Roman"/>
                <w:color w:val="000000"/>
                <w:kern w:val="0"/>
                <w:sz w:val="16"/>
                <w:szCs w:val="16"/>
                <w:lang w:eastAsia="en-IN"/>
                <w14:ligatures w14:val="none"/>
              </w:rPr>
              <w:t>fathers</w:t>
            </w:r>
            <w:proofErr w:type="spellEnd"/>
            <w:proofErr w:type="gramEnd"/>
            <w:r w:rsidRPr="00042DB8">
              <w:rPr>
                <w:rFonts w:ascii="Times New Roman" w:eastAsia="Times New Roman" w:hAnsi="Times New Roman" w:cs="Times New Roman"/>
                <w:color w:val="000000"/>
                <w:kern w:val="0"/>
                <w:sz w:val="16"/>
                <w:szCs w:val="16"/>
                <w:lang w:eastAsia="en-IN"/>
                <w14:ligatures w14:val="none"/>
              </w:rPr>
              <w:t xml:space="preserve"> health is not well</w:t>
            </w:r>
          </w:p>
        </w:tc>
      </w:tr>
      <w:tr w:rsidR="00042DB8" w:rsidRPr="00042DB8" w14:paraId="1D6E9B3F" w14:textId="77777777" w:rsidTr="00042DB8">
        <w:trPr>
          <w:trHeight w:val="289"/>
        </w:trPr>
        <w:tc>
          <w:tcPr>
            <w:tcW w:w="172" w:type="pct"/>
            <w:tcBorders>
              <w:top w:val="nil"/>
              <w:left w:val="single" w:sz="4" w:space="0" w:color="auto"/>
              <w:bottom w:val="single" w:sz="4" w:space="0" w:color="auto"/>
              <w:right w:val="single" w:sz="4" w:space="0" w:color="auto"/>
            </w:tcBorders>
            <w:noWrap/>
            <w:vAlign w:val="bottom"/>
            <w:hideMark/>
          </w:tcPr>
          <w:p w14:paraId="37041E3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6</w:t>
            </w:r>
          </w:p>
        </w:tc>
        <w:tc>
          <w:tcPr>
            <w:tcW w:w="274" w:type="pct"/>
            <w:tcBorders>
              <w:top w:val="nil"/>
              <w:left w:val="nil"/>
              <w:bottom w:val="single" w:sz="4" w:space="0" w:color="auto"/>
              <w:right w:val="single" w:sz="4" w:space="0" w:color="auto"/>
            </w:tcBorders>
            <w:noWrap/>
            <w:vAlign w:val="bottom"/>
            <w:hideMark/>
          </w:tcPr>
          <w:p w14:paraId="34086C6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111724039018</w:t>
            </w:r>
          </w:p>
        </w:tc>
        <w:tc>
          <w:tcPr>
            <w:tcW w:w="448" w:type="pct"/>
            <w:tcBorders>
              <w:top w:val="nil"/>
              <w:left w:val="nil"/>
              <w:bottom w:val="single" w:sz="4" w:space="0" w:color="auto"/>
              <w:right w:val="single" w:sz="4" w:space="0" w:color="auto"/>
            </w:tcBorders>
            <w:noWrap/>
            <w:vAlign w:val="bottom"/>
            <w:hideMark/>
          </w:tcPr>
          <w:p w14:paraId="4233F413"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proofErr w:type="gramStart"/>
            <w:r w:rsidRPr="00042DB8">
              <w:rPr>
                <w:rFonts w:ascii="Times New Roman" w:eastAsia="Times New Roman" w:hAnsi="Times New Roman" w:cs="Times New Roman"/>
                <w:color w:val="000000"/>
                <w:kern w:val="0"/>
                <w:sz w:val="16"/>
                <w:szCs w:val="16"/>
                <w:lang w:eastAsia="en-IN"/>
                <w14:ligatures w14:val="none"/>
              </w:rPr>
              <w:t>S.Varshini</w:t>
            </w:r>
            <w:proofErr w:type="spellEnd"/>
            <w:proofErr w:type="gramEnd"/>
          </w:p>
        </w:tc>
        <w:tc>
          <w:tcPr>
            <w:tcW w:w="350" w:type="pct"/>
            <w:tcBorders>
              <w:top w:val="nil"/>
              <w:left w:val="nil"/>
              <w:bottom w:val="single" w:sz="4" w:space="0" w:color="auto"/>
              <w:right w:val="single" w:sz="4" w:space="0" w:color="auto"/>
            </w:tcBorders>
            <w:noWrap/>
            <w:vAlign w:val="bottom"/>
            <w:hideMark/>
          </w:tcPr>
          <w:p w14:paraId="5E276760"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Farmer</w:t>
            </w:r>
          </w:p>
        </w:tc>
        <w:tc>
          <w:tcPr>
            <w:tcW w:w="167" w:type="pct"/>
            <w:tcBorders>
              <w:top w:val="nil"/>
              <w:left w:val="nil"/>
              <w:bottom w:val="single" w:sz="4" w:space="0" w:color="auto"/>
              <w:right w:val="single" w:sz="4" w:space="0" w:color="auto"/>
            </w:tcBorders>
            <w:noWrap/>
            <w:vAlign w:val="bottom"/>
            <w:hideMark/>
          </w:tcPr>
          <w:p w14:paraId="28B5ABFD"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5C93C1C8"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130000</w:t>
            </w:r>
          </w:p>
        </w:tc>
        <w:tc>
          <w:tcPr>
            <w:tcW w:w="287" w:type="pct"/>
            <w:tcBorders>
              <w:top w:val="nil"/>
              <w:left w:val="nil"/>
              <w:bottom w:val="single" w:sz="4" w:space="0" w:color="auto"/>
              <w:right w:val="single" w:sz="4" w:space="0" w:color="auto"/>
            </w:tcBorders>
            <w:noWrap/>
            <w:vAlign w:val="bottom"/>
            <w:hideMark/>
          </w:tcPr>
          <w:p w14:paraId="2B7DEA5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189355BC"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proofErr w:type="gramStart"/>
            <w:r w:rsidRPr="00042DB8">
              <w:rPr>
                <w:rFonts w:ascii="Times New Roman" w:eastAsia="Times New Roman" w:hAnsi="Times New Roman" w:cs="Times New Roman"/>
                <w:color w:val="000000"/>
                <w:kern w:val="0"/>
                <w:sz w:val="16"/>
                <w:szCs w:val="16"/>
                <w:lang w:eastAsia="en-IN"/>
                <w14:ligatures w14:val="none"/>
              </w:rPr>
              <w:t>S.Venkatesh</w:t>
            </w:r>
            <w:proofErr w:type="spellEnd"/>
            <w:proofErr w:type="gramEnd"/>
          </w:p>
        </w:tc>
        <w:tc>
          <w:tcPr>
            <w:tcW w:w="260" w:type="pct"/>
            <w:tcBorders>
              <w:top w:val="nil"/>
              <w:left w:val="nil"/>
              <w:bottom w:val="single" w:sz="4" w:space="0" w:color="auto"/>
              <w:right w:val="single" w:sz="4" w:space="0" w:color="auto"/>
            </w:tcBorders>
            <w:noWrap/>
            <w:vAlign w:val="bottom"/>
            <w:hideMark/>
          </w:tcPr>
          <w:p w14:paraId="674CD021"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20,000</w:t>
            </w:r>
          </w:p>
        </w:tc>
        <w:tc>
          <w:tcPr>
            <w:tcW w:w="234" w:type="pct"/>
            <w:tcBorders>
              <w:top w:val="nil"/>
              <w:left w:val="nil"/>
              <w:bottom w:val="single" w:sz="4" w:space="0" w:color="auto"/>
              <w:right w:val="single" w:sz="4" w:space="0" w:color="auto"/>
            </w:tcBorders>
            <w:noWrap/>
            <w:vAlign w:val="bottom"/>
            <w:hideMark/>
          </w:tcPr>
          <w:p w14:paraId="08D98318"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3,22,014</w:t>
            </w:r>
          </w:p>
        </w:tc>
        <w:tc>
          <w:tcPr>
            <w:tcW w:w="291" w:type="pct"/>
            <w:tcBorders>
              <w:top w:val="nil"/>
              <w:left w:val="nil"/>
              <w:bottom w:val="single" w:sz="4" w:space="0" w:color="auto"/>
              <w:right w:val="single" w:sz="4" w:space="0" w:color="auto"/>
            </w:tcBorders>
            <w:noWrap/>
            <w:vAlign w:val="bottom"/>
            <w:hideMark/>
          </w:tcPr>
          <w:p w14:paraId="1B86E1EC"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4000</w:t>
            </w:r>
          </w:p>
        </w:tc>
        <w:tc>
          <w:tcPr>
            <w:tcW w:w="638" w:type="pct"/>
            <w:tcBorders>
              <w:top w:val="nil"/>
              <w:left w:val="nil"/>
              <w:bottom w:val="single" w:sz="4" w:space="0" w:color="auto"/>
              <w:right w:val="single" w:sz="4" w:space="0" w:color="auto"/>
            </w:tcBorders>
            <w:noWrap/>
            <w:vAlign w:val="bottom"/>
            <w:hideMark/>
          </w:tcPr>
          <w:p w14:paraId="2095E90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Andhra </w:t>
            </w:r>
            <w:proofErr w:type="spellStart"/>
            <w:r w:rsidRPr="00042DB8">
              <w:rPr>
                <w:rFonts w:ascii="Times New Roman" w:eastAsia="Times New Roman" w:hAnsi="Times New Roman" w:cs="Times New Roman"/>
                <w:color w:val="000000"/>
                <w:kern w:val="0"/>
                <w:sz w:val="16"/>
                <w:szCs w:val="16"/>
                <w:lang w:eastAsia="en-IN"/>
                <w14:ligatures w14:val="none"/>
              </w:rPr>
              <w:t>pradesh</w:t>
            </w:r>
            <w:proofErr w:type="spellEnd"/>
            <w:r w:rsidRPr="00042DB8">
              <w:rPr>
                <w:rFonts w:ascii="Times New Roman" w:eastAsia="Times New Roman" w:hAnsi="Times New Roman" w:cs="Times New Roman"/>
                <w:color w:val="000000"/>
                <w:kern w:val="0"/>
                <w:sz w:val="16"/>
                <w:szCs w:val="16"/>
                <w:lang w:eastAsia="en-IN"/>
                <w14:ligatures w14:val="none"/>
              </w:rPr>
              <w:t xml:space="preserve"> </w:t>
            </w:r>
            <w:proofErr w:type="spellStart"/>
            <w:r w:rsidRPr="00042DB8">
              <w:rPr>
                <w:rFonts w:ascii="Times New Roman" w:eastAsia="Times New Roman" w:hAnsi="Times New Roman" w:cs="Times New Roman"/>
                <w:color w:val="000000"/>
                <w:kern w:val="0"/>
                <w:sz w:val="16"/>
                <w:szCs w:val="16"/>
                <w:lang w:eastAsia="en-IN"/>
                <w14:ligatures w14:val="none"/>
              </w:rPr>
              <w:t>grameena</w:t>
            </w:r>
            <w:proofErr w:type="spellEnd"/>
            <w:r w:rsidRPr="00042DB8">
              <w:rPr>
                <w:rFonts w:ascii="Times New Roman" w:eastAsia="Times New Roman" w:hAnsi="Times New Roman" w:cs="Times New Roman"/>
                <w:color w:val="000000"/>
                <w:kern w:val="0"/>
                <w:sz w:val="16"/>
                <w:szCs w:val="16"/>
                <w:lang w:eastAsia="en-IN"/>
                <w14:ligatures w14:val="none"/>
              </w:rPr>
              <w:t xml:space="preserve"> </w:t>
            </w:r>
            <w:proofErr w:type="spellStart"/>
            <w:r w:rsidRPr="00042DB8">
              <w:rPr>
                <w:rFonts w:ascii="Times New Roman" w:eastAsia="Times New Roman" w:hAnsi="Times New Roman" w:cs="Times New Roman"/>
                <w:color w:val="000000"/>
                <w:kern w:val="0"/>
                <w:sz w:val="16"/>
                <w:szCs w:val="16"/>
                <w:lang w:eastAsia="en-IN"/>
                <w14:ligatures w14:val="none"/>
              </w:rPr>
              <w:t>vikas</w:t>
            </w:r>
            <w:proofErr w:type="spellEnd"/>
            <w:r w:rsidRPr="00042DB8">
              <w:rPr>
                <w:rFonts w:ascii="Times New Roman" w:eastAsia="Times New Roman" w:hAnsi="Times New Roman" w:cs="Times New Roman"/>
                <w:color w:val="000000"/>
                <w:kern w:val="0"/>
                <w:sz w:val="16"/>
                <w:szCs w:val="16"/>
                <w:lang w:eastAsia="en-IN"/>
                <w14:ligatures w14:val="none"/>
              </w:rPr>
              <w:t xml:space="preserve"> bank</w:t>
            </w:r>
          </w:p>
        </w:tc>
        <w:tc>
          <w:tcPr>
            <w:tcW w:w="312" w:type="pct"/>
            <w:tcBorders>
              <w:top w:val="nil"/>
              <w:left w:val="nil"/>
              <w:bottom w:val="single" w:sz="4" w:space="0" w:color="auto"/>
              <w:right w:val="single" w:sz="4" w:space="0" w:color="auto"/>
            </w:tcBorders>
            <w:noWrap/>
            <w:vAlign w:val="bottom"/>
            <w:hideMark/>
          </w:tcPr>
          <w:p w14:paraId="3219D0F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7316620087-2</w:t>
            </w:r>
          </w:p>
        </w:tc>
        <w:tc>
          <w:tcPr>
            <w:tcW w:w="827" w:type="pct"/>
            <w:tcBorders>
              <w:top w:val="nil"/>
              <w:left w:val="nil"/>
              <w:bottom w:val="single" w:sz="4" w:space="0" w:color="auto"/>
              <w:right w:val="single" w:sz="4" w:space="0" w:color="auto"/>
            </w:tcBorders>
            <w:noWrap/>
            <w:vAlign w:val="bottom"/>
            <w:hideMark/>
          </w:tcPr>
          <w:p w14:paraId="23736822"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financially low as her father is farmer</w:t>
            </w:r>
          </w:p>
        </w:tc>
      </w:tr>
      <w:tr w:rsidR="00042DB8" w:rsidRPr="00042DB8" w14:paraId="3CFA8022" w14:textId="77777777" w:rsidTr="00042DB8">
        <w:trPr>
          <w:trHeight w:val="289"/>
        </w:trPr>
        <w:tc>
          <w:tcPr>
            <w:tcW w:w="172" w:type="pct"/>
            <w:tcBorders>
              <w:top w:val="nil"/>
              <w:left w:val="single" w:sz="4" w:space="0" w:color="auto"/>
              <w:bottom w:val="single" w:sz="4" w:space="0" w:color="auto"/>
              <w:right w:val="single" w:sz="4" w:space="0" w:color="auto"/>
            </w:tcBorders>
            <w:noWrap/>
            <w:vAlign w:val="bottom"/>
            <w:hideMark/>
          </w:tcPr>
          <w:p w14:paraId="374690E3"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lastRenderedPageBreak/>
              <w:t>7</w:t>
            </w:r>
          </w:p>
        </w:tc>
        <w:tc>
          <w:tcPr>
            <w:tcW w:w="274" w:type="pct"/>
            <w:tcBorders>
              <w:top w:val="nil"/>
              <w:left w:val="nil"/>
              <w:bottom w:val="single" w:sz="4" w:space="0" w:color="auto"/>
              <w:right w:val="single" w:sz="4" w:space="0" w:color="auto"/>
            </w:tcBorders>
            <w:noWrap/>
            <w:vAlign w:val="bottom"/>
            <w:hideMark/>
          </w:tcPr>
          <w:p w14:paraId="29311581"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111724039020</w:t>
            </w:r>
          </w:p>
        </w:tc>
        <w:tc>
          <w:tcPr>
            <w:tcW w:w="448" w:type="pct"/>
            <w:tcBorders>
              <w:top w:val="nil"/>
              <w:left w:val="nil"/>
              <w:bottom w:val="single" w:sz="4" w:space="0" w:color="auto"/>
              <w:right w:val="single" w:sz="4" w:space="0" w:color="auto"/>
            </w:tcBorders>
            <w:noWrap/>
            <w:vAlign w:val="bottom"/>
            <w:hideMark/>
          </w:tcPr>
          <w:p w14:paraId="5B12C2D0"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Upputuri</w:t>
            </w:r>
            <w:proofErr w:type="spellEnd"/>
            <w:r w:rsidRPr="00042DB8">
              <w:rPr>
                <w:rFonts w:ascii="Times New Roman" w:eastAsia="Times New Roman" w:hAnsi="Times New Roman" w:cs="Times New Roman"/>
                <w:color w:val="000000"/>
                <w:kern w:val="0"/>
                <w:sz w:val="16"/>
                <w:szCs w:val="16"/>
                <w:lang w:eastAsia="en-IN"/>
                <w14:ligatures w14:val="none"/>
              </w:rPr>
              <w:t xml:space="preserve"> </w:t>
            </w:r>
            <w:proofErr w:type="spellStart"/>
            <w:r w:rsidRPr="00042DB8">
              <w:rPr>
                <w:rFonts w:ascii="Times New Roman" w:eastAsia="Times New Roman" w:hAnsi="Times New Roman" w:cs="Times New Roman"/>
                <w:color w:val="000000"/>
                <w:kern w:val="0"/>
                <w:sz w:val="16"/>
                <w:szCs w:val="16"/>
                <w:lang w:eastAsia="en-IN"/>
                <w14:ligatures w14:val="none"/>
              </w:rPr>
              <w:t>venkata</w:t>
            </w:r>
            <w:proofErr w:type="spellEnd"/>
            <w:r w:rsidRPr="00042DB8">
              <w:rPr>
                <w:rFonts w:ascii="Times New Roman" w:eastAsia="Times New Roman" w:hAnsi="Times New Roman" w:cs="Times New Roman"/>
                <w:color w:val="000000"/>
                <w:kern w:val="0"/>
                <w:sz w:val="16"/>
                <w:szCs w:val="16"/>
                <w:lang w:eastAsia="en-IN"/>
                <w14:ligatures w14:val="none"/>
              </w:rPr>
              <w:t xml:space="preserve"> </w:t>
            </w:r>
            <w:proofErr w:type="spellStart"/>
            <w:r w:rsidRPr="00042DB8">
              <w:rPr>
                <w:rFonts w:ascii="Times New Roman" w:eastAsia="Times New Roman" w:hAnsi="Times New Roman" w:cs="Times New Roman"/>
                <w:color w:val="000000"/>
                <w:kern w:val="0"/>
                <w:sz w:val="16"/>
                <w:szCs w:val="16"/>
                <w:lang w:eastAsia="en-IN"/>
                <w14:ligatures w14:val="none"/>
              </w:rPr>
              <w:t>lakshmi</w:t>
            </w:r>
            <w:proofErr w:type="spellEnd"/>
            <w:r w:rsidRPr="00042DB8">
              <w:rPr>
                <w:rFonts w:ascii="Times New Roman" w:eastAsia="Times New Roman" w:hAnsi="Times New Roman" w:cs="Times New Roman"/>
                <w:color w:val="000000"/>
                <w:kern w:val="0"/>
                <w:sz w:val="16"/>
                <w:szCs w:val="16"/>
                <w:lang w:eastAsia="en-IN"/>
                <w14:ligatures w14:val="none"/>
              </w:rPr>
              <w:t xml:space="preserve"> </w:t>
            </w:r>
            <w:proofErr w:type="spellStart"/>
            <w:r w:rsidRPr="00042DB8">
              <w:rPr>
                <w:rFonts w:ascii="Times New Roman" w:eastAsia="Times New Roman" w:hAnsi="Times New Roman" w:cs="Times New Roman"/>
                <w:color w:val="000000"/>
                <w:kern w:val="0"/>
                <w:sz w:val="16"/>
                <w:szCs w:val="16"/>
                <w:lang w:eastAsia="en-IN"/>
                <w14:ligatures w14:val="none"/>
              </w:rPr>
              <w:t>sahiti</w:t>
            </w:r>
            <w:proofErr w:type="spellEnd"/>
          </w:p>
        </w:tc>
        <w:tc>
          <w:tcPr>
            <w:tcW w:w="350" w:type="pct"/>
            <w:tcBorders>
              <w:top w:val="nil"/>
              <w:left w:val="nil"/>
              <w:bottom w:val="single" w:sz="4" w:space="0" w:color="auto"/>
              <w:right w:val="single" w:sz="4" w:space="0" w:color="auto"/>
            </w:tcBorders>
            <w:noWrap/>
            <w:vAlign w:val="bottom"/>
            <w:hideMark/>
          </w:tcPr>
          <w:p w14:paraId="79C8944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Cooli</w:t>
            </w:r>
            <w:proofErr w:type="spellEnd"/>
            <w:r w:rsidRPr="00042DB8">
              <w:rPr>
                <w:rFonts w:ascii="Times New Roman" w:eastAsia="Times New Roman" w:hAnsi="Times New Roman" w:cs="Times New Roman"/>
                <w:color w:val="000000"/>
                <w:kern w:val="0"/>
                <w:sz w:val="16"/>
                <w:szCs w:val="16"/>
                <w:lang w:eastAsia="en-IN"/>
                <w14:ligatures w14:val="none"/>
              </w:rPr>
              <w:t>(labour)</w:t>
            </w:r>
          </w:p>
        </w:tc>
        <w:tc>
          <w:tcPr>
            <w:tcW w:w="167" w:type="pct"/>
            <w:tcBorders>
              <w:top w:val="nil"/>
              <w:left w:val="nil"/>
              <w:bottom w:val="single" w:sz="4" w:space="0" w:color="auto"/>
              <w:right w:val="single" w:sz="4" w:space="0" w:color="auto"/>
            </w:tcBorders>
            <w:noWrap/>
            <w:vAlign w:val="bottom"/>
            <w:hideMark/>
          </w:tcPr>
          <w:p w14:paraId="1EEE6003"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39E60751"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199000</w:t>
            </w:r>
          </w:p>
        </w:tc>
        <w:tc>
          <w:tcPr>
            <w:tcW w:w="287" w:type="pct"/>
            <w:tcBorders>
              <w:top w:val="nil"/>
              <w:left w:val="nil"/>
              <w:bottom w:val="single" w:sz="4" w:space="0" w:color="auto"/>
              <w:right w:val="single" w:sz="4" w:space="0" w:color="auto"/>
            </w:tcBorders>
            <w:noWrap/>
            <w:vAlign w:val="bottom"/>
            <w:hideMark/>
          </w:tcPr>
          <w:p w14:paraId="48B3790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2837E4A1"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Upputuri</w:t>
            </w:r>
            <w:proofErr w:type="spellEnd"/>
            <w:r w:rsidRPr="00042DB8">
              <w:rPr>
                <w:rFonts w:ascii="Times New Roman" w:eastAsia="Times New Roman" w:hAnsi="Times New Roman" w:cs="Times New Roman"/>
                <w:color w:val="000000"/>
                <w:kern w:val="0"/>
                <w:sz w:val="16"/>
                <w:szCs w:val="16"/>
                <w:lang w:eastAsia="en-IN"/>
                <w14:ligatures w14:val="none"/>
              </w:rPr>
              <w:t xml:space="preserve"> </w:t>
            </w:r>
            <w:proofErr w:type="spellStart"/>
            <w:r w:rsidRPr="00042DB8">
              <w:rPr>
                <w:rFonts w:ascii="Times New Roman" w:eastAsia="Times New Roman" w:hAnsi="Times New Roman" w:cs="Times New Roman"/>
                <w:color w:val="000000"/>
                <w:kern w:val="0"/>
                <w:sz w:val="16"/>
                <w:szCs w:val="16"/>
                <w:lang w:eastAsia="en-IN"/>
                <w14:ligatures w14:val="none"/>
              </w:rPr>
              <w:t>Bramhaiah</w:t>
            </w:r>
            <w:proofErr w:type="spellEnd"/>
          </w:p>
        </w:tc>
        <w:tc>
          <w:tcPr>
            <w:tcW w:w="260" w:type="pct"/>
            <w:tcBorders>
              <w:top w:val="nil"/>
              <w:left w:val="nil"/>
              <w:bottom w:val="single" w:sz="4" w:space="0" w:color="auto"/>
              <w:right w:val="single" w:sz="4" w:space="0" w:color="auto"/>
            </w:tcBorders>
            <w:noWrap/>
            <w:vAlign w:val="bottom"/>
            <w:hideMark/>
          </w:tcPr>
          <w:p w14:paraId="034AC677"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20,000</w:t>
            </w:r>
          </w:p>
        </w:tc>
        <w:tc>
          <w:tcPr>
            <w:tcW w:w="234" w:type="pct"/>
            <w:tcBorders>
              <w:top w:val="nil"/>
              <w:left w:val="nil"/>
              <w:bottom w:val="single" w:sz="4" w:space="0" w:color="auto"/>
              <w:right w:val="single" w:sz="4" w:space="0" w:color="auto"/>
            </w:tcBorders>
            <w:noWrap/>
            <w:vAlign w:val="bottom"/>
            <w:hideMark/>
          </w:tcPr>
          <w:p w14:paraId="66AC6BC4"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3,22,016</w:t>
            </w:r>
          </w:p>
        </w:tc>
        <w:tc>
          <w:tcPr>
            <w:tcW w:w="291" w:type="pct"/>
            <w:tcBorders>
              <w:top w:val="nil"/>
              <w:left w:val="nil"/>
              <w:bottom w:val="single" w:sz="4" w:space="0" w:color="auto"/>
              <w:right w:val="single" w:sz="4" w:space="0" w:color="auto"/>
            </w:tcBorders>
            <w:noWrap/>
            <w:vAlign w:val="bottom"/>
            <w:hideMark/>
          </w:tcPr>
          <w:p w14:paraId="7FAF224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6000</w:t>
            </w:r>
          </w:p>
        </w:tc>
        <w:tc>
          <w:tcPr>
            <w:tcW w:w="638" w:type="pct"/>
            <w:tcBorders>
              <w:top w:val="nil"/>
              <w:left w:val="nil"/>
              <w:bottom w:val="single" w:sz="4" w:space="0" w:color="auto"/>
              <w:right w:val="single" w:sz="4" w:space="0" w:color="auto"/>
            </w:tcBorders>
            <w:noWrap/>
            <w:vAlign w:val="bottom"/>
            <w:hideMark/>
          </w:tcPr>
          <w:p w14:paraId="7CC414F3"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Union Bank</w:t>
            </w:r>
          </w:p>
        </w:tc>
        <w:tc>
          <w:tcPr>
            <w:tcW w:w="312" w:type="pct"/>
            <w:tcBorders>
              <w:top w:val="nil"/>
              <w:left w:val="nil"/>
              <w:bottom w:val="single" w:sz="4" w:space="0" w:color="auto"/>
              <w:right w:val="single" w:sz="4" w:space="0" w:color="auto"/>
            </w:tcBorders>
            <w:noWrap/>
            <w:vAlign w:val="bottom"/>
            <w:hideMark/>
          </w:tcPr>
          <w:p w14:paraId="0964AFFB"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131410027002634</w:t>
            </w:r>
          </w:p>
        </w:tc>
        <w:tc>
          <w:tcPr>
            <w:tcW w:w="827" w:type="pct"/>
            <w:tcBorders>
              <w:top w:val="nil"/>
              <w:left w:val="nil"/>
              <w:bottom w:val="single" w:sz="4" w:space="0" w:color="auto"/>
              <w:right w:val="single" w:sz="4" w:space="0" w:color="auto"/>
            </w:tcBorders>
            <w:noWrap/>
            <w:vAlign w:val="bottom"/>
            <w:hideMark/>
          </w:tcPr>
          <w:p w14:paraId="76BFF3D7"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her father works as </w:t>
            </w:r>
            <w:proofErr w:type="spellStart"/>
            <w:r w:rsidRPr="00042DB8">
              <w:rPr>
                <w:rFonts w:ascii="Times New Roman" w:eastAsia="Times New Roman" w:hAnsi="Times New Roman" w:cs="Times New Roman"/>
                <w:color w:val="000000"/>
                <w:kern w:val="0"/>
                <w:sz w:val="16"/>
                <w:szCs w:val="16"/>
                <w:lang w:eastAsia="en-IN"/>
                <w14:ligatures w14:val="none"/>
              </w:rPr>
              <w:t>cooli</w:t>
            </w:r>
            <w:proofErr w:type="spellEnd"/>
            <w:r w:rsidRPr="00042DB8">
              <w:rPr>
                <w:rFonts w:ascii="Times New Roman" w:eastAsia="Times New Roman" w:hAnsi="Times New Roman" w:cs="Times New Roman"/>
                <w:color w:val="000000"/>
                <w:kern w:val="0"/>
                <w:sz w:val="16"/>
                <w:szCs w:val="16"/>
                <w:lang w:eastAsia="en-IN"/>
                <w14:ligatures w14:val="none"/>
              </w:rPr>
              <w:t xml:space="preserve"> </w:t>
            </w:r>
          </w:p>
        </w:tc>
      </w:tr>
      <w:tr w:rsidR="00042DB8" w:rsidRPr="00042DB8" w14:paraId="4AEB78F3"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71126A18"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8</w:t>
            </w:r>
          </w:p>
        </w:tc>
        <w:tc>
          <w:tcPr>
            <w:tcW w:w="274" w:type="pct"/>
            <w:tcBorders>
              <w:top w:val="nil"/>
              <w:left w:val="nil"/>
              <w:bottom w:val="single" w:sz="4" w:space="0" w:color="auto"/>
              <w:right w:val="single" w:sz="4" w:space="0" w:color="auto"/>
            </w:tcBorders>
            <w:noWrap/>
            <w:vAlign w:val="bottom"/>
            <w:hideMark/>
          </w:tcPr>
          <w:p w14:paraId="6A7D2170"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111724039030</w:t>
            </w:r>
          </w:p>
        </w:tc>
        <w:tc>
          <w:tcPr>
            <w:tcW w:w="448" w:type="pct"/>
            <w:tcBorders>
              <w:top w:val="nil"/>
              <w:left w:val="nil"/>
              <w:bottom w:val="single" w:sz="4" w:space="0" w:color="auto"/>
              <w:right w:val="single" w:sz="4" w:space="0" w:color="auto"/>
            </w:tcBorders>
            <w:noWrap/>
            <w:vAlign w:val="bottom"/>
            <w:hideMark/>
          </w:tcPr>
          <w:p w14:paraId="5D78B64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Kambham</w:t>
            </w:r>
            <w:proofErr w:type="spellEnd"/>
            <w:r w:rsidRPr="00042DB8">
              <w:rPr>
                <w:rFonts w:ascii="Times New Roman" w:eastAsia="Times New Roman" w:hAnsi="Times New Roman" w:cs="Times New Roman"/>
                <w:color w:val="000000"/>
                <w:kern w:val="0"/>
                <w:sz w:val="16"/>
                <w:szCs w:val="16"/>
                <w:lang w:eastAsia="en-IN"/>
                <w14:ligatures w14:val="none"/>
              </w:rPr>
              <w:t xml:space="preserve"> Prashanth</w:t>
            </w:r>
          </w:p>
        </w:tc>
        <w:tc>
          <w:tcPr>
            <w:tcW w:w="350" w:type="pct"/>
            <w:tcBorders>
              <w:top w:val="nil"/>
              <w:left w:val="nil"/>
              <w:bottom w:val="single" w:sz="4" w:space="0" w:color="auto"/>
              <w:right w:val="single" w:sz="4" w:space="0" w:color="auto"/>
            </w:tcBorders>
            <w:noWrap/>
            <w:vAlign w:val="bottom"/>
            <w:hideMark/>
          </w:tcPr>
          <w:p w14:paraId="7AF6A865"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Driver</w:t>
            </w:r>
          </w:p>
        </w:tc>
        <w:tc>
          <w:tcPr>
            <w:tcW w:w="167" w:type="pct"/>
            <w:tcBorders>
              <w:top w:val="nil"/>
              <w:left w:val="nil"/>
              <w:bottom w:val="single" w:sz="4" w:space="0" w:color="auto"/>
              <w:right w:val="single" w:sz="4" w:space="0" w:color="auto"/>
            </w:tcBorders>
            <w:noWrap/>
            <w:vAlign w:val="bottom"/>
            <w:hideMark/>
          </w:tcPr>
          <w:p w14:paraId="63A737A1"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M</w:t>
            </w:r>
          </w:p>
        </w:tc>
        <w:tc>
          <w:tcPr>
            <w:tcW w:w="230" w:type="pct"/>
            <w:tcBorders>
              <w:top w:val="nil"/>
              <w:left w:val="nil"/>
              <w:bottom w:val="single" w:sz="4" w:space="0" w:color="auto"/>
              <w:right w:val="single" w:sz="4" w:space="0" w:color="auto"/>
            </w:tcBorders>
            <w:noWrap/>
            <w:vAlign w:val="bottom"/>
            <w:hideMark/>
          </w:tcPr>
          <w:p w14:paraId="210E0EF4"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180000</w:t>
            </w:r>
          </w:p>
        </w:tc>
        <w:tc>
          <w:tcPr>
            <w:tcW w:w="287" w:type="pct"/>
            <w:tcBorders>
              <w:top w:val="nil"/>
              <w:left w:val="nil"/>
              <w:bottom w:val="single" w:sz="4" w:space="0" w:color="auto"/>
              <w:right w:val="single" w:sz="4" w:space="0" w:color="auto"/>
            </w:tcBorders>
            <w:noWrap/>
            <w:vAlign w:val="bottom"/>
            <w:hideMark/>
          </w:tcPr>
          <w:p w14:paraId="33607CF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17A6A670"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Kambham</w:t>
            </w:r>
            <w:proofErr w:type="spellEnd"/>
            <w:r w:rsidRPr="00042DB8">
              <w:rPr>
                <w:rFonts w:ascii="Times New Roman" w:eastAsia="Times New Roman" w:hAnsi="Times New Roman" w:cs="Times New Roman"/>
                <w:color w:val="000000"/>
                <w:kern w:val="0"/>
                <w:sz w:val="16"/>
                <w:szCs w:val="16"/>
                <w:lang w:eastAsia="en-IN"/>
                <w14:ligatures w14:val="none"/>
              </w:rPr>
              <w:t xml:space="preserve"> </w:t>
            </w:r>
            <w:proofErr w:type="spellStart"/>
            <w:r w:rsidRPr="00042DB8">
              <w:rPr>
                <w:rFonts w:ascii="Times New Roman" w:eastAsia="Times New Roman" w:hAnsi="Times New Roman" w:cs="Times New Roman"/>
                <w:color w:val="000000"/>
                <w:kern w:val="0"/>
                <w:sz w:val="16"/>
                <w:szCs w:val="16"/>
                <w:lang w:eastAsia="en-IN"/>
                <w14:ligatures w14:val="none"/>
              </w:rPr>
              <w:t>Jithender</w:t>
            </w:r>
            <w:proofErr w:type="spellEnd"/>
          </w:p>
        </w:tc>
        <w:tc>
          <w:tcPr>
            <w:tcW w:w="260" w:type="pct"/>
            <w:tcBorders>
              <w:top w:val="nil"/>
              <w:left w:val="nil"/>
              <w:bottom w:val="single" w:sz="4" w:space="0" w:color="auto"/>
              <w:right w:val="single" w:sz="4" w:space="0" w:color="auto"/>
            </w:tcBorders>
            <w:noWrap/>
            <w:vAlign w:val="bottom"/>
            <w:hideMark/>
          </w:tcPr>
          <w:p w14:paraId="6F4BCB9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49CE1C79"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3,22,019</w:t>
            </w:r>
          </w:p>
        </w:tc>
        <w:tc>
          <w:tcPr>
            <w:tcW w:w="291" w:type="pct"/>
            <w:tcBorders>
              <w:top w:val="nil"/>
              <w:left w:val="nil"/>
              <w:bottom w:val="single" w:sz="4" w:space="0" w:color="auto"/>
              <w:right w:val="single" w:sz="4" w:space="0" w:color="auto"/>
            </w:tcBorders>
            <w:noWrap/>
            <w:vAlign w:val="bottom"/>
            <w:hideMark/>
          </w:tcPr>
          <w:p w14:paraId="032725D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6000</w:t>
            </w:r>
          </w:p>
        </w:tc>
        <w:tc>
          <w:tcPr>
            <w:tcW w:w="638" w:type="pct"/>
            <w:tcBorders>
              <w:top w:val="nil"/>
              <w:left w:val="nil"/>
              <w:bottom w:val="single" w:sz="4" w:space="0" w:color="auto"/>
              <w:right w:val="single" w:sz="4" w:space="0" w:color="auto"/>
            </w:tcBorders>
            <w:noWrap/>
            <w:vAlign w:val="bottom"/>
            <w:hideMark/>
          </w:tcPr>
          <w:p w14:paraId="0FE3D22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syndicate Bank</w:t>
            </w:r>
          </w:p>
        </w:tc>
        <w:tc>
          <w:tcPr>
            <w:tcW w:w="312" w:type="pct"/>
            <w:tcBorders>
              <w:top w:val="nil"/>
              <w:left w:val="nil"/>
              <w:bottom w:val="single" w:sz="4" w:space="0" w:color="auto"/>
              <w:right w:val="single" w:sz="4" w:space="0" w:color="auto"/>
            </w:tcBorders>
            <w:noWrap/>
            <w:vAlign w:val="bottom"/>
            <w:hideMark/>
          </w:tcPr>
          <w:p w14:paraId="3201A6E4"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30222250014123</w:t>
            </w:r>
          </w:p>
        </w:tc>
        <w:tc>
          <w:tcPr>
            <w:tcW w:w="827" w:type="pct"/>
            <w:tcBorders>
              <w:top w:val="nil"/>
              <w:left w:val="nil"/>
              <w:bottom w:val="single" w:sz="4" w:space="0" w:color="auto"/>
              <w:right w:val="single" w:sz="4" w:space="0" w:color="auto"/>
            </w:tcBorders>
            <w:noWrap/>
            <w:vAlign w:val="bottom"/>
            <w:hideMark/>
          </w:tcPr>
          <w:p w14:paraId="046C5452"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His father is driver with low income.</w:t>
            </w:r>
          </w:p>
        </w:tc>
      </w:tr>
      <w:tr w:rsidR="00042DB8" w:rsidRPr="00042DB8" w14:paraId="47D15830"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468BCDBB"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9</w:t>
            </w:r>
          </w:p>
        </w:tc>
        <w:tc>
          <w:tcPr>
            <w:tcW w:w="274" w:type="pct"/>
            <w:tcBorders>
              <w:top w:val="nil"/>
              <w:left w:val="nil"/>
              <w:bottom w:val="single" w:sz="4" w:space="0" w:color="auto"/>
              <w:right w:val="single" w:sz="4" w:space="0" w:color="auto"/>
            </w:tcBorders>
            <w:noWrap/>
            <w:vAlign w:val="bottom"/>
            <w:hideMark/>
          </w:tcPr>
          <w:p w14:paraId="7C60556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111724039032</w:t>
            </w:r>
          </w:p>
        </w:tc>
        <w:tc>
          <w:tcPr>
            <w:tcW w:w="448" w:type="pct"/>
            <w:tcBorders>
              <w:top w:val="nil"/>
              <w:left w:val="nil"/>
              <w:bottom w:val="single" w:sz="4" w:space="0" w:color="auto"/>
              <w:right w:val="single" w:sz="4" w:space="0" w:color="auto"/>
            </w:tcBorders>
            <w:noWrap/>
            <w:vAlign w:val="bottom"/>
            <w:hideMark/>
          </w:tcPr>
          <w:p w14:paraId="16B91B6D"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Karnati Sharath Chandra</w:t>
            </w:r>
          </w:p>
        </w:tc>
        <w:tc>
          <w:tcPr>
            <w:tcW w:w="350" w:type="pct"/>
            <w:tcBorders>
              <w:top w:val="nil"/>
              <w:left w:val="nil"/>
              <w:bottom w:val="single" w:sz="4" w:space="0" w:color="auto"/>
              <w:right w:val="single" w:sz="4" w:space="0" w:color="auto"/>
            </w:tcBorders>
            <w:noWrap/>
            <w:vAlign w:val="bottom"/>
            <w:hideMark/>
          </w:tcPr>
          <w:p w14:paraId="565DD15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Tailor</w:t>
            </w:r>
          </w:p>
        </w:tc>
        <w:tc>
          <w:tcPr>
            <w:tcW w:w="167" w:type="pct"/>
            <w:tcBorders>
              <w:top w:val="nil"/>
              <w:left w:val="nil"/>
              <w:bottom w:val="single" w:sz="4" w:space="0" w:color="auto"/>
              <w:right w:val="single" w:sz="4" w:space="0" w:color="auto"/>
            </w:tcBorders>
            <w:noWrap/>
            <w:vAlign w:val="bottom"/>
            <w:hideMark/>
          </w:tcPr>
          <w:p w14:paraId="68346E3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M</w:t>
            </w:r>
          </w:p>
        </w:tc>
        <w:tc>
          <w:tcPr>
            <w:tcW w:w="230" w:type="pct"/>
            <w:tcBorders>
              <w:top w:val="nil"/>
              <w:left w:val="nil"/>
              <w:bottom w:val="single" w:sz="4" w:space="0" w:color="auto"/>
              <w:right w:val="single" w:sz="4" w:space="0" w:color="auto"/>
            </w:tcBorders>
            <w:noWrap/>
            <w:vAlign w:val="bottom"/>
            <w:hideMark/>
          </w:tcPr>
          <w:p w14:paraId="3E7500A2"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190000</w:t>
            </w:r>
          </w:p>
        </w:tc>
        <w:tc>
          <w:tcPr>
            <w:tcW w:w="287" w:type="pct"/>
            <w:tcBorders>
              <w:top w:val="nil"/>
              <w:left w:val="nil"/>
              <w:bottom w:val="single" w:sz="4" w:space="0" w:color="auto"/>
              <w:right w:val="single" w:sz="4" w:space="0" w:color="auto"/>
            </w:tcBorders>
            <w:noWrap/>
            <w:vAlign w:val="bottom"/>
            <w:hideMark/>
          </w:tcPr>
          <w:p w14:paraId="29A619B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6435A3FF"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Karnati Chandra Shekar</w:t>
            </w:r>
          </w:p>
        </w:tc>
        <w:tc>
          <w:tcPr>
            <w:tcW w:w="260" w:type="pct"/>
            <w:tcBorders>
              <w:top w:val="nil"/>
              <w:left w:val="nil"/>
              <w:bottom w:val="single" w:sz="4" w:space="0" w:color="auto"/>
              <w:right w:val="single" w:sz="4" w:space="0" w:color="auto"/>
            </w:tcBorders>
            <w:noWrap/>
            <w:vAlign w:val="bottom"/>
            <w:hideMark/>
          </w:tcPr>
          <w:p w14:paraId="78E16D03"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20,000</w:t>
            </w:r>
          </w:p>
        </w:tc>
        <w:tc>
          <w:tcPr>
            <w:tcW w:w="234" w:type="pct"/>
            <w:tcBorders>
              <w:top w:val="nil"/>
              <w:left w:val="nil"/>
              <w:bottom w:val="single" w:sz="4" w:space="0" w:color="auto"/>
              <w:right w:val="single" w:sz="4" w:space="0" w:color="auto"/>
            </w:tcBorders>
            <w:noWrap/>
            <w:vAlign w:val="bottom"/>
            <w:hideMark/>
          </w:tcPr>
          <w:p w14:paraId="7B200432"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3,22,020</w:t>
            </w:r>
          </w:p>
        </w:tc>
        <w:tc>
          <w:tcPr>
            <w:tcW w:w="291" w:type="pct"/>
            <w:tcBorders>
              <w:top w:val="nil"/>
              <w:left w:val="nil"/>
              <w:bottom w:val="single" w:sz="4" w:space="0" w:color="auto"/>
              <w:right w:val="single" w:sz="4" w:space="0" w:color="auto"/>
            </w:tcBorders>
            <w:noWrap/>
            <w:vAlign w:val="bottom"/>
            <w:hideMark/>
          </w:tcPr>
          <w:p w14:paraId="164DF8F7"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5000</w:t>
            </w:r>
          </w:p>
        </w:tc>
        <w:tc>
          <w:tcPr>
            <w:tcW w:w="638" w:type="pct"/>
            <w:tcBorders>
              <w:top w:val="nil"/>
              <w:left w:val="nil"/>
              <w:bottom w:val="single" w:sz="4" w:space="0" w:color="auto"/>
              <w:right w:val="single" w:sz="4" w:space="0" w:color="auto"/>
            </w:tcBorders>
            <w:noWrap/>
            <w:vAlign w:val="bottom"/>
            <w:hideMark/>
          </w:tcPr>
          <w:p w14:paraId="4854C68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Union Bank</w:t>
            </w:r>
          </w:p>
        </w:tc>
        <w:tc>
          <w:tcPr>
            <w:tcW w:w="312" w:type="pct"/>
            <w:tcBorders>
              <w:top w:val="nil"/>
              <w:left w:val="nil"/>
              <w:bottom w:val="single" w:sz="4" w:space="0" w:color="auto"/>
              <w:right w:val="single" w:sz="4" w:space="0" w:color="auto"/>
            </w:tcBorders>
            <w:noWrap/>
            <w:vAlign w:val="bottom"/>
            <w:hideMark/>
          </w:tcPr>
          <w:p w14:paraId="775084ED"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64022010000824</w:t>
            </w:r>
          </w:p>
        </w:tc>
        <w:tc>
          <w:tcPr>
            <w:tcW w:w="827" w:type="pct"/>
            <w:tcBorders>
              <w:top w:val="nil"/>
              <w:left w:val="nil"/>
              <w:bottom w:val="single" w:sz="4" w:space="0" w:color="auto"/>
              <w:right w:val="single" w:sz="4" w:space="0" w:color="auto"/>
            </w:tcBorders>
            <w:noWrap/>
            <w:vAlign w:val="bottom"/>
            <w:hideMark/>
          </w:tcPr>
          <w:p w14:paraId="6708632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single parent as his mother is tailor and father expired</w:t>
            </w:r>
          </w:p>
        </w:tc>
      </w:tr>
      <w:tr w:rsidR="00042DB8" w:rsidRPr="00042DB8" w14:paraId="196D4861"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45311509"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10</w:t>
            </w:r>
          </w:p>
        </w:tc>
        <w:tc>
          <w:tcPr>
            <w:tcW w:w="274" w:type="pct"/>
            <w:tcBorders>
              <w:top w:val="nil"/>
              <w:left w:val="nil"/>
              <w:bottom w:val="single" w:sz="4" w:space="0" w:color="auto"/>
              <w:right w:val="single" w:sz="4" w:space="0" w:color="auto"/>
            </w:tcBorders>
            <w:noWrap/>
            <w:vAlign w:val="bottom"/>
            <w:hideMark/>
          </w:tcPr>
          <w:p w14:paraId="0700CDD2"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111724039035</w:t>
            </w:r>
          </w:p>
        </w:tc>
        <w:tc>
          <w:tcPr>
            <w:tcW w:w="448" w:type="pct"/>
            <w:tcBorders>
              <w:top w:val="nil"/>
              <w:left w:val="nil"/>
              <w:bottom w:val="single" w:sz="4" w:space="0" w:color="auto"/>
              <w:right w:val="single" w:sz="4" w:space="0" w:color="auto"/>
            </w:tcBorders>
            <w:noWrap/>
            <w:vAlign w:val="bottom"/>
            <w:hideMark/>
          </w:tcPr>
          <w:p w14:paraId="44E492B5"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Nasa Koushik</w:t>
            </w:r>
          </w:p>
        </w:tc>
        <w:tc>
          <w:tcPr>
            <w:tcW w:w="350" w:type="pct"/>
            <w:tcBorders>
              <w:top w:val="nil"/>
              <w:left w:val="nil"/>
              <w:bottom w:val="single" w:sz="4" w:space="0" w:color="auto"/>
              <w:right w:val="single" w:sz="4" w:space="0" w:color="auto"/>
            </w:tcBorders>
            <w:noWrap/>
            <w:vAlign w:val="bottom"/>
            <w:hideMark/>
          </w:tcPr>
          <w:p w14:paraId="0FDD040C"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Private employee</w:t>
            </w:r>
          </w:p>
        </w:tc>
        <w:tc>
          <w:tcPr>
            <w:tcW w:w="167" w:type="pct"/>
            <w:tcBorders>
              <w:top w:val="nil"/>
              <w:left w:val="nil"/>
              <w:bottom w:val="single" w:sz="4" w:space="0" w:color="auto"/>
              <w:right w:val="single" w:sz="4" w:space="0" w:color="auto"/>
            </w:tcBorders>
            <w:noWrap/>
            <w:vAlign w:val="bottom"/>
            <w:hideMark/>
          </w:tcPr>
          <w:p w14:paraId="2CF0EF1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M</w:t>
            </w:r>
          </w:p>
        </w:tc>
        <w:tc>
          <w:tcPr>
            <w:tcW w:w="230" w:type="pct"/>
            <w:tcBorders>
              <w:top w:val="nil"/>
              <w:left w:val="nil"/>
              <w:bottom w:val="single" w:sz="4" w:space="0" w:color="auto"/>
              <w:right w:val="single" w:sz="4" w:space="0" w:color="auto"/>
            </w:tcBorders>
            <w:noWrap/>
            <w:vAlign w:val="bottom"/>
            <w:hideMark/>
          </w:tcPr>
          <w:p w14:paraId="32121290"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186000</w:t>
            </w:r>
          </w:p>
        </w:tc>
        <w:tc>
          <w:tcPr>
            <w:tcW w:w="287" w:type="pct"/>
            <w:tcBorders>
              <w:top w:val="nil"/>
              <w:left w:val="nil"/>
              <w:bottom w:val="single" w:sz="4" w:space="0" w:color="auto"/>
              <w:right w:val="single" w:sz="4" w:space="0" w:color="auto"/>
            </w:tcBorders>
            <w:noWrap/>
            <w:vAlign w:val="bottom"/>
            <w:hideMark/>
          </w:tcPr>
          <w:p w14:paraId="7A5EEEC8"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26FB7202"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Nasa Jaya Kumar</w:t>
            </w:r>
          </w:p>
        </w:tc>
        <w:tc>
          <w:tcPr>
            <w:tcW w:w="260" w:type="pct"/>
            <w:tcBorders>
              <w:top w:val="nil"/>
              <w:left w:val="nil"/>
              <w:bottom w:val="single" w:sz="4" w:space="0" w:color="auto"/>
              <w:right w:val="single" w:sz="4" w:space="0" w:color="auto"/>
            </w:tcBorders>
            <w:noWrap/>
            <w:vAlign w:val="bottom"/>
            <w:hideMark/>
          </w:tcPr>
          <w:p w14:paraId="17517A3D"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2BCB42E3"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3,22,021</w:t>
            </w:r>
          </w:p>
        </w:tc>
        <w:tc>
          <w:tcPr>
            <w:tcW w:w="291" w:type="pct"/>
            <w:tcBorders>
              <w:top w:val="nil"/>
              <w:left w:val="nil"/>
              <w:bottom w:val="single" w:sz="4" w:space="0" w:color="auto"/>
              <w:right w:val="single" w:sz="4" w:space="0" w:color="auto"/>
            </w:tcBorders>
            <w:noWrap/>
            <w:vAlign w:val="bottom"/>
            <w:hideMark/>
          </w:tcPr>
          <w:p w14:paraId="2FD1D84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7500</w:t>
            </w:r>
          </w:p>
        </w:tc>
        <w:tc>
          <w:tcPr>
            <w:tcW w:w="638" w:type="pct"/>
            <w:tcBorders>
              <w:top w:val="nil"/>
              <w:left w:val="nil"/>
              <w:bottom w:val="single" w:sz="4" w:space="0" w:color="auto"/>
              <w:right w:val="single" w:sz="4" w:space="0" w:color="auto"/>
            </w:tcBorders>
            <w:noWrap/>
            <w:vAlign w:val="bottom"/>
            <w:hideMark/>
          </w:tcPr>
          <w:p w14:paraId="2063FA03"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uco</w:t>
            </w:r>
            <w:proofErr w:type="spellEnd"/>
            <w:r w:rsidRPr="00042DB8">
              <w:rPr>
                <w:rFonts w:ascii="Times New Roman" w:eastAsia="Times New Roman" w:hAnsi="Times New Roman" w:cs="Times New Roman"/>
                <w:color w:val="000000"/>
                <w:kern w:val="0"/>
                <w:sz w:val="16"/>
                <w:szCs w:val="16"/>
                <w:lang w:eastAsia="en-IN"/>
                <w14:ligatures w14:val="none"/>
              </w:rPr>
              <w:t xml:space="preserve"> bank</w:t>
            </w:r>
          </w:p>
        </w:tc>
        <w:tc>
          <w:tcPr>
            <w:tcW w:w="312" w:type="pct"/>
            <w:tcBorders>
              <w:top w:val="nil"/>
              <w:left w:val="nil"/>
              <w:bottom w:val="single" w:sz="4" w:space="0" w:color="auto"/>
              <w:right w:val="single" w:sz="4" w:space="0" w:color="auto"/>
            </w:tcBorders>
            <w:noWrap/>
            <w:vAlign w:val="bottom"/>
            <w:hideMark/>
          </w:tcPr>
          <w:p w14:paraId="367AF81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1140110033937</w:t>
            </w:r>
          </w:p>
        </w:tc>
        <w:tc>
          <w:tcPr>
            <w:tcW w:w="827" w:type="pct"/>
            <w:tcBorders>
              <w:top w:val="nil"/>
              <w:left w:val="nil"/>
              <w:bottom w:val="single" w:sz="4" w:space="0" w:color="auto"/>
              <w:right w:val="single" w:sz="4" w:space="0" w:color="auto"/>
            </w:tcBorders>
            <w:noWrap/>
            <w:vAlign w:val="bottom"/>
            <w:hideMark/>
          </w:tcPr>
          <w:p w14:paraId="268D6520"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financially not good</w:t>
            </w:r>
          </w:p>
        </w:tc>
      </w:tr>
      <w:tr w:rsidR="00042DB8" w:rsidRPr="00042DB8" w14:paraId="0DDE2E68"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107E7D38"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w:t>
            </w:r>
          </w:p>
        </w:tc>
        <w:tc>
          <w:tcPr>
            <w:tcW w:w="274" w:type="pct"/>
            <w:tcBorders>
              <w:top w:val="nil"/>
              <w:left w:val="nil"/>
              <w:bottom w:val="single" w:sz="4" w:space="0" w:color="auto"/>
              <w:right w:val="single" w:sz="4" w:space="0" w:color="auto"/>
            </w:tcBorders>
            <w:noWrap/>
            <w:vAlign w:val="bottom"/>
            <w:hideMark/>
          </w:tcPr>
          <w:p w14:paraId="5F9687DC"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111724039003</w:t>
            </w:r>
          </w:p>
        </w:tc>
        <w:tc>
          <w:tcPr>
            <w:tcW w:w="448" w:type="pct"/>
            <w:tcBorders>
              <w:top w:val="nil"/>
              <w:left w:val="nil"/>
              <w:bottom w:val="single" w:sz="4" w:space="0" w:color="auto"/>
              <w:right w:val="single" w:sz="4" w:space="0" w:color="auto"/>
            </w:tcBorders>
            <w:noWrap/>
            <w:vAlign w:val="bottom"/>
            <w:hideMark/>
          </w:tcPr>
          <w:p w14:paraId="2CE6FDC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proofErr w:type="gramStart"/>
            <w:r w:rsidRPr="00042DB8">
              <w:rPr>
                <w:rFonts w:ascii="Times New Roman" w:eastAsia="Times New Roman" w:hAnsi="Times New Roman" w:cs="Times New Roman"/>
                <w:color w:val="000000"/>
                <w:kern w:val="0"/>
                <w:sz w:val="16"/>
                <w:szCs w:val="16"/>
                <w:lang w:eastAsia="en-IN"/>
                <w14:ligatures w14:val="none"/>
              </w:rPr>
              <w:t>B.Shruthi</w:t>
            </w:r>
            <w:proofErr w:type="spellEnd"/>
            <w:proofErr w:type="gramEnd"/>
          </w:p>
        </w:tc>
        <w:tc>
          <w:tcPr>
            <w:tcW w:w="350" w:type="pct"/>
            <w:tcBorders>
              <w:top w:val="nil"/>
              <w:left w:val="nil"/>
              <w:bottom w:val="single" w:sz="4" w:space="0" w:color="auto"/>
              <w:right w:val="single" w:sz="4" w:space="0" w:color="auto"/>
            </w:tcBorders>
            <w:noWrap/>
            <w:vAlign w:val="bottom"/>
            <w:hideMark/>
          </w:tcPr>
          <w:p w14:paraId="34A39D7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Plumber</w:t>
            </w:r>
          </w:p>
        </w:tc>
        <w:tc>
          <w:tcPr>
            <w:tcW w:w="167" w:type="pct"/>
            <w:tcBorders>
              <w:top w:val="nil"/>
              <w:left w:val="nil"/>
              <w:bottom w:val="single" w:sz="4" w:space="0" w:color="auto"/>
              <w:right w:val="single" w:sz="4" w:space="0" w:color="auto"/>
            </w:tcBorders>
            <w:noWrap/>
            <w:vAlign w:val="bottom"/>
            <w:hideMark/>
          </w:tcPr>
          <w:p w14:paraId="03DD42C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5A570CD4"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199000</w:t>
            </w:r>
          </w:p>
        </w:tc>
        <w:tc>
          <w:tcPr>
            <w:tcW w:w="287" w:type="pct"/>
            <w:tcBorders>
              <w:top w:val="nil"/>
              <w:left w:val="nil"/>
              <w:bottom w:val="single" w:sz="4" w:space="0" w:color="auto"/>
              <w:right w:val="single" w:sz="4" w:space="0" w:color="auto"/>
            </w:tcBorders>
            <w:noWrap/>
            <w:vAlign w:val="bottom"/>
            <w:hideMark/>
          </w:tcPr>
          <w:p w14:paraId="5894009F"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40E8CB4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proofErr w:type="gramStart"/>
            <w:r w:rsidRPr="00042DB8">
              <w:rPr>
                <w:rFonts w:ascii="Times New Roman" w:eastAsia="Times New Roman" w:hAnsi="Times New Roman" w:cs="Times New Roman"/>
                <w:color w:val="000000"/>
                <w:kern w:val="0"/>
                <w:sz w:val="16"/>
                <w:szCs w:val="16"/>
                <w:lang w:eastAsia="en-IN"/>
                <w14:ligatures w14:val="none"/>
              </w:rPr>
              <w:t>B.Rama</w:t>
            </w:r>
            <w:proofErr w:type="spellEnd"/>
            <w:proofErr w:type="gramEnd"/>
            <w:r w:rsidRPr="00042DB8">
              <w:rPr>
                <w:rFonts w:ascii="Times New Roman" w:eastAsia="Times New Roman" w:hAnsi="Times New Roman" w:cs="Times New Roman"/>
                <w:color w:val="000000"/>
                <w:kern w:val="0"/>
                <w:sz w:val="16"/>
                <w:szCs w:val="16"/>
                <w:lang w:eastAsia="en-IN"/>
                <w14:ligatures w14:val="none"/>
              </w:rPr>
              <w:t xml:space="preserve"> Krishna</w:t>
            </w:r>
          </w:p>
        </w:tc>
        <w:tc>
          <w:tcPr>
            <w:tcW w:w="260" w:type="pct"/>
            <w:tcBorders>
              <w:top w:val="nil"/>
              <w:left w:val="nil"/>
              <w:bottom w:val="single" w:sz="4" w:space="0" w:color="auto"/>
              <w:right w:val="single" w:sz="4" w:space="0" w:color="auto"/>
            </w:tcBorders>
            <w:noWrap/>
            <w:vAlign w:val="bottom"/>
            <w:hideMark/>
          </w:tcPr>
          <w:p w14:paraId="3DCB0B68"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3181597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3,22,004</w:t>
            </w:r>
          </w:p>
        </w:tc>
        <w:tc>
          <w:tcPr>
            <w:tcW w:w="291" w:type="pct"/>
            <w:tcBorders>
              <w:top w:val="nil"/>
              <w:left w:val="nil"/>
              <w:bottom w:val="single" w:sz="4" w:space="0" w:color="auto"/>
              <w:right w:val="single" w:sz="4" w:space="0" w:color="auto"/>
            </w:tcBorders>
            <w:noWrap/>
            <w:vAlign w:val="bottom"/>
            <w:hideMark/>
          </w:tcPr>
          <w:p w14:paraId="4A52FFE7"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6000</w:t>
            </w:r>
          </w:p>
        </w:tc>
        <w:tc>
          <w:tcPr>
            <w:tcW w:w="638" w:type="pct"/>
            <w:tcBorders>
              <w:top w:val="nil"/>
              <w:left w:val="nil"/>
              <w:bottom w:val="single" w:sz="4" w:space="0" w:color="auto"/>
              <w:right w:val="single" w:sz="4" w:space="0" w:color="auto"/>
            </w:tcBorders>
            <w:noWrap/>
            <w:vAlign w:val="bottom"/>
            <w:hideMark/>
          </w:tcPr>
          <w:p w14:paraId="6D30258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State bank of India</w:t>
            </w:r>
          </w:p>
        </w:tc>
        <w:tc>
          <w:tcPr>
            <w:tcW w:w="312" w:type="pct"/>
            <w:tcBorders>
              <w:top w:val="nil"/>
              <w:left w:val="nil"/>
              <w:bottom w:val="single" w:sz="4" w:space="0" w:color="auto"/>
              <w:right w:val="single" w:sz="4" w:space="0" w:color="auto"/>
            </w:tcBorders>
            <w:noWrap/>
            <w:vAlign w:val="bottom"/>
            <w:hideMark/>
          </w:tcPr>
          <w:p w14:paraId="6B1D438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38218969874</w:t>
            </w:r>
          </w:p>
        </w:tc>
        <w:tc>
          <w:tcPr>
            <w:tcW w:w="827" w:type="pct"/>
            <w:tcBorders>
              <w:top w:val="nil"/>
              <w:left w:val="nil"/>
              <w:bottom w:val="single" w:sz="4" w:space="0" w:color="auto"/>
              <w:right w:val="single" w:sz="4" w:space="0" w:color="auto"/>
            </w:tcBorders>
            <w:noWrap/>
            <w:vAlign w:val="bottom"/>
            <w:hideMark/>
          </w:tcPr>
          <w:p w14:paraId="5CB4599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financially not good</w:t>
            </w:r>
          </w:p>
        </w:tc>
      </w:tr>
      <w:tr w:rsidR="00042DB8" w:rsidRPr="00042DB8" w14:paraId="6F6D1464"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1FA70DD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12</w:t>
            </w:r>
          </w:p>
        </w:tc>
        <w:tc>
          <w:tcPr>
            <w:tcW w:w="274" w:type="pct"/>
            <w:tcBorders>
              <w:top w:val="nil"/>
              <w:left w:val="nil"/>
              <w:bottom w:val="single" w:sz="4" w:space="0" w:color="auto"/>
              <w:right w:val="single" w:sz="4" w:space="0" w:color="auto"/>
            </w:tcBorders>
            <w:noWrap/>
            <w:vAlign w:val="bottom"/>
            <w:hideMark/>
          </w:tcPr>
          <w:p w14:paraId="66CBDF6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111724039019</w:t>
            </w:r>
          </w:p>
        </w:tc>
        <w:tc>
          <w:tcPr>
            <w:tcW w:w="448" w:type="pct"/>
            <w:tcBorders>
              <w:top w:val="nil"/>
              <w:left w:val="nil"/>
              <w:bottom w:val="single" w:sz="4" w:space="0" w:color="auto"/>
              <w:right w:val="single" w:sz="4" w:space="0" w:color="auto"/>
            </w:tcBorders>
            <w:noWrap/>
            <w:vAlign w:val="bottom"/>
            <w:hideMark/>
          </w:tcPr>
          <w:p w14:paraId="36475A60"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proofErr w:type="gramStart"/>
            <w:r w:rsidRPr="00042DB8">
              <w:rPr>
                <w:rFonts w:ascii="Times New Roman" w:eastAsia="Times New Roman" w:hAnsi="Times New Roman" w:cs="Times New Roman"/>
                <w:color w:val="000000"/>
                <w:kern w:val="0"/>
                <w:sz w:val="16"/>
                <w:szCs w:val="16"/>
                <w:lang w:eastAsia="en-IN"/>
                <w14:ligatures w14:val="none"/>
              </w:rPr>
              <w:t>T.Namitha</w:t>
            </w:r>
            <w:proofErr w:type="spellEnd"/>
            <w:proofErr w:type="gramEnd"/>
            <w:r w:rsidRPr="00042DB8">
              <w:rPr>
                <w:rFonts w:ascii="Times New Roman" w:eastAsia="Times New Roman" w:hAnsi="Times New Roman" w:cs="Times New Roman"/>
                <w:color w:val="000000"/>
                <w:kern w:val="0"/>
                <w:sz w:val="16"/>
                <w:szCs w:val="16"/>
                <w:lang w:eastAsia="en-IN"/>
                <w14:ligatures w14:val="none"/>
              </w:rPr>
              <w:t xml:space="preserve"> Sree</w:t>
            </w:r>
          </w:p>
        </w:tc>
        <w:tc>
          <w:tcPr>
            <w:tcW w:w="350" w:type="pct"/>
            <w:tcBorders>
              <w:top w:val="nil"/>
              <w:left w:val="nil"/>
              <w:bottom w:val="single" w:sz="4" w:space="0" w:color="auto"/>
              <w:right w:val="single" w:sz="4" w:space="0" w:color="auto"/>
            </w:tcBorders>
            <w:noWrap/>
            <w:vAlign w:val="bottom"/>
            <w:hideMark/>
          </w:tcPr>
          <w:p w14:paraId="6A62DF6D"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Labour</w:t>
            </w:r>
          </w:p>
        </w:tc>
        <w:tc>
          <w:tcPr>
            <w:tcW w:w="167" w:type="pct"/>
            <w:tcBorders>
              <w:top w:val="nil"/>
              <w:left w:val="nil"/>
              <w:bottom w:val="single" w:sz="4" w:space="0" w:color="auto"/>
              <w:right w:val="single" w:sz="4" w:space="0" w:color="auto"/>
            </w:tcBorders>
            <w:noWrap/>
            <w:vAlign w:val="bottom"/>
            <w:hideMark/>
          </w:tcPr>
          <w:p w14:paraId="6E224E88"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352BB3DD"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198000</w:t>
            </w:r>
          </w:p>
        </w:tc>
        <w:tc>
          <w:tcPr>
            <w:tcW w:w="287" w:type="pct"/>
            <w:tcBorders>
              <w:top w:val="nil"/>
              <w:left w:val="nil"/>
              <w:bottom w:val="single" w:sz="4" w:space="0" w:color="auto"/>
              <w:right w:val="single" w:sz="4" w:space="0" w:color="auto"/>
            </w:tcBorders>
            <w:noWrap/>
            <w:vAlign w:val="bottom"/>
            <w:hideMark/>
          </w:tcPr>
          <w:p w14:paraId="689FF3E2"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5B5C13B2"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proofErr w:type="gramStart"/>
            <w:r w:rsidRPr="00042DB8">
              <w:rPr>
                <w:rFonts w:ascii="Times New Roman" w:eastAsia="Times New Roman" w:hAnsi="Times New Roman" w:cs="Times New Roman"/>
                <w:color w:val="000000"/>
                <w:kern w:val="0"/>
                <w:sz w:val="16"/>
                <w:szCs w:val="16"/>
                <w:lang w:eastAsia="en-IN"/>
                <w14:ligatures w14:val="none"/>
              </w:rPr>
              <w:t>T.Malyadri</w:t>
            </w:r>
            <w:proofErr w:type="spellEnd"/>
            <w:proofErr w:type="gramEnd"/>
          </w:p>
        </w:tc>
        <w:tc>
          <w:tcPr>
            <w:tcW w:w="260" w:type="pct"/>
            <w:tcBorders>
              <w:top w:val="nil"/>
              <w:left w:val="nil"/>
              <w:bottom w:val="single" w:sz="4" w:space="0" w:color="auto"/>
              <w:right w:val="single" w:sz="4" w:space="0" w:color="auto"/>
            </w:tcBorders>
            <w:noWrap/>
            <w:vAlign w:val="bottom"/>
            <w:hideMark/>
          </w:tcPr>
          <w:p w14:paraId="766C7165"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20,000</w:t>
            </w:r>
          </w:p>
        </w:tc>
        <w:tc>
          <w:tcPr>
            <w:tcW w:w="234" w:type="pct"/>
            <w:tcBorders>
              <w:top w:val="nil"/>
              <w:left w:val="nil"/>
              <w:bottom w:val="single" w:sz="4" w:space="0" w:color="auto"/>
              <w:right w:val="single" w:sz="4" w:space="0" w:color="auto"/>
            </w:tcBorders>
            <w:noWrap/>
            <w:vAlign w:val="bottom"/>
            <w:hideMark/>
          </w:tcPr>
          <w:p w14:paraId="394738D0"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3,22,015</w:t>
            </w:r>
          </w:p>
        </w:tc>
        <w:tc>
          <w:tcPr>
            <w:tcW w:w="291" w:type="pct"/>
            <w:tcBorders>
              <w:top w:val="nil"/>
              <w:left w:val="nil"/>
              <w:bottom w:val="single" w:sz="4" w:space="0" w:color="auto"/>
              <w:right w:val="single" w:sz="4" w:space="0" w:color="auto"/>
            </w:tcBorders>
            <w:noWrap/>
            <w:vAlign w:val="bottom"/>
            <w:hideMark/>
          </w:tcPr>
          <w:p w14:paraId="7C5B469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6000</w:t>
            </w:r>
          </w:p>
        </w:tc>
        <w:tc>
          <w:tcPr>
            <w:tcW w:w="638" w:type="pct"/>
            <w:tcBorders>
              <w:top w:val="nil"/>
              <w:left w:val="nil"/>
              <w:bottom w:val="single" w:sz="4" w:space="0" w:color="auto"/>
              <w:right w:val="single" w:sz="4" w:space="0" w:color="auto"/>
            </w:tcBorders>
            <w:noWrap/>
            <w:vAlign w:val="bottom"/>
            <w:hideMark/>
          </w:tcPr>
          <w:p w14:paraId="54B13167"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HDFC Bank</w:t>
            </w:r>
          </w:p>
        </w:tc>
        <w:tc>
          <w:tcPr>
            <w:tcW w:w="312" w:type="pct"/>
            <w:tcBorders>
              <w:top w:val="nil"/>
              <w:left w:val="nil"/>
              <w:bottom w:val="single" w:sz="4" w:space="0" w:color="auto"/>
              <w:right w:val="single" w:sz="4" w:space="0" w:color="auto"/>
            </w:tcBorders>
            <w:noWrap/>
            <w:vAlign w:val="bottom"/>
            <w:hideMark/>
          </w:tcPr>
          <w:p w14:paraId="2CC12F22"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50100476128676</w:t>
            </w:r>
          </w:p>
        </w:tc>
        <w:tc>
          <w:tcPr>
            <w:tcW w:w="827" w:type="pct"/>
            <w:tcBorders>
              <w:top w:val="nil"/>
              <w:left w:val="nil"/>
              <w:bottom w:val="single" w:sz="4" w:space="0" w:color="auto"/>
              <w:right w:val="single" w:sz="4" w:space="0" w:color="auto"/>
            </w:tcBorders>
            <w:noWrap/>
            <w:vAlign w:val="bottom"/>
            <w:hideMark/>
          </w:tcPr>
          <w:p w14:paraId="0A3A08B7"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Her father is labour</w:t>
            </w:r>
          </w:p>
        </w:tc>
      </w:tr>
      <w:tr w:rsidR="00042DB8" w:rsidRPr="00042DB8" w14:paraId="7D58CDBC"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46B43E35"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13</w:t>
            </w:r>
          </w:p>
        </w:tc>
        <w:tc>
          <w:tcPr>
            <w:tcW w:w="274" w:type="pct"/>
            <w:tcBorders>
              <w:top w:val="nil"/>
              <w:left w:val="nil"/>
              <w:bottom w:val="single" w:sz="4" w:space="0" w:color="auto"/>
              <w:right w:val="single" w:sz="4" w:space="0" w:color="auto"/>
            </w:tcBorders>
            <w:noWrap/>
            <w:vAlign w:val="bottom"/>
            <w:hideMark/>
          </w:tcPr>
          <w:p w14:paraId="0BC35717"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111724039005</w:t>
            </w:r>
          </w:p>
        </w:tc>
        <w:tc>
          <w:tcPr>
            <w:tcW w:w="448" w:type="pct"/>
            <w:tcBorders>
              <w:top w:val="nil"/>
              <w:left w:val="nil"/>
              <w:bottom w:val="single" w:sz="4" w:space="0" w:color="auto"/>
              <w:right w:val="single" w:sz="4" w:space="0" w:color="auto"/>
            </w:tcBorders>
            <w:noWrap/>
            <w:vAlign w:val="bottom"/>
            <w:hideMark/>
          </w:tcPr>
          <w:p w14:paraId="5FF0CD0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D.Bhargavi</w:t>
            </w:r>
            <w:proofErr w:type="spellEnd"/>
          </w:p>
        </w:tc>
        <w:tc>
          <w:tcPr>
            <w:tcW w:w="350" w:type="pct"/>
            <w:tcBorders>
              <w:top w:val="nil"/>
              <w:left w:val="nil"/>
              <w:bottom w:val="single" w:sz="4" w:space="0" w:color="auto"/>
              <w:right w:val="single" w:sz="4" w:space="0" w:color="auto"/>
            </w:tcBorders>
            <w:noWrap/>
            <w:vAlign w:val="bottom"/>
            <w:hideMark/>
          </w:tcPr>
          <w:p w14:paraId="33F707F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Sweet corn vendor</w:t>
            </w:r>
          </w:p>
        </w:tc>
        <w:tc>
          <w:tcPr>
            <w:tcW w:w="167" w:type="pct"/>
            <w:tcBorders>
              <w:top w:val="nil"/>
              <w:left w:val="nil"/>
              <w:bottom w:val="single" w:sz="4" w:space="0" w:color="auto"/>
              <w:right w:val="single" w:sz="4" w:space="0" w:color="auto"/>
            </w:tcBorders>
            <w:noWrap/>
            <w:vAlign w:val="bottom"/>
            <w:hideMark/>
          </w:tcPr>
          <w:p w14:paraId="26F9A14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51AD78C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120000</w:t>
            </w:r>
          </w:p>
        </w:tc>
        <w:tc>
          <w:tcPr>
            <w:tcW w:w="287" w:type="pct"/>
            <w:tcBorders>
              <w:top w:val="nil"/>
              <w:left w:val="nil"/>
              <w:bottom w:val="single" w:sz="4" w:space="0" w:color="auto"/>
              <w:right w:val="single" w:sz="4" w:space="0" w:color="auto"/>
            </w:tcBorders>
            <w:noWrap/>
            <w:vAlign w:val="bottom"/>
            <w:hideMark/>
          </w:tcPr>
          <w:p w14:paraId="070090B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hindu</w:t>
            </w:r>
            <w:proofErr w:type="spellEnd"/>
          </w:p>
        </w:tc>
        <w:tc>
          <w:tcPr>
            <w:tcW w:w="510" w:type="pct"/>
            <w:tcBorders>
              <w:top w:val="nil"/>
              <w:left w:val="nil"/>
              <w:bottom w:val="single" w:sz="4" w:space="0" w:color="auto"/>
              <w:right w:val="single" w:sz="4" w:space="0" w:color="auto"/>
            </w:tcBorders>
            <w:noWrap/>
            <w:vAlign w:val="bottom"/>
            <w:hideMark/>
          </w:tcPr>
          <w:p w14:paraId="3BBD7FF2"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D.Parusharamulu</w:t>
            </w:r>
            <w:proofErr w:type="spellEnd"/>
          </w:p>
        </w:tc>
        <w:tc>
          <w:tcPr>
            <w:tcW w:w="260" w:type="pct"/>
            <w:tcBorders>
              <w:top w:val="nil"/>
              <w:left w:val="nil"/>
              <w:bottom w:val="single" w:sz="4" w:space="0" w:color="auto"/>
              <w:right w:val="single" w:sz="4" w:space="0" w:color="auto"/>
            </w:tcBorders>
            <w:noWrap/>
            <w:vAlign w:val="bottom"/>
            <w:hideMark/>
          </w:tcPr>
          <w:p w14:paraId="6FE24638"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56ACD458"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3,22,006</w:t>
            </w:r>
          </w:p>
        </w:tc>
        <w:tc>
          <w:tcPr>
            <w:tcW w:w="291" w:type="pct"/>
            <w:tcBorders>
              <w:top w:val="nil"/>
              <w:left w:val="nil"/>
              <w:bottom w:val="single" w:sz="4" w:space="0" w:color="auto"/>
              <w:right w:val="single" w:sz="4" w:space="0" w:color="auto"/>
            </w:tcBorders>
            <w:noWrap/>
            <w:vAlign w:val="bottom"/>
            <w:hideMark/>
          </w:tcPr>
          <w:p w14:paraId="3F5B1381"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5000</w:t>
            </w:r>
          </w:p>
        </w:tc>
        <w:tc>
          <w:tcPr>
            <w:tcW w:w="638" w:type="pct"/>
            <w:tcBorders>
              <w:top w:val="nil"/>
              <w:left w:val="nil"/>
              <w:bottom w:val="single" w:sz="4" w:space="0" w:color="auto"/>
              <w:right w:val="single" w:sz="4" w:space="0" w:color="auto"/>
            </w:tcBorders>
            <w:noWrap/>
            <w:vAlign w:val="bottom"/>
            <w:hideMark/>
          </w:tcPr>
          <w:p w14:paraId="2408060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Telangana </w:t>
            </w:r>
            <w:proofErr w:type="spellStart"/>
            <w:r w:rsidRPr="00042DB8">
              <w:rPr>
                <w:rFonts w:ascii="Times New Roman" w:eastAsia="Times New Roman" w:hAnsi="Times New Roman" w:cs="Times New Roman"/>
                <w:color w:val="000000"/>
                <w:kern w:val="0"/>
                <w:sz w:val="16"/>
                <w:szCs w:val="16"/>
                <w:lang w:eastAsia="en-IN"/>
                <w14:ligatures w14:val="none"/>
              </w:rPr>
              <w:t>Grameena</w:t>
            </w:r>
            <w:proofErr w:type="spellEnd"/>
            <w:r w:rsidRPr="00042DB8">
              <w:rPr>
                <w:rFonts w:ascii="Times New Roman" w:eastAsia="Times New Roman" w:hAnsi="Times New Roman" w:cs="Times New Roman"/>
                <w:color w:val="000000"/>
                <w:kern w:val="0"/>
                <w:sz w:val="16"/>
                <w:szCs w:val="16"/>
                <w:lang w:eastAsia="en-IN"/>
                <w14:ligatures w14:val="none"/>
              </w:rPr>
              <w:t xml:space="preserve"> Bank</w:t>
            </w:r>
          </w:p>
        </w:tc>
        <w:tc>
          <w:tcPr>
            <w:tcW w:w="312" w:type="pct"/>
            <w:tcBorders>
              <w:top w:val="nil"/>
              <w:left w:val="nil"/>
              <w:bottom w:val="single" w:sz="4" w:space="0" w:color="auto"/>
              <w:right w:val="single" w:sz="4" w:space="0" w:color="auto"/>
            </w:tcBorders>
            <w:noWrap/>
            <w:vAlign w:val="bottom"/>
            <w:hideMark/>
          </w:tcPr>
          <w:p w14:paraId="62DCA717"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73061169747</w:t>
            </w:r>
          </w:p>
        </w:tc>
        <w:tc>
          <w:tcPr>
            <w:tcW w:w="827" w:type="pct"/>
            <w:tcBorders>
              <w:top w:val="nil"/>
              <w:left w:val="nil"/>
              <w:bottom w:val="single" w:sz="4" w:space="0" w:color="auto"/>
              <w:right w:val="single" w:sz="4" w:space="0" w:color="auto"/>
            </w:tcBorders>
            <w:noWrap/>
            <w:vAlign w:val="bottom"/>
            <w:hideMark/>
          </w:tcPr>
          <w:p w14:paraId="4603080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Her father runs sweetcorn vendor, which gives low income</w:t>
            </w:r>
          </w:p>
        </w:tc>
      </w:tr>
      <w:tr w:rsidR="00042DB8" w:rsidRPr="00042DB8" w14:paraId="05AFE02D"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52D99E88"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14</w:t>
            </w:r>
          </w:p>
        </w:tc>
        <w:tc>
          <w:tcPr>
            <w:tcW w:w="274" w:type="pct"/>
            <w:tcBorders>
              <w:top w:val="nil"/>
              <w:left w:val="nil"/>
              <w:bottom w:val="single" w:sz="4" w:space="0" w:color="auto"/>
              <w:right w:val="single" w:sz="4" w:space="0" w:color="auto"/>
            </w:tcBorders>
            <w:noWrap/>
            <w:vAlign w:val="bottom"/>
            <w:hideMark/>
          </w:tcPr>
          <w:p w14:paraId="01A39D5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111724039050</w:t>
            </w:r>
          </w:p>
        </w:tc>
        <w:tc>
          <w:tcPr>
            <w:tcW w:w="448" w:type="pct"/>
            <w:tcBorders>
              <w:top w:val="nil"/>
              <w:left w:val="nil"/>
              <w:bottom w:val="single" w:sz="4" w:space="0" w:color="auto"/>
              <w:right w:val="single" w:sz="4" w:space="0" w:color="auto"/>
            </w:tcBorders>
            <w:noWrap/>
            <w:vAlign w:val="bottom"/>
            <w:hideMark/>
          </w:tcPr>
          <w:p w14:paraId="7CD84648"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proofErr w:type="gramStart"/>
            <w:r w:rsidRPr="00042DB8">
              <w:rPr>
                <w:rFonts w:ascii="Times New Roman" w:eastAsia="Times New Roman" w:hAnsi="Times New Roman" w:cs="Times New Roman"/>
                <w:color w:val="000000"/>
                <w:kern w:val="0"/>
                <w:sz w:val="16"/>
                <w:szCs w:val="16"/>
                <w:lang w:eastAsia="en-IN"/>
                <w14:ligatures w14:val="none"/>
              </w:rPr>
              <w:t>A.Abivardhana</w:t>
            </w:r>
            <w:proofErr w:type="spellEnd"/>
            <w:proofErr w:type="gramEnd"/>
            <w:r w:rsidRPr="00042DB8">
              <w:rPr>
                <w:rFonts w:ascii="Times New Roman" w:eastAsia="Times New Roman" w:hAnsi="Times New Roman" w:cs="Times New Roman"/>
                <w:color w:val="000000"/>
                <w:kern w:val="0"/>
                <w:sz w:val="16"/>
                <w:szCs w:val="16"/>
                <w:lang w:eastAsia="en-IN"/>
                <w14:ligatures w14:val="none"/>
              </w:rPr>
              <w:t xml:space="preserve"> </w:t>
            </w:r>
            <w:proofErr w:type="spellStart"/>
            <w:r w:rsidRPr="00042DB8">
              <w:rPr>
                <w:rFonts w:ascii="Times New Roman" w:eastAsia="Times New Roman" w:hAnsi="Times New Roman" w:cs="Times New Roman"/>
                <w:color w:val="000000"/>
                <w:kern w:val="0"/>
                <w:sz w:val="16"/>
                <w:szCs w:val="16"/>
                <w:lang w:eastAsia="en-IN"/>
                <w14:ligatures w14:val="none"/>
              </w:rPr>
              <w:t>reddy</w:t>
            </w:r>
            <w:proofErr w:type="spellEnd"/>
          </w:p>
        </w:tc>
        <w:tc>
          <w:tcPr>
            <w:tcW w:w="350" w:type="pct"/>
            <w:tcBorders>
              <w:top w:val="nil"/>
              <w:left w:val="nil"/>
              <w:bottom w:val="single" w:sz="4" w:space="0" w:color="auto"/>
              <w:right w:val="single" w:sz="4" w:space="0" w:color="auto"/>
            </w:tcBorders>
            <w:noWrap/>
            <w:vAlign w:val="bottom"/>
            <w:hideMark/>
          </w:tcPr>
          <w:p w14:paraId="100D2807"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Driver</w:t>
            </w:r>
          </w:p>
        </w:tc>
        <w:tc>
          <w:tcPr>
            <w:tcW w:w="167" w:type="pct"/>
            <w:tcBorders>
              <w:top w:val="nil"/>
              <w:left w:val="nil"/>
              <w:bottom w:val="single" w:sz="4" w:space="0" w:color="auto"/>
              <w:right w:val="single" w:sz="4" w:space="0" w:color="auto"/>
            </w:tcBorders>
            <w:noWrap/>
            <w:vAlign w:val="bottom"/>
            <w:hideMark/>
          </w:tcPr>
          <w:p w14:paraId="63C55AE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M</w:t>
            </w:r>
          </w:p>
        </w:tc>
        <w:tc>
          <w:tcPr>
            <w:tcW w:w="230" w:type="pct"/>
            <w:tcBorders>
              <w:top w:val="nil"/>
              <w:left w:val="nil"/>
              <w:bottom w:val="single" w:sz="4" w:space="0" w:color="auto"/>
              <w:right w:val="single" w:sz="4" w:space="0" w:color="auto"/>
            </w:tcBorders>
            <w:noWrap/>
            <w:vAlign w:val="bottom"/>
            <w:hideMark/>
          </w:tcPr>
          <w:p w14:paraId="253D18E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180000</w:t>
            </w:r>
          </w:p>
        </w:tc>
        <w:tc>
          <w:tcPr>
            <w:tcW w:w="287" w:type="pct"/>
            <w:tcBorders>
              <w:top w:val="nil"/>
              <w:left w:val="nil"/>
              <w:bottom w:val="single" w:sz="4" w:space="0" w:color="auto"/>
              <w:right w:val="single" w:sz="4" w:space="0" w:color="auto"/>
            </w:tcBorders>
            <w:noWrap/>
            <w:vAlign w:val="bottom"/>
            <w:hideMark/>
          </w:tcPr>
          <w:p w14:paraId="33F1063F"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hindu</w:t>
            </w:r>
            <w:proofErr w:type="spellEnd"/>
          </w:p>
        </w:tc>
        <w:tc>
          <w:tcPr>
            <w:tcW w:w="510" w:type="pct"/>
            <w:tcBorders>
              <w:top w:val="nil"/>
              <w:left w:val="nil"/>
              <w:bottom w:val="single" w:sz="4" w:space="0" w:color="auto"/>
              <w:right w:val="single" w:sz="4" w:space="0" w:color="auto"/>
            </w:tcBorders>
            <w:noWrap/>
            <w:vAlign w:val="bottom"/>
            <w:hideMark/>
          </w:tcPr>
          <w:p w14:paraId="40897ECC"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proofErr w:type="gramStart"/>
            <w:r w:rsidRPr="00042DB8">
              <w:rPr>
                <w:rFonts w:ascii="Times New Roman" w:eastAsia="Times New Roman" w:hAnsi="Times New Roman" w:cs="Times New Roman"/>
                <w:color w:val="000000"/>
                <w:kern w:val="0"/>
                <w:sz w:val="16"/>
                <w:szCs w:val="16"/>
                <w:lang w:eastAsia="en-IN"/>
                <w14:ligatures w14:val="none"/>
              </w:rPr>
              <w:t>A.Rami</w:t>
            </w:r>
            <w:proofErr w:type="spellEnd"/>
            <w:proofErr w:type="gramEnd"/>
            <w:r w:rsidRPr="00042DB8">
              <w:rPr>
                <w:rFonts w:ascii="Times New Roman" w:eastAsia="Times New Roman" w:hAnsi="Times New Roman" w:cs="Times New Roman"/>
                <w:color w:val="000000"/>
                <w:kern w:val="0"/>
                <w:sz w:val="16"/>
                <w:szCs w:val="16"/>
                <w:lang w:eastAsia="en-IN"/>
                <w14:ligatures w14:val="none"/>
              </w:rPr>
              <w:t xml:space="preserve"> Reddy</w:t>
            </w:r>
          </w:p>
        </w:tc>
        <w:tc>
          <w:tcPr>
            <w:tcW w:w="260" w:type="pct"/>
            <w:tcBorders>
              <w:top w:val="nil"/>
              <w:left w:val="nil"/>
              <w:bottom w:val="single" w:sz="4" w:space="0" w:color="auto"/>
              <w:right w:val="single" w:sz="4" w:space="0" w:color="auto"/>
            </w:tcBorders>
            <w:noWrap/>
            <w:vAlign w:val="bottom"/>
            <w:hideMark/>
          </w:tcPr>
          <w:p w14:paraId="75D21EC4"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18F32A0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3,22,022</w:t>
            </w:r>
          </w:p>
        </w:tc>
        <w:tc>
          <w:tcPr>
            <w:tcW w:w="291" w:type="pct"/>
            <w:tcBorders>
              <w:top w:val="nil"/>
              <w:left w:val="nil"/>
              <w:bottom w:val="single" w:sz="4" w:space="0" w:color="auto"/>
              <w:right w:val="single" w:sz="4" w:space="0" w:color="auto"/>
            </w:tcBorders>
            <w:noWrap/>
            <w:vAlign w:val="bottom"/>
            <w:hideMark/>
          </w:tcPr>
          <w:p w14:paraId="43A147C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6000</w:t>
            </w:r>
          </w:p>
        </w:tc>
        <w:tc>
          <w:tcPr>
            <w:tcW w:w="638" w:type="pct"/>
            <w:tcBorders>
              <w:top w:val="nil"/>
              <w:left w:val="nil"/>
              <w:bottom w:val="single" w:sz="4" w:space="0" w:color="auto"/>
              <w:right w:val="single" w:sz="4" w:space="0" w:color="auto"/>
            </w:tcBorders>
            <w:noWrap/>
            <w:vAlign w:val="bottom"/>
            <w:hideMark/>
          </w:tcPr>
          <w:p w14:paraId="1D4C992F"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State bank of India</w:t>
            </w:r>
          </w:p>
        </w:tc>
        <w:tc>
          <w:tcPr>
            <w:tcW w:w="312" w:type="pct"/>
            <w:tcBorders>
              <w:top w:val="nil"/>
              <w:left w:val="nil"/>
              <w:bottom w:val="single" w:sz="4" w:space="0" w:color="auto"/>
              <w:right w:val="single" w:sz="4" w:space="0" w:color="auto"/>
            </w:tcBorders>
            <w:noWrap/>
            <w:vAlign w:val="bottom"/>
            <w:hideMark/>
          </w:tcPr>
          <w:p w14:paraId="1E9D5068"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20181256194</w:t>
            </w:r>
          </w:p>
        </w:tc>
        <w:tc>
          <w:tcPr>
            <w:tcW w:w="827" w:type="pct"/>
            <w:tcBorders>
              <w:top w:val="nil"/>
              <w:left w:val="nil"/>
              <w:bottom w:val="single" w:sz="4" w:space="0" w:color="auto"/>
              <w:right w:val="single" w:sz="4" w:space="0" w:color="auto"/>
            </w:tcBorders>
            <w:noWrap/>
            <w:vAlign w:val="bottom"/>
            <w:hideMark/>
          </w:tcPr>
          <w:p w14:paraId="14225F5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His father is driver with low income.</w:t>
            </w:r>
          </w:p>
        </w:tc>
      </w:tr>
      <w:tr w:rsidR="00042DB8" w:rsidRPr="00042DB8" w14:paraId="75349791"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4737DCD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w:t>
            </w:r>
          </w:p>
        </w:tc>
        <w:tc>
          <w:tcPr>
            <w:tcW w:w="274" w:type="pct"/>
            <w:tcBorders>
              <w:top w:val="nil"/>
              <w:left w:val="nil"/>
              <w:bottom w:val="single" w:sz="4" w:space="0" w:color="auto"/>
              <w:right w:val="single" w:sz="4" w:space="0" w:color="auto"/>
            </w:tcBorders>
            <w:noWrap/>
            <w:vAlign w:val="bottom"/>
            <w:hideMark/>
          </w:tcPr>
          <w:p w14:paraId="451FEA50"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111724039025</w:t>
            </w:r>
          </w:p>
        </w:tc>
        <w:tc>
          <w:tcPr>
            <w:tcW w:w="448" w:type="pct"/>
            <w:tcBorders>
              <w:top w:val="nil"/>
              <w:left w:val="nil"/>
              <w:bottom w:val="single" w:sz="4" w:space="0" w:color="auto"/>
              <w:right w:val="single" w:sz="4" w:space="0" w:color="auto"/>
            </w:tcBorders>
            <w:noWrap/>
            <w:vAlign w:val="bottom"/>
            <w:hideMark/>
          </w:tcPr>
          <w:p w14:paraId="746CE077"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D.Chaitanya</w:t>
            </w:r>
            <w:proofErr w:type="spellEnd"/>
          </w:p>
        </w:tc>
        <w:tc>
          <w:tcPr>
            <w:tcW w:w="350" w:type="pct"/>
            <w:tcBorders>
              <w:top w:val="nil"/>
              <w:left w:val="nil"/>
              <w:bottom w:val="single" w:sz="4" w:space="0" w:color="auto"/>
              <w:right w:val="single" w:sz="4" w:space="0" w:color="auto"/>
            </w:tcBorders>
            <w:noWrap/>
            <w:vAlign w:val="bottom"/>
            <w:hideMark/>
          </w:tcPr>
          <w:p w14:paraId="0FEC3A88"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Private employee</w:t>
            </w:r>
          </w:p>
        </w:tc>
        <w:tc>
          <w:tcPr>
            <w:tcW w:w="167" w:type="pct"/>
            <w:tcBorders>
              <w:top w:val="nil"/>
              <w:left w:val="nil"/>
              <w:bottom w:val="single" w:sz="4" w:space="0" w:color="auto"/>
              <w:right w:val="single" w:sz="4" w:space="0" w:color="auto"/>
            </w:tcBorders>
            <w:noWrap/>
            <w:vAlign w:val="bottom"/>
            <w:hideMark/>
          </w:tcPr>
          <w:p w14:paraId="748E2C4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M</w:t>
            </w:r>
          </w:p>
        </w:tc>
        <w:tc>
          <w:tcPr>
            <w:tcW w:w="230" w:type="pct"/>
            <w:tcBorders>
              <w:top w:val="nil"/>
              <w:left w:val="nil"/>
              <w:bottom w:val="single" w:sz="4" w:space="0" w:color="auto"/>
              <w:right w:val="single" w:sz="4" w:space="0" w:color="auto"/>
            </w:tcBorders>
            <w:noWrap/>
            <w:vAlign w:val="bottom"/>
            <w:hideMark/>
          </w:tcPr>
          <w:p w14:paraId="0D457477"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120000</w:t>
            </w:r>
          </w:p>
        </w:tc>
        <w:tc>
          <w:tcPr>
            <w:tcW w:w="287" w:type="pct"/>
            <w:tcBorders>
              <w:top w:val="nil"/>
              <w:left w:val="nil"/>
              <w:bottom w:val="single" w:sz="4" w:space="0" w:color="auto"/>
              <w:right w:val="single" w:sz="4" w:space="0" w:color="auto"/>
            </w:tcBorders>
            <w:noWrap/>
            <w:vAlign w:val="bottom"/>
            <w:hideMark/>
          </w:tcPr>
          <w:p w14:paraId="3C91B69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hindu</w:t>
            </w:r>
            <w:proofErr w:type="spellEnd"/>
          </w:p>
        </w:tc>
        <w:tc>
          <w:tcPr>
            <w:tcW w:w="510" w:type="pct"/>
            <w:tcBorders>
              <w:top w:val="nil"/>
              <w:left w:val="nil"/>
              <w:bottom w:val="single" w:sz="4" w:space="0" w:color="auto"/>
              <w:right w:val="single" w:sz="4" w:space="0" w:color="auto"/>
            </w:tcBorders>
            <w:noWrap/>
            <w:vAlign w:val="bottom"/>
            <w:hideMark/>
          </w:tcPr>
          <w:p w14:paraId="3D16DC5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D.Kiran</w:t>
            </w:r>
            <w:proofErr w:type="spellEnd"/>
            <w:r w:rsidRPr="00042DB8">
              <w:rPr>
                <w:rFonts w:ascii="Times New Roman" w:eastAsia="Times New Roman" w:hAnsi="Times New Roman" w:cs="Times New Roman"/>
                <w:color w:val="000000"/>
                <w:kern w:val="0"/>
                <w:sz w:val="16"/>
                <w:szCs w:val="16"/>
                <w:lang w:eastAsia="en-IN"/>
                <w14:ligatures w14:val="none"/>
              </w:rPr>
              <w:t xml:space="preserve"> </w:t>
            </w:r>
            <w:proofErr w:type="spellStart"/>
            <w:r w:rsidRPr="00042DB8">
              <w:rPr>
                <w:rFonts w:ascii="Times New Roman" w:eastAsia="Times New Roman" w:hAnsi="Times New Roman" w:cs="Times New Roman"/>
                <w:color w:val="000000"/>
                <w:kern w:val="0"/>
                <w:sz w:val="16"/>
                <w:szCs w:val="16"/>
                <w:lang w:eastAsia="en-IN"/>
                <w14:ligatures w14:val="none"/>
              </w:rPr>
              <w:t>kumar</w:t>
            </w:r>
            <w:proofErr w:type="spellEnd"/>
          </w:p>
        </w:tc>
        <w:tc>
          <w:tcPr>
            <w:tcW w:w="260" w:type="pct"/>
            <w:tcBorders>
              <w:top w:val="nil"/>
              <w:left w:val="nil"/>
              <w:bottom w:val="single" w:sz="4" w:space="0" w:color="auto"/>
              <w:right w:val="single" w:sz="4" w:space="0" w:color="auto"/>
            </w:tcBorders>
            <w:noWrap/>
            <w:vAlign w:val="bottom"/>
            <w:hideMark/>
          </w:tcPr>
          <w:p w14:paraId="3110618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5C7B5DE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3,22,017</w:t>
            </w:r>
          </w:p>
        </w:tc>
        <w:tc>
          <w:tcPr>
            <w:tcW w:w="291" w:type="pct"/>
            <w:tcBorders>
              <w:top w:val="nil"/>
              <w:left w:val="nil"/>
              <w:bottom w:val="single" w:sz="4" w:space="0" w:color="auto"/>
              <w:right w:val="single" w:sz="4" w:space="0" w:color="auto"/>
            </w:tcBorders>
            <w:noWrap/>
            <w:vAlign w:val="bottom"/>
            <w:hideMark/>
          </w:tcPr>
          <w:p w14:paraId="03CE2E2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7500</w:t>
            </w:r>
          </w:p>
        </w:tc>
        <w:tc>
          <w:tcPr>
            <w:tcW w:w="638" w:type="pct"/>
            <w:tcBorders>
              <w:top w:val="nil"/>
              <w:left w:val="nil"/>
              <w:bottom w:val="single" w:sz="4" w:space="0" w:color="auto"/>
              <w:right w:val="single" w:sz="4" w:space="0" w:color="auto"/>
            </w:tcBorders>
            <w:noWrap/>
            <w:vAlign w:val="bottom"/>
            <w:hideMark/>
          </w:tcPr>
          <w:p w14:paraId="17CE443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State bank of India</w:t>
            </w:r>
          </w:p>
        </w:tc>
        <w:tc>
          <w:tcPr>
            <w:tcW w:w="312" w:type="pct"/>
            <w:tcBorders>
              <w:top w:val="nil"/>
              <w:left w:val="nil"/>
              <w:bottom w:val="single" w:sz="4" w:space="0" w:color="auto"/>
              <w:right w:val="single" w:sz="4" w:space="0" w:color="auto"/>
            </w:tcBorders>
            <w:noWrap/>
            <w:vAlign w:val="bottom"/>
            <w:hideMark/>
          </w:tcPr>
          <w:p w14:paraId="5F1C0A4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20101759259</w:t>
            </w:r>
          </w:p>
        </w:tc>
        <w:tc>
          <w:tcPr>
            <w:tcW w:w="827" w:type="pct"/>
            <w:tcBorders>
              <w:top w:val="nil"/>
              <w:left w:val="nil"/>
              <w:bottom w:val="single" w:sz="4" w:space="0" w:color="auto"/>
              <w:right w:val="single" w:sz="4" w:space="0" w:color="auto"/>
            </w:tcBorders>
            <w:noWrap/>
            <w:vAlign w:val="bottom"/>
            <w:hideMark/>
          </w:tcPr>
          <w:p w14:paraId="51C45D1A"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he has single </w:t>
            </w:r>
            <w:proofErr w:type="gramStart"/>
            <w:r w:rsidRPr="00042DB8">
              <w:rPr>
                <w:rFonts w:ascii="Times New Roman" w:eastAsia="Times New Roman" w:hAnsi="Times New Roman" w:cs="Times New Roman"/>
                <w:color w:val="000000"/>
                <w:kern w:val="0"/>
                <w:sz w:val="16"/>
                <w:szCs w:val="16"/>
                <w:lang w:eastAsia="en-IN"/>
                <w14:ligatures w14:val="none"/>
              </w:rPr>
              <w:t>parent ,</w:t>
            </w:r>
            <w:proofErr w:type="gramEnd"/>
            <w:r w:rsidRPr="00042DB8">
              <w:rPr>
                <w:rFonts w:ascii="Times New Roman" w:eastAsia="Times New Roman" w:hAnsi="Times New Roman" w:cs="Times New Roman"/>
                <w:color w:val="000000"/>
                <w:kern w:val="0"/>
                <w:sz w:val="16"/>
                <w:szCs w:val="16"/>
                <w:lang w:eastAsia="en-IN"/>
                <w14:ligatures w14:val="none"/>
              </w:rPr>
              <w:t xml:space="preserve"> on the income of mothers only, he is </w:t>
            </w:r>
            <w:proofErr w:type="spellStart"/>
            <w:r w:rsidRPr="00042DB8">
              <w:rPr>
                <w:rFonts w:ascii="Times New Roman" w:eastAsia="Times New Roman" w:hAnsi="Times New Roman" w:cs="Times New Roman"/>
                <w:color w:val="000000"/>
                <w:kern w:val="0"/>
                <w:sz w:val="16"/>
                <w:szCs w:val="16"/>
                <w:lang w:eastAsia="en-IN"/>
                <w14:ligatures w14:val="none"/>
              </w:rPr>
              <w:t>sudying</w:t>
            </w:r>
            <w:proofErr w:type="spellEnd"/>
          </w:p>
        </w:tc>
      </w:tr>
      <w:tr w:rsidR="00042DB8" w:rsidRPr="00042DB8" w14:paraId="11E67333"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7DA78FC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16</w:t>
            </w:r>
          </w:p>
        </w:tc>
        <w:tc>
          <w:tcPr>
            <w:tcW w:w="274" w:type="pct"/>
            <w:tcBorders>
              <w:top w:val="nil"/>
              <w:left w:val="nil"/>
              <w:bottom w:val="single" w:sz="4" w:space="0" w:color="auto"/>
              <w:right w:val="single" w:sz="4" w:space="0" w:color="auto"/>
            </w:tcBorders>
            <w:noWrap/>
            <w:vAlign w:val="bottom"/>
            <w:hideMark/>
          </w:tcPr>
          <w:p w14:paraId="2044D50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111724039006</w:t>
            </w:r>
          </w:p>
        </w:tc>
        <w:tc>
          <w:tcPr>
            <w:tcW w:w="448" w:type="pct"/>
            <w:tcBorders>
              <w:top w:val="nil"/>
              <w:left w:val="nil"/>
              <w:bottom w:val="single" w:sz="4" w:space="0" w:color="auto"/>
              <w:right w:val="single" w:sz="4" w:space="0" w:color="auto"/>
            </w:tcBorders>
            <w:noWrap/>
            <w:vAlign w:val="bottom"/>
            <w:hideMark/>
          </w:tcPr>
          <w:p w14:paraId="0BAD963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G. Ramya Mary</w:t>
            </w:r>
          </w:p>
        </w:tc>
        <w:tc>
          <w:tcPr>
            <w:tcW w:w="350" w:type="pct"/>
            <w:tcBorders>
              <w:top w:val="nil"/>
              <w:left w:val="nil"/>
              <w:bottom w:val="single" w:sz="4" w:space="0" w:color="auto"/>
              <w:right w:val="single" w:sz="4" w:space="0" w:color="auto"/>
            </w:tcBorders>
            <w:noWrap/>
            <w:vAlign w:val="bottom"/>
            <w:hideMark/>
          </w:tcPr>
          <w:p w14:paraId="1D68443A"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Hotel management</w:t>
            </w:r>
          </w:p>
        </w:tc>
        <w:tc>
          <w:tcPr>
            <w:tcW w:w="167" w:type="pct"/>
            <w:tcBorders>
              <w:top w:val="nil"/>
              <w:left w:val="nil"/>
              <w:bottom w:val="single" w:sz="4" w:space="0" w:color="auto"/>
              <w:right w:val="single" w:sz="4" w:space="0" w:color="auto"/>
            </w:tcBorders>
            <w:noWrap/>
            <w:vAlign w:val="bottom"/>
            <w:hideMark/>
          </w:tcPr>
          <w:p w14:paraId="440E17CC"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6BB3C5D2"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120000</w:t>
            </w:r>
          </w:p>
        </w:tc>
        <w:tc>
          <w:tcPr>
            <w:tcW w:w="287" w:type="pct"/>
            <w:tcBorders>
              <w:top w:val="nil"/>
              <w:left w:val="nil"/>
              <w:bottom w:val="single" w:sz="4" w:space="0" w:color="auto"/>
              <w:right w:val="single" w:sz="4" w:space="0" w:color="auto"/>
            </w:tcBorders>
            <w:noWrap/>
            <w:vAlign w:val="bottom"/>
            <w:hideMark/>
          </w:tcPr>
          <w:p w14:paraId="6AB90BE3"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Catholic</w:t>
            </w:r>
          </w:p>
        </w:tc>
        <w:tc>
          <w:tcPr>
            <w:tcW w:w="510" w:type="pct"/>
            <w:tcBorders>
              <w:top w:val="nil"/>
              <w:left w:val="nil"/>
              <w:bottom w:val="single" w:sz="4" w:space="0" w:color="auto"/>
              <w:right w:val="single" w:sz="4" w:space="0" w:color="auto"/>
            </w:tcBorders>
            <w:noWrap/>
            <w:vAlign w:val="bottom"/>
            <w:hideMark/>
          </w:tcPr>
          <w:p w14:paraId="5809F461"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proofErr w:type="gramStart"/>
            <w:r w:rsidRPr="00042DB8">
              <w:rPr>
                <w:rFonts w:ascii="Times New Roman" w:eastAsia="Times New Roman" w:hAnsi="Times New Roman" w:cs="Times New Roman"/>
                <w:color w:val="000000"/>
                <w:kern w:val="0"/>
                <w:sz w:val="16"/>
                <w:szCs w:val="16"/>
                <w:lang w:eastAsia="en-IN"/>
                <w14:ligatures w14:val="none"/>
              </w:rPr>
              <w:t>G.Naveen</w:t>
            </w:r>
            <w:proofErr w:type="spellEnd"/>
            <w:proofErr w:type="gramEnd"/>
            <w:r w:rsidRPr="00042DB8">
              <w:rPr>
                <w:rFonts w:ascii="Times New Roman" w:eastAsia="Times New Roman" w:hAnsi="Times New Roman" w:cs="Times New Roman"/>
                <w:color w:val="000000"/>
                <w:kern w:val="0"/>
                <w:sz w:val="16"/>
                <w:szCs w:val="16"/>
                <w:lang w:eastAsia="en-IN"/>
                <w14:ligatures w14:val="none"/>
              </w:rPr>
              <w:t xml:space="preserve"> Kumar </w:t>
            </w:r>
            <w:proofErr w:type="spellStart"/>
            <w:r w:rsidRPr="00042DB8">
              <w:rPr>
                <w:rFonts w:ascii="Times New Roman" w:eastAsia="Times New Roman" w:hAnsi="Times New Roman" w:cs="Times New Roman"/>
                <w:color w:val="000000"/>
                <w:kern w:val="0"/>
                <w:sz w:val="16"/>
                <w:szCs w:val="16"/>
                <w:lang w:eastAsia="en-IN"/>
                <w14:ligatures w14:val="none"/>
              </w:rPr>
              <w:t>santos</w:t>
            </w:r>
            <w:proofErr w:type="spellEnd"/>
          </w:p>
        </w:tc>
        <w:tc>
          <w:tcPr>
            <w:tcW w:w="260" w:type="pct"/>
            <w:tcBorders>
              <w:top w:val="nil"/>
              <w:left w:val="nil"/>
              <w:bottom w:val="single" w:sz="4" w:space="0" w:color="auto"/>
              <w:right w:val="single" w:sz="4" w:space="0" w:color="auto"/>
            </w:tcBorders>
            <w:noWrap/>
            <w:vAlign w:val="bottom"/>
            <w:hideMark/>
          </w:tcPr>
          <w:p w14:paraId="10F1232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0DDF4B72"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3,22,007</w:t>
            </w:r>
          </w:p>
        </w:tc>
        <w:tc>
          <w:tcPr>
            <w:tcW w:w="291" w:type="pct"/>
            <w:tcBorders>
              <w:top w:val="nil"/>
              <w:left w:val="nil"/>
              <w:bottom w:val="single" w:sz="4" w:space="0" w:color="auto"/>
              <w:right w:val="single" w:sz="4" w:space="0" w:color="auto"/>
            </w:tcBorders>
            <w:noWrap/>
            <w:vAlign w:val="bottom"/>
            <w:hideMark/>
          </w:tcPr>
          <w:p w14:paraId="4A5DFC93"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12000</w:t>
            </w:r>
          </w:p>
        </w:tc>
        <w:tc>
          <w:tcPr>
            <w:tcW w:w="638" w:type="pct"/>
            <w:tcBorders>
              <w:top w:val="nil"/>
              <w:left w:val="nil"/>
              <w:bottom w:val="single" w:sz="4" w:space="0" w:color="auto"/>
              <w:right w:val="single" w:sz="4" w:space="0" w:color="auto"/>
            </w:tcBorders>
            <w:noWrap/>
            <w:vAlign w:val="bottom"/>
            <w:hideMark/>
          </w:tcPr>
          <w:p w14:paraId="12AF7B08"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Indian overseas bank</w:t>
            </w:r>
          </w:p>
        </w:tc>
        <w:tc>
          <w:tcPr>
            <w:tcW w:w="312" w:type="pct"/>
            <w:tcBorders>
              <w:top w:val="nil"/>
              <w:left w:val="nil"/>
              <w:bottom w:val="single" w:sz="4" w:space="0" w:color="auto"/>
              <w:right w:val="single" w:sz="4" w:space="0" w:color="auto"/>
            </w:tcBorders>
            <w:noWrap/>
            <w:vAlign w:val="bottom"/>
            <w:hideMark/>
          </w:tcPr>
          <w:p w14:paraId="710F9D6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40501000043884</w:t>
            </w:r>
          </w:p>
        </w:tc>
        <w:tc>
          <w:tcPr>
            <w:tcW w:w="827" w:type="pct"/>
            <w:tcBorders>
              <w:top w:val="nil"/>
              <w:left w:val="nil"/>
              <w:bottom w:val="single" w:sz="4" w:space="0" w:color="auto"/>
              <w:right w:val="single" w:sz="4" w:space="0" w:color="auto"/>
            </w:tcBorders>
            <w:noWrap/>
            <w:vAlign w:val="bottom"/>
            <w:hideMark/>
          </w:tcPr>
          <w:p w14:paraId="7F16346F"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gramStart"/>
            <w:r w:rsidRPr="00042DB8">
              <w:rPr>
                <w:rFonts w:ascii="Times New Roman" w:eastAsia="Times New Roman" w:hAnsi="Times New Roman" w:cs="Times New Roman"/>
                <w:color w:val="000000"/>
                <w:kern w:val="0"/>
                <w:sz w:val="16"/>
                <w:szCs w:val="16"/>
                <w:lang w:eastAsia="en-IN"/>
                <w14:ligatures w14:val="none"/>
              </w:rPr>
              <w:t>financially  low</w:t>
            </w:r>
            <w:proofErr w:type="gramEnd"/>
            <w:r w:rsidRPr="00042DB8">
              <w:rPr>
                <w:rFonts w:ascii="Times New Roman" w:eastAsia="Times New Roman" w:hAnsi="Times New Roman" w:cs="Times New Roman"/>
                <w:color w:val="000000"/>
                <w:kern w:val="0"/>
                <w:sz w:val="16"/>
                <w:szCs w:val="16"/>
                <w:lang w:eastAsia="en-IN"/>
                <w14:ligatures w14:val="none"/>
              </w:rPr>
              <w:t xml:space="preserve"> income</w:t>
            </w:r>
          </w:p>
        </w:tc>
      </w:tr>
      <w:tr w:rsidR="00042DB8" w:rsidRPr="00042DB8" w14:paraId="2B1019DE"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50DE1C28"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17</w:t>
            </w:r>
          </w:p>
        </w:tc>
        <w:tc>
          <w:tcPr>
            <w:tcW w:w="274" w:type="pct"/>
            <w:tcBorders>
              <w:top w:val="nil"/>
              <w:left w:val="nil"/>
              <w:bottom w:val="single" w:sz="4" w:space="0" w:color="auto"/>
              <w:right w:val="single" w:sz="4" w:space="0" w:color="auto"/>
            </w:tcBorders>
            <w:noWrap/>
            <w:vAlign w:val="bottom"/>
            <w:hideMark/>
          </w:tcPr>
          <w:p w14:paraId="73EAFFF2"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111724039011</w:t>
            </w:r>
          </w:p>
        </w:tc>
        <w:tc>
          <w:tcPr>
            <w:tcW w:w="448" w:type="pct"/>
            <w:tcBorders>
              <w:top w:val="nil"/>
              <w:left w:val="nil"/>
              <w:bottom w:val="single" w:sz="4" w:space="0" w:color="auto"/>
              <w:right w:val="single" w:sz="4" w:space="0" w:color="auto"/>
            </w:tcBorders>
            <w:noWrap/>
            <w:vAlign w:val="bottom"/>
            <w:hideMark/>
          </w:tcPr>
          <w:p w14:paraId="1969E9D1"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Koppula Ashritha</w:t>
            </w:r>
          </w:p>
        </w:tc>
        <w:tc>
          <w:tcPr>
            <w:tcW w:w="350" w:type="pct"/>
            <w:tcBorders>
              <w:top w:val="nil"/>
              <w:left w:val="nil"/>
              <w:bottom w:val="single" w:sz="4" w:space="0" w:color="auto"/>
              <w:right w:val="single" w:sz="4" w:space="0" w:color="auto"/>
            </w:tcBorders>
            <w:noWrap/>
            <w:vAlign w:val="bottom"/>
            <w:hideMark/>
          </w:tcPr>
          <w:p w14:paraId="0F3BB6F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Private employee</w:t>
            </w:r>
          </w:p>
        </w:tc>
        <w:tc>
          <w:tcPr>
            <w:tcW w:w="167" w:type="pct"/>
            <w:tcBorders>
              <w:top w:val="nil"/>
              <w:left w:val="nil"/>
              <w:bottom w:val="single" w:sz="4" w:space="0" w:color="auto"/>
              <w:right w:val="single" w:sz="4" w:space="0" w:color="auto"/>
            </w:tcBorders>
            <w:noWrap/>
            <w:vAlign w:val="bottom"/>
            <w:hideMark/>
          </w:tcPr>
          <w:p w14:paraId="00E7ED5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5C89E060"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188000</w:t>
            </w:r>
          </w:p>
        </w:tc>
        <w:tc>
          <w:tcPr>
            <w:tcW w:w="287" w:type="pct"/>
            <w:tcBorders>
              <w:top w:val="nil"/>
              <w:left w:val="nil"/>
              <w:bottom w:val="single" w:sz="4" w:space="0" w:color="auto"/>
              <w:right w:val="single" w:sz="4" w:space="0" w:color="auto"/>
            </w:tcBorders>
            <w:noWrap/>
            <w:vAlign w:val="bottom"/>
            <w:hideMark/>
          </w:tcPr>
          <w:p w14:paraId="3071A9A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hindu</w:t>
            </w:r>
            <w:proofErr w:type="spellEnd"/>
          </w:p>
        </w:tc>
        <w:tc>
          <w:tcPr>
            <w:tcW w:w="510" w:type="pct"/>
            <w:tcBorders>
              <w:top w:val="nil"/>
              <w:left w:val="nil"/>
              <w:bottom w:val="single" w:sz="4" w:space="0" w:color="auto"/>
              <w:right w:val="single" w:sz="4" w:space="0" w:color="auto"/>
            </w:tcBorders>
            <w:noWrap/>
            <w:vAlign w:val="bottom"/>
            <w:hideMark/>
          </w:tcPr>
          <w:p w14:paraId="13873F3F"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Narsimha Rao</w:t>
            </w:r>
          </w:p>
        </w:tc>
        <w:tc>
          <w:tcPr>
            <w:tcW w:w="260" w:type="pct"/>
            <w:tcBorders>
              <w:top w:val="nil"/>
              <w:left w:val="nil"/>
              <w:bottom w:val="single" w:sz="4" w:space="0" w:color="auto"/>
              <w:right w:val="single" w:sz="4" w:space="0" w:color="auto"/>
            </w:tcBorders>
            <w:noWrap/>
            <w:vAlign w:val="bottom"/>
            <w:hideMark/>
          </w:tcPr>
          <w:p w14:paraId="46920EDB"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6C50BF8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322009</w:t>
            </w:r>
          </w:p>
        </w:tc>
        <w:tc>
          <w:tcPr>
            <w:tcW w:w="291" w:type="pct"/>
            <w:tcBorders>
              <w:top w:val="nil"/>
              <w:left w:val="nil"/>
              <w:bottom w:val="single" w:sz="4" w:space="0" w:color="auto"/>
              <w:right w:val="single" w:sz="4" w:space="0" w:color="auto"/>
            </w:tcBorders>
            <w:noWrap/>
            <w:vAlign w:val="bottom"/>
            <w:hideMark/>
          </w:tcPr>
          <w:p w14:paraId="70D05AF5"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7500</w:t>
            </w:r>
          </w:p>
        </w:tc>
        <w:tc>
          <w:tcPr>
            <w:tcW w:w="638" w:type="pct"/>
            <w:tcBorders>
              <w:top w:val="nil"/>
              <w:left w:val="nil"/>
              <w:bottom w:val="single" w:sz="4" w:space="0" w:color="auto"/>
              <w:right w:val="single" w:sz="4" w:space="0" w:color="auto"/>
            </w:tcBorders>
            <w:noWrap/>
            <w:vAlign w:val="bottom"/>
            <w:hideMark/>
          </w:tcPr>
          <w:p w14:paraId="043E5CC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State Bank of India</w:t>
            </w:r>
          </w:p>
        </w:tc>
        <w:tc>
          <w:tcPr>
            <w:tcW w:w="312" w:type="pct"/>
            <w:tcBorders>
              <w:top w:val="nil"/>
              <w:left w:val="nil"/>
              <w:bottom w:val="single" w:sz="4" w:space="0" w:color="auto"/>
              <w:right w:val="single" w:sz="4" w:space="0" w:color="auto"/>
            </w:tcBorders>
            <w:noWrap/>
            <w:vAlign w:val="bottom"/>
            <w:hideMark/>
          </w:tcPr>
          <w:p w14:paraId="6779BD77"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c>
          <w:tcPr>
            <w:tcW w:w="827" w:type="pct"/>
            <w:tcBorders>
              <w:top w:val="nil"/>
              <w:left w:val="nil"/>
              <w:bottom w:val="single" w:sz="4" w:space="0" w:color="auto"/>
              <w:right w:val="single" w:sz="4" w:space="0" w:color="auto"/>
            </w:tcBorders>
            <w:noWrap/>
            <w:vAlign w:val="bottom"/>
            <w:hideMark/>
          </w:tcPr>
          <w:p w14:paraId="44667E82"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r>
      <w:tr w:rsidR="00042DB8" w:rsidRPr="00042DB8" w14:paraId="1009DDC5"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23BD2EEB"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18</w:t>
            </w:r>
          </w:p>
        </w:tc>
        <w:tc>
          <w:tcPr>
            <w:tcW w:w="274" w:type="pct"/>
            <w:tcBorders>
              <w:top w:val="nil"/>
              <w:left w:val="nil"/>
              <w:bottom w:val="single" w:sz="4" w:space="0" w:color="auto"/>
              <w:right w:val="single" w:sz="4" w:space="0" w:color="auto"/>
            </w:tcBorders>
            <w:noWrap/>
            <w:vAlign w:val="bottom"/>
            <w:hideMark/>
          </w:tcPr>
          <w:p w14:paraId="2BBDBBF9"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111724039012</w:t>
            </w:r>
          </w:p>
        </w:tc>
        <w:tc>
          <w:tcPr>
            <w:tcW w:w="448" w:type="pct"/>
            <w:tcBorders>
              <w:top w:val="nil"/>
              <w:left w:val="nil"/>
              <w:bottom w:val="single" w:sz="4" w:space="0" w:color="auto"/>
              <w:right w:val="single" w:sz="4" w:space="0" w:color="auto"/>
            </w:tcBorders>
            <w:noWrap/>
            <w:vAlign w:val="bottom"/>
            <w:hideMark/>
          </w:tcPr>
          <w:p w14:paraId="28E107B1"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K Sri Sai Vedha</w:t>
            </w:r>
          </w:p>
        </w:tc>
        <w:tc>
          <w:tcPr>
            <w:tcW w:w="350" w:type="pct"/>
            <w:tcBorders>
              <w:top w:val="nil"/>
              <w:left w:val="nil"/>
              <w:bottom w:val="single" w:sz="4" w:space="0" w:color="auto"/>
              <w:right w:val="single" w:sz="4" w:space="0" w:color="auto"/>
            </w:tcBorders>
            <w:noWrap/>
            <w:vAlign w:val="bottom"/>
            <w:hideMark/>
          </w:tcPr>
          <w:p w14:paraId="5BF0C8AC"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Private employee</w:t>
            </w:r>
          </w:p>
        </w:tc>
        <w:tc>
          <w:tcPr>
            <w:tcW w:w="167" w:type="pct"/>
            <w:tcBorders>
              <w:top w:val="nil"/>
              <w:left w:val="nil"/>
              <w:bottom w:val="single" w:sz="4" w:space="0" w:color="auto"/>
              <w:right w:val="single" w:sz="4" w:space="0" w:color="auto"/>
            </w:tcBorders>
            <w:noWrap/>
            <w:vAlign w:val="bottom"/>
            <w:hideMark/>
          </w:tcPr>
          <w:p w14:paraId="3F4F513D"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60EC7A6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198000</w:t>
            </w:r>
          </w:p>
        </w:tc>
        <w:tc>
          <w:tcPr>
            <w:tcW w:w="287" w:type="pct"/>
            <w:tcBorders>
              <w:top w:val="nil"/>
              <w:left w:val="nil"/>
              <w:bottom w:val="single" w:sz="4" w:space="0" w:color="auto"/>
              <w:right w:val="single" w:sz="4" w:space="0" w:color="auto"/>
            </w:tcBorders>
            <w:noWrap/>
            <w:vAlign w:val="bottom"/>
            <w:hideMark/>
          </w:tcPr>
          <w:p w14:paraId="6B21D607"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hindu</w:t>
            </w:r>
            <w:proofErr w:type="spellEnd"/>
          </w:p>
        </w:tc>
        <w:tc>
          <w:tcPr>
            <w:tcW w:w="510" w:type="pct"/>
            <w:tcBorders>
              <w:top w:val="nil"/>
              <w:left w:val="nil"/>
              <w:bottom w:val="single" w:sz="4" w:space="0" w:color="auto"/>
              <w:right w:val="single" w:sz="4" w:space="0" w:color="auto"/>
            </w:tcBorders>
            <w:noWrap/>
            <w:vAlign w:val="bottom"/>
            <w:hideMark/>
          </w:tcPr>
          <w:p w14:paraId="0C1CC55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proofErr w:type="gramStart"/>
            <w:r w:rsidRPr="00042DB8">
              <w:rPr>
                <w:rFonts w:ascii="Times New Roman" w:eastAsia="Times New Roman" w:hAnsi="Times New Roman" w:cs="Times New Roman"/>
                <w:color w:val="000000"/>
                <w:kern w:val="0"/>
                <w:sz w:val="16"/>
                <w:szCs w:val="16"/>
                <w:lang w:eastAsia="en-IN"/>
                <w14:ligatures w14:val="none"/>
              </w:rPr>
              <w:t>K.Bharath</w:t>
            </w:r>
            <w:proofErr w:type="spellEnd"/>
            <w:proofErr w:type="gramEnd"/>
            <w:r w:rsidRPr="00042DB8">
              <w:rPr>
                <w:rFonts w:ascii="Times New Roman" w:eastAsia="Times New Roman" w:hAnsi="Times New Roman" w:cs="Times New Roman"/>
                <w:color w:val="000000"/>
                <w:kern w:val="0"/>
                <w:sz w:val="16"/>
                <w:szCs w:val="16"/>
                <w:lang w:eastAsia="en-IN"/>
                <w14:ligatures w14:val="none"/>
              </w:rPr>
              <w:t xml:space="preserve"> Chandra</w:t>
            </w:r>
          </w:p>
        </w:tc>
        <w:tc>
          <w:tcPr>
            <w:tcW w:w="260" w:type="pct"/>
            <w:tcBorders>
              <w:top w:val="nil"/>
              <w:left w:val="nil"/>
              <w:bottom w:val="single" w:sz="4" w:space="0" w:color="auto"/>
              <w:right w:val="single" w:sz="4" w:space="0" w:color="auto"/>
            </w:tcBorders>
            <w:noWrap/>
            <w:vAlign w:val="bottom"/>
            <w:hideMark/>
          </w:tcPr>
          <w:p w14:paraId="46CBDC72"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15D4D79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322010</w:t>
            </w:r>
          </w:p>
        </w:tc>
        <w:tc>
          <w:tcPr>
            <w:tcW w:w="291" w:type="pct"/>
            <w:tcBorders>
              <w:top w:val="nil"/>
              <w:left w:val="nil"/>
              <w:bottom w:val="single" w:sz="4" w:space="0" w:color="auto"/>
              <w:right w:val="single" w:sz="4" w:space="0" w:color="auto"/>
            </w:tcBorders>
            <w:noWrap/>
            <w:vAlign w:val="bottom"/>
            <w:hideMark/>
          </w:tcPr>
          <w:p w14:paraId="215F44A0"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7500</w:t>
            </w:r>
          </w:p>
        </w:tc>
        <w:tc>
          <w:tcPr>
            <w:tcW w:w="638" w:type="pct"/>
            <w:tcBorders>
              <w:top w:val="nil"/>
              <w:left w:val="nil"/>
              <w:bottom w:val="single" w:sz="4" w:space="0" w:color="auto"/>
              <w:right w:val="single" w:sz="4" w:space="0" w:color="auto"/>
            </w:tcBorders>
            <w:noWrap/>
            <w:vAlign w:val="bottom"/>
            <w:hideMark/>
          </w:tcPr>
          <w:p w14:paraId="5ED86B4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Andhra Bank</w:t>
            </w:r>
          </w:p>
        </w:tc>
        <w:tc>
          <w:tcPr>
            <w:tcW w:w="312" w:type="pct"/>
            <w:tcBorders>
              <w:top w:val="nil"/>
              <w:left w:val="nil"/>
              <w:bottom w:val="single" w:sz="4" w:space="0" w:color="auto"/>
              <w:right w:val="single" w:sz="4" w:space="0" w:color="auto"/>
            </w:tcBorders>
            <w:noWrap/>
            <w:vAlign w:val="bottom"/>
            <w:hideMark/>
          </w:tcPr>
          <w:p w14:paraId="2F97F1EF"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c>
          <w:tcPr>
            <w:tcW w:w="827" w:type="pct"/>
            <w:tcBorders>
              <w:top w:val="nil"/>
              <w:left w:val="nil"/>
              <w:bottom w:val="single" w:sz="4" w:space="0" w:color="auto"/>
              <w:right w:val="single" w:sz="4" w:space="0" w:color="auto"/>
            </w:tcBorders>
            <w:noWrap/>
            <w:vAlign w:val="bottom"/>
            <w:hideMark/>
          </w:tcPr>
          <w:p w14:paraId="73293CA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r>
      <w:tr w:rsidR="00042DB8" w:rsidRPr="00042DB8" w14:paraId="75CE7E6C"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658D7A19"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19</w:t>
            </w:r>
          </w:p>
        </w:tc>
        <w:tc>
          <w:tcPr>
            <w:tcW w:w="274" w:type="pct"/>
            <w:tcBorders>
              <w:top w:val="nil"/>
              <w:left w:val="nil"/>
              <w:bottom w:val="single" w:sz="4" w:space="0" w:color="auto"/>
              <w:right w:val="single" w:sz="4" w:space="0" w:color="auto"/>
            </w:tcBorders>
            <w:noWrap/>
            <w:vAlign w:val="bottom"/>
            <w:hideMark/>
          </w:tcPr>
          <w:p w14:paraId="7F91FF5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111724039029</w:t>
            </w:r>
          </w:p>
        </w:tc>
        <w:tc>
          <w:tcPr>
            <w:tcW w:w="448" w:type="pct"/>
            <w:tcBorders>
              <w:top w:val="nil"/>
              <w:left w:val="nil"/>
              <w:bottom w:val="single" w:sz="4" w:space="0" w:color="auto"/>
              <w:right w:val="single" w:sz="4" w:space="0" w:color="auto"/>
            </w:tcBorders>
            <w:noWrap/>
            <w:vAlign w:val="bottom"/>
            <w:hideMark/>
          </w:tcPr>
          <w:p w14:paraId="1EFEEE1A"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Kairamkonda</w:t>
            </w:r>
            <w:proofErr w:type="spellEnd"/>
            <w:r w:rsidRPr="00042DB8">
              <w:rPr>
                <w:rFonts w:ascii="Times New Roman" w:eastAsia="Times New Roman" w:hAnsi="Times New Roman" w:cs="Times New Roman"/>
                <w:color w:val="000000"/>
                <w:kern w:val="0"/>
                <w:sz w:val="16"/>
                <w:szCs w:val="16"/>
                <w:lang w:eastAsia="en-IN"/>
                <w14:ligatures w14:val="none"/>
              </w:rPr>
              <w:t xml:space="preserve"> Jayanth</w:t>
            </w:r>
          </w:p>
        </w:tc>
        <w:tc>
          <w:tcPr>
            <w:tcW w:w="350" w:type="pct"/>
            <w:tcBorders>
              <w:top w:val="nil"/>
              <w:left w:val="nil"/>
              <w:bottom w:val="single" w:sz="4" w:space="0" w:color="auto"/>
              <w:right w:val="single" w:sz="4" w:space="0" w:color="auto"/>
            </w:tcBorders>
            <w:noWrap/>
            <w:vAlign w:val="bottom"/>
            <w:hideMark/>
          </w:tcPr>
          <w:p w14:paraId="3501286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Private employee</w:t>
            </w:r>
          </w:p>
        </w:tc>
        <w:tc>
          <w:tcPr>
            <w:tcW w:w="167" w:type="pct"/>
            <w:tcBorders>
              <w:top w:val="nil"/>
              <w:left w:val="nil"/>
              <w:bottom w:val="single" w:sz="4" w:space="0" w:color="auto"/>
              <w:right w:val="single" w:sz="4" w:space="0" w:color="auto"/>
            </w:tcBorders>
            <w:noWrap/>
            <w:vAlign w:val="bottom"/>
            <w:hideMark/>
          </w:tcPr>
          <w:p w14:paraId="08779970"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M</w:t>
            </w:r>
          </w:p>
        </w:tc>
        <w:tc>
          <w:tcPr>
            <w:tcW w:w="230" w:type="pct"/>
            <w:tcBorders>
              <w:top w:val="nil"/>
              <w:left w:val="nil"/>
              <w:bottom w:val="single" w:sz="4" w:space="0" w:color="auto"/>
              <w:right w:val="single" w:sz="4" w:space="0" w:color="auto"/>
            </w:tcBorders>
            <w:noWrap/>
            <w:vAlign w:val="bottom"/>
            <w:hideMark/>
          </w:tcPr>
          <w:p w14:paraId="6F4622F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199000</w:t>
            </w:r>
          </w:p>
        </w:tc>
        <w:tc>
          <w:tcPr>
            <w:tcW w:w="287" w:type="pct"/>
            <w:tcBorders>
              <w:top w:val="nil"/>
              <w:left w:val="nil"/>
              <w:bottom w:val="single" w:sz="4" w:space="0" w:color="auto"/>
              <w:right w:val="single" w:sz="4" w:space="0" w:color="auto"/>
            </w:tcBorders>
            <w:noWrap/>
            <w:vAlign w:val="bottom"/>
            <w:hideMark/>
          </w:tcPr>
          <w:p w14:paraId="70B96B2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hindu</w:t>
            </w:r>
            <w:proofErr w:type="spellEnd"/>
          </w:p>
        </w:tc>
        <w:tc>
          <w:tcPr>
            <w:tcW w:w="510" w:type="pct"/>
            <w:tcBorders>
              <w:top w:val="nil"/>
              <w:left w:val="nil"/>
              <w:bottom w:val="single" w:sz="4" w:space="0" w:color="auto"/>
              <w:right w:val="single" w:sz="4" w:space="0" w:color="auto"/>
            </w:tcBorders>
            <w:noWrap/>
            <w:vAlign w:val="bottom"/>
            <w:hideMark/>
          </w:tcPr>
          <w:p w14:paraId="14507AD5"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Kairamkonda</w:t>
            </w:r>
            <w:proofErr w:type="spellEnd"/>
            <w:r w:rsidRPr="00042DB8">
              <w:rPr>
                <w:rFonts w:ascii="Times New Roman" w:eastAsia="Times New Roman" w:hAnsi="Times New Roman" w:cs="Times New Roman"/>
                <w:color w:val="000000"/>
                <w:kern w:val="0"/>
                <w:sz w:val="16"/>
                <w:szCs w:val="16"/>
                <w:lang w:eastAsia="en-IN"/>
                <w14:ligatures w14:val="none"/>
              </w:rPr>
              <w:t xml:space="preserve"> Venkatesh</w:t>
            </w:r>
          </w:p>
        </w:tc>
        <w:tc>
          <w:tcPr>
            <w:tcW w:w="260" w:type="pct"/>
            <w:tcBorders>
              <w:top w:val="nil"/>
              <w:left w:val="nil"/>
              <w:bottom w:val="single" w:sz="4" w:space="0" w:color="auto"/>
              <w:right w:val="single" w:sz="4" w:space="0" w:color="auto"/>
            </w:tcBorders>
            <w:noWrap/>
            <w:vAlign w:val="bottom"/>
            <w:hideMark/>
          </w:tcPr>
          <w:p w14:paraId="6E84F1C0"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7D3B51AD"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322018</w:t>
            </w:r>
          </w:p>
        </w:tc>
        <w:tc>
          <w:tcPr>
            <w:tcW w:w="291" w:type="pct"/>
            <w:tcBorders>
              <w:top w:val="nil"/>
              <w:left w:val="nil"/>
              <w:bottom w:val="single" w:sz="4" w:space="0" w:color="auto"/>
              <w:right w:val="single" w:sz="4" w:space="0" w:color="auto"/>
            </w:tcBorders>
            <w:noWrap/>
            <w:vAlign w:val="bottom"/>
            <w:hideMark/>
          </w:tcPr>
          <w:p w14:paraId="67B94EA9"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7500</w:t>
            </w:r>
          </w:p>
        </w:tc>
        <w:tc>
          <w:tcPr>
            <w:tcW w:w="638" w:type="pct"/>
            <w:tcBorders>
              <w:top w:val="nil"/>
              <w:left w:val="nil"/>
              <w:bottom w:val="single" w:sz="4" w:space="0" w:color="auto"/>
              <w:right w:val="single" w:sz="4" w:space="0" w:color="auto"/>
            </w:tcBorders>
            <w:noWrap/>
            <w:vAlign w:val="bottom"/>
            <w:hideMark/>
          </w:tcPr>
          <w:p w14:paraId="4B0B8A20"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State Bank of India</w:t>
            </w:r>
          </w:p>
        </w:tc>
        <w:tc>
          <w:tcPr>
            <w:tcW w:w="312" w:type="pct"/>
            <w:tcBorders>
              <w:top w:val="nil"/>
              <w:left w:val="nil"/>
              <w:bottom w:val="single" w:sz="4" w:space="0" w:color="auto"/>
              <w:right w:val="single" w:sz="4" w:space="0" w:color="auto"/>
            </w:tcBorders>
            <w:noWrap/>
            <w:vAlign w:val="bottom"/>
            <w:hideMark/>
          </w:tcPr>
          <w:p w14:paraId="14BEDA93"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c>
          <w:tcPr>
            <w:tcW w:w="827" w:type="pct"/>
            <w:tcBorders>
              <w:top w:val="nil"/>
              <w:left w:val="nil"/>
              <w:bottom w:val="single" w:sz="4" w:space="0" w:color="auto"/>
              <w:right w:val="single" w:sz="4" w:space="0" w:color="auto"/>
            </w:tcBorders>
            <w:noWrap/>
            <w:vAlign w:val="bottom"/>
            <w:hideMark/>
          </w:tcPr>
          <w:p w14:paraId="78D3F0EC"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r>
      <w:tr w:rsidR="00042DB8" w:rsidRPr="00042DB8" w14:paraId="306E8764" w14:textId="77777777" w:rsidTr="00042DB8">
        <w:trPr>
          <w:trHeight w:val="405"/>
        </w:trPr>
        <w:tc>
          <w:tcPr>
            <w:tcW w:w="5000" w:type="pct"/>
            <w:gridSpan w:val="14"/>
            <w:tcBorders>
              <w:top w:val="single" w:sz="4" w:space="0" w:color="auto"/>
              <w:left w:val="single" w:sz="4" w:space="0" w:color="auto"/>
              <w:bottom w:val="single" w:sz="4" w:space="0" w:color="auto"/>
              <w:right w:val="single" w:sz="4" w:space="0" w:color="auto"/>
            </w:tcBorders>
            <w:noWrap/>
            <w:vAlign w:val="bottom"/>
            <w:hideMark/>
          </w:tcPr>
          <w:p w14:paraId="025C77DA"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 xml:space="preserve">  III YEAR </w:t>
            </w:r>
            <w:proofErr w:type="gramStart"/>
            <w:r w:rsidRPr="00042DB8">
              <w:rPr>
                <w:rFonts w:ascii="Times New Roman" w:eastAsia="Times New Roman" w:hAnsi="Times New Roman" w:cs="Times New Roman"/>
                <w:b/>
                <w:bCs/>
                <w:color w:val="000000"/>
                <w:kern w:val="0"/>
                <w:sz w:val="16"/>
                <w:szCs w:val="16"/>
                <w:lang w:eastAsia="en-IN"/>
                <w14:ligatures w14:val="none"/>
              </w:rPr>
              <w:t>( Selected</w:t>
            </w:r>
            <w:proofErr w:type="gramEnd"/>
            <w:r w:rsidRPr="00042DB8">
              <w:rPr>
                <w:rFonts w:ascii="Times New Roman" w:eastAsia="Times New Roman" w:hAnsi="Times New Roman" w:cs="Times New Roman"/>
                <w:b/>
                <w:bCs/>
                <w:color w:val="000000"/>
                <w:kern w:val="0"/>
                <w:sz w:val="16"/>
                <w:szCs w:val="16"/>
                <w:lang w:eastAsia="en-IN"/>
                <w14:ligatures w14:val="none"/>
              </w:rPr>
              <w:t>)</w:t>
            </w:r>
          </w:p>
        </w:tc>
      </w:tr>
      <w:tr w:rsidR="00042DB8" w:rsidRPr="00042DB8" w14:paraId="43D3098A" w14:textId="77777777" w:rsidTr="00042DB8">
        <w:trPr>
          <w:trHeight w:val="570"/>
        </w:trPr>
        <w:tc>
          <w:tcPr>
            <w:tcW w:w="172" w:type="pct"/>
            <w:tcBorders>
              <w:top w:val="nil"/>
              <w:left w:val="single" w:sz="4" w:space="0" w:color="auto"/>
              <w:bottom w:val="single" w:sz="4" w:space="0" w:color="auto"/>
              <w:right w:val="single" w:sz="4" w:space="0" w:color="auto"/>
            </w:tcBorders>
            <w:vAlign w:val="center"/>
            <w:hideMark/>
          </w:tcPr>
          <w:p w14:paraId="1B4CCCB7"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SNO</w:t>
            </w:r>
          </w:p>
        </w:tc>
        <w:tc>
          <w:tcPr>
            <w:tcW w:w="274" w:type="pct"/>
            <w:tcBorders>
              <w:top w:val="nil"/>
              <w:left w:val="nil"/>
              <w:bottom w:val="single" w:sz="4" w:space="0" w:color="auto"/>
              <w:right w:val="single" w:sz="4" w:space="0" w:color="auto"/>
            </w:tcBorders>
            <w:vAlign w:val="center"/>
            <w:hideMark/>
          </w:tcPr>
          <w:p w14:paraId="6C565A99"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UID</w:t>
            </w:r>
          </w:p>
        </w:tc>
        <w:tc>
          <w:tcPr>
            <w:tcW w:w="448" w:type="pct"/>
            <w:tcBorders>
              <w:top w:val="nil"/>
              <w:left w:val="nil"/>
              <w:bottom w:val="single" w:sz="4" w:space="0" w:color="auto"/>
              <w:right w:val="single" w:sz="4" w:space="0" w:color="auto"/>
            </w:tcBorders>
            <w:vAlign w:val="center"/>
            <w:hideMark/>
          </w:tcPr>
          <w:p w14:paraId="47DEA2C8"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STUDENT NAME</w:t>
            </w:r>
          </w:p>
        </w:tc>
        <w:tc>
          <w:tcPr>
            <w:tcW w:w="350" w:type="pct"/>
            <w:tcBorders>
              <w:top w:val="nil"/>
              <w:left w:val="nil"/>
              <w:bottom w:val="single" w:sz="4" w:space="0" w:color="auto"/>
              <w:right w:val="single" w:sz="4" w:space="0" w:color="auto"/>
            </w:tcBorders>
            <w:vAlign w:val="center"/>
            <w:hideMark/>
          </w:tcPr>
          <w:p w14:paraId="4317AE98"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FATHER /MOTHERS OCCUPATION</w:t>
            </w:r>
          </w:p>
        </w:tc>
        <w:tc>
          <w:tcPr>
            <w:tcW w:w="167" w:type="pct"/>
            <w:tcBorders>
              <w:top w:val="nil"/>
              <w:left w:val="nil"/>
              <w:bottom w:val="single" w:sz="4" w:space="0" w:color="auto"/>
              <w:right w:val="single" w:sz="4" w:space="0" w:color="auto"/>
            </w:tcBorders>
            <w:vAlign w:val="center"/>
            <w:hideMark/>
          </w:tcPr>
          <w:p w14:paraId="7E91D22F"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M/F</w:t>
            </w:r>
          </w:p>
        </w:tc>
        <w:tc>
          <w:tcPr>
            <w:tcW w:w="230" w:type="pct"/>
            <w:tcBorders>
              <w:top w:val="nil"/>
              <w:left w:val="nil"/>
              <w:bottom w:val="single" w:sz="4" w:space="0" w:color="auto"/>
              <w:right w:val="single" w:sz="4" w:space="0" w:color="auto"/>
            </w:tcBorders>
            <w:vAlign w:val="center"/>
            <w:hideMark/>
          </w:tcPr>
          <w:p w14:paraId="3B395487"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ANNUAL INCOME</w:t>
            </w:r>
          </w:p>
        </w:tc>
        <w:tc>
          <w:tcPr>
            <w:tcW w:w="287" w:type="pct"/>
            <w:tcBorders>
              <w:top w:val="nil"/>
              <w:left w:val="nil"/>
              <w:bottom w:val="single" w:sz="4" w:space="0" w:color="auto"/>
              <w:right w:val="single" w:sz="4" w:space="0" w:color="auto"/>
            </w:tcBorders>
            <w:vAlign w:val="center"/>
            <w:hideMark/>
          </w:tcPr>
          <w:p w14:paraId="216C97D6"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RELIGION</w:t>
            </w:r>
          </w:p>
        </w:tc>
        <w:tc>
          <w:tcPr>
            <w:tcW w:w="510" w:type="pct"/>
            <w:tcBorders>
              <w:top w:val="nil"/>
              <w:left w:val="nil"/>
              <w:bottom w:val="single" w:sz="4" w:space="0" w:color="auto"/>
              <w:right w:val="single" w:sz="4" w:space="0" w:color="auto"/>
            </w:tcBorders>
            <w:vAlign w:val="center"/>
            <w:hideMark/>
          </w:tcPr>
          <w:p w14:paraId="5E09A995"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NAME OF BANK A/C HOLDER(PARENT)</w:t>
            </w:r>
          </w:p>
        </w:tc>
        <w:tc>
          <w:tcPr>
            <w:tcW w:w="260" w:type="pct"/>
            <w:tcBorders>
              <w:top w:val="nil"/>
              <w:left w:val="nil"/>
              <w:bottom w:val="single" w:sz="4" w:space="0" w:color="auto"/>
              <w:right w:val="single" w:sz="4" w:space="0" w:color="auto"/>
            </w:tcBorders>
            <w:vAlign w:val="center"/>
            <w:hideMark/>
          </w:tcPr>
          <w:p w14:paraId="33BBA5DA"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AMOUNT PROPOSED</w:t>
            </w:r>
          </w:p>
        </w:tc>
        <w:tc>
          <w:tcPr>
            <w:tcW w:w="234" w:type="pct"/>
            <w:tcBorders>
              <w:top w:val="nil"/>
              <w:left w:val="nil"/>
              <w:bottom w:val="single" w:sz="4" w:space="0" w:color="auto"/>
              <w:right w:val="single" w:sz="4" w:space="0" w:color="auto"/>
            </w:tcBorders>
            <w:vAlign w:val="center"/>
            <w:hideMark/>
          </w:tcPr>
          <w:p w14:paraId="40D6652D" w14:textId="0DFFEA0C"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CHEQUE NUM</w:t>
            </w:r>
          </w:p>
        </w:tc>
        <w:tc>
          <w:tcPr>
            <w:tcW w:w="291" w:type="pct"/>
            <w:tcBorders>
              <w:top w:val="nil"/>
              <w:left w:val="nil"/>
              <w:bottom w:val="single" w:sz="4" w:space="0" w:color="auto"/>
              <w:right w:val="single" w:sz="4" w:space="0" w:color="auto"/>
            </w:tcBorders>
            <w:vAlign w:val="center"/>
            <w:hideMark/>
          </w:tcPr>
          <w:p w14:paraId="7BF44609" w14:textId="033D1CF2"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 xml:space="preserve"> AMOUNT SANCTIONED</w:t>
            </w:r>
          </w:p>
        </w:tc>
        <w:tc>
          <w:tcPr>
            <w:tcW w:w="638" w:type="pct"/>
            <w:tcBorders>
              <w:top w:val="nil"/>
              <w:left w:val="nil"/>
              <w:bottom w:val="single" w:sz="4" w:space="0" w:color="auto"/>
              <w:right w:val="single" w:sz="4" w:space="0" w:color="auto"/>
            </w:tcBorders>
            <w:vAlign w:val="center"/>
            <w:hideMark/>
          </w:tcPr>
          <w:p w14:paraId="652FCD8A"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BANK</w:t>
            </w:r>
          </w:p>
        </w:tc>
        <w:tc>
          <w:tcPr>
            <w:tcW w:w="312" w:type="pct"/>
            <w:tcBorders>
              <w:top w:val="nil"/>
              <w:left w:val="nil"/>
              <w:bottom w:val="single" w:sz="4" w:space="0" w:color="auto"/>
              <w:right w:val="single" w:sz="4" w:space="0" w:color="auto"/>
            </w:tcBorders>
            <w:vAlign w:val="center"/>
            <w:hideMark/>
          </w:tcPr>
          <w:p w14:paraId="75ED1427"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BANK A/C NO.</w:t>
            </w:r>
          </w:p>
        </w:tc>
        <w:tc>
          <w:tcPr>
            <w:tcW w:w="827" w:type="pct"/>
            <w:tcBorders>
              <w:top w:val="nil"/>
              <w:left w:val="nil"/>
              <w:bottom w:val="single" w:sz="4" w:space="0" w:color="auto"/>
              <w:right w:val="single" w:sz="4" w:space="0" w:color="auto"/>
            </w:tcBorders>
            <w:vAlign w:val="center"/>
            <w:hideMark/>
          </w:tcPr>
          <w:p w14:paraId="232B0106" w14:textId="77777777" w:rsidR="00042DB8" w:rsidRPr="00042DB8" w:rsidRDefault="00042DB8" w:rsidP="00042DB8">
            <w:pPr>
              <w:spacing w:after="0" w:line="240" w:lineRule="auto"/>
              <w:jc w:val="center"/>
              <w:rPr>
                <w:rFonts w:ascii="Times New Roman" w:eastAsia="Times New Roman" w:hAnsi="Times New Roman" w:cs="Times New Roman"/>
                <w:b/>
                <w:bCs/>
                <w:color w:val="000000"/>
                <w:kern w:val="0"/>
                <w:sz w:val="16"/>
                <w:szCs w:val="16"/>
                <w:lang w:eastAsia="en-IN"/>
                <w14:ligatures w14:val="none"/>
              </w:rPr>
            </w:pPr>
            <w:r w:rsidRPr="00042DB8">
              <w:rPr>
                <w:rFonts w:ascii="Times New Roman" w:eastAsia="Times New Roman" w:hAnsi="Times New Roman" w:cs="Times New Roman"/>
                <w:b/>
                <w:bCs/>
                <w:color w:val="000000"/>
                <w:kern w:val="0"/>
                <w:sz w:val="16"/>
                <w:szCs w:val="16"/>
                <w:lang w:eastAsia="en-IN"/>
                <w14:ligatures w14:val="none"/>
              </w:rPr>
              <w:t>REMARKS</w:t>
            </w:r>
          </w:p>
        </w:tc>
      </w:tr>
      <w:tr w:rsidR="00042DB8" w:rsidRPr="00042DB8" w14:paraId="16F59713" w14:textId="77777777" w:rsidTr="00042DB8">
        <w:trPr>
          <w:trHeight w:val="420"/>
        </w:trPr>
        <w:tc>
          <w:tcPr>
            <w:tcW w:w="172" w:type="pct"/>
            <w:tcBorders>
              <w:top w:val="nil"/>
              <w:left w:val="single" w:sz="4" w:space="0" w:color="auto"/>
              <w:bottom w:val="single" w:sz="4" w:space="0" w:color="auto"/>
              <w:right w:val="single" w:sz="4" w:space="0" w:color="auto"/>
            </w:tcBorders>
            <w:noWrap/>
            <w:vAlign w:val="bottom"/>
            <w:hideMark/>
          </w:tcPr>
          <w:p w14:paraId="1221BC1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w:t>
            </w:r>
          </w:p>
        </w:tc>
        <w:tc>
          <w:tcPr>
            <w:tcW w:w="274" w:type="pct"/>
            <w:tcBorders>
              <w:top w:val="nil"/>
              <w:left w:val="nil"/>
              <w:bottom w:val="single" w:sz="4" w:space="0" w:color="auto"/>
              <w:right w:val="single" w:sz="4" w:space="0" w:color="auto"/>
            </w:tcBorders>
            <w:noWrap/>
            <w:vAlign w:val="bottom"/>
            <w:hideMark/>
          </w:tcPr>
          <w:p w14:paraId="333A7B3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111723039001</w:t>
            </w:r>
          </w:p>
        </w:tc>
        <w:tc>
          <w:tcPr>
            <w:tcW w:w="448" w:type="pct"/>
            <w:tcBorders>
              <w:top w:val="nil"/>
              <w:left w:val="nil"/>
              <w:bottom w:val="single" w:sz="4" w:space="0" w:color="auto"/>
              <w:right w:val="single" w:sz="4" w:space="0" w:color="auto"/>
            </w:tcBorders>
            <w:noWrap/>
            <w:vAlign w:val="bottom"/>
            <w:hideMark/>
          </w:tcPr>
          <w:p w14:paraId="65963FFA"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Anevoina</w:t>
            </w:r>
            <w:proofErr w:type="spellEnd"/>
            <w:r w:rsidRPr="00042DB8">
              <w:rPr>
                <w:rFonts w:ascii="Times New Roman" w:eastAsia="Times New Roman" w:hAnsi="Times New Roman" w:cs="Times New Roman"/>
                <w:color w:val="000000"/>
                <w:kern w:val="0"/>
                <w:sz w:val="16"/>
                <w:szCs w:val="16"/>
                <w:lang w:eastAsia="en-IN"/>
                <w14:ligatures w14:val="none"/>
              </w:rPr>
              <w:t xml:space="preserve"> Sowmya </w:t>
            </w:r>
          </w:p>
        </w:tc>
        <w:tc>
          <w:tcPr>
            <w:tcW w:w="350" w:type="pct"/>
            <w:tcBorders>
              <w:top w:val="nil"/>
              <w:left w:val="nil"/>
              <w:bottom w:val="single" w:sz="4" w:space="0" w:color="auto"/>
              <w:right w:val="single" w:sz="4" w:space="0" w:color="auto"/>
            </w:tcBorders>
            <w:noWrap/>
            <w:vAlign w:val="bottom"/>
            <w:hideMark/>
          </w:tcPr>
          <w:p w14:paraId="502146D7"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 private employee</w:t>
            </w:r>
          </w:p>
        </w:tc>
        <w:tc>
          <w:tcPr>
            <w:tcW w:w="167" w:type="pct"/>
            <w:tcBorders>
              <w:top w:val="nil"/>
              <w:left w:val="nil"/>
              <w:bottom w:val="single" w:sz="4" w:space="0" w:color="auto"/>
              <w:right w:val="single" w:sz="4" w:space="0" w:color="auto"/>
            </w:tcBorders>
            <w:noWrap/>
            <w:vAlign w:val="bottom"/>
            <w:hideMark/>
          </w:tcPr>
          <w:p w14:paraId="27A78AF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618AC593"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1,99,000</w:t>
            </w:r>
          </w:p>
        </w:tc>
        <w:tc>
          <w:tcPr>
            <w:tcW w:w="287" w:type="pct"/>
            <w:tcBorders>
              <w:top w:val="nil"/>
              <w:left w:val="nil"/>
              <w:bottom w:val="single" w:sz="4" w:space="0" w:color="auto"/>
              <w:right w:val="single" w:sz="4" w:space="0" w:color="auto"/>
            </w:tcBorders>
            <w:noWrap/>
            <w:vAlign w:val="bottom"/>
            <w:hideMark/>
          </w:tcPr>
          <w:p w14:paraId="23CA79D0"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29AFD923"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Anevoina</w:t>
            </w:r>
            <w:proofErr w:type="spellEnd"/>
            <w:r w:rsidRPr="00042DB8">
              <w:rPr>
                <w:rFonts w:ascii="Times New Roman" w:eastAsia="Times New Roman" w:hAnsi="Times New Roman" w:cs="Times New Roman"/>
                <w:color w:val="000000"/>
                <w:kern w:val="0"/>
                <w:sz w:val="16"/>
                <w:szCs w:val="16"/>
                <w:lang w:eastAsia="en-IN"/>
                <w14:ligatures w14:val="none"/>
              </w:rPr>
              <w:t xml:space="preserve"> </w:t>
            </w:r>
            <w:proofErr w:type="spellStart"/>
            <w:r w:rsidRPr="00042DB8">
              <w:rPr>
                <w:rFonts w:ascii="Times New Roman" w:eastAsia="Times New Roman" w:hAnsi="Times New Roman" w:cs="Times New Roman"/>
                <w:color w:val="000000"/>
                <w:kern w:val="0"/>
                <w:sz w:val="16"/>
                <w:szCs w:val="16"/>
                <w:lang w:eastAsia="en-IN"/>
                <w14:ligatures w14:val="none"/>
              </w:rPr>
              <w:t>Pentamma</w:t>
            </w:r>
            <w:proofErr w:type="spellEnd"/>
          </w:p>
        </w:tc>
        <w:tc>
          <w:tcPr>
            <w:tcW w:w="260" w:type="pct"/>
            <w:tcBorders>
              <w:top w:val="nil"/>
              <w:left w:val="nil"/>
              <w:bottom w:val="single" w:sz="4" w:space="0" w:color="auto"/>
              <w:right w:val="single" w:sz="4" w:space="0" w:color="auto"/>
            </w:tcBorders>
            <w:noWrap/>
            <w:vAlign w:val="bottom"/>
            <w:hideMark/>
          </w:tcPr>
          <w:p w14:paraId="5A29CC82"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10978B4B"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3,22,023</w:t>
            </w:r>
          </w:p>
        </w:tc>
        <w:tc>
          <w:tcPr>
            <w:tcW w:w="291" w:type="pct"/>
            <w:tcBorders>
              <w:top w:val="nil"/>
              <w:left w:val="nil"/>
              <w:bottom w:val="single" w:sz="4" w:space="0" w:color="auto"/>
              <w:right w:val="single" w:sz="4" w:space="0" w:color="auto"/>
            </w:tcBorders>
            <w:noWrap/>
            <w:vAlign w:val="bottom"/>
            <w:hideMark/>
          </w:tcPr>
          <w:p w14:paraId="20C77D9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7500</w:t>
            </w:r>
          </w:p>
        </w:tc>
        <w:tc>
          <w:tcPr>
            <w:tcW w:w="638" w:type="pct"/>
            <w:tcBorders>
              <w:top w:val="nil"/>
              <w:left w:val="nil"/>
              <w:bottom w:val="single" w:sz="4" w:space="0" w:color="auto"/>
              <w:right w:val="single" w:sz="4" w:space="0" w:color="auto"/>
            </w:tcBorders>
            <w:noWrap/>
            <w:vAlign w:val="bottom"/>
            <w:hideMark/>
          </w:tcPr>
          <w:p w14:paraId="2029A5F5"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central bank of India </w:t>
            </w:r>
          </w:p>
        </w:tc>
        <w:tc>
          <w:tcPr>
            <w:tcW w:w="312" w:type="pct"/>
            <w:tcBorders>
              <w:top w:val="nil"/>
              <w:left w:val="nil"/>
              <w:bottom w:val="single" w:sz="4" w:space="0" w:color="auto"/>
              <w:right w:val="single" w:sz="4" w:space="0" w:color="auto"/>
            </w:tcBorders>
            <w:noWrap/>
            <w:vAlign w:val="bottom"/>
            <w:hideMark/>
          </w:tcPr>
          <w:p w14:paraId="78D05FE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3039473799</w:t>
            </w:r>
          </w:p>
        </w:tc>
        <w:tc>
          <w:tcPr>
            <w:tcW w:w="827" w:type="pct"/>
            <w:tcBorders>
              <w:top w:val="nil"/>
              <w:left w:val="nil"/>
              <w:bottom w:val="single" w:sz="4" w:space="0" w:color="auto"/>
              <w:right w:val="single" w:sz="4" w:space="0" w:color="auto"/>
            </w:tcBorders>
            <w:vAlign w:val="bottom"/>
            <w:hideMark/>
          </w:tcPr>
          <w:p w14:paraId="6CFBE7B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The student comes from an economically weak background. The father is the sole earning member of the family, and four family members </w:t>
            </w:r>
            <w:r w:rsidRPr="00042DB8">
              <w:rPr>
                <w:rFonts w:ascii="Times New Roman" w:eastAsia="Times New Roman" w:hAnsi="Times New Roman" w:cs="Times New Roman"/>
                <w:color w:val="000000"/>
                <w:kern w:val="0"/>
                <w:sz w:val="16"/>
                <w:szCs w:val="16"/>
                <w:lang w:eastAsia="en-IN"/>
                <w14:ligatures w14:val="none"/>
              </w:rPr>
              <w:lastRenderedPageBreak/>
              <w:t>depend on his income.</w:t>
            </w:r>
          </w:p>
        </w:tc>
      </w:tr>
      <w:tr w:rsidR="00042DB8" w:rsidRPr="00042DB8" w14:paraId="7C66C6A7"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66B178E9"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lastRenderedPageBreak/>
              <w:t>2</w:t>
            </w:r>
          </w:p>
        </w:tc>
        <w:tc>
          <w:tcPr>
            <w:tcW w:w="274" w:type="pct"/>
            <w:tcBorders>
              <w:top w:val="nil"/>
              <w:left w:val="nil"/>
              <w:bottom w:val="single" w:sz="4" w:space="0" w:color="auto"/>
              <w:right w:val="single" w:sz="4" w:space="0" w:color="auto"/>
            </w:tcBorders>
            <w:noWrap/>
            <w:vAlign w:val="bottom"/>
            <w:hideMark/>
          </w:tcPr>
          <w:p w14:paraId="417867A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111723039008</w:t>
            </w:r>
          </w:p>
        </w:tc>
        <w:tc>
          <w:tcPr>
            <w:tcW w:w="448" w:type="pct"/>
            <w:tcBorders>
              <w:top w:val="nil"/>
              <w:left w:val="nil"/>
              <w:bottom w:val="single" w:sz="4" w:space="0" w:color="auto"/>
              <w:right w:val="single" w:sz="4" w:space="0" w:color="auto"/>
            </w:tcBorders>
            <w:noWrap/>
            <w:vAlign w:val="bottom"/>
            <w:hideMark/>
          </w:tcPr>
          <w:p w14:paraId="432D1F73"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kore Mounika </w:t>
            </w:r>
          </w:p>
        </w:tc>
        <w:tc>
          <w:tcPr>
            <w:tcW w:w="350" w:type="pct"/>
            <w:tcBorders>
              <w:top w:val="nil"/>
              <w:left w:val="nil"/>
              <w:bottom w:val="single" w:sz="4" w:space="0" w:color="auto"/>
              <w:right w:val="single" w:sz="4" w:space="0" w:color="auto"/>
            </w:tcBorders>
            <w:noWrap/>
            <w:vAlign w:val="bottom"/>
            <w:hideMark/>
          </w:tcPr>
          <w:p w14:paraId="351C57F1"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Driver</w:t>
            </w:r>
          </w:p>
        </w:tc>
        <w:tc>
          <w:tcPr>
            <w:tcW w:w="167" w:type="pct"/>
            <w:tcBorders>
              <w:top w:val="nil"/>
              <w:left w:val="nil"/>
              <w:bottom w:val="single" w:sz="4" w:space="0" w:color="auto"/>
              <w:right w:val="single" w:sz="4" w:space="0" w:color="auto"/>
            </w:tcBorders>
            <w:noWrap/>
            <w:vAlign w:val="bottom"/>
            <w:hideMark/>
          </w:tcPr>
          <w:p w14:paraId="1B66983D"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49EB0DEA"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1,20,000</w:t>
            </w:r>
          </w:p>
        </w:tc>
        <w:tc>
          <w:tcPr>
            <w:tcW w:w="287" w:type="pct"/>
            <w:tcBorders>
              <w:top w:val="nil"/>
              <w:left w:val="nil"/>
              <w:bottom w:val="single" w:sz="4" w:space="0" w:color="auto"/>
              <w:right w:val="single" w:sz="4" w:space="0" w:color="auto"/>
            </w:tcBorders>
            <w:noWrap/>
            <w:vAlign w:val="bottom"/>
            <w:hideMark/>
          </w:tcPr>
          <w:p w14:paraId="598194DC"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5B38A75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kore Mallikarjun </w:t>
            </w:r>
          </w:p>
        </w:tc>
        <w:tc>
          <w:tcPr>
            <w:tcW w:w="260" w:type="pct"/>
            <w:tcBorders>
              <w:top w:val="nil"/>
              <w:left w:val="nil"/>
              <w:bottom w:val="single" w:sz="4" w:space="0" w:color="auto"/>
              <w:right w:val="single" w:sz="4" w:space="0" w:color="auto"/>
            </w:tcBorders>
            <w:noWrap/>
            <w:vAlign w:val="bottom"/>
            <w:hideMark/>
          </w:tcPr>
          <w:p w14:paraId="2779AD1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01F34E4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3,22,026</w:t>
            </w:r>
          </w:p>
        </w:tc>
        <w:tc>
          <w:tcPr>
            <w:tcW w:w="291" w:type="pct"/>
            <w:tcBorders>
              <w:top w:val="nil"/>
              <w:left w:val="nil"/>
              <w:bottom w:val="single" w:sz="4" w:space="0" w:color="auto"/>
              <w:right w:val="single" w:sz="4" w:space="0" w:color="auto"/>
            </w:tcBorders>
            <w:noWrap/>
            <w:vAlign w:val="bottom"/>
            <w:hideMark/>
          </w:tcPr>
          <w:p w14:paraId="6E0F200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8000</w:t>
            </w:r>
          </w:p>
        </w:tc>
        <w:tc>
          <w:tcPr>
            <w:tcW w:w="638" w:type="pct"/>
            <w:tcBorders>
              <w:top w:val="nil"/>
              <w:left w:val="nil"/>
              <w:bottom w:val="single" w:sz="4" w:space="0" w:color="auto"/>
              <w:right w:val="single" w:sz="4" w:space="0" w:color="auto"/>
            </w:tcBorders>
            <w:noWrap/>
            <w:vAlign w:val="bottom"/>
            <w:hideMark/>
          </w:tcPr>
          <w:p w14:paraId="554DBB9D"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State Bank of India</w:t>
            </w:r>
          </w:p>
        </w:tc>
        <w:tc>
          <w:tcPr>
            <w:tcW w:w="312" w:type="pct"/>
            <w:tcBorders>
              <w:top w:val="nil"/>
              <w:left w:val="nil"/>
              <w:bottom w:val="single" w:sz="4" w:space="0" w:color="auto"/>
              <w:right w:val="single" w:sz="4" w:space="0" w:color="auto"/>
            </w:tcBorders>
            <w:noWrap/>
            <w:vAlign w:val="bottom"/>
            <w:hideMark/>
          </w:tcPr>
          <w:p w14:paraId="222350A0"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62253176010</w:t>
            </w:r>
          </w:p>
        </w:tc>
        <w:tc>
          <w:tcPr>
            <w:tcW w:w="827" w:type="pct"/>
            <w:tcBorders>
              <w:top w:val="nil"/>
              <w:left w:val="nil"/>
              <w:bottom w:val="single" w:sz="4" w:space="0" w:color="auto"/>
              <w:right w:val="single" w:sz="4" w:space="0" w:color="auto"/>
            </w:tcBorders>
            <w:vAlign w:val="bottom"/>
            <w:hideMark/>
          </w:tcPr>
          <w:p w14:paraId="3FD8D4C1"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Financially poor father is a driver</w:t>
            </w:r>
          </w:p>
        </w:tc>
      </w:tr>
      <w:tr w:rsidR="00042DB8" w:rsidRPr="00042DB8" w14:paraId="5A070279"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0DDFED02"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w:t>
            </w:r>
          </w:p>
        </w:tc>
        <w:tc>
          <w:tcPr>
            <w:tcW w:w="274" w:type="pct"/>
            <w:tcBorders>
              <w:top w:val="nil"/>
              <w:left w:val="nil"/>
              <w:bottom w:val="single" w:sz="4" w:space="0" w:color="auto"/>
              <w:right w:val="single" w:sz="4" w:space="0" w:color="auto"/>
            </w:tcBorders>
            <w:noWrap/>
            <w:vAlign w:val="bottom"/>
            <w:hideMark/>
          </w:tcPr>
          <w:p w14:paraId="62940E69"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111723039009</w:t>
            </w:r>
          </w:p>
        </w:tc>
        <w:tc>
          <w:tcPr>
            <w:tcW w:w="448" w:type="pct"/>
            <w:tcBorders>
              <w:top w:val="nil"/>
              <w:left w:val="nil"/>
              <w:bottom w:val="single" w:sz="4" w:space="0" w:color="auto"/>
              <w:right w:val="single" w:sz="4" w:space="0" w:color="auto"/>
            </w:tcBorders>
            <w:noWrap/>
            <w:vAlign w:val="bottom"/>
            <w:hideMark/>
          </w:tcPr>
          <w:p w14:paraId="64F9C42F"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L. </w:t>
            </w:r>
            <w:proofErr w:type="spellStart"/>
            <w:r w:rsidRPr="00042DB8">
              <w:rPr>
                <w:rFonts w:ascii="Times New Roman" w:eastAsia="Times New Roman" w:hAnsi="Times New Roman" w:cs="Times New Roman"/>
                <w:color w:val="000000"/>
                <w:kern w:val="0"/>
                <w:sz w:val="16"/>
                <w:szCs w:val="16"/>
                <w:lang w:eastAsia="en-IN"/>
                <w14:ligatures w14:val="none"/>
              </w:rPr>
              <w:t>Rajarani</w:t>
            </w:r>
            <w:proofErr w:type="spellEnd"/>
          </w:p>
        </w:tc>
        <w:tc>
          <w:tcPr>
            <w:tcW w:w="350" w:type="pct"/>
            <w:tcBorders>
              <w:top w:val="nil"/>
              <w:left w:val="nil"/>
              <w:bottom w:val="single" w:sz="4" w:space="0" w:color="auto"/>
              <w:right w:val="single" w:sz="4" w:space="0" w:color="auto"/>
            </w:tcBorders>
            <w:noWrap/>
            <w:vAlign w:val="bottom"/>
            <w:hideMark/>
          </w:tcPr>
          <w:p w14:paraId="5CE82A72"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Employee</w:t>
            </w:r>
          </w:p>
        </w:tc>
        <w:tc>
          <w:tcPr>
            <w:tcW w:w="167" w:type="pct"/>
            <w:tcBorders>
              <w:top w:val="nil"/>
              <w:left w:val="nil"/>
              <w:bottom w:val="single" w:sz="4" w:space="0" w:color="auto"/>
              <w:right w:val="single" w:sz="4" w:space="0" w:color="auto"/>
            </w:tcBorders>
            <w:noWrap/>
            <w:vAlign w:val="bottom"/>
            <w:hideMark/>
          </w:tcPr>
          <w:p w14:paraId="51B13C6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1767A905"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1,80,000</w:t>
            </w:r>
          </w:p>
        </w:tc>
        <w:tc>
          <w:tcPr>
            <w:tcW w:w="287" w:type="pct"/>
            <w:tcBorders>
              <w:top w:val="nil"/>
              <w:left w:val="nil"/>
              <w:bottom w:val="single" w:sz="4" w:space="0" w:color="auto"/>
              <w:right w:val="single" w:sz="4" w:space="0" w:color="auto"/>
            </w:tcBorders>
            <w:noWrap/>
            <w:vAlign w:val="bottom"/>
            <w:hideMark/>
          </w:tcPr>
          <w:p w14:paraId="7ECBD79D"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6D1BA81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laxmi</w:t>
            </w:r>
            <w:proofErr w:type="spellEnd"/>
            <w:r w:rsidRPr="00042DB8">
              <w:rPr>
                <w:rFonts w:ascii="Times New Roman" w:eastAsia="Times New Roman" w:hAnsi="Times New Roman" w:cs="Times New Roman"/>
                <w:color w:val="000000"/>
                <w:kern w:val="0"/>
                <w:sz w:val="16"/>
                <w:szCs w:val="16"/>
                <w:lang w:eastAsia="en-IN"/>
                <w14:ligatures w14:val="none"/>
              </w:rPr>
              <w:t xml:space="preserve"> </w:t>
            </w:r>
            <w:proofErr w:type="spellStart"/>
            <w:r w:rsidRPr="00042DB8">
              <w:rPr>
                <w:rFonts w:ascii="Times New Roman" w:eastAsia="Times New Roman" w:hAnsi="Times New Roman" w:cs="Times New Roman"/>
                <w:color w:val="000000"/>
                <w:kern w:val="0"/>
                <w:sz w:val="16"/>
                <w:szCs w:val="16"/>
                <w:lang w:eastAsia="en-IN"/>
                <w14:ligatures w14:val="none"/>
              </w:rPr>
              <w:t>polibabu</w:t>
            </w:r>
            <w:proofErr w:type="spellEnd"/>
          </w:p>
        </w:tc>
        <w:tc>
          <w:tcPr>
            <w:tcW w:w="260" w:type="pct"/>
            <w:tcBorders>
              <w:top w:val="nil"/>
              <w:left w:val="nil"/>
              <w:bottom w:val="single" w:sz="4" w:space="0" w:color="auto"/>
              <w:right w:val="single" w:sz="4" w:space="0" w:color="auto"/>
            </w:tcBorders>
            <w:noWrap/>
            <w:vAlign w:val="bottom"/>
            <w:hideMark/>
          </w:tcPr>
          <w:p w14:paraId="590C05D1"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15,000</w:t>
            </w:r>
          </w:p>
        </w:tc>
        <w:tc>
          <w:tcPr>
            <w:tcW w:w="234" w:type="pct"/>
            <w:tcBorders>
              <w:top w:val="nil"/>
              <w:left w:val="nil"/>
              <w:bottom w:val="single" w:sz="4" w:space="0" w:color="auto"/>
              <w:right w:val="single" w:sz="4" w:space="0" w:color="auto"/>
            </w:tcBorders>
            <w:noWrap/>
            <w:vAlign w:val="bottom"/>
            <w:hideMark/>
          </w:tcPr>
          <w:p w14:paraId="3D481B30"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3,22,027</w:t>
            </w:r>
          </w:p>
        </w:tc>
        <w:tc>
          <w:tcPr>
            <w:tcW w:w="291" w:type="pct"/>
            <w:tcBorders>
              <w:top w:val="nil"/>
              <w:left w:val="nil"/>
              <w:bottom w:val="single" w:sz="4" w:space="0" w:color="auto"/>
              <w:right w:val="single" w:sz="4" w:space="0" w:color="auto"/>
            </w:tcBorders>
            <w:noWrap/>
            <w:vAlign w:val="bottom"/>
            <w:hideMark/>
          </w:tcPr>
          <w:p w14:paraId="1247C85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9000</w:t>
            </w:r>
          </w:p>
        </w:tc>
        <w:tc>
          <w:tcPr>
            <w:tcW w:w="638" w:type="pct"/>
            <w:tcBorders>
              <w:top w:val="nil"/>
              <w:left w:val="nil"/>
              <w:bottom w:val="single" w:sz="4" w:space="0" w:color="auto"/>
              <w:right w:val="single" w:sz="4" w:space="0" w:color="auto"/>
            </w:tcBorders>
            <w:noWrap/>
            <w:vAlign w:val="bottom"/>
            <w:hideMark/>
          </w:tcPr>
          <w:p w14:paraId="66DEA65F"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Bank of India</w:t>
            </w:r>
          </w:p>
        </w:tc>
        <w:tc>
          <w:tcPr>
            <w:tcW w:w="312" w:type="pct"/>
            <w:tcBorders>
              <w:top w:val="nil"/>
              <w:left w:val="nil"/>
              <w:bottom w:val="single" w:sz="4" w:space="0" w:color="auto"/>
              <w:right w:val="single" w:sz="4" w:space="0" w:color="auto"/>
            </w:tcBorders>
            <w:noWrap/>
            <w:vAlign w:val="bottom"/>
            <w:hideMark/>
          </w:tcPr>
          <w:p w14:paraId="06A17DC1"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862410110007001</w:t>
            </w:r>
          </w:p>
        </w:tc>
        <w:tc>
          <w:tcPr>
            <w:tcW w:w="827" w:type="pct"/>
            <w:tcBorders>
              <w:top w:val="nil"/>
              <w:left w:val="nil"/>
              <w:bottom w:val="single" w:sz="4" w:space="0" w:color="auto"/>
              <w:right w:val="single" w:sz="4" w:space="0" w:color="auto"/>
            </w:tcBorders>
            <w:noWrap/>
            <w:vAlign w:val="bottom"/>
            <w:hideMark/>
          </w:tcPr>
          <w:p w14:paraId="7C62168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Financially poor </w:t>
            </w:r>
          </w:p>
        </w:tc>
      </w:tr>
      <w:tr w:rsidR="00042DB8" w:rsidRPr="00042DB8" w14:paraId="688D1B31"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59F6B618"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4</w:t>
            </w:r>
          </w:p>
        </w:tc>
        <w:tc>
          <w:tcPr>
            <w:tcW w:w="274" w:type="pct"/>
            <w:tcBorders>
              <w:top w:val="nil"/>
              <w:left w:val="nil"/>
              <w:bottom w:val="single" w:sz="4" w:space="0" w:color="auto"/>
              <w:right w:val="single" w:sz="4" w:space="0" w:color="auto"/>
            </w:tcBorders>
            <w:noWrap/>
            <w:vAlign w:val="bottom"/>
            <w:hideMark/>
          </w:tcPr>
          <w:p w14:paraId="68B4A443"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111723039011</w:t>
            </w:r>
          </w:p>
        </w:tc>
        <w:tc>
          <w:tcPr>
            <w:tcW w:w="448" w:type="pct"/>
            <w:tcBorders>
              <w:top w:val="nil"/>
              <w:left w:val="nil"/>
              <w:bottom w:val="single" w:sz="4" w:space="0" w:color="auto"/>
              <w:right w:val="single" w:sz="4" w:space="0" w:color="auto"/>
            </w:tcBorders>
            <w:noWrap/>
            <w:vAlign w:val="bottom"/>
            <w:hideMark/>
          </w:tcPr>
          <w:p w14:paraId="750E8D9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N </w:t>
            </w:r>
            <w:proofErr w:type="spellStart"/>
            <w:r w:rsidRPr="00042DB8">
              <w:rPr>
                <w:rFonts w:ascii="Times New Roman" w:eastAsia="Times New Roman" w:hAnsi="Times New Roman" w:cs="Times New Roman"/>
                <w:color w:val="000000"/>
                <w:kern w:val="0"/>
                <w:sz w:val="16"/>
                <w:szCs w:val="16"/>
                <w:lang w:eastAsia="en-IN"/>
                <w14:ligatures w14:val="none"/>
              </w:rPr>
              <w:t>manasa</w:t>
            </w:r>
            <w:proofErr w:type="spellEnd"/>
          </w:p>
        </w:tc>
        <w:tc>
          <w:tcPr>
            <w:tcW w:w="350" w:type="pct"/>
            <w:tcBorders>
              <w:top w:val="nil"/>
              <w:left w:val="nil"/>
              <w:bottom w:val="single" w:sz="4" w:space="0" w:color="auto"/>
              <w:right w:val="single" w:sz="4" w:space="0" w:color="auto"/>
            </w:tcBorders>
            <w:noWrap/>
            <w:vAlign w:val="bottom"/>
            <w:hideMark/>
          </w:tcPr>
          <w:p w14:paraId="4A5B6965"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Farmer</w:t>
            </w:r>
          </w:p>
        </w:tc>
        <w:tc>
          <w:tcPr>
            <w:tcW w:w="167" w:type="pct"/>
            <w:tcBorders>
              <w:top w:val="nil"/>
              <w:left w:val="nil"/>
              <w:bottom w:val="single" w:sz="4" w:space="0" w:color="auto"/>
              <w:right w:val="single" w:sz="4" w:space="0" w:color="auto"/>
            </w:tcBorders>
            <w:noWrap/>
            <w:vAlign w:val="bottom"/>
            <w:hideMark/>
          </w:tcPr>
          <w:p w14:paraId="2FE72BB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52851E7D"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1,25,000</w:t>
            </w:r>
          </w:p>
        </w:tc>
        <w:tc>
          <w:tcPr>
            <w:tcW w:w="287" w:type="pct"/>
            <w:tcBorders>
              <w:top w:val="nil"/>
              <w:left w:val="nil"/>
              <w:bottom w:val="single" w:sz="4" w:space="0" w:color="auto"/>
              <w:right w:val="single" w:sz="4" w:space="0" w:color="auto"/>
            </w:tcBorders>
            <w:noWrap/>
            <w:vAlign w:val="bottom"/>
            <w:hideMark/>
          </w:tcPr>
          <w:p w14:paraId="57EF89C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1B85BED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neerati</w:t>
            </w:r>
            <w:proofErr w:type="spellEnd"/>
            <w:r w:rsidRPr="00042DB8">
              <w:rPr>
                <w:rFonts w:ascii="Times New Roman" w:eastAsia="Times New Roman" w:hAnsi="Times New Roman" w:cs="Times New Roman"/>
                <w:color w:val="000000"/>
                <w:kern w:val="0"/>
                <w:sz w:val="16"/>
                <w:szCs w:val="16"/>
                <w:lang w:eastAsia="en-IN"/>
                <w14:ligatures w14:val="none"/>
              </w:rPr>
              <w:t xml:space="preserve"> </w:t>
            </w:r>
            <w:proofErr w:type="spellStart"/>
            <w:r w:rsidRPr="00042DB8">
              <w:rPr>
                <w:rFonts w:ascii="Times New Roman" w:eastAsia="Times New Roman" w:hAnsi="Times New Roman" w:cs="Times New Roman"/>
                <w:color w:val="000000"/>
                <w:kern w:val="0"/>
                <w:sz w:val="16"/>
                <w:szCs w:val="16"/>
                <w:lang w:eastAsia="en-IN"/>
                <w14:ligatures w14:val="none"/>
              </w:rPr>
              <w:t>thirupathi</w:t>
            </w:r>
            <w:proofErr w:type="spellEnd"/>
            <w:r w:rsidRPr="00042DB8">
              <w:rPr>
                <w:rFonts w:ascii="Times New Roman" w:eastAsia="Times New Roman" w:hAnsi="Times New Roman" w:cs="Times New Roman"/>
                <w:color w:val="000000"/>
                <w:kern w:val="0"/>
                <w:sz w:val="16"/>
                <w:szCs w:val="16"/>
                <w:lang w:eastAsia="en-IN"/>
                <w14:ligatures w14:val="none"/>
              </w:rPr>
              <w:t xml:space="preserve"> </w:t>
            </w:r>
            <w:proofErr w:type="spellStart"/>
            <w:r w:rsidRPr="00042DB8">
              <w:rPr>
                <w:rFonts w:ascii="Times New Roman" w:eastAsia="Times New Roman" w:hAnsi="Times New Roman" w:cs="Times New Roman"/>
                <w:color w:val="000000"/>
                <w:kern w:val="0"/>
                <w:sz w:val="16"/>
                <w:szCs w:val="16"/>
                <w:lang w:eastAsia="en-IN"/>
                <w14:ligatures w14:val="none"/>
              </w:rPr>
              <w:t>reddy</w:t>
            </w:r>
            <w:proofErr w:type="spellEnd"/>
            <w:r w:rsidRPr="00042DB8">
              <w:rPr>
                <w:rFonts w:ascii="Times New Roman" w:eastAsia="Times New Roman" w:hAnsi="Times New Roman" w:cs="Times New Roman"/>
                <w:color w:val="000000"/>
                <w:kern w:val="0"/>
                <w:sz w:val="16"/>
                <w:szCs w:val="16"/>
                <w:lang w:eastAsia="en-IN"/>
                <w14:ligatures w14:val="none"/>
              </w:rPr>
              <w:t xml:space="preserve"> </w:t>
            </w:r>
          </w:p>
        </w:tc>
        <w:tc>
          <w:tcPr>
            <w:tcW w:w="260" w:type="pct"/>
            <w:tcBorders>
              <w:top w:val="nil"/>
              <w:left w:val="nil"/>
              <w:bottom w:val="single" w:sz="4" w:space="0" w:color="auto"/>
              <w:right w:val="single" w:sz="4" w:space="0" w:color="auto"/>
            </w:tcBorders>
            <w:noWrap/>
            <w:vAlign w:val="bottom"/>
            <w:hideMark/>
          </w:tcPr>
          <w:p w14:paraId="74F6D0E9"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10,000</w:t>
            </w:r>
          </w:p>
        </w:tc>
        <w:tc>
          <w:tcPr>
            <w:tcW w:w="234" w:type="pct"/>
            <w:tcBorders>
              <w:top w:val="nil"/>
              <w:left w:val="nil"/>
              <w:bottom w:val="single" w:sz="4" w:space="0" w:color="auto"/>
              <w:right w:val="single" w:sz="4" w:space="0" w:color="auto"/>
            </w:tcBorders>
            <w:noWrap/>
            <w:vAlign w:val="bottom"/>
            <w:hideMark/>
          </w:tcPr>
          <w:p w14:paraId="3BB96B30"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3,22,028</w:t>
            </w:r>
          </w:p>
        </w:tc>
        <w:tc>
          <w:tcPr>
            <w:tcW w:w="291" w:type="pct"/>
            <w:tcBorders>
              <w:top w:val="nil"/>
              <w:left w:val="nil"/>
              <w:bottom w:val="single" w:sz="4" w:space="0" w:color="auto"/>
              <w:right w:val="single" w:sz="4" w:space="0" w:color="auto"/>
            </w:tcBorders>
            <w:noWrap/>
            <w:vAlign w:val="bottom"/>
            <w:hideMark/>
          </w:tcPr>
          <w:p w14:paraId="5351E3A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6000</w:t>
            </w:r>
          </w:p>
        </w:tc>
        <w:tc>
          <w:tcPr>
            <w:tcW w:w="638" w:type="pct"/>
            <w:tcBorders>
              <w:top w:val="nil"/>
              <w:left w:val="nil"/>
              <w:bottom w:val="single" w:sz="4" w:space="0" w:color="auto"/>
              <w:right w:val="single" w:sz="4" w:space="0" w:color="auto"/>
            </w:tcBorders>
            <w:noWrap/>
            <w:vAlign w:val="bottom"/>
            <w:hideMark/>
          </w:tcPr>
          <w:p w14:paraId="079882D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State Bank of India</w:t>
            </w:r>
          </w:p>
        </w:tc>
        <w:tc>
          <w:tcPr>
            <w:tcW w:w="312" w:type="pct"/>
            <w:tcBorders>
              <w:top w:val="nil"/>
              <w:left w:val="nil"/>
              <w:bottom w:val="single" w:sz="4" w:space="0" w:color="auto"/>
              <w:right w:val="single" w:sz="4" w:space="0" w:color="auto"/>
            </w:tcBorders>
            <w:noWrap/>
            <w:vAlign w:val="bottom"/>
            <w:hideMark/>
          </w:tcPr>
          <w:p w14:paraId="00E0833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62136281361</w:t>
            </w:r>
          </w:p>
        </w:tc>
        <w:tc>
          <w:tcPr>
            <w:tcW w:w="827" w:type="pct"/>
            <w:tcBorders>
              <w:top w:val="nil"/>
              <w:left w:val="nil"/>
              <w:bottom w:val="single" w:sz="4" w:space="0" w:color="auto"/>
              <w:right w:val="single" w:sz="4" w:space="0" w:color="auto"/>
            </w:tcBorders>
            <w:vAlign w:val="bottom"/>
            <w:hideMark/>
          </w:tcPr>
          <w:p w14:paraId="4017B525"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Her father, a farmer, is the only earning member of the family,</w:t>
            </w:r>
          </w:p>
        </w:tc>
      </w:tr>
      <w:tr w:rsidR="00042DB8" w:rsidRPr="00042DB8" w14:paraId="2D6F9E2B" w14:textId="77777777" w:rsidTr="00042DB8">
        <w:trPr>
          <w:trHeight w:val="252"/>
        </w:trPr>
        <w:tc>
          <w:tcPr>
            <w:tcW w:w="172" w:type="pct"/>
            <w:tcBorders>
              <w:top w:val="nil"/>
              <w:left w:val="single" w:sz="4" w:space="0" w:color="auto"/>
              <w:bottom w:val="single" w:sz="4" w:space="0" w:color="auto"/>
              <w:right w:val="single" w:sz="4" w:space="0" w:color="auto"/>
            </w:tcBorders>
            <w:noWrap/>
            <w:vAlign w:val="bottom"/>
            <w:hideMark/>
          </w:tcPr>
          <w:p w14:paraId="08590870"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5</w:t>
            </w:r>
          </w:p>
        </w:tc>
        <w:tc>
          <w:tcPr>
            <w:tcW w:w="274" w:type="pct"/>
            <w:tcBorders>
              <w:top w:val="nil"/>
              <w:left w:val="nil"/>
              <w:bottom w:val="single" w:sz="4" w:space="0" w:color="auto"/>
              <w:right w:val="single" w:sz="4" w:space="0" w:color="auto"/>
            </w:tcBorders>
            <w:noWrap/>
            <w:vAlign w:val="bottom"/>
            <w:hideMark/>
          </w:tcPr>
          <w:p w14:paraId="5AA557CC"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111723039024</w:t>
            </w:r>
          </w:p>
        </w:tc>
        <w:tc>
          <w:tcPr>
            <w:tcW w:w="448" w:type="pct"/>
            <w:tcBorders>
              <w:top w:val="nil"/>
              <w:left w:val="nil"/>
              <w:bottom w:val="single" w:sz="4" w:space="0" w:color="auto"/>
              <w:right w:val="single" w:sz="4" w:space="0" w:color="auto"/>
            </w:tcBorders>
            <w:noWrap/>
            <w:vAlign w:val="bottom"/>
            <w:hideMark/>
          </w:tcPr>
          <w:p w14:paraId="14262645"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D.Durga</w:t>
            </w:r>
            <w:proofErr w:type="spellEnd"/>
            <w:r w:rsidRPr="00042DB8">
              <w:rPr>
                <w:rFonts w:ascii="Times New Roman" w:eastAsia="Times New Roman" w:hAnsi="Times New Roman" w:cs="Times New Roman"/>
                <w:color w:val="000000"/>
                <w:kern w:val="0"/>
                <w:sz w:val="16"/>
                <w:szCs w:val="16"/>
                <w:lang w:eastAsia="en-IN"/>
                <w14:ligatures w14:val="none"/>
              </w:rPr>
              <w:t xml:space="preserve"> Prasad </w:t>
            </w:r>
          </w:p>
        </w:tc>
        <w:tc>
          <w:tcPr>
            <w:tcW w:w="350" w:type="pct"/>
            <w:tcBorders>
              <w:top w:val="nil"/>
              <w:left w:val="nil"/>
              <w:bottom w:val="single" w:sz="4" w:space="0" w:color="auto"/>
              <w:right w:val="single" w:sz="4" w:space="0" w:color="auto"/>
            </w:tcBorders>
            <w:noWrap/>
            <w:vAlign w:val="bottom"/>
            <w:hideMark/>
          </w:tcPr>
          <w:p w14:paraId="1696F3E5"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 pt teacher </w:t>
            </w:r>
          </w:p>
        </w:tc>
        <w:tc>
          <w:tcPr>
            <w:tcW w:w="167" w:type="pct"/>
            <w:tcBorders>
              <w:top w:val="nil"/>
              <w:left w:val="nil"/>
              <w:bottom w:val="single" w:sz="4" w:space="0" w:color="auto"/>
              <w:right w:val="single" w:sz="4" w:space="0" w:color="auto"/>
            </w:tcBorders>
            <w:noWrap/>
            <w:vAlign w:val="bottom"/>
            <w:hideMark/>
          </w:tcPr>
          <w:p w14:paraId="38174EF7"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M</w:t>
            </w:r>
          </w:p>
        </w:tc>
        <w:tc>
          <w:tcPr>
            <w:tcW w:w="230" w:type="pct"/>
            <w:tcBorders>
              <w:top w:val="nil"/>
              <w:left w:val="nil"/>
              <w:bottom w:val="single" w:sz="4" w:space="0" w:color="auto"/>
              <w:right w:val="single" w:sz="4" w:space="0" w:color="auto"/>
            </w:tcBorders>
            <w:noWrap/>
            <w:vAlign w:val="bottom"/>
            <w:hideMark/>
          </w:tcPr>
          <w:p w14:paraId="713D2B1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60,000</w:t>
            </w:r>
          </w:p>
        </w:tc>
        <w:tc>
          <w:tcPr>
            <w:tcW w:w="287" w:type="pct"/>
            <w:tcBorders>
              <w:top w:val="nil"/>
              <w:left w:val="nil"/>
              <w:bottom w:val="single" w:sz="4" w:space="0" w:color="auto"/>
              <w:right w:val="single" w:sz="4" w:space="0" w:color="auto"/>
            </w:tcBorders>
            <w:noWrap/>
            <w:vAlign w:val="bottom"/>
            <w:hideMark/>
          </w:tcPr>
          <w:p w14:paraId="52AB6853"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Roman Catholic</w:t>
            </w:r>
          </w:p>
        </w:tc>
        <w:tc>
          <w:tcPr>
            <w:tcW w:w="510" w:type="pct"/>
            <w:tcBorders>
              <w:top w:val="nil"/>
              <w:left w:val="nil"/>
              <w:bottom w:val="single" w:sz="4" w:space="0" w:color="auto"/>
              <w:right w:val="single" w:sz="4" w:space="0" w:color="auto"/>
            </w:tcBorders>
            <w:noWrap/>
            <w:vAlign w:val="bottom"/>
            <w:hideMark/>
          </w:tcPr>
          <w:p w14:paraId="14CE16F1"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DASARAPALLI RAJYA LAKSHMI</w:t>
            </w:r>
          </w:p>
        </w:tc>
        <w:tc>
          <w:tcPr>
            <w:tcW w:w="260" w:type="pct"/>
            <w:tcBorders>
              <w:top w:val="nil"/>
              <w:left w:val="nil"/>
              <w:bottom w:val="single" w:sz="4" w:space="0" w:color="auto"/>
              <w:right w:val="single" w:sz="4" w:space="0" w:color="auto"/>
            </w:tcBorders>
            <w:noWrap/>
            <w:vAlign w:val="bottom"/>
            <w:hideMark/>
          </w:tcPr>
          <w:p w14:paraId="4152C669"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20,000</w:t>
            </w:r>
          </w:p>
        </w:tc>
        <w:tc>
          <w:tcPr>
            <w:tcW w:w="234" w:type="pct"/>
            <w:tcBorders>
              <w:top w:val="nil"/>
              <w:left w:val="nil"/>
              <w:bottom w:val="single" w:sz="4" w:space="0" w:color="auto"/>
              <w:right w:val="single" w:sz="4" w:space="0" w:color="auto"/>
            </w:tcBorders>
            <w:noWrap/>
            <w:vAlign w:val="bottom"/>
            <w:hideMark/>
          </w:tcPr>
          <w:p w14:paraId="1F928017"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3,22,029</w:t>
            </w:r>
          </w:p>
        </w:tc>
        <w:tc>
          <w:tcPr>
            <w:tcW w:w="291" w:type="pct"/>
            <w:tcBorders>
              <w:top w:val="nil"/>
              <w:left w:val="nil"/>
              <w:bottom w:val="single" w:sz="4" w:space="0" w:color="auto"/>
              <w:right w:val="single" w:sz="4" w:space="0" w:color="auto"/>
            </w:tcBorders>
            <w:noWrap/>
            <w:vAlign w:val="bottom"/>
            <w:hideMark/>
          </w:tcPr>
          <w:p w14:paraId="5248B2F1"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8,000</w:t>
            </w:r>
          </w:p>
        </w:tc>
        <w:tc>
          <w:tcPr>
            <w:tcW w:w="638" w:type="pct"/>
            <w:tcBorders>
              <w:top w:val="nil"/>
              <w:left w:val="nil"/>
              <w:bottom w:val="single" w:sz="4" w:space="0" w:color="auto"/>
              <w:right w:val="single" w:sz="4" w:space="0" w:color="auto"/>
            </w:tcBorders>
            <w:noWrap/>
            <w:vAlign w:val="bottom"/>
            <w:hideMark/>
          </w:tcPr>
          <w:p w14:paraId="4A05B76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Union Bank of India</w:t>
            </w:r>
          </w:p>
        </w:tc>
        <w:tc>
          <w:tcPr>
            <w:tcW w:w="312" w:type="pct"/>
            <w:tcBorders>
              <w:top w:val="nil"/>
              <w:left w:val="nil"/>
              <w:bottom w:val="single" w:sz="4" w:space="0" w:color="auto"/>
              <w:right w:val="single" w:sz="4" w:space="0" w:color="auto"/>
            </w:tcBorders>
            <w:noWrap/>
            <w:vAlign w:val="bottom"/>
            <w:hideMark/>
          </w:tcPr>
          <w:p w14:paraId="585A64F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111910100157590</w:t>
            </w:r>
          </w:p>
        </w:tc>
        <w:tc>
          <w:tcPr>
            <w:tcW w:w="827" w:type="pct"/>
            <w:tcBorders>
              <w:top w:val="nil"/>
              <w:left w:val="nil"/>
              <w:bottom w:val="single" w:sz="4" w:space="0" w:color="auto"/>
              <w:right w:val="single" w:sz="4" w:space="0" w:color="auto"/>
            </w:tcBorders>
            <w:vAlign w:val="bottom"/>
            <w:hideMark/>
          </w:tcPr>
          <w:p w14:paraId="1EE0B43F"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father is a PT teacher with basic salary, poor financial condition</w:t>
            </w:r>
          </w:p>
        </w:tc>
      </w:tr>
      <w:tr w:rsidR="00042DB8" w:rsidRPr="00042DB8" w14:paraId="5EE29112"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2E13A3D3"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6</w:t>
            </w:r>
          </w:p>
        </w:tc>
        <w:tc>
          <w:tcPr>
            <w:tcW w:w="274" w:type="pct"/>
            <w:tcBorders>
              <w:top w:val="nil"/>
              <w:left w:val="nil"/>
              <w:bottom w:val="single" w:sz="4" w:space="0" w:color="auto"/>
              <w:right w:val="single" w:sz="4" w:space="0" w:color="auto"/>
            </w:tcBorders>
            <w:noWrap/>
            <w:vAlign w:val="bottom"/>
            <w:hideMark/>
          </w:tcPr>
          <w:p w14:paraId="4280A514"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111723039031</w:t>
            </w:r>
          </w:p>
        </w:tc>
        <w:tc>
          <w:tcPr>
            <w:tcW w:w="448" w:type="pct"/>
            <w:tcBorders>
              <w:top w:val="nil"/>
              <w:left w:val="nil"/>
              <w:bottom w:val="single" w:sz="4" w:space="0" w:color="auto"/>
              <w:right w:val="single" w:sz="4" w:space="0" w:color="auto"/>
            </w:tcBorders>
            <w:noWrap/>
            <w:vAlign w:val="bottom"/>
            <w:hideMark/>
          </w:tcPr>
          <w:p w14:paraId="5C49B86C"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K. Sampath</w:t>
            </w:r>
          </w:p>
        </w:tc>
        <w:tc>
          <w:tcPr>
            <w:tcW w:w="350" w:type="pct"/>
            <w:tcBorders>
              <w:top w:val="nil"/>
              <w:left w:val="nil"/>
              <w:bottom w:val="single" w:sz="4" w:space="0" w:color="auto"/>
              <w:right w:val="single" w:sz="4" w:space="0" w:color="auto"/>
            </w:tcBorders>
            <w:noWrap/>
            <w:vAlign w:val="bottom"/>
            <w:hideMark/>
          </w:tcPr>
          <w:p w14:paraId="1334DE01"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Farmer</w:t>
            </w:r>
          </w:p>
        </w:tc>
        <w:tc>
          <w:tcPr>
            <w:tcW w:w="167" w:type="pct"/>
            <w:tcBorders>
              <w:top w:val="nil"/>
              <w:left w:val="nil"/>
              <w:bottom w:val="single" w:sz="4" w:space="0" w:color="auto"/>
              <w:right w:val="single" w:sz="4" w:space="0" w:color="auto"/>
            </w:tcBorders>
            <w:noWrap/>
            <w:vAlign w:val="bottom"/>
            <w:hideMark/>
          </w:tcPr>
          <w:p w14:paraId="6E358CE0"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M</w:t>
            </w:r>
          </w:p>
        </w:tc>
        <w:tc>
          <w:tcPr>
            <w:tcW w:w="230" w:type="pct"/>
            <w:tcBorders>
              <w:top w:val="nil"/>
              <w:left w:val="nil"/>
              <w:bottom w:val="single" w:sz="4" w:space="0" w:color="auto"/>
              <w:right w:val="single" w:sz="4" w:space="0" w:color="auto"/>
            </w:tcBorders>
            <w:noWrap/>
            <w:vAlign w:val="bottom"/>
            <w:hideMark/>
          </w:tcPr>
          <w:p w14:paraId="176A5647"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1,40,000</w:t>
            </w:r>
          </w:p>
        </w:tc>
        <w:tc>
          <w:tcPr>
            <w:tcW w:w="287" w:type="pct"/>
            <w:tcBorders>
              <w:top w:val="nil"/>
              <w:left w:val="nil"/>
              <w:bottom w:val="single" w:sz="4" w:space="0" w:color="auto"/>
              <w:right w:val="single" w:sz="4" w:space="0" w:color="auto"/>
            </w:tcBorders>
            <w:noWrap/>
            <w:vAlign w:val="bottom"/>
            <w:hideMark/>
          </w:tcPr>
          <w:p w14:paraId="657CA0A8"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792C361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KURMA NARSIMLU</w:t>
            </w:r>
          </w:p>
        </w:tc>
        <w:tc>
          <w:tcPr>
            <w:tcW w:w="260" w:type="pct"/>
            <w:tcBorders>
              <w:top w:val="nil"/>
              <w:left w:val="nil"/>
              <w:bottom w:val="single" w:sz="4" w:space="0" w:color="auto"/>
              <w:right w:val="single" w:sz="4" w:space="0" w:color="auto"/>
            </w:tcBorders>
            <w:noWrap/>
            <w:vAlign w:val="bottom"/>
            <w:hideMark/>
          </w:tcPr>
          <w:p w14:paraId="3023906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18,000</w:t>
            </w:r>
          </w:p>
        </w:tc>
        <w:tc>
          <w:tcPr>
            <w:tcW w:w="234" w:type="pct"/>
            <w:tcBorders>
              <w:top w:val="nil"/>
              <w:left w:val="nil"/>
              <w:bottom w:val="single" w:sz="4" w:space="0" w:color="auto"/>
              <w:right w:val="single" w:sz="4" w:space="0" w:color="auto"/>
            </w:tcBorders>
            <w:noWrap/>
            <w:vAlign w:val="bottom"/>
            <w:hideMark/>
          </w:tcPr>
          <w:p w14:paraId="5F68ACD7"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3,22,030</w:t>
            </w:r>
          </w:p>
        </w:tc>
        <w:tc>
          <w:tcPr>
            <w:tcW w:w="291" w:type="pct"/>
            <w:tcBorders>
              <w:top w:val="nil"/>
              <w:left w:val="nil"/>
              <w:bottom w:val="single" w:sz="4" w:space="0" w:color="auto"/>
              <w:right w:val="single" w:sz="4" w:space="0" w:color="auto"/>
            </w:tcBorders>
            <w:noWrap/>
            <w:vAlign w:val="bottom"/>
            <w:hideMark/>
          </w:tcPr>
          <w:p w14:paraId="4DBBAEFD"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4000</w:t>
            </w:r>
          </w:p>
        </w:tc>
        <w:tc>
          <w:tcPr>
            <w:tcW w:w="638" w:type="pct"/>
            <w:tcBorders>
              <w:top w:val="nil"/>
              <w:left w:val="nil"/>
              <w:bottom w:val="single" w:sz="4" w:space="0" w:color="auto"/>
              <w:right w:val="single" w:sz="4" w:space="0" w:color="auto"/>
            </w:tcBorders>
            <w:noWrap/>
            <w:vAlign w:val="bottom"/>
            <w:hideMark/>
          </w:tcPr>
          <w:p w14:paraId="3434F58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State Bank of India</w:t>
            </w:r>
          </w:p>
        </w:tc>
        <w:tc>
          <w:tcPr>
            <w:tcW w:w="312" w:type="pct"/>
            <w:tcBorders>
              <w:top w:val="nil"/>
              <w:left w:val="nil"/>
              <w:bottom w:val="single" w:sz="4" w:space="0" w:color="auto"/>
              <w:right w:val="single" w:sz="4" w:space="0" w:color="auto"/>
            </w:tcBorders>
            <w:noWrap/>
            <w:vAlign w:val="bottom"/>
            <w:hideMark/>
          </w:tcPr>
          <w:p w14:paraId="6EBD13A9"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31210882652</w:t>
            </w:r>
          </w:p>
        </w:tc>
        <w:tc>
          <w:tcPr>
            <w:tcW w:w="827" w:type="pct"/>
            <w:tcBorders>
              <w:top w:val="nil"/>
              <w:left w:val="nil"/>
              <w:bottom w:val="single" w:sz="4" w:space="0" w:color="auto"/>
              <w:right w:val="single" w:sz="4" w:space="0" w:color="auto"/>
            </w:tcBorders>
            <w:vAlign w:val="bottom"/>
            <w:hideMark/>
          </w:tcPr>
          <w:p w14:paraId="66A83ABF"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Financially poor </w:t>
            </w:r>
          </w:p>
        </w:tc>
      </w:tr>
      <w:tr w:rsidR="00042DB8" w:rsidRPr="00042DB8" w14:paraId="01D4F1CD"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34E437A8"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7</w:t>
            </w:r>
          </w:p>
        </w:tc>
        <w:tc>
          <w:tcPr>
            <w:tcW w:w="274" w:type="pct"/>
            <w:tcBorders>
              <w:top w:val="nil"/>
              <w:left w:val="nil"/>
              <w:bottom w:val="single" w:sz="4" w:space="0" w:color="auto"/>
              <w:right w:val="single" w:sz="4" w:space="0" w:color="auto"/>
            </w:tcBorders>
            <w:noWrap/>
            <w:vAlign w:val="bottom"/>
            <w:hideMark/>
          </w:tcPr>
          <w:p w14:paraId="3237F2E3"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111723039039</w:t>
            </w:r>
          </w:p>
        </w:tc>
        <w:tc>
          <w:tcPr>
            <w:tcW w:w="448" w:type="pct"/>
            <w:tcBorders>
              <w:top w:val="nil"/>
              <w:left w:val="nil"/>
              <w:bottom w:val="single" w:sz="4" w:space="0" w:color="auto"/>
              <w:right w:val="single" w:sz="4" w:space="0" w:color="auto"/>
            </w:tcBorders>
            <w:noWrap/>
            <w:vAlign w:val="bottom"/>
            <w:hideMark/>
          </w:tcPr>
          <w:p w14:paraId="276DB38D"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NALLA MANIKANTA</w:t>
            </w:r>
          </w:p>
        </w:tc>
        <w:tc>
          <w:tcPr>
            <w:tcW w:w="350" w:type="pct"/>
            <w:tcBorders>
              <w:top w:val="nil"/>
              <w:left w:val="nil"/>
              <w:bottom w:val="single" w:sz="4" w:space="0" w:color="auto"/>
              <w:right w:val="single" w:sz="4" w:space="0" w:color="auto"/>
            </w:tcBorders>
            <w:noWrap/>
            <w:vAlign w:val="bottom"/>
            <w:hideMark/>
          </w:tcPr>
          <w:p w14:paraId="368DEDD5"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Farmer</w:t>
            </w:r>
          </w:p>
        </w:tc>
        <w:tc>
          <w:tcPr>
            <w:tcW w:w="167" w:type="pct"/>
            <w:tcBorders>
              <w:top w:val="nil"/>
              <w:left w:val="nil"/>
              <w:bottom w:val="single" w:sz="4" w:space="0" w:color="auto"/>
              <w:right w:val="single" w:sz="4" w:space="0" w:color="auto"/>
            </w:tcBorders>
            <w:noWrap/>
            <w:vAlign w:val="bottom"/>
            <w:hideMark/>
          </w:tcPr>
          <w:p w14:paraId="7DE9D46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M</w:t>
            </w:r>
          </w:p>
        </w:tc>
        <w:tc>
          <w:tcPr>
            <w:tcW w:w="230" w:type="pct"/>
            <w:tcBorders>
              <w:top w:val="nil"/>
              <w:left w:val="nil"/>
              <w:bottom w:val="single" w:sz="4" w:space="0" w:color="auto"/>
              <w:right w:val="single" w:sz="4" w:space="0" w:color="auto"/>
            </w:tcBorders>
            <w:noWrap/>
            <w:vAlign w:val="bottom"/>
            <w:hideMark/>
          </w:tcPr>
          <w:p w14:paraId="0E864CF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1,20,000</w:t>
            </w:r>
          </w:p>
        </w:tc>
        <w:tc>
          <w:tcPr>
            <w:tcW w:w="287" w:type="pct"/>
            <w:tcBorders>
              <w:top w:val="nil"/>
              <w:left w:val="nil"/>
              <w:bottom w:val="single" w:sz="4" w:space="0" w:color="auto"/>
              <w:right w:val="single" w:sz="4" w:space="0" w:color="auto"/>
            </w:tcBorders>
            <w:noWrap/>
            <w:vAlign w:val="bottom"/>
            <w:hideMark/>
          </w:tcPr>
          <w:p w14:paraId="51432F3D"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19782801"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NALLA PUSHPALATHA</w:t>
            </w:r>
          </w:p>
        </w:tc>
        <w:tc>
          <w:tcPr>
            <w:tcW w:w="260" w:type="pct"/>
            <w:tcBorders>
              <w:top w:val="nil"/>
              <w:left w:val="nil"/>
              <w:bottom w:val="single" w:sz="4" w:space="0" w:color="auto"/>
              <w:right w:val="single" w:sz="4" w:space="0" w:color="auto"/>
            </w:tcBorders>
            <w:noWrap/>
            <w:vAlign w:val="bottom"/>
            <w:hideMark/>
          </w:tcPr>
          <w:p w14:paraId="31A376F8"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10,000</w:t>
            </w:r>
          </w:p>
        </w:tc>
        <w:tc>
          <w:tcPr>
            <w:tcW w:w="234" w:type="pct"/>
            <w:tcBorders>
              <w:top w:val="nil"/>
              <w:left w:val="nil"/>
              <w:bottom w:val="single" w:sz="4" w:space="0" w:color="auto"/>
              <w:right w:val="single" w:sz="4" w:space="0" w:color="auto"/>
            </w:tcBorders>
            <w:noWrap/>
            <w:vAlign w:val="bottom"/>
            <w:hideMark/>
          </w:tcPr>
          <w:p w14:paraId="6717E24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3,22,031</w:t>
            </w:r>
          </w:p>
        </w:tc>
        <w:tc>
          <w:tcPr>
            <w:tcW w:w="291" w:type="pct"/>
            <w:tcBorders>
              <w:top w:val="nil"/>
              <w:left w:val="nil"/>
              <w:bottom w:val="single" w:sz="4" w:space="0" w:color="auto"/>
              <w:right w:val="single" w:sz="4" w:space="0" w:color="auto"/>
            </w:tcBorders>
            <w:noWrap/>
            <w:vAlign w:val="bottom"/>
            <w:hideMark/>
          </w:tcPr>
          <w:p w14:paraId="1A51BED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10000</w:t>
            </w:r>
          </w:p>
        </w:tc>
        <w:tc>
          <w:tcPr>
            <w:tcW w:w="638" w:type="pct"/>
            <w:tcBorders>
              <w:top w:val="nil"/>
              <w:left w:val="nil"/>
              <w:bottom w:val="single" w:sz="4" w:space="0" w:color="auto"/>
              <w:right w:val="single" w:sz="4" w:space="0" w:color="auto"/>
            </w:tcBorders>
            <w:noWrap/>
            <w:vAlign w:val="bottom"/>
            <w:hideMark/>
          </w:tcPr>
          <w:p w14:paraId="4D1375F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the </w:t>
            </w:r>
            <w:proofErr w:type="gramStart"/>
            <w:r w:rsidRPr="00042DB8">
              <w:rPr>
                <w:rFonts w:ascii="Times New Roman" w:eastAsia="Times New Roman" w:hAnsi="Times New Roman" w:cs="Times New Roman"/>
                <w:color w:val="000000"/>
                <w:kern w:val="0"/>
                <w:sz w:val="16"/>
                <w:szCs w:val="16"/>
                <w:lang w:eastAsia="en-IN"/>
                <w14:ligatures w14:val="none"/>
              </w:rPr>
              <w:t>Karimnagar  district</w:t>
            </w:r>
            <w:proofErr w:type="gramEnd"/>
            <w:r w:rsidRPr="00042DB8">
              <w:rPr>
                <w:rFonts w:ascii="Times New Roman" w:eastAsia="Times New Roman" w:hAnsi="Times New Roman" w:cs="Times New Roman"/>
                <w:color w:val="000000"/>
                <w:kern w:val="0"/>
                <w:sz w:val="16"/>
                <w:szCs w:val="16"/>
                <w:lang w:eastAsia="en-IN"/>
                <w14:ligatures w14:val="none"/>
              </w:rPr>
              <w:t xml:space="preserve"> co-</w:t>
            </w:r>
            <w:proofErr w:type="gramStart"/>
            <w:r w:rsidRPr="00042DB8">
              <w:rPr>
                <w:rFonts w:ascii="Times New Roman" w:eastAsia="Times New Roman" w:hAnsi="Times New Roman" w:cs="Times New Roman"/>
                <w:color w:val="000000"/>
                <w:kern w:val="0"/>
                <w:sz w:val="16"/>
                <w:szCs w:val="16"/>
                <w:lang w:eastAsia="en-IN"/>
                <w14:ligatures w14:val="none"/>
              </w:rPr>
              <w:t>operative  central</w:t>
            </w:r>
            <w:proofErr w:type="gramEnd"/>
            <w:r w:rsidRPr="00042DB8">
              <w:rPr>
                <w:rFonts w:ascii="Times New Roman" w:eastAsia="Times New Roman" w:hAnsi="Times New Roman" w:cs="Times New Roman"/>
                <w:color w:val="000000"/>
                <w:kern w:val="0"/>
                <w:sz w:val="16"/>
                <w:szCs w:val="16"/>
                <w:lang w:eastAsia="en-IN"/>
                <w14:ligatures w14:val="none"/>
              </w:rPr>
              <w:t xml:space="preserve"> bank</w:t>
            </w:r>
          </w:p>
        </w:tc>
        <w:tc>
          <w:tcPr>
            <w:tcW w:w="312" w:type="pct"/>
            <w:tcBorders>
              <w:top w:val="nil"/>
              <w:left w:val="nil"/>
              <w:bottom w:val="single" w:sz="4" w:space="0" w:color="auto"/>
              <w:right w:val="single" w:sz="4" w:space="0" w:color="auto"/>
            </w:tcBorders>
            <w:noWrap/>
            <w:vAlign w:val="bottom"/>
            <w:hideMark/>
          </w:tcPr>
          <w:p w14:paraId="7EA1EE47"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204422010001198</w:t>
            </w:r>
          </w:p>
        </w:tc>
        <w:tc>
          <w:tcPr>
            <w:tcW w:w="827" w:type="pct"/>
            <w:tcBorders>
              <w:top w:val="nil"/>
              <w:left w:val="nil"/>
              <w:bottom w:val="single" w:sz="4" w:space="0" w:color="auto"/>
              <w:right w:val="single" w:sz="4" w:space="0" w:color="auto"/>
            </w:tcBorders>
            <w:vAlign w:val="bottom"/>
            <w:hideMark/>
          </w:tcPr>
          <w:p w14:paraId="253F20AA"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economically poor background</w:t>
            </w:r>
          </w:p>
        </w:tc>
      </w:tr>
      <w:tr w:rsidR="00042DB8" w:rsidRPr="00042DB8" w14:paraId="2D37A651"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614D095B"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8</w:t>
            </w:r>
          </w:p>
        </w:tc>
        <w:tc>
          <w:tcPr>
            <w:tcW w:w="274" w:type="pct"/>
            <w:tcBorders>
              <w:top w:val="nil"/>
              <w:left w:val="nil"/>
              <w:bottom w:val="single" w:sz="4" w:space="0" w:color="auto"/>
              <w:right w:val="single" w:sz="4" w:space="0" w:color="auto"/>
            </w:tcBorders>
            <w:noWrap/>
            <w:vAlign w:val="bottom"/>
            <w:hideMark/>
          </w:tcPr>
          <w:p w14:paraId="636CD7A1"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111723039048</w:t>
            </w:r>
          </w:p>
        </w:tc>
        <w:tc>
          <w:tcPr>
            <w:tcW w:w="448" w:type="pct"/>
            <w:tcBorders>
              <w:top w:val="nil"/>
              <w:left w:val="nil"/>
              <w:bottom w:val="single" w:sz="4" w:space="0" w:color="auto"/>
              <w:right w:val="single" w:sz="4" w:space="0" w:color="auto"/>
            </w:tcBorders>
            <w:noWrap/>
            <w:vAlign w:val="bottom"/>
            <w:hideMark/>
          </w:tcPr>
          <w:p w14:paraId="619917B9"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Vaddemani</w:t>
            </w:r>
            <w:proofErr w:type="spellEnd"/>
            <w:r w:rsidRPr="00042DB8">
              <w:rPr>
                <w:rFonts w:ascii="Times New Roman" w:eastAsia="Times New Roman" w:hAnsi="Times New Roman" w:cs="Times New Roman"/>
                <w:color w:val="000000"/>
                <w:kern w:val="0"/>
                <w:sz w:val="16"/>
                <w:szCs w:val="16"/>
                <w:lang w:eastAsia="en-IN"/>
                <w14:ligatures w14:val="none"/>
              </w:rPr>
              <w:t xml:space="preserve"> Jason </w:t>
            </w:r>
          </w:p>
        </w:tc>
        <w:tc>
          <w:tcPr>
            <w:tcW w:w="350" w:type="pct"/>
            <w:tcBorders>
              <w:top w:val="nil"/>
              <w:left w:val="nil"/>
              <w:bottom w:val="single" w:sz="4" w:space="0" w:color="auto"/>
              <w:right w:val="single" w:sz="4" w:space="0" w:color="auto"/>
            </w:tcBorders>
            <w:noWrap/>
            <w:vAlign w:val="bottom"/>
            <w:hideMark/>
          </w:tcPr>
          <w:p w14:paraId="4930050C"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Private Employee </w:t>
            </w:r>
          </w:p>
        </w:tc>
        <w:tc>
          <w:tcPr>
            <w:tcW w:w="167" w:type="pct"/>
            <w:tcBorders>
              <w:top w:val="nil"/>
              <w:left w:val="nil"/>
              <w:bottom w:val="single" w:sz="4" w:space="0" w:color="auto"/>
              <w:right w:val="single" w:sz="4" w:space="0" w:color="auto"/>
            </w:tcBorders>
            <w:noWrap/>
            <w:vAlign w:val="bottom"/>
            <w:hideMark/>
          </w:tcPr>
          <w:p w14:paraId="523E8C5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M</w:t>
            </w:r>
          </w:p>
        </w:tc>
        <w:tc>
          <w:tcPr>
            <w:tcW w:w="230" w:type="pct"/>
            <w:tcBorders>
              <w:top w:val="nil"/>
              <w:left w:val="nil"/>
              <w:bottom w:val="single" w:sz="4" w:space="0" w:color="auto"/>
              <w:right w:val="single" w:sz="4" w:space="0" w:color="auto"/>
            </w:tcBorders>
            <w:noWrap/>
            <w:vAlign w:val="bottom"/>
            <w:hideMark/>
          </w:tcPr>
          <w:p w14:paraId="449A4CB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1,81,000</w:t>
            </w:r>
          </w:p>
        </w:tc>
        <w:tc>
          <w:tcPr>
            <w:tcW w:w="287" w:type="pct"/>
            <w:tcBorders>
              <w:top w:val="nil"/>
              <w:left w:val="nil"/>
              <w:bottom w:val="single" w:sz="4" w:space="0" w:color="auto"/>
              <w:right w:val="single" w:sz="4" w:space="0" w:color="auto"/>
            </w:tcBorders>
            <w:noWrap/>
            <w:vAlign w:val="bottom"/>
            <w:hideMark/>
          </w:tcPr>
          <w:p w14:paraId="6E7E7015"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Christian</w:t>
            </w:r>
          </w:p>
        </w:tc>
        <w:tc>
          <w:tcPr>
            <w:tcW w:w="510" w:type="pct"/>
            <w:tcBorders>
              <w:top w:val="nil"/>
              <w:left w:val="nil"/>
              <w:bottom w:val="single" w:sz="4" w:space="0" w:color="auto"/>
              <w:right w:val="single" w:sz="4" w:space="0" w:color="auto"/>
            </w:tcBorders>
            <w:noWrap/>
            <w:vAlign w:val="bottom"/>
            <w:hideMark/>
          </w:tcPr>
          <w:p w14:paraId="039EC0C8"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Vaddemani</w:t>
            </w:r>
            <w:proofErr w:type="spellEnd"/>
            <w:r w:rsidRPr="00042DB8">
              <w:rPr>
                <w:rFonts w:ascii="Times New Roman" w:eastAsia="Times New Roman" w:hAnsi="Times New Roman" w:cs="Times New Roman"/>
                <w:color w:val="000000"/>
                <w:kern w:val="0"/>
                <w:sz w:val="16"/>
                <w:szCs w:val="16"/>
                <w:lang w:eastAsia="en-IN"/>
                <w14:ligatures w14:val="none"/>
              </w:rPr>
              <w:t xml:space="preserve"> Raj Kumar </w:t>
            </w:r>
          </w:p>
        </w:tc>
        <w:tc>
          <w:tcPr>
            <w:tcW w:w="260" w:type="pct"/>
            <w:tcBorders>
              <w:top w:val="nil"/>
              <w:left w:val="nil"/>
              <w:bottom w:val="single" w:sz="4" w:space="0" w:color="auto"/>
              <w:right w:val="single" w:sz="4" w:space="0" w:color="auto"/>
            </w:tcBorders>
            <w:noWrap/>
            <w:vAlign w:val="bottom"/>
            <w:hideMark/>
          </w:tcPr>
          <w:p w14:paraId="7C56628A"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20,000</w:t>
            </w:r>
          </w:p>
        </w:tc>
        <w:tc>
          <w:tcPr>
            <w:tcW w:w="234" w:type="pct"/>
            <w:tcBorders>
              <w:top w:val="nil"/>
              <w:left w:val="nil"/>
              <w:bottom w:val="single" w:sz="4" w:space="0" w:color="auto"/>
              <w:right w:val="single" w:sz="4" w:space="0" w:color="auto"/>
            </w:tcBorders>
            <w:noWrap/>
            <w:vAlign w:val="bottom"/>
            <w:hideMark/>
          </w:tcPr>
          <w:p w14:paraId="190F3694"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3,22,032</w:t>
            </w:r>
          </w:p>
        </w:tc>
        <w:tc>
          <w:tcPr>
            <w:tcW w:w="291" w:type="pct"/>
            <w:tcBorders>
              <w:top w:val="nil"/>
              <w:left w:val="nil"/>
              <w:bottom w:val="single" w:sz="4" w:space="0" w:color="auto"/>
              <w:right w:val="single" w:sz="4" w:space="0" w:color="auto"/>
            </w:tcBorders>
            <w:noWrap/>
            <w:vAlign w:val="bottom"/>
            <w:hideMark/>
          </w:tcPr>
          <w:p w14:paraId="77AD9BB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12000</w:t>
            </w:r>
          </w:p>
        </w:tc>
        <w:tc>
          <w:tcPr>
            <w:tcW w:w="638" w:type="pct"/>
            <w:tcBorders>
              <w:top w:val="nil"/>
              <w:left w:val="nil"/>
              <w:bottom w:val="single" w:sz="4" w:space="0" w:color="auto"/>
              <w:right w:val="single" w:sz="4" w:space="0" w:color="auto"/>
            </w:tcBorders>
            <w:noWrap/>
            <w:vAlign w:val="bottom"/>
            <w:hideMark/>
          </w:tcPr>
          <w:p w14:paraId="5A3B8E0D"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ICICI Bank</w:t>
            </w:r>
          </w:p>
        </w:tc>
        <w:tc>
          <w:tcPr>
            <w:tcW w:w="312" w:type="pct"/>
            <w:tcBorders>
              <w:top w:val="nil"/>
              <w:left w:val="nil"/>
              <w:bottom w:val="single" w:sz="4" w:space="0" w:color="auto"/>
              <w:right w:val="single" w:sz="4" w:space="0" w:color="auto"/>
            </w:tcBorders>
            <w:noWrap/>
            <w:vAlign w:val="bottom"/>
            <w:hideMark/>
          </w:tcPr>
          <w:p w14:paraId="39C56928"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68001520177</w:t>
            </w:r>
          </w:p>
        </w:tc>
        <w:tc>
          <w:tcPr>
            <w:tcW w:w="827" w:type="pct"/>
            <w:tcBorders>
              <w:top w:val="nil"/>
              <w:left w:val="nil"/>
              <w:bottom w:val="single" w:sz="4" w:space="0" w:color="auto"/>
              <w:right w:val="single" w:sz="4" w:space="0" w:color="auto"/>
            </w:tcBorders>
            <w:vAlign w:val="bottom"/>
            <w:hideMark/>
          </w:tcPr>
          <w:p w14:paraId="655FF49A"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he is merit student, and financially poor</w:t>
            </w:r>
          </w:p>
        </w:tc>
      </w:tr>
      <w:tr w:rsidR="00042DB8" w:rsidRPr="00042DB8" w14:paraId="6717571C" w14:textId="77777777" w:rsidTr="00042DB8">
        <w:trPr>
          <w:trHeight w:val="372"/>
        </w:trPr>
        <w:tc>
          <w:tcPr>
            <w:tcW w:w="172" w:type="pct"/>
            <w:tcBorders>
              <w:top w:val="nil"/>
              <w:left w:val="single" w:sz="4" w:space="0" w:color="auto"/>
              <w:bottom w:val="single" w:sz="4" w:space="0" w:color="auto"/>
              <w:right w:val="single" w:sz="4" w:space="0" w:color="auto"/>
            </w:tcBorders>
            <w:noWrap/>
            <w:vAlign w:val="bottom"/>
            <w:hideMark/>
          </w:tcPr>
          <w:p w14:paraId="4AF43A41"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9</w:t>
            </w:r>
          </w:p>
        </w:tc>
        <w:tc>
          <w:tcPr>
            <w:tcW w:w="274" w:type="pct"/>
            <w:tcBorders>
              <w:top w:val="nil"/>
              <w:left w:val="nil"/>
              <w:bottom w:val="single" w:sz="4" w:space="0" w:color="auto"/>
              <w:right w:val="single" w:sz="4" w:space="0" w:color="auto"/>
            </w:tcBorders>
            <w:noWrap/>
            <w:vAlign w:val="bottom"/>
            <w:hideMark/>
          </w:tcPr>
          <w:p w14:paraId="166BBEBC"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111723039049</w:t>
            </w:r>
          </w:p>
        </w:tc>
        <w:tc>
          <w:tcPr>
            <w:tcW w:w="448" w:type="pct"/>
            <w:tcBorders>
              <w:top w:val="nil"/>
              <w:left w:val="nil"/>
              <w:bottom w:val="single" w:sz="4" w:space="0" w:color="auto"/>
              <w:right w:val="single" w:sz="4" w:space="0" w:color="auto"/>
            </w:tcBorders>
            <w:noWrap/>
            <w:vAlign w:val="bottom"/>
            <w:hideMark/>
          </w:tcPr>
          <w:p w14:paraId="3E80F41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Vempati Srujan</w:t>
            </w:r>
          </w:p>
        </w:tc>
        <w:tc>
          <w:tcPr>
            <w:tcW w:w="350" w:type="pct"/>
            <w:tcBorders>
              <w:top w:val="nil"/>
              <w:left w:val="nil"/>
              <w:bottom w:val="single" w:sz="4" w:space="0" w:color="auto"/>
              <w:right w:val="single" w:sz="4" w:space="0" w:color="auto"/>
            </w:tcBorders>
            <w:noWrap/>
            <w:vAlign w:val="bottom"/>
            <w:hideMark/>
          </w:tcPr>
          <w:p w14:paraId="7420B5E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Farmer</w:t>
            </w:r>
          </w:p>
        </w:tc>
        <w:tc>
          <w:tcPr>
            <w:tcW w:w="167" w:type="pct"/>
            <w:tcBorders>
              <w:top w:val="nil"/>
              <w:left w:val="nil"/>
              <w:bottom w:val="single" w:sz="4" w:space="0" w:color="auto"/>
              <w:right w:val="single" w:sz="4" w:space="0" w:color="auto"/>
            </w:tcBorders>
            <w:noWrap/>
            <w:vAlign w:val="bottom"/>
            <w:hideMark/>
          </w:tcPr>
          <w:p w14:paraId="25EF247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M</w:t>
            </w:r>
          </w:p>
        </w:tc>
        <w:tc>
          <w:tcPr>
            <w:tcW w:w="230" w:type="pct"/>
            <w:tcBorders>
              <w:top w:val="nil"/>
              <w:left w:val="nil"/>
              <w:bottom w:val="single" w:sz="4" w:space="0" w:color="auto"/>
              <w:right w:val="single" w:sz="4" w:space="0" w:color="auto"/>
            </w:tcBorders>
            <w:noWrap/>
            <w:vAlign w:val="bottom"/>
            <w:hideMark/>
          </w:tcPr>
          <w:p w14:paraId="62563F32"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98,000</w:t>
            </w:r>
          </w:p>
        </w:tc>
        <w:tc>
          <w:tcPr>
            <w:tcW w:w="287" w:type="pct"/>
            <w:tcBorders>
              <w:top w:val="nil"/>
              <w:left w:val="nil"/>
              <w:bottom w:val="single" w:sz="4" w:space="0" w:color="auto"/>
              <w:right w:val="single" w:sz="4" w:space="0" w:color="auto"/>
            </w:tcBorders>
            <w:noWrap/>
            <w:vAlign w:val="bottom"/>
            <w:hideMark/>
          </w:tcPr>
          <w:p w14:paraId="21C33ED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Catholic</w:t>
            </w:r>
          </w:p>
        </w:tc>
        <w:tc>
          <w:tcPr>
            <w:tcW w:w="510" w:type="pct"/>
            <w:tcBorders>
              <w:top w:val="nil"/>
              <w:left w:val="nil"/>
              <w:bottom w:val="single" w:sz="4" w:space="0" w:color="auto"/>
              <w:right w:val="single" w:sz="4" w:space="0" w:color="auto"/>
            </w:tcBorders>
            <w:noWrap/>
            <w:vAlign w:val="bottom"/>
            <w:hideMark/>
          </w:tcPr>
          <w:p w14:paraId="5A4E0070"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Vempati GopiKrishna </w:t>
            </w:r>
          </w:p>
        </w:tc>
        <w:tc>
          <w:tcPr>
            <w:tcW w:w="260" w:type="pct"/>
            <w:tcBorders>
              <w:top w:val="nil"/>
              <w:left w:val="nil"/>
              <w:bottom w:val="single" w:sz="4" w:space="0" w:color="auto"/>
              <w:right w:val="single" w:sz="4" w:space="0" w:color="auto"/>
            </w:tcBorders>
            <w:noWrap/>
            <w:vAlign w:val="bottom"/>
            <w:hideMark/>
          </w:tcPr>
          <w:p w14:paraId="7D73B614"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20,000</w:t>
            </w:r>
          </w:p>
        </w:tc>
        <w:tc>
          <w:tcPr>
            <w:tcW w:w="234" w:type="pct"/>
            <w:tcBorders>
              <w:top w:val="nil"/>
              <w:left w:val="nil"/>
              <w:bottom w:val="single" w:sz="4" w:space="0" w:color="auto"/>
              <w:right w:val="single" w:sz="4" w:space="0" w:color="auto"/>
            </w:tcBorders>
            <w:noWrap/>
            <w:vAlign w:val="bottom"/>
            <w:hideMark/>
          </w:tcPr>
          <w:p w14:paraId="5B1D24F6"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3,22,034</w:t>
            </w:r>
          </w:p>
        </w:tc>
        <w:tc>
          <w:tcPr>
            <w:tcW w:w="291" w:type="pct"/>
            <w:tcBorders>
              <w:top w:val="nil"/>
              <w:left w:val="nil"/>
              <w:bottom w:val="single" w:sz="4" w:space="0" w:color="auto"/>
              <w:right w:val="single" w:sz="4" w:space="0" w:color="auto"/>
            </w:tcBorders>
            <w:noWrap/>
            <w:vAlign w:val="bottom"/>
            <w:hideMark/>
          </w:tcPr>
          <w:p w14:paraId="081FC969"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10,000</w:t>
            </w:r>
          </w:p>
        </w:tc>
        <w:tc>
          <w:tcPr>
            <w:tcW w:w="638" w:type="pct"/>
            <w:tcBorders>
              <w:top w:val="nil"/>
              <w:left w:val="nil"/>
              <w:bottom w:val="single" w:sz="4" w:space="0" w:color="auto"/>
              <w:right w:val="single" w:sz="4" w:space="0" w:color="auto"/>
            </w:tcBorders>
            <w:noWrap/>
            <w:vAlign w:val="bottom"/>
            <w:hideMark/>
          </w:tcPr>
          <w:p w14:paraId="467E8508"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HDFC</w:t>
            </w:r>
          </w:p>
        </w:tc>
        <w:tc>
          <w:tcPr>
            <w:tcW w:w="312" w:type="pct"/>
            <w:tcBorders>
              <w:top w:val="nil"/>
              <w:left w:val="nil"/>
              <w:bottom w:val="single" w:sz="4" w:space="0" w:color="auto"/>
              <w:right w:val="single" w:sz="4" w:space="0" w:color="auto"/>
            </w:tcBorders>
            <w:noWrap/>
            <w:vAlign w:val="bottom"/>
            <w:hideMark/>
          </w:tcPr>
          <w:p w14:paraId="7EC24D1C"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50100536762941</w:t>
            </w:r>
          </w:p>
        </w:tc>
        <w:tc>
          <w:tcPr>
            <w:tcW w:w="827" w:type="pct"/>
            <w:tcBorders>
              <w:top w:val="nil"/>
              <w:left w:val="nil"/>
              <w:bottom w:val="single" w:sz="4" w:space="0" w:color="auto"/>
              <w:right w:val="single" w:sz="4" w:space="0" w:color="auto"/>
            </w:tcBorders>
            <w:vAlign w:val="bottom"/>
            <w:hideMark/>
          </w:tcPr>
          <w:p w14:paraId="7F1516C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He is a brilliant student. Recently, his mother passed away. His father is a farmer and the sole earning member of the family.</w:t>
            </w:r>
          </w:p>
        </w:tc>
      </w:tr>
      <w:tr w:rsidR="00042DB8" w:rsidRPr="00042DB8" w14:paraId="42AF09C4"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0575BB65"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10</w:t>
            </w:r>
          </w:p>
        </w:tc>
        <w:tc>
          <w:tcPr>
            <w:tcW w:w="274" w:type="pct"/>
            <w:tcBorders>
              <w:top w:val="nil"/>
              <w:left w:val="nil"/>
              <w:bottom w:val="single" w:sz="4" w:space="0" w:color="auto"/>
              <w:right w:val="single" w:sz="4" w:space="0" w:color="auto"/>
            </w:tcBorders>
            <w:noWrap/>
            <w:vAlign w:val="bottom"/>
            <w:hideMark/>
          </w:tcPr>
          <w:p w14:paraId="10A2CC97"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111723039050</w:t>
            </w:r>
          </w:p>
        </w:tc>
        <w:tc>
          <w:tcPr>
            <w:tcW w:w="448" w:type="pct"/>
            <w:tcBorders>
              <w:top w:val="nil"/>
              <w:left w:val="nil"/>
              <w:bottom w:val="single" w:sz="4" w:space="0" w:color="auto"/>
              <w:right w:val="single" w:sz="4" w:space="0" w:color="auto"/>
            </w:tcBorders>
            <w:noWrap/>
            <w:vAlign w:val="bottom"/>
            <w:hideMark/>
          </w:tcPr>
          <w:p w14:paraId="508F677D"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Y. Bhanu </w:t>
            </w:r>
            <w:proofErr w:type="spellStart"/>
            <w:r w:rsidRPr="00042DB8">
              <w:rPr>
                <w:rFonts w:ascii="Times New Roman" w:eastAsia="Times New Roman" w:hAnsi="Times New Roman" w:cs="Times New Roman"/>
                <w:color w:val="000000"/>
                <w:kern w:val="0"/>
                <w:sz w:val="16"/>
                <w:szCs w:val="16"/>
                <w:lang w:eastAsia="en-IN"/>
                <w14:ligatures w14:val="none"/>
              </w:rPr>
              <w:t>preetham</w:t>
            </w:r>
            <w:proofErr w:type="spellEnd"/>
          </w:p>
        </w:tc>
        <w:tc>
          <w:tcPr>
            <w:tcW w:w="350" w:type="pct"/>
            <w:tcBorders>
              <w:top w:val="nil"/>
              <w:left w:val="nil"/>
              <w:bottom w:val="single" w:sz="4" w:space="0" w:color="auto"/>
              <w:right w:val="single" w:sz="4" w:space="0" w:color="auto"/>
            </w:tcBorders>
            <w:noWrap/>
            <w:vAlign w:val="bottom"/>
            <w:hideMark/>
          </w:tcPr>
          <w:p w14:paraId="28820DD0"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salesman</w:t>
            </w:r>
          </w:p>
        </w:tc>
        <w:tc>
          <w:tcPr>
            <w:tcW w:w="167" w:type="pct"/>
            <w:tcBorders>
              <w:top w:val="nil"/>
              <w:left w:val="nil"/>
              <w:bottom w:val="single" w:sz="4" w:space="0" w:color="auto"/>
              <w:right w:val="single" w:sz="4" w:space="0" w:color="auto"/>
            </w:tcBorders>
            <w:noWrap/>
            <w:vAlign w:val="bottom"/>
            <w:hideMark/>
          </w:tcPr>
          <w:p w14:paraId="2058B18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M</w:t>
            </w:r>
          </w:p>
        </w:tc>
        <w:tc>
          <w:tcPr>
            <w:tcW w:w="230" w:type="pct"/>
            <w:tcBorders>
              <w:top w:val="nil"/>
              <w:left w:val="nil"/>
              <w:bottom w:val="single" w:sz="4" w:space="0" w:color="auto"/>
              <w:right w:val="single" w:sz="4" w:space="0" w:color="auto"/>
            </w:tcBorders>
            <w:noWrap/>
            <w:vAlign w:val="bottom"/>
            <w:hideMark/>
          </w:tcPr>
          <w:p w14:paraId="059EDD5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1,60,000</w:t>
            </w:r>
          </w:p>
        </w:tc>
        <w:tc>
          <w:tcPr>
            <w:tcW w:w="287" w:type="pct"/>
            <w:tcBorders>
              <w:top w:val="nil"/>
              <w:left w:val="nil"/>
              <w:bottom w:val="single" w:sz="4" w:space="0" w:color="auto"/>
              <w:right w:val="single" w:sz="4" w:space="0" w:color="auto"/>
            </w:tcBorders>
            <w:noWrap/>
            <w:vAlign w:val="bottom"/>
            <w:hideMark/>
          </w:tcPr>
          <w:p w14:paraId="3A9DF18D"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584888BC"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proofErr w:type="spellStart"/>
            <w:r w:rsidRPr="00042DB8">
              <w:rPr>
                <w:rFonts w:ascii="Times New Roman" w:eastAsia="Times New Roman" w:hAnsi="Times New Roman" w:cs="Times New Roman"/>
                <w:color w:val="000000"/>
                <w:kern w:val="0"/>
                <w:sz w:val="16"/>
                <w:szCs w:val="16"/>
                <w:lang w:eastAsia="en-IN"/>
                <w14:ligatures w14:val="none"/>
              </w:rPr>
              <w:t>Yedavi</w:t>
            </w:r>
            <w:proofErr w:type="spellEnd"/>
            <w:r w:rsidRPr="00042DB8">
              <w:rPr>
                <w:rFonts w:ascii="Times New Roman" w:eastAsia="Times New Roman" w:hAnsi="Times New Roman" w:cs="Times New Roman"/>
                <w:color w:val="000000"/>
                <w:kern w:val="0"/>
                <w:sz w:val="16"/>
                <w:szCs w:val="16"/>
                <w:lang w:eastAsia="en-IN"/>
                <w14:ligatures w14:val="none"/>
              </w:rPr>
              <w:t xml:space="preserve"> Venkatesh</w:t>
            </w:r>
          </w:p>
        </w:tc>
        <w:tc>
          <w:tcPr>
            <w:tcW w:w="260" w:type="pct"/>
            <w:tcBorders>
              <w:top w:val="nil"/>
              <w:left w:val="nil"/>
              <w:bottom w:val="single" w:sz="4" w:space="0" w:color="auto"/>
              <w:right w:val="single" w:sz="4" w:space="0" w:color="auto"/>
            </w:tcBorders>
            <w:noWrap/>
            <w:vAlign w:val="bottom"/>
            <w:hideMark/>
          </w:tcPr>
          <w:p w14:paraId="71B27E51"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12,000</w:t>
            </w:r>
          </w:p>
        </w:tc>
        <w:tc>
          <w:tcPr>
            <w:tcW w:w="234" w:type="pct"/>
            <w:tcBorders>
              <w:top w:val="nil"/>
              <w:left w:val="nil"/>
              <w:bottom w:val="single" w:sz="4" w:space="0" w:color="auto"/>
              <w:right w:val="single" w:sz="4" w:space="0" w:color="auto"/>
            </w:tcBorders>
            <w:noWrap/>
            <w:vAlign w:val="bottom"/>
            <w:hideMark/>
          </w:tcPr>
          <w:p w14:paraId="67A4EA73"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3,22,033</w:t>
            </w:r>
          </w:p>
        </w:tc>
        <w:tc>
          <w:tcPr>
            <w:tcW w:w="291" w:type="pct"/>
            <w:tcBorders>
              <w:top w:val="nil"/>
              <w:left w:val="nil"/>
              <w:bottom w:val="single" w:sz="4" w:space="0" w:color="auto"/>
              <w:right w:val="single" w:sz="4" w:space="0" w:color="auto"/>
            </w:tcBorders>
            <w:noWrap/>
            <w:vAlign w:val="bottom"/>
            <w:hideMark/>
          </w:tcPr>
          <w:p w14:paraId="3CC335E3"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5000</w:t>
            </w:r>
          </w:p>
        </w:tc>
        <w:tc>
          <w:tcPr>
            <w:tcW w:w="638" w:type="pct"/>
            <w:tcBorders>
              <w:top w:val="nil"/>
              <w:left w:val="nil"/>
              <w:bottom w:val="single" w:sz="4" w:space="0" w:color="auto"/>
              <w:right w:val="single" w:sz="4" w:space="0" w:color="auto"/>
            </w:tcBorders>
            <w:noWrap/>
            <w:vAlign w:val="bottom"/>
            <w:hideMark/>
          </w:tcPr>
          <w:p w14:paraId="27F725D3"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State Bank of India</w:t>
            </w:r>
          </w:p>
        </w:tc>
        <w:tc>
          <w:tcPr>
            <w:tcW w:w="312" w:type="pct"/>
            <w:tcBorders>
              <w:top w:val="nil"/>
              <w:left w:val="nil"/>
              <w:bottom w:val="single" w:sz="4" w:space="0" w:color="auto"/>
              <w:right w:val="single" w:sz="4" w:space="0" w:color="auto"/>
            </w:tcBorders>
            <w:noWrap/>
            <w:vAlign w:val="bottom"/>
            <w:hideMark/>
          </w:tcPr>
          <w:p w14:paraId="4F72D9C1"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52126231576</w:t>
            </w:r>
          </w:p>
        </w:tc>
        <w:tc>
          <w:tcPr>
            <w:tcW w:w="827" w:type="pct"/>
            <w:tcBorders>
              <w:top w:val="nil"/>
              <w:left w:val="nil"/>
              <w:bottom w:val="single" w:sz="4" w:space="0" w:color="auto"/>
              <w:right w:val="single" w:sz="4" w:space="0" w:color="auto"/>
            </w:tcBorders>
            <w:vAlign w:val="bottom"/>
            <w:hideMark/>
          </w:tcPr>
          <w:p w14:paraId="0418B39C"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Financially poor </w:t>
            </w:r>
          </w:p>
        </w:tc>
      </w:tr>
      <w:tr w:rsidR="00042DB8" w:rsidRPr="00042DB8" w14:paraId="101E8526"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5016707B"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w:t>
            </w:r>
          </w:p>
        </w:tc>
        <w:tc>
          <w:tcPr>
            <w:tcW w:w="274" w:type="pct"/>
            <w:tcBorders>
              <w:top w:val="nil"/>
              <w:left w:val="nil"/>
              <w:bottom w:val="single" w:sz="4" w:space="0" w:color="auto"/>
              <w:right w:val="single" w:sz="4" w:space="0" w:color="auto"/>
            </w:tcBorders>
            <w:noWrap/>
            <w:vAlign w:val="bottom"/>
            <w:hideMark/>
          </w:tcPr>
          <w:p w14:paraId="07E5F514"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111723039002</w:t>
            </w:r>
          </w:p>
        </w:tc>
        <w:tc>
          <w:tcPr>
            <w:tcW w:w="448" w:type="pct"/>
            <w:tcBorders>
              <w:top w:val="nil"/>
              <w:left w:val="nil"/>
              <w:bottom w:val="single" w:sz="4" w:space="0" w:color="auto"/>
              <w:right w:val="single" w:sz="4" w:space="0" w:color="auto"/>
            </w:tcBorders>
            <w:noWrap/>
            <w:vAlign w:val="bottom"/>
            <w:hideMark/>
          </w:tcPr>
          <w:p w14:paraId="1BF7C44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B. Yamini </w:t>
            </w:r>
            <w:proofErr w:type="spellStart"/>
            <w:r w:rsidRPr="00042DB8">
              <w:rPr>
                <w:rFonts w:ascii="Times New Roman" w:eastAsia="Times New Roman" w:hAnsi="Times New Roman" w:cs="Times New Roman"/>
                <w:color w:val="000000"/>
                <w:kern w:val="0"/>
                <w:sz w:val="16"/>
                <w:szCs w:val="16"/>
                <w:lang w:eastAsia="en-IN"/>
                <w14:ligatures w14:val="none"/>
              </w:rPr>
              <w:t>sri</w:t>
            </w:r>
            <w:proofErr w:type="spellEnd"/>
          </w:p>
        </w:tc>
        <w:tc>
          <w:tcPr>
            <w:tcW w:w="350" w:type="pct"/>
            <w:tcBorders>
              <w:top w:val="nil"/>
              <w:left w:val="nil"/>
              <w:bottom w:val="single" w:sz="4" w:space="0" w:color="auto"/>
              <w:right w:val="single" w:sz="4" w:space="0" w:color="auto"/>
            </w:tcBorders>
            <w:noWrap/>
            <w:vAlign w:val="bottom"/>
            <w:hideMark/>
          </w:tcPr>
          <w:p w14:paraId="0B32951E"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Driver</w:t>
            </w:r>
          </w:p>
        </w:tc>
        <w:tc>
          <w:tcPr>
            <w:tcW w:w="167" w:type="pct"/>
            <w:tcBorders>
              <w:top w:val="nil"/>
              <w:left w:val="nil"/>
              <w:bottom w:val="single" w:sz="4" w:space="0" w:color="auto"/>
              <w:right w:val="single" w:sz="4" w:space="0" w:color="auto"/>
            </w:tcBorders>
            <w:noWrap/>
            <w:vAlign w:val="bottom"/>
            <w:hideMark/>
          </w:tcPr>
          <w:p w14:paraId="2E8F5CE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4CEB6B1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198000</w:t>
            </w:r>
          </w:p>
        </w:tc>
        <w:tc>
          <w:tcPr>
            <w:tcW w:w="287" w:type="pct"/>
            <w:tcBorders>
              <w:top w:val="nil"/>
              <w:left w:val="nil"/>
              <w:bottom w:val="single" w:sz="4" w:space="0" w:color="auto"/>
              <w:right w:val="single" w:sz="4" w:space="0" w:color="auto"/>
            </w:tcBorders>
            <w:noWrap/>
            <w:vAlign w:val="bottom"/>
            <w:hideMark/>
          </w:tcPr>
          <w:p w14:paraId="7E796B5C"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1318A63B"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B. Ramana</w:t>
            </w:r>
          </w:p>
        </w:tc>
        <w:tc>
          <w:tcPr>
            <w:tcW w:w="260" w:type="pct"/>
            <w:tcBorders>
              <w:top w:val="nil"/>
              <w:left w:val="nil"/>
              <w:bottom w:val="single" w:sz="4" w:space="0" w:color="auto"/>
              <w:right w:val="single" w:sz="4" w:space="0" w:color="auto"/>
            </w:tcBorders>
            <w:noWrap/>
            <w:vAlign w:val="bottom"/>
            <w:hideMark/>
          </w:tcPr>
          <w:p w14:paraId="33ADD803"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10,000</w:t>
            </w:r>
          </w:p>
        </w:tc>
        <w:tc>
          <w:tcPr>
            <w:tcW w:w="234" w:type="pct"/>
            <w:tcBorders>
              <w:top w:val="nil"/>
              <w:left w:val="nil"/>
              <w:bottom w:val="single" w:sz="4" w:space="0" w:color="auto"/>
              <w:right w:val="single" w:sz="4" w:space="0" w:color="auto"/>
            </w:tcBorders>
            <w:noWrap/>
            <w:vAlign w:val="bottom"/>
            <w:hideMark/>
          </w:tcPr>
          <w:p w14:paraId="2F44B5D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322024</w:t>
            </w:r>
          </w:p>
        </w:tc>
        <w:tc>
          <w:tcPr>
            <w:tcW w:w="291" w:type="pct"/>
            <w:tcBorders>
              <w:top w:val="nil"/>
              <w:left w:val="nil"/>
              <w:bottom w:val="single" w:sz="4" w:space="0" w:color="auto"/>
              <w:right w:val="single" w:sz="4" w:space="0" w:color="auto"/>
            </w:tcBorders>
            <w:noWrap/>
            <w:vAlign w:val="bottom"/>
            <w:hideMark/>
          </w:tcPr>
          <w:p w14:paraId="7A01EA20"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3000</w:t>
            </w:r>
          </w:p>
        </w:tc>
        <w:tc>
          <w:tcPr>
            <w:tcW w:w="638" w:type="pct"/>
            <w:tcBorders>
              <w:top w:val="nil"/>
              <w:left w:val="nil"/>
              <w:bottom w:val="single" w:sz="4" w:space="0" w:color="auto"/>
              <w:right w:val="single" w:sz="4" w:space="0" w:color="auto"/>
            </w:tcBorders>
            <w:noWrap/>
            <w:vAlign w:val="bottom"/>
            <w:hideMark/>
          </w:tcPr>
          <w:p w14:paraId="367FBDB8"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State Bank </w:t>
            </w:r>
            <w:proofErr w:type="gramStart"/>
            <w:r w:rsidRPr="00042DB8">
              <w:rPr>
                <w:rFonts w:ascii="Times New Roman" w:eastAsia="Times New Roman" w:hAnsi="Times New Roman" w:cs="Times New Roman"/>
                <w:color w:val="000000"/>
                <w:kern w:val="0"/>
                <w:sz w:val="16"/>
                <w:szCs w:val="16"/>
                <w:lang w:eastAsia="en-IN"/>
                <w14:ligatures w14:val="none"/>
              </w:rPr>
              <w:t>Of</w:t>
            </w:r>
            <w:proofErr w:type="gramEnd"/>
            <w:r w:rsidRPr="00042DB8">
              <w:rPr>
                <w:rFonts w:ascii="Times New Roman" w:eastAsia="Times New Roman" w:hAnsi="Times New Roman" w:cs="Times New Roman"/>
                <w:color w:val="000000"/>
                <w:kern w:val="0"/>
                <w:sz w:val="16"/>
                <w:szCs w:val="16"/>
                <w:lang w:eastAsia="en-IN"/>
                <w14:ligatures w14:val="none"/>
              </w:rPr>
              <w:t xml:space="preserve"> India</w:t>
            </w:r>
          </w:p>
        </w:tc>
        <w:tc>
          <w:tcPr>
            <w:tcW w:w="312" w:type="pct"/>
            <w:tcBorders>
              <w:top w:val="nil"/>
              <w:left w:val="nil"/>
              <w:bottom w:val="single" w:sz="4" w:space="0" w:color="auto"/>
              <w:right w:val="single" w:sz="4" w:space="0" w:color="auto"/>
            </w:tcBorders>
            <w:noWrap/>
            <w:vAlign w:val="bottom"/>
            <w:hideMark/>
          </w:tcPr>
          <w:p w14:paraId="5D9E0B7E"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62293828017</w:t>
            </w:r>
          </w:p>
        </w:tc>
        <w:tc>
          <w:tcPr>
            <w:tcW w:w="827" w:type="pct"/>
            <w:tcBorders>
              <w:top w:val="nil"/>
              <w:left w:val="nil"/>
              <w:bottom w:val="single" w:sz="4" w:space="0" w:color="auto"/>
              <w:right w:val="single" w:sz="4" w:space="0" w:color="auto"/>
            </w:tcBorders>
            <w:noWrap/>
            <w:vAlign w:val="bottom"/>
            <w:hideMark/>
          </w:tcPr>
          <w:p w14:paraId="132BBDD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r>
      <w:tr w:rsidR="00042DB8" w:rsidRPr="00042DB8" w14:paraId="516015DE" w14:textId="77777777" w:rsidTr="00042DB8">
        <w:trPr>
          <w:trHeight w:val="300"/>
        </w:trPr>
        <w:tc>
          <w:tcPr>
            <w:tcW w:w="172" w:type="pct"/>
            <w:tcBorders>
              <w:top w:val="nil"/>
              <w:left w:val="single" w:sz="4" w:space="0" w:color="auto"/>
              <w:bottom w:val="single" w:sz="4" w:space="0" w:color="auto"/>
              <w:right w:val="single" w:sz="4" w:space="0" w:color="auto"/>
            </w:tcBorders>
            <w:noWrap/>
            <w:vAlign w:val="bottom"/>
            <w:hideMark/>
          </w:tcPr>
          <w:p w14:paraId="7DE6C470"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12</w:t>
            </w:r>
          </w:p>
        </w:tc>
        <w:tc>
          <w:tcPr>
            <w:tcW w:w="274" w:type="pct"/>
            <w:tcBorders>
              <w:top w:val="nil"/>
              <w:left w:val="nil"/>
              <w:bottom w:val="single" w:sz="4" w:space="0" w:color="auto"/>
              <w:right w:val="single" w:sz="4" w:space="0" w:color="auto"/>
            </w:tcBorders>
            <w:noWrap/>
            <w:vAlign w:val="bottom"/>
            <w:hideMark/>
          </w:tcPr>
          <w:p w14:paraId="190B0163"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111723039004</w:t>
            </w:r>
          </w:p>
        </w:tc>
        <w:tc>
          <w:tcPr>
            <w:tcW w:w="448" w:type="pct"/>
            <w:tcBorders>
              <w:top w:val="nil"/>
              <w:left w:val="nil"/>
              <w:bottom w:val="single" w:sz="4" w:space="0" w:color="auto"/>
              <w:right w:val="single" w:sz="4" w:space="0" w:color="auto"/>
            </w:tcBorders>
            <w:noWrap/>
            <w:vAlign w:val="bottom"/>
            <w:hideMark/>
          </w:tcPr>
          <w:p w14:paraId="564100D0"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B Rishika </w:t>
            </w:r>
            <w:proofErr w:type="spellStart"/>
            <w:r w:rsidRPr="00042DB8">
              <w:rPr>
                <w:rFonts w:ascii="Times New Roman" w:eastAsia="Times New Roman" w:hAnsi="Times New Roman" w:cs="Times New Roman"/>
                <w:color w:val="000000"/>
                <w:kern w:val="0"/>
                <w:sz w:val="16"/>
                <w:szCs w:val="16"/>
                <w:lang w:eastAsia="en-IN"/>
                <w14:ligatures w14:val="none"/>
              </w:rPr>
              <w:t>sri</w:t>
            </w:r>
            <w:proofErr w:type="spellEnd"/>
          </w:p>
        </w:tc>
        <w:tc>
          <w:tcPr>
            <w:tcW w:w="350" w:type="pct"/>
            <w:tcBorders>
              <w:top w:val="nil"/>
              <w:left w:val="nil"/>
              <w:bottom w:val="single" w:sz="4" w:space="0" w:color="auto"/>
              <w:right w:val="single" w:sz="4" w:space="0" w:color="auto"/>
            </w:tcBorders>
            <w:noWrap/>
            <w:vAlign w:val="bottom"/>
            <w:hideMark/>
          </w:tcPr>
          <w:p w14:paraId="16C9213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Cab </w:t>
            </w:r>
            <w:proofErr w:type="spellStart"/>
            <w:r w:rsidRPr="00042DB8">
              <w:rPr>
                <w:rFonts w:ascii="Times New Roman" w:eastAsia="Times New Roman" w:hAnsi="Times New Roman" w:cs="Times New Roman"/>
                <w:color w:val="000000"/>
                <w:kern w:val="0"/>
                <w:sz w:val="16"/>
                <w:szCs w:val="16"/>
                <w:lang w:eastAsia="en-IN"/>
                <w14:ligatures w14:val="none"/>
              </w:rPr>
              <w:t>druver</w:t>
            </w:r>
            <w:proofErr w:type="spellEnd"/>
          </w:p>
        </w:tc>
        <w:tc>
          <w:tcPr>
            <w:tcW w:w="167" w:type="pct"/>
            <w:tcBorders>
              <w:top w:val="nil"/>
              <w:left w:val="nil"/>
              <w:bottom w:val="single" w:sz="4" w:space="0" w:color="auto"/>
              <w:right w:val="single" w:sz="4" w:space="0" w:color="auto"/>
            </w:tcBorders>
            <w:noWrap/>
            <w:vAlign w:val="bottom"/>
            <w:hideMark/>
          </w:tcPr>
          <w:p w14:paraId="3D0B821C"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F</w:t>
            </w:r>
          </w:p>
        </w:tc>
        <w:tc>
          <w:tcPr>
            <w:tcW w:w="230" w:type="pct"/>
            <w:tcBorders>
              <w:top w:val="nil"/>
              <w:left w:val="nil"/>
              <w:bottom w:val="single" w:sz="4" w:space="0" w:color="auto"/>
              <w:right w:val="single" w:sz="4" w:space="0" w:color="auto"/>
            </w:tcBorders>
            <w:noWrap/>
            <w:vAlign w:val="bottom"/>
            <w:hideMark/>
          </w:tcPr>
          <w:p w14:paraId="7D8B4B2D"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199000</w:t>
            </w:r>
          </w:p>
        </w:tc>
        <w:tc>
          <w:tcPr>
            <w:tcW w:w="287" w:type="pct"/>
            <w:tcBorders>
              <w:top w:val="nil"/>
              <w:left w:val="nil"/>
              <w:bottom w:val="single" w:sz="4" w:space="0" w:color="auto"/>
              <w:right w:val="single" w:sz="4" w:space="0" w:color="auto"/>
            </w:tcBorders>
            <w:noWrap/>
            <w:vAlign w:val="bottom"/>
            <w:hideMark/>
          </w:tcPr>
          <w:p w14:paraId="63D009D6"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Hindu</w:t>
            </w:r>
          </w:p>
        </w:tc>
        <w:tc>
          <w:tcPr>
            <w:tcW w:w="510" w:type="pct"/>
            <w:tcBorders>
              <w:top w:val="nil"/>
              <w:left w:val="nil"/>
              <w:bottom w:val="single" w:sz="4" w:space="0" w:color="auto"/>
              <w:right w:val="single" w:sz="4" w:space="0" w:color="auto"/>
            </w:tcBorders>
            <w:noWrap/>
            <w:vAlign w:val="bottom"/>
            <w:hideMark/>
          </w:tcPr>
          <w:p w14:paraId="3F1646C3"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xml:space="preserve">B </w:t>
            </w:r>
            <w:proofErr w:type="spellStart"/>
            <w:r w:rsidRPr="00042DB8">
              <w:rPr>
                <w:rFonts w:ascii="Times New Roman" w:eastAsia="Times New Roman" w:hAnsi="Times New Roman" w:cs="Times New Roman"/>
                <w:color w:val="000000"/>
                <w:kern w:val="0"/>
                <w:sz w:val="16"/>
                <w:szCs w:val="16"/>
                <w:lang w:eastAsia="en-IN"/>
                <w14:ligatures w14:val="none"/>
              </w:rPr>
              <w:t>srinivas</w:t>
            </w:r>
            <w:proofErr w:type="spellEnd"/>
          </w:p>
        </w:tc>
        <w:tc>
          <w:tcPr>
            <w:tcW w:w="260" w:type="pct"/>
            <w:tcBorders>
              <w:top w:val="nil"/>
              <w:left w:val="nil"/>
              <w:bottom w:val="single" w:sz="4" w:space="0" w:color="auto"/>
              <w:right w:val="single" w:sz="4" w:space="0" w:color="auto"/>
            </w:tcBorders>
            <w:noWrap/>
            <w:vAlign w:val="bottom"/>
            <w:hideMark/>
          </w:tcPr>
          <w:p w14:paraId="54A56F85"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10,000</w:t>
            </w:r>
          </w:p>
        </w:tc>
        <w:tc>
          <w:tcPr>
            <w:tcW w:w="234" w:type="pct"/>
            <w:tcBorders>
              <w:top w:val="nil"/>
              <w:left w:val="nil"/>
              <w:bottom w:val="single" w:sz="4" w:space="0" w:color="auto"/>
              <w:right w:val="single" w:sz="4" w:space="0" w:color="auto"/>
            </w:tcBorders>
            <w:noWrap/>
            <w:vAlign w:val="bottom"/>
            <w:hideMark/>
          </w:tcPr>
          <w:p w14:paraId="69B4227F"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322025</w:t>
            </w:r>
          </w:p>
        </w:tc>
        <w:tc>
          <w:tcPr>
            <w:tcW w:w="291" w:type="pct"/>
            <w:tcBorders>
              <w:top w:val="nil"/>
              <w:left w:val="nil"/>
              <w:bottom w:val="single" w:sz="4" w:space="0" w:color="auto"/>
              <w:right w:val="single" w:sz="4" w:space="0" w:color="auto"/>
            </w:tcBorders>
            <w:noWrap/>
            <w:vAlign w:val="bottom"/>
            <w:hideMark/>
          </w:tcPr>
          <w:p w14:paraId="3E9C5288"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4000</w:t>
            </w:r>
          </w:p>
        </w:tc>
        <w:tc>
          <w:tcPr>
            <w:tcW w:w="638" w:type="pct"/>
            <w:tcBorders>
              <w:top w:val="nil"/>
              <w:left w:val="nil"/>
              <w:bottom w:val="single" w:sz="4" w:space="0" w:color="auto"/>
              <w:right w:val="single" w:sz="4" w:space="0" w:color="auto"/>
            </w:tcBorders>
            <w:noWrap/>
            <w:vAlign w:val="bottom"/>
            <w:hideMark/>
          </w:tcPr>
          <w:p w14:paraId="0E16F092"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State Bank of India</w:t>
            </w:r>
          </w:p>
        </w:tc>
        <w:tc>
          <w:tcPr>
            <w:tcW w:w="312" w:type="pct"/>
            <w:tcBorders>
              <w:top w:val="nil"/>
              <w:left w:val="nil"/>
              <w:bottom w:val="single" w:sz="4" w:space="0" w:color="auto"/>
              <w:right w:val="single" w:sz="4" w:space="0" w:color="auto"/>
            </w:tcBorders>
            <w:noWrap/>
            <w:vAlign w:val="bottom"/>
            <w:hideMark/>
          </w:tcPr>
          <w:p w14:paraId="2117B741" w14:textId="77777777" w:rsidR="00042DB8" w:rsidRPr="00042DB8" w:rsidRDefault="00042DB8" w:rsidP="00042DB8">
            <w:pPr>
              <w:spacing w:after="0" w:line="240" w:lineRule="auto"/>
              <w:jc w:val="right"/>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20192980329</w:t>
            </w:r>
          </w:p>
        </w:tc>
        <w:tc>
          <w:tcPr>
            <w:tcW w:w="827" w:type="pct"/>
            <w:tcBorders>
              <w:top w:val="nil"/>
              <w:left w:val="nil"/>
              <w:bottom w:val="single" w:sz="4" w:space="0" w:color="auto"/>
              <w:right w:val="single" w:sz="4" w:space="0" w:color="auto"/>
            </w:tcBorders>
            <w:noWrap/>
            <w:vAlign w:val="bottom"/>
            <w:hideMark/>
          </w:tcPr>
          <w:p w14:paraId="25DE0484" w14:textId="77777777" w:rsidR="00042DB8" w:rsidRPr="00042DB8" w:rsidRDefault="00042DB8" w:rsidP="00042DB8">
            <w:pPr>
              <w:spacing w:after="0" w:line="240" w:lineRule="auto"/>
              <w:rPr>
                <w:rFonts w:ascii="Times New Roman" w:eastAsia="Times New Roman" w:hAnsi="Times New Roman" w:cs="Times New Roman"/>
                <w:color w:val="000000"/>
                <w:kern w:val="0"/>
                <w:sz w:val="16"/>
                <w:szCs w:val="16"/>
                <w:lang w:eastAsia="en-IN"/>
                <w14:ligatures w14:val="none"/>
              </w:rPr>
            </w:pPr>
            <w:r w:rsidRPr="00042DB8">
              <w:rPr>
                <w:rFonts w:ascii="Times New Roman" w:eastAsia="Times New Roman" w:hAnsi="Times New Roman" w:cs="Times New Roman"/>
                <w:color w:val="000000"/>
                <w:kern w:val="0"/>
                <w:sz w:val="16"/>
                <w:szCs w:val="16"/>
                <w:lang w:eastAsia="en-IN"/>
                <w14:ligatures w14:val="none"/>
              </w:rPr>
              <w:t> </w:t>
            </w:r>
          </w:p>
        </w:tc>
      </w:tr>
    </w:tbl>
    <w:p w14:paraId="7441C2EC" w14:textId="77777777" w:rsidR="00042DB8" w:rsidRDefault="00042DB8" w:rsidP="00226B14">
      <w:pPr>
        <w:rPr>
          <w:rFonts w:ascii="Times New Roman" w:hAnsi="Times New Roman" w:cs="Times New Roman"/>
          <w:b/>
          <w:bCs/>
          <w:sz w:val="36"/>
          <w:szCs w:val="36"/>
          <w:lang w:val="en-GB"/>
        </w:rPr>
      </w:pPr>
    </w:p>
    <w:p w14:paraId="4F406CCC" w14:textId="77777777" w:rsidR="009823A7" w:rsidRDefault="009823A7" w:rsidP="00226B14">
      <w:pPr>
        <w:rPr>
          <w:rFonts w:ascii="Times New Roman" w:hAnsi="Times New Roman" w:cs="Times New Roman"/>
          <w:b/>
          <w:bCs/>
          <w:sz w:val="36"/>
          <w:szCs w:val="36"/>
          <w:lang w:val="en-GB"/>
        </w:rPr>
      </w:pPr>
    </w:p>
    <w:p w14:paraId="478BF992" w14:textId="77777777" w:rsidR="009823A7" w:rsidRDefault="009823A7" w:rsidP="00226B14">
      <w:pPr>
        <w:rPr>
          <w:rFonts w:ascii="Times New Roman" w:hAnsi="Times New Roman" w:cs="Times New Roman"/>
          <w:b/>
          <w:bCs/>
          <w:sz w:val="36"/>
          <w:szCs w:val="36"/>
          <w:lang w:val="en-GB"/>
        </w:rPr>
      </w:pPr>
    </w:p>
    <w:p w14:paraId="4DA2AE8B" w14:textId="77777777" w:rsidR="00A673B0" w:rsidRDefault="00A673B0" w:rsidP="00226B14">
      <w:pPr>
        <w:rPr>
          <w:rFonts w:ascii="Times New Roman" w:hAnsi="Times New Roman" w:cs="Times New Roman"/>
          <w:b/>
          <w:bCs/>
          <w:sz w:val="36"/>
          <w:szCs w:val="36"/>
          <w:lang w:val="en-GB"/>
        </w:rPr>
      </w:pPr>
    </w:p>
    <w:p w14:paraId="585A5D67" w14:textId="77777777" w:rsidR="00A673B0" w:rsidRDefault="00A673B0" w:rsidP="00226B14">
      <w:pPr>
        <w:rPr>
          <w:rFonts w:ascii="Times New Roman" w:hAnsi="Times New Roman" w:cs="Times New Roman"/>
          <w:b/>
          <w:bCs/>
          <w:sz w:val="36"/>
          <w:szCs w:val="36"/>
          <w:lang w:val="en-GB"/>
        </w:rPr>
      </w:pPr>
    </w:p>
    <w:p w14:paraId="2247A333" w14:textId="77777777" w:rsidR="00A673B0" w:rsidRDefault="00A673B0" w:rsidP="00226B14">
      <w:pPr>
        <w:rPr>
          <w:rFonts w:ascii="Times New Roman" w:hAnsi="Times New Roman" w:cs="Times New Roman"/>
          <w:b/>
          <w:bCs/>
          <w:sz w:val="36"/>
          <w:szCs w:val="36"/>
          <w:lang w:val="en-GB"/>
        </w:rPr>
      </w:pPr>
    </w:p>
    <w:p w14:paraId="6322137F" w14:textId="77777777" w:rsidR="00A673B0" w:rsidRDefault="00A673B0" w:rsidP="00226B14">
      <w:pPr>
        <w:rPr>
          <w:rFonts w:ascii="Times New Roman" w:hAnsi="Times New Roman" w:cs="Times New Roman"/>
          <w:b/>
          <w:bCs/>
          <w:sz w:val="36"/>
          <w:szCs w:val="36"/>
          <w:lang w:val="en-GB"/>
        </w:rPr>
      </w:pPr>
    </w:p>
    <w:p w14:paraId="64359C1D" w14:textId="083211B7" w:rsidR="009823A7" w:rsidRDefault="00042DB8" w:rsidP="00226B14">
      <w:pPr>
        <w:rPr>
          <w:rFonts w:ascii="Times New Roman" w:hAnsi="Times New Roman" w:cs="Times New Roman"/>
          <w:b/>
          <w:bCs/>
          <w:sz w:val="28"/>
          <w:szCs w:val="28"/>
          <w:lang w:val="en-GB"/>
        </w:rPr>
      </w:pPr>
      <w:r w:rsidRPr="009823A7">
        <w:rPr>
          <w:rFonts w:ascii="Times New Roman" w:hAnsi="Times New Roman" w:cs="Times New Roman"/>
          <w:b/>
          <w:bCs/>
          <w:sz w:val="28"/>
          <w:szCs w:val="28"/>
          <w:lang w:val="en-GB"/>
        </w:rPr>
        <w:lastRenderedPageBreak/>
        <w:t>1</w:t>
      </w:r>
      <w:r w:rsidR="00CB4667">
        <w:rPr>
          <w:rFonts w:ascii="Times New Roman" w:hAnsi="Times New Roman" w:cs="Times New Roman"/>
          <w:b/>
          <w:bCs/>
          <w:sz w:val="28"/>
          <w:szCs w:val="28"/>
          <w:lang w:val="en-GB"/>
        </w:rPr>
        <w:t>6</w:t>
      </w:r>
      <w:r w:rsidRPr="009823A7">
        <w:rPr>
          <w:rFonts w:ascii="Times New Roman" w:hAnsi="Times New Roman" w:cs="Times New Roman"/>
          <w:b/>
          <w:bCs/>
          <w:sz w:val="28"/>
          <w:szCs w:val="28"/>
          <w:lang w:val="en-GB"/>
        </w:rPr>
        <w:t>. RESULT ANALYSIS</w:t>
      </w:r>
    </w:p>
    <w:p w14:paraId="2828CB16" w14:textId="77777777" w:rsidR="009823A7" w:rsidRPr="009823A7" w:rsidRDefault="009823A7" w:rsidP="00226B14">
      <w:pPr>
        <w:rPr>
          <w:rFonts w:ascii="Times New Roman" w:hAnsi="Times New Roman" w:cs="Times New Roman"/>
          <w:b/>
          <w:bCs/>
          <w:sz w:val="28"/>
          <w:szCs w:val="28"/>
          <w:lang w:val="en-GB"/>
        </w:rPr>
      </w:pPr>
    </w:p>
    <w:p w14:paraId="2611F4D2" w14:textId="77777777" w:rsidR="00142120" w:rsidRDefault="00142120" w:rsidP="00142120">
      <w:pPr>
        <w:rPr>
          <w:b/>
          <w:sz w:val="30"/>
        </w:rPr>
      </w:pPr>
      <w:r>
        <w:rPr>
          <w:b/>
          <w:sz w:val="30"/>
        </w:rPr>
        <w:t>ACSCS(Sem-I)-Over All Pass Percentage-80%</w:t>
      </w:r>
    </w:p>
    <w:tbl>
      <w:tblPr>
        <w:tblStyle w:val="TableGrid"/>
        <w:tblW w:w="0" w:type="auto"/>
        <w:tblLook w:val="04A0" w:firstRow="1" w:lastRow="0" w:firstColumn="1" w:lastColumn="0" w:noHBand="0" w:noVBand="1"/>
      </w:tblPr>
      <w:tblGrid>
        <w:gridCol w:w="723"/>
        <w:gridCol w:w="1735"/>
        <w:gridCol w:w="1906"/>
        <w:gridCol w:w="1236"/>
        <w:gridCol w:w="973"/>
        <w:gridCol w:w="1039"/>
        <w:gridCol w:w="1404"/>
      </w:tblGrid>
      <w:tr w:rsidR="00142120" w14:paraId="4F4719E1" w14:textId="77777777" w:rsidTr="0080640C">
        <w:tc>
          <w:tcPr>
            <w:tcW w:w="875" w:type="dxa"/>
            <w:vMerge w:val="restart"/>
          </w:tcPr>
          <w:p w14:paraId="19E9E2A6" w14:textId="77777777" w:rsidR="00142120" w:rsidRDefault="00142120" w:rsidP="0080640C">
            <w:pPr>
              <w:jc w:val="center"/>
              <w:rPr>
                <w:b/>
                <w:sz w:val="30"/>
              </w:rPr>
            </w:pPr>
            <w:proofErr w:type="spellStart"/>
            <w:proofErr w:type="gramStart"/>
            <w:r>
              <w:rPr>
                <w:b/>
                <w:sz w:val="30"/>
              </w:rPr>
              <w:t>S.No</w:t>
            </w:r>
            <w:proofErr w:type="spellEnd"/>
            <w:proofErr w:type="gramEnd"/>
          </w:p>
        </w:tc>
        <w:tc>
          <w:tcPr>
            <w:tcW w:w="2244" w:type="dxa"/>
            <w:vMerge w:val="restart"/>
          </w:tcPr>
          <w:p w14:paraId="3CA8C349" w14:textId="77777777" w:rsidR="00142120" w:rsidRDefault="00142120" w:rsidP="0080640C">
            <w:pPr>
              <w:jc w:val="center"/>
              <w:rPr>
                <w:b/>
                <w:sz w:val="30"/>
              </w:rPr>
            </w:pPr>
            <w:r>
              <w:rPr>
                <w:b/>
                <w:sz w:val="30"/>
              </w:rPr>
              <w:t>Faculty Name</w:t>
            </w:r>
          </w:p>
        </w:tc>
        <w:tc>
          <w:tcPr>
            <w:tcW w:w="2428" w:type="dxa"/>
            <w:vMerge w:val="restart"/>
          </w:tcPr>
          <w:p w14:paraId="31589E36" w14:textId="77777777" w:rsidR="00142120" w:rsidRDefault="00142120" w:rsidP="0080640C">
            <w:pPr>
              <w:jc w:val="center"/>
              <w:rPr>
                <w:b/>
                <w:sz w:val="30"/>
              </w:rPr>
            </w:pPr>
            <w:r>
              <w:rPr>
                <w:b/>
                <w:sz w:val="30"/>
              </w:rPr>
              <w:t>Subject</w:t>
            </w:r>
          </w:p>
        </w:tc>
        <w:tc>
          <w:tcPr>
            <w:tcW w:w="3891" w:type="dxa"/>
            <w:gridSpan w:val="3"/>
          </w:tcPr>
          <w:p w14:paraId="2FBA5D87" w14:textId="77777777" w:rsidR="00142120" w:rsidRDefault="00142120" w:rsidP="0080640C">
            <w:pPr>
              <w:jc w:val="center"/>
              <w:rPr>
                <w:b/>
                <w:sz w:val="30"/>
              </w:rPr>
            </w:pPr>
            <w:r>
              <w:rPr>
                <w:b/>
                <w:sz w:val="30"/>
              </w:rPr>
              <w:t>No. of Students</w:t>
            </w:r>
          </w:p>
        </w:tc>
        <w:tc>
          <w:tcPr>
            <w:tcW w:w="1882" w:type="dxa"/>
            <w:vMerge w:val="restart"/>
          </w:tcPr>
          <w:p w14:paraId="1BA2CAB4" w14:textId="77777777" w:rsidR="00142120" w:rsidRDefault="00142120" w:rsidP="0080640C">
            <w:pPr>
              <w:jc w:val="center"/>
              <w:rPr>
                <w:b/>
                <w:sz w:val="30"/>
              </w:rPr>
            </w:pPr>
            <w:r>
              <w:rPr>
                <w:b/>
                <w:sz w:val="30"/>
              </w:rPr>
              <w:t>Percentage</w:t>
            </w:r>
          </w:p>
        </w:tc>
      </w:tr>
      <w:tr w:rsidR="00142120" w14:paraId="4F6AC28B" w14:textId="77777777" w:rsidTr="0080640C">
        <w:tc>
          <w:tcPr>
            <w:tcW w:w="875" w:type="dxa"/>
            <w:vMerge/>
          </w:tcPr>
          <w:p w14:paraId="75B8B94E" w14:textId="77777777" w:rsidR="00142120" w:rsidRDefault="00142120" w:rsidP="0080640C">
            <w:pPr>
              <w:jc w:val="center"/>
              <w:rPr>
                <w:b/>
                <w:sz w:val="30"/>
              </w:rPr>
            </w:pPr>
          </w:p>
        </w:tc>
        <w:tc>
          <w:tcPr>
            <w:tcW w:w="2244" w:type="dxa"/>
            <w:vMerge/>
          </w:tcPr>
          <w:p w14:paraId="4AA9ED1B" w14:textId="77777777" w:rsidR="00142120" w:rsidRDefault="00142120" w:rsidP="0080640C">
            <w:pPr>
              <w:jc w:val="center"/>
              <w:rPr>
                <w:b/>
                <w:sz w:val="30"/>
              </w:rPr>
            </w:pPr>
          </w:p>
        </w:tc>
        <w:tc>
          <w:tcPr>
            <w:tcW w:w="2428" w:type="dxa"/>
            <w:vMerge/>
          </w:tcPr>
          <w:p w14:paraId="73FA03BD" w14:textId="77777777" w:rsidR="00142120" w:rsidRDefault="00142120" w:rsidP="0080640C">
            <w:pPr>
              <w:jc w:val="center"/>
              <w:rPr>
                <w:b/>
                <w:sz w:val="30"/>
              </w:rPr>
            </w:pPr>
          </w:p>
        </w:tc>
        <w:tc>
          <w:tcPr>
            <w:tcW w:w="1542" w:type="dxa"/>
          </w:tcPr>
          <w:p w14:paraId="596E6F2E" w14:textId="77777777" w:rsidR="00142120" w:rsidRDefault="00142120" w:rsidP="0080640C">
            <w:pPr>
              <w:jc w:val="center"/>
              <w:rPr>
                <w:b/>
                <w:sz w:val="30"/>
              </w:rPr>
            </w:pPr>
            <w:r>
              <w:rPr>
                <w:b/>
                <w:sz w:val="30"/>
              </w:rPr>
              <w:t>Appeared</w:t>
            </w:r>
          </w:p>
        </w:tc>
        <w:tc>
          <w:tcPr>
            <w:tcW w:w="1216" w:type="dxa"/>
          </w:tcPr>
          <w:p w14:paraId="7CAC2BEC" w14:textId="77777777" w:rsidR="00142120" w:rsidRDefault="00142120" w:rsidP="0080640C">
            <w:pPr>
              <w:jc w:val="center"/>
              <w:rPr>
                <w:b/>
                <w:sz w:val="30"/>
              </w:rPr>
            </w:pPr>
            <w:r>
              <w:rPr>
                <w:b/>
                <w:sz w:val="30"/>
              </w:rPr>
              <w:t>Passed</w:t>
            </w:r>
          </w:p>
        </w:tc>
        <w:tc>
          <w:tcPr>
            <w:tcW w:w="1133" w:type="dxa"/>
          </w:tcPr>
          <w:p w14:paraId="741DF25E" w14:textId="77777777" w:rsidR="00142120" w:rsidRDefault="00142120" w:rsidP="0080640C">
            <w:pPr>
              <w:jc w:val="center"/>
              <w:rPr>
                <w:b/>
                <w:sz w:val="30"/>
              </w:rPr>
            </w:pPr>
            <w:r>
              <w:rPr>
                <w:b/>
                <w:sz w:val="30"/>
              </w:rPr>
              <w:t>Failed</w:t>
            </w:r>
          </w:p>
        </w:tc>
        <w:tc>
          <w:tcPr>
            <w:tcW w:w="1882" w:type="dxa"/>
            <w:vMerge/>
          </w:tcPr>
          <w:p w14:paraId="3BE8073F" w14:textId="77777777" w:rsidR="00142120" w:rsidRDefault="00142120" w:rsidP="0080640C">
            <w:pPr>
              <w:jc w:val="center"/>
              <w:rPr>
                <w:b/>
                <w:sz w:val="30"/>
              </w:rPr>
            </w:pPr>
          </w:p>
        </w:tc>
      </w:tr>
      <w:tr w:rsidR="00142120" w14:paraId="7EA66219" w14:textId="77777777" w:rsidTr="0080640C">
        <w:tc>
          <w:tcPr>
            <w:tcW w:w="875" w:type="dxa"/>
          </w:tcPr>
          <w:p w14:paraId="4DB63359" w14:textId="77777777" w:rsidR="00142120" w:rsidRDefault="00142120" w:rsidP="0080640C">
            <w:pPr>
              <w:jc w:val="center"/>
              <w:rPr>
                <w:bCs/>
                <w:sz w:val="30"/>
              </w:rPr>
            </w:pPr>
            <w:r>
              <w:rPr>
                <w:bCs/>
                <w:sz w:val="30"/>
              </w:rPr>
              <w:t>1</w:t>
            </w:r>
          </w:p>
        </w:tc>
        <w:tc>
          <w:tcPr>
            <w:tcW w:w="2244" w:type="dxa"/>
          </w:tcPr>
          <w:p w14:paraId="61DCC9E7" w14:textId="77777777" w:rsidR="00142120" w:rsidRDefault="00142120" w:rsidP="0080640C">
            <w:pPr>
              <w:rPr>
                <w:bCs/>
                <w:sz w:val="30"/>
              </w:rPr>
            </w:pPr>
            <w:proofErr w:type="spellStart"/>
            <w:r>
              <w:rPr>
                <w:bCs/>
                <w:sz w:val="30"/>
              </w:rPr>
              <w:t>M.Vasudha</w:t>
            </w:r>
            <w:proofErr w:type="spellEnd"/>
          </w:p>
        </w:tc>
        <w:tc>
          <w:tcPr>
            <w:tcW w:w="2428" w:type="dxa"/>
          </w:tcPr>
          <w:p w14:paraId="6E3A8452" w14:textId="77777777" w:rsidR="00142120" w:rsidRDefault="00142120" w:rsidP="0080640C">
            <w:pPr>
              <w:jc w:val="center"/>
              <w:rPr>
                <w:bCs/>
                <w:sz w:val="30"/>
              </w:rPr>
            </w:pPr>
            <w:r>
              <w:rPr>
                <w:bCs/>
                <w:sz w:val="30"/>
              </w:rPr>
              <w:t>ELEMENTARY NUMBER THEORY &amp; LAPLACE</w:t>
            </w:r>
          </w:p>
        </w:tc>
        <w:tc>
          <w:tcPr>
            <w:tcW w:w="1542" w:type="dxa"/>
          </w:tcPr>
          <w:p w14:paraId="55F34316" w14:textId="77777777" w:rsidR="00142120" w:rsidRDefault="00142120" w:rsidP="0080640C">
            <w:pPr>
              <w:jc w:val="center"/>
              <w:rPr>
                <w:bCs/>
                <w:sz w:val="30"/>
              </w:rPr>
            </w:pPr>
            <w:r>
              <w:rPr>
                <w:bCs/>
                <w:sz w:val="30"/>
              </w:rPr>
              <w:t>50</w:t>
            </w:r>
          </w:p>
        </w:tc>
        <w:tc>
          <w:tcPr>
            <w:tcW w:w="1216" w:type="dxa"/>
          </w:tcPr>
          <w:p w14:paraId="70618239" w14:textId="77777777" w:rsidR="00142120" w:rsidRDefault="00142120" w:rsidP="0080640C">
            <w:pPr>
              <w:jc w:val="center"/>
              <w:rPr>
                <w:bCs/>
                <w:sz w:val="30"/>
              </w:rPr>
            </w:pPr>
            <w:r>
              <w:rPr>
                <w:bCs/>
                <w:sz w:val="30"/>
              </w:rPr>
              <w:t>41</w:t>
            </w:r>
          </w:p>
        </w:tc>
        <w:tc>
          <w:tcPr>
            <w:tcW w:w="1133" w:type="dxa"/>
          </w:tcPr>
          <w:p w14:paraId="67CDBFBD" w14:textId="77777777" w:rsidR="00142120" w:rsidRDefault="00142120" w:rsidP="0080640C">
            <w:pPr>
              <w:jc w:val="center"/>
              <w:rPr>
                <w:bCs/>
                <w:sz w:val="30"/>
              </w:rPr>
            </w:pPr>
            <w:r>
              <w:rPr>
                <w:bCs/>
                <w:sz w:val="30"/>
              </w:rPr>
              <w:t>8+1(MP)</w:t>
            </w:r>
          </w:p>
        </w:tc>
        <w:tc>
          <w:tcPr>
            <w:tcW w:w="1882" w:type="dxa"/>
          </w:tcPr>
          <w:p w14:paraId="5B419963" w14:textId="77777777" w:rsidR="00142120" w:rsidRDefault="00142120" w:rsidP="0080640C">
            <w:pPr>
              <w:jc w:val="center"/>
              <w:rPr>
                <w:bCs/>
                <w:sz w:val="30"/>
              </w:rPr>
            </w:pPr>
            <w:r>
              <w:rPr>
                <w:bCs/>
                <w:sz w:val="30"/>
              </w:rPr>
              <w:t>83%</w:t>
            </w:r>
          </w:p>
        </w:tc>
      </w:tr>
      <w:tr w:rsidR="00142120" w14:paraId="6D3F9515" w14:textId="77777777" w:rsidTr="0080640C">
        <w:tc>
          <w:tcPr>
            <w:tcW w:w="875" w:type="dxa"/>
          </w:tcPr>
          <w:p w14:paraId="500E51F1" w14:textId="77777777" w:rsidR="00142120" w:rsidRDefault="00142120" w:rsidP="0080640C">
            <w:pPr>
              <w:jc w:val="center"/>
              <w:rPr>
                <w:bCs/>
                <w:sz w:val="30"/>
              </w:rPr>
            </w:pPr>
            <w:r>
              <w:rPr>
                <w:bCs/>
                <w:sz w:val="30"/>
              </w:rPr>
              <w:t>2</w:t>
            </w:r>
          </w:p>
        </w:tc>
        <w:tc>
          <w:tcPr>
            <w:tcW w:w="2244" w:type="dxa"/>
          </w:tcPr>
          <w:p w14:paraId="506A63F1" w14:textId="77777777" w:rsidR="00142120" w:rsidRDefault="00142120" w:rsidP="0080640C">
            <w:pPr>
              <w:rPr>
                <w:bCs/>
                <w:sz w:val="30"/>
              </w:rPr>
            </w:pPr>
            <w:proofErr w:type="spellStart"/>
            <w:r>
              <w:rPr>
                <w:bCs/>
                <w:sz w:val="30"/>
              </w:rPr>
              <w:t>M.Supriya</w:t>
            </w:r>
            <w:proofErr w:type="spellEnd"/>
          </w:p>
        </w:tc>
        <w:tc>
          <w:tcPr>
            <w:tcW w:w="2428" w:type="dxa"/>
          </w:tcPr>
          <w:p w14:paraId="1C88E2C7" w14:textId="77777777" w:rsidR="00142120" w:rsidRDefault="00142120" w:rsidP="0080640C">
            <w:pPr>
              <w:jc w:val="center"/>
              <w:rPr>
                <w:bCs/>
                <w:sz w:val="30"/>
              </w:rPr>
            </w:pPr>
            <w:r>
              <w:rPr>
                <w:bCs/>
                <w:sz w:val="30"/>
              </w:rPr>
              <w:t>COMPUTER NETWORKS</w:t>
            </w:r>
          </w:p>
        </w:tc>
        <w:tc>
          <w:tcPr>
            <w:tcW w:w="1542" w:type="dxa"/>
          </w:tcPr>
          <w:p w14:paraId="4A70B80C" w14:textId="77777777" w:rsidR="00142120" w:rsidRDefault="00142120" w:rsidP="0080640C">
            <w:pPr>
              <w:jc w:val="center"/>
              <w:rPr>
                <w:bCs/>
                <w:sz w:val="30"/>
              </w:rPr>
            </w:pPr>
            <w:r>
              <w:rPr>
                <w:bCs/>
                <w:sz w:val="30"/>
              </w:rPr>
              <w:t>50</w:t>
            </w:r>
          </w:p>
        </w:tc>
        <w:tc>
          <w:tcPr>
            <w:tcW w:w="1216" w:type="dxa"/>
          </w:tcPr>
          <w:p w14:paraId="61517056" w14:textId="77777777" w:rsidR="00142120" w:rsidRDefault="00142120" w:rsidP="0080640C">
            <w:pPr>
              <w:jc w:val="center"/>
              <w:rPr>
                <w:bCs/>
                <w:sz w:val="30"/>
              </w:rPr>
            </w:pPr>
            <w:r>
              <w:rPr>
                <w:bCs/>
                <w:sz w:val="30"/>
              </w:rPr>
              <w:t>47</w:t>
            </w:r>
          </w:p>
        </w:tc>
        <w:tc>
          <w:tcPr>
            <w:tcW w:w="1133" w:type="dxa"/>
          </w:tcPr>
          <w:p w14:paraId="0C4F7421" w14:textId="77777777" w:rsidR="00142120" w:rsidRDefault="00142120" w:rsidP="0080640C">
            <w:pPr>
              <w:jc w:val="center"/>
              <w:rPr>
                <w:bCs/>
                <w:sz w:val="30"/>
              </w:rPr>
            </w:pPr>
            <w:r>
              <w:rPr>
                <w:bCs/>
                <w:sz w:val="30"/>
              </w:rPr>
              <w:t>2</w:t>
            </w:r>
          </w:p>
        </w:tc>
        <w:tc>
          <w:tcPr>
            <w:tcW w:w="1882" w:type="dxa"/>
          </w:tcPr>
          <w:p w14:paraId="5F26C424" w14:textId="77777777" w:rsidR="00142120" w:rsidRDefault="00142120" w:rsidP="0080640C">
            <w:pPr>
              <w:jc w:val="center"/>
              <w:rPr>
                <w:bCs/>
                <w:sz w:val="30"/>
              </w:rPr>
            </w:pPr>
            <w:r>
              <w:rPr>
                <w:bCs/>
                <w:sz w:val="30"/>
              </w:rPr>
              <w:t>95.92%</w:t>
            </w:r>
          </w:p>
        </w:tc>
      </w:tr>
      <w:tr w:rsidR="00142120" w14:paraId="703E2655" w14:textId="77777777" w:rsidTr="0080640C">
        <w:tc>
          <w:tcPr>
            <w:tcW w:w="875" w:type="dxa"/>
          </w:tcPr>
          <w:p w14:paraId="3B473812" w14:textId="77777777" w:rsidR="00142120" w:rsidRDefault="00142120" w:rsidP="0080640C">
            <w:pPr>
              <w:jc w:val="center"/>
              <w:rPr>
                <w:bCs/>
                <w:sz w:val="30"/>
              </w:rPr>
            </w:pPr>
            <w:r>
              <w:rPr>
                <w:bCs/>
                <w:sz w:val="30"/>
              </w:rPr>
              <w:t>3</w:t>
            </w:r>
          </w:p>
        </w:tc>
        <w:tc>
          <w:tcPr>
            <w:tcW w:w="2244" w:type="dxa"/>
          </w:tcPr>
          <w:p w14:paraId="363EE4AE" w14:textId="77777777" w:rsidR="00142120" w:rsidRDefault="00142120" w:rsidP="0080640C">
            <w:pPr>
              <w:rPr>
                <w:bCs/>
                <w:sz w:val="30"/>
              </w:rPr>
            </w:pPr>
            <w:proofErr w:type="spellStart"/>
            <w:proofErr w:type="gramStart"/>
            <w:r>
              <w:rPr>
                <w:bCs/>
                <w:sz w:val="30"/>
              </w:rPr>
              <w:t>S.Kavitha</w:t>
            </w:r>
            <w:proofErr w:type="spellEnd"/>
            <w:proofErr w:type="gramEnd"/>
          </w:p>
        </w:tc>
        <w:tc>
          <w:tcPr>
            <w:tcW w:w="2428" w:type="dxa"/>
          </w:tcPr>
          <w:p w14:paraId="25D7AE65" w14:textId="77777777" w:rsidR="00142120" w:rsidRDefault="00142120" w:rsidP="0080640C">
            <w:pPr>
              <w:jc w:val="center"/>
              <w:rPr>
                <w:bCs/>
                <w:sz w:val="30"/>
              </w:rPr>
            </w:pPr>
            <w:r>
              <w:rPr>
                <w:bCs/>
                <w:sz w:val="30"/>
              </w:rPr>
              <w:t>COMPUTER FUNDAMENTALS</w:t>
            </w:r>
          </w:p>
        </w:tc>
        <w:tc>
          <w:tcPr>
            <w:tcW w:w="1542" w:type="dxa"/>
          </w:tcPr>
          <w:p w14:paraId="5E4A2198" w14:textId="77777777" w:rsidR="00142120" w:rsidRDefault="00142120" w:rsidP="0080640C">
            <w:pPr>
              <w:jc w:val="center"/>
              <w:rPr>
                <w:bCs/>
                <w:sz w:val="30"/>
              </w:rPr>
            </w:pPr>
            <w:r>
              <w:rPr>
                <w:bCs/>
                <w:sz w:val="30"/>
              </w:rPr>
              <w:t>50</w:t>
            </w:r>
          </w:p>
        </w:tc>
        <w:tc>
          <w:tcPr>
            <w:tcW w:w="1216" w:type="dxa"/>
          </w:tcPr>
          <w:p w14:paraId="5CF7BA4E" w14:textId="77777777" w:rsidR="00142120" w:rsidRDefault="00142120" w:rsidP="0080640C">
            <w:pPr>
              <w:jc w:val="center"/>
              <w:rPr>
                <w:bCs/>
                <w:sz w:val="30"/>
              </w:rPr>
            </w:pPr>
            <w:r>
              <w:rPr>
                <w:bCs/>
                <w:sz w:val="30"/>
              </w:rPr>
              <w:t>50</w:t>
            </w:r>
          </w:p>
        </w:tc>
        <w:tc>
          <w:tcPr>
            <w:tcW w:w="1133" w:type="dxa"/>
          </w:tcPr>
          <w:p w14:paraId="26B3265E" w14:textId="77777777" w:rsidR="00142120" w:rsidRDefault="00142120" w:rsidP="0080640C">
            <w:pPr>
              <w:jc w:val="center"/>
              <w:rPr>
                <w:bCs/>
                <w:sz w:val="30"/>
              </w:rPr>
            </w:pPr>
            <w:r>
              <w:rPr>
                <w:bCs/>
                <w:sz w:val="30"/>
              </w:rPr>
              <w:t>0</w:t>
            </w:r>
          </w:p>
        </w:tc>
        <w:tc>
          <w:tcPr>
            <w:tcW w:w="1882" w:type="dxa"/>
          </w:tcPr>
          <w:p w14:paraId="41D3AA6E" w14:textId="77777777" w:rsidR="00142120" w:rsidRDefault="00142120" w:rsidP="0080640C">
            <w:pPr>
              <w:jc w:val="center"/>
              <w:rPr>
                <w:bCs/>
                <w:sz w:val="30"/>
              </w:rPr>
            </w:pPr>
            <w:r>
              <w:rPr>
                <w:bCs/>
                <w:sz w:val="30"/>
              </w:rPr>
              <w:t>100%</w:t>
            </w:r>
          </w:p>
        </w:tc>
      </w:tr>
      <w:tr w:rsidR="00142120" w14:paraId="78DAB8FF" w14:textId="77777777" w:rsidTr="0080640C">
        <w:tc>
          <w:tcPr>
            <w:tcW w:w="875" w:type="dxa"/>
          </w:tcPr>
          <w:p w14:paraId="1B518C0F" w14:textId="77777777" w:rsidR="00142120" w:rsidRDefault="00142120" w:rsidP="0080640C">
            <w:pPr>
              <w:jc w:val="center"/>
              <w:rPr>
                <w:bCs/>
                <w:sz w:val="30"/>
              </w:rPr>
            </w:pPr>
            <w:r>
              <w:rPr>
                <w:bCs/>
                <w:sz w:val="30"/>
              </w:rPr>
              <w:t>4</w:t>
            </w:r>
          </w:p>
        </w:tc>
        <w:tc>
          <w:tcPr>
            <w:tcW w:w="2244" w:type="dxa"/>
          </w:tcPr>
          <w:p w14:paraId="2276D49F" w14:textId="77777777" w:rsidR="00142120" w:rsidRDefault="00142120" w:rsidP="0080640C">
            <w:pPr>
              <w:rPr>
                <w:bCs/>
                <w:sz w:val="30"/>
              </w:rPr>
            </w:pPr>
            <w:proofErr w:type="gramStart"/>
            <w:r>
              <w:rPr>
                <w:bCs/>
                <w:sz w:val="30"/>
              </w:rPr>
              <w:t>S.LAKSHMI</w:t>
            </w:r>
            <w:proofErr w:type="gramEnd"/>
          </w:p>
        </w:tc>
        <w:tc>
          <w:tcPr>
            <w:tcW w:w="2428" w:type="dxa"/>
          </w:tcPr>
          <w:p w14:paraId="43C7A1F1" w14:textId="77777777" w:rsidR="00142120" w:rsidRDefault="00142120" w:rsidP="0080640C">
            <w:pPr>
              <w:jc w:val="center"/>
              <w:rPr>
                <w:bCs/>
                <w:sz w:val="30"/>
              </w:rPr>
            </w:pPr>
            <w:r>
              <w:rPr>
                <w:bCs/>
                <w:sz w:val="30"/>
              </w:rPr>
              <w:t>PROBLEM SOLVING &amp; PROGRAMMING IN C</w:t>
            </w:r>
          </w:p>
        </w:tc>
        <w:tc>
          <w:tcPr>
            <w:tcW w:w="1542" w:type="dxa"/>
          </w:tcPr>
          <w:p w14:paraId="5C9C6DA5" w14:textId="77777777" w:rsidR="00142120" w:rsidRDefault="00142120" w:rsidP="0080640C">
            <w:pPr>
              <w:jc w:val="center"/>
              <w:rPr>
                <w:bCs/>
                <w:sz w:val="30"/>
              </w:rPr>
            </w:pPr>
            <w:r>
              <w:rPr>
                <w:bCs/>
                <w:sz w:val="30"/>
              </w:rPr>
              <w:t>49</w:t>
            </w:r>
          </w:p>
        </w:tc>
        <w:tc>
          <w:tcPr>
            <w:tcW w:w="1216" w:type="dxa"/>
          </w:tcPr>
          <w:p w14:paraId="78273DA3" w14:textId="77777777" w:rsidR="00142120" w:rsidRDefault="00142120" w:rsidP="0080640C">
            <w:pPr>
              <w:jc w:val="center"/>
              <w:rPr>
                <w:bCs/>
                <w:sz w:val="30"/>
              </w:rPr>
            </w:pPr>
            <w:r>
              <w:rPr>
                <w:bCs/>
                <w:sz w:val="30"/>
              </w:rPr>
              <w:t>48</w:t>
            </w:r>
          </w:p>
        </w:tc>
        <w:tc>
          <w:tcPr>
            <w:tcW w:w="1133" w:type="dxa"/>
          </w:tcPr>
          <w:p w14:paraId="1474893C" w14:textId="77777777" w:rsidR="00142120" w:rsidRDefault="00142120" w:rsidP="0080640C">
            <w:pPr>
              <w:jc w:val="center"/>
              <w:rPr>
                <w:bCs/>
                <w:sz w:val="30"/>
              </w:rPr>
            </w:pPr>
            <w:r>
              <w:rPr>
                <w:bCs/>
                <w:sz w:val="30"/>
              </w:rPr>
              <w:t>1</w:t>
            </w:r>
          </w:p>
        </w:tc>
        <w:tc>
          <w:tcPr>
            <w:tcW w:w="1882" w:type="dxa"/>
          </w:tcPr>
          <w:p w14:paraId="55C16F61" w14:textId="77777777" w:rsidR="00142120" w:rsidRDefault="00142120" w:rsidP="0080640C">
            <w:pPr>
              <w:jc w:val="center"/>
              <w:rPr>
                <w:bCs/>
                <w:sz w:val="30"/>
              </w:rPr>
            </w:pPr>
            <w:r>
              <w:rPr>
                <w:bCs/>
                <w:sz w:val="30"/>
              </w:rPr>
              <w:t>97.95%</w:t>
            </w:r>
          </w:p>
        </w:tc>
      </w:tr>
      <w:tr w:rsidR="00142120" w14:paraId="2BCE2C41" w14:textId="77777777" w:rsidTr="0080640C">
        <w:tc>
          <w:tcPr>
            <w:tcW w:w="875" w:type="dxa"/>
          </w:tcPr>
          <w:p w14:paraId="79F809E4" w14:textId="77777777" w:rsidR="00142120" w:rsidRDefault="00142120" w:rsidP="0080640C">
            <w:pPr>
              <w:jc w:val="center"/>
              <w:rPr>
                <w:bCs/>
                <w:sz w:val="30"/>
              </w:rPr>
            </w:pPr>
            <w:r>
              <w:rPr>
                <w:bCs/>
                <w:sz w:val="30"/>
              </w:rPr>
              <w:t>5</w:t>
            </w:r>
          </w:p>
        </w:tc>
        <w:tc>
          <w:tcPr>
            <w:tcW w:w="2244" w:type="dxa"/>
          </w:tcPr>
          <w:p w14:paraId="3BA06863" w14:textId="77777777" w:rsidR="00142120" w:rsidRDefault="00142120" w:rsidP="0080640C">
            <w:pPr>
              <w:rPr>
                <w:bCs/>
                <w:sz w:val="30"/>
              </w:rPr>
            </w:pPr>
            <w:r>
              <w:rPr>
                <w:bCs/>
                <w:sz w:val="30"/>
              </w:rPr>
              <w:t>ASHA JOHN</w:t>
            </w:r>
          </w:p>
        </w:tc>
        <w:tc>
          <w:tcPr>
            <w:tcW w:w="2428" w:type="dxa"/>
          </w:tcPr>
          <w:p w14:paraId="13D181D9" w14:textId="77777777" w:rsidR="00142120" w:rsidRDefault="00142120" w:rsidP="0080640C">
            <w:pPr>
              <w:jc w:val="center"/>
              <w:rPr>
                <w:bCs/>
                <w:sz w:val="30"/>
              </w:rPr>
            </w:pPr>
            <w:r>
              <w:rPr>
                <w:bCs/>
                <w:sz w:val="30"/>
              </w:rPr>
              <w:t>GENERAL ENGLISH-I</w:t>
            </w:r>
          </w:p>
        </w:tc>
        <w:tc>
          <w:tcPr>
            <w:tcW w:w="1542" w:type="dxa"/>
          </w:tcPr>
          <w:p w14:paraId="676F1A2D" w14:textId="77777777" w:rsidR="00142120" w:rsidRDefault="00142120" w:rsidP="0080640C">
            <w:pPr>
              <w:jc w:val="center"/>
              <w:rPr>
                <w:bCs/>
                <w:sz w:val="30"/>
              </w:rPr>
            </w:pPr>
            <w:r>
              <w:rPr>
                <w:bCs/>
                <w:sz w:val="30"/>
              </w:rPr>
              <w:t>50</w:t>
            </w:r>
          </w:p>
        </w:tc>
        <w:tc>
          <w:tcPr>
            <w:tcW w:w="1216" w:type="dxa"/>
          </w:tcPr>
          <w:p w14:paraId="2C4C20F7" w14:textId="77777777" w:rsidR="00142120" w:rsidRDefault="00142120" w:rsidP="0080640C">
            <w:pPr>
              <w:jc w:val="center"/>
              <w:rPr>
                <w:bCs/>
                <w:sz w:val="30"/>
              </w:rPr>
            </w:pPr>
            <w:r>
              <w:rPr>
                <w:bCs/>
                <w:sz w:val="30"/>
              </w:rPr>
              <w:t>50</w:t>
            </w:r>
          </w:p>
        </w:tc>
        <w:tc>
          <w:tcPr>
            <w:tcW w:w="1133" w:type="dxa"/>
          </w:tcPr>
          <w:p w14:paraId="7F997DCA" w14:textId="77777777" w:rsidR="00142120" w:rsidRDefault="00142120" w:rsidP="0080640C">
            <w:pPr>
              <w:jc w:val="center"/>
              <w:rPr>
                <w:bCs/>
                <w:sz w:val="30"/>
              </w:rPr>
            </w:pPr>
            <w:r>
              <w:rPr>
                <w:bCs/>
                <w:sz w:val="30"/>
              </w:rPr>
              <w:t>NIL</w:t>
            </w:r>
          </w:p>
        </w:tc>
        <w:tc>
          <w:tcPr>
            <w:tcW w:w="1882" w:type="dxa"/>
          </w:tcPr>
          <w:p w14:paraId="3E7BBB53" w14:textId="77777777" w:rsidR="00142120" w:rsidRDefault="00142120" w:rsidP="0080640C">
            <w:pPr>
              <w:jc w:val="center"/>
              <w:rPr>
                <w:bCs/>
                <w:sz w:val="30"/>
              </w:rPr>
            </w:pPr>
            <w:r>
              <w:rPr>
                <w:bCs/>
                <w:sz w:val="30"/>
              </w:rPr>
              <w:t>100%</w:t>
            </w:r>
          </w:p>
        </w:tc>
      </w:tr>
      <w:tr w:rsidR="00142120" w14:paraId="62BCA2BD" w14:textId="77777777" w:rsidTr="0080640C">
        <w:tc>
          <w:tcPr>
            <w:tcW w:w="875" w:type="dxa"/>
          </w:tcPr>
          <w:p w14:paraId="1F848FEF" w14:textId="77777777" w:rsidR="00142120" w:rsidRDefault="00142120" w:rsidP="0080640C">
            <w:pPr>
              <w:jc w:val="center"/>
              <w:rPr>
                <w:bCs/>
                <w:sz w:val="30"/>
              </w:rPr>
            </w:pPr>
            <w:r>
              <w:rPr>
                <w:bCs/>
                <w:sz w:val="30"/>
              </w:rPr>
              <w:t>6</w:t>
            </w:r>
          </w:p>
        </w:tc>
        <w:tc>
          <w:tcPr>
            <w:tcW w:w="2244" w:type="dxa"/>
          </w:tcPr>
          <w:p w14:paraId="3B9280E4" w14:textId="77777777" w:rsidR="00142120" w:rsidRDefault="00142120" w:rsidP="0080640C">
            <w:pPr>
              <w:rPr>
                <w:bCs/>
                <w:sz w:val="30"/>
              </w:rPr>
            </w:pPr>
            <w:proofErr w:type="spellStart"/>
            <w:r>
              <w:rPr>
                <w:bCs/>
                <w:sz w:val="30"/>
              </w:rPr>
              <w:t>Mr.M.</w:t>
            </w:r>
            <w:proofErr w:type="gramStart"/>
            <w:r>
              <w:rPr>
                <w:bCs/>
                <w:sz w:val="30"/>
              </w:rPr>
              <w:t>L.Thomas</w:t>
            </w:r>
            <w:proofErr w:type="spellEnd"/>
            <w:proofErr w:type="gramEnd"/>
          </w:p>
        </w:tc>
        <w:tc>
          <w:tcPr>
            <w:tcW w:w="2428" w:type="dxa"/>
          </w:tcPr>
          <w:p w14:paraId="7E678616" w14:textId="77777777" w:rsidR="00142120" w:rsidRDefault="00142120" w:rsidP="0080640C">
            <w:pPr>
              <w:jc w:val="center"/>
              <w:rPr>
                <w:bCs/>
                <w:sz w:val="30"/>
              </w:rPr>
            </w:pPr>
            <w:r>
              <w:rPr>
                <w:bCs/>
                <w:sz w:val="30"/>
              </w:rPr>
              <w:t>VALUE EDUCATION &amp; PERSONALITY DEVELOPMENT</w:t>
            </w:r>
          </w:p>
        </w:tc>
        <w:tc>
          <w:tcPr>
            <w:tcW w:w="1542" w:type="dxa"/>
          </w:tcPr>
          <w:p w14:paraId="64900355" w14:textId="77777777" w:rsidR="00142120" w:rsidRDefault="00142120" w:rsidP="0080640C">
            <w:pPr>
              <w:jc w:val="center"/>
              <w:rPr>
                <w:bCs/>
                <w:sz w:val="30"/>
              </w:rPr>
            </w:pPr>
            <w:r>
              <w:rPr>
                <w:bCs/>
                <w:sz w:val="30"/>
              </w:rPr>
              <w:t>50</w:t>
            </w:r>
          </w:p>
        </w:tc>
        <w:tc>
          <w:tcPr>
            <w:tcW w:w="1216" w:type="dxa"/>
          </w:tcPr>
          <w:p w14:paraId="03DCD223" w14:textId="77777777" w:rsidR="00142120" w:rsidRDefault="00142120" w:rsidP="0080640C">
            <w:pPr>
              <w:jc w:val="center"/>
              <w:rPr>
                <w:bCs/>
                <w:sz w:val="30"/>
              </w:rPr>
            </w:pPr>
            <w:r>
              <w:rPr>
                <w:bCs/>
                <w:sz w:val="30"/>
              </w:rPr>
              <w:t>50</w:t>
            </w:r>
          </w:p>
        </w:tc>
        <w:tc>
          <w:tcPr>
            <w:tcW w:w="1133" w:type="dxa"/>
          </w:tcPr>
          <w:p w14:paraId="49763EAA" w14:textId="77777777" w:rsidR="00142120" w:rsidRDefault="00142120" w:rsidP="0080640C">
            <w:pPr>
              <w:jc w:val="center"/>
              <w:rPr>
                <w:bCs/>
                <w:sz w:val="30"/>
              </w:rPr>
            </w:pPr>
            <w:r>
              <w:rPr>
                <w:bCs/>
                <w:sz w:val="30"/>
              </w:rPr>
              <w:t>NIL</w:t>
            </w:r>
          </w:p>
        </w:tc>
        <w:tc>
          <w:tcPr>
            <w:tcW w:w="1882" w:type="dxa"/>
          </w:tcPr>
          <w:p w14:paraId="584ED134" w14:textId="77777777" w:rsidR="00142120" w:rsidRDefault="00142120" w:rsidP="0080640C">
            <w:pPr>
              <w:ind w:firstLineChars="150" w:firstLine="450"/>
              <w:jc w:val="both"/>
              <w:rPr>
                <w:bCs/>
                <w:sz w:val="30"/>
              </w:rPr>
            </w:pPr>
            <w:r>
              <w:rPr>
                <w:bCs/>
                <w:sz w:val="30"/>
              </w:rPr>
              <w:t>100%</w:t>
            </w:r>
          </w:p>
        </w:tc>
      </w:tr>
      <w:tr w:rsidR="00142120" w14:paraId="0AFAF724" w14:textId="77777777" w:rsidTr="0080640C">
        <w:tc>
          <w:tcPr>
            <w:tcW w:w="875" w:type="dxa"/>
          </w:tcPr>
          <w:p w14:paraId="79BC073F" w14:textId="77777777" w:rsidR="00142120" w:rsidRDefault="00142120" w:rsidP="0080640C">
            <w:pPr>
              <w:jc w:val="center"/>
              <w:rPr>
                <w:bCs/>
                <w:sz w:val="30"/>
              </w:rPr>
            </w:pPr>
            <w:r>
              <w:rPr>
                <w:bCs/>
                <w:sz w:val="30"/>
              </w:rPr>
              <w:t>7</w:t>
            </w:r>
          </w:p>
        </w:tc>
        <w:tc>
          <w:tcPr>
            <w:tcW w:w="2244" w:type="dxa"/>
          </w:tcPr>
          <w:p w14:paraId="3D6EECE1" w14:textId="77777777" w:rsidR="00142120" w:rsidRDefault="00142120" w:rsidP="0080640C">
            <w:pPr>
              <w:rPr>
                <w:bCs/>
                <w:sz w:val="30"/>
              </w:rPr>
            </w:pPr>
            <w:proofErr w:type="spellStart"/>
            <w:proofErr w:type="gramStart"/>
            <w:r>
              <w:rPr>
                <w:bCs/>
                <w:sz w:val="30"/>
              </w:rPr>
              <w:t>S.Kavitha</w:t>
            </w:r>
            <w:proofErr w:type="spellEnd"/>
            <w:proofErr w:type="gramEnd"/>
          </w:p>
        </w:tc>
        <w:tc>
          <w:tcPr>
            <w:tcW w:w="2428" w:type="dxa"/>
          </w:tcPr>
          <w:p w14:paraId="63824A47" w14:textId="77777777" w:rsidR="00142120" w:rsidRDefault="00142120" w:rsidP="0080640C">
            <w:pPr>
              <w:jc w:val="center"/>
              <w:rPr>
                <w:bCs/>
                <w:sz w:val="30"/>
              </w:rPr>
            </w:pPr>
            <w:r>
              <w:rPr>
                <w:bCs/>
                <w:sz w:val="30"/>
              </w:rPr>
              <w:t>OFFICE AUTOMATION (PR)</w:t>
            </w:r>
          </w:p>
        </w:tc>
        <w:tc>
          <w:tcPr>
            <w:tcW w:w="1542" w:type="dxa"/>
          </w:tcPr>
          <w:p w14:paraId="18687E21" w14:textId="77777777" w:rsidR="00142120" w:rsidRDefault="00142120" w:rsidP="0080640C">
            <w:pPr>
              <w:jc w:val="center"/>
              <w:rPr>
                <w:bCs/>
                <w:sz w:val="30"/>
              </w:rPr>
            </w:pPr>
            <w:r>
              <w:rPr>
                <w:bCs/>
                <w:sz w:val="30"/>
              </w:rPr>
              <w:t>50</w:t>
            </w:r>
          </w:p>
        </w:tc>
        <w:tc>
          <w:tcPr>
            <w:tcW w:w="1216" w:type="dxa"/>
          </w:tcPr>
          <w:p w14:paraId="7BBB86E2" w14:textId="77777777" w:rsidR="00142120" w:rsidRDefault="00142120" w:rsidP="0080640C">
            <w:pPr>
              <w:jc w:val="center"/>
              <w:rPr>
                <w:bCs/>
                <w:sz w:val="30"/>
              </w:rPr>
            </w:pPr>
            <w:r>
              <w:rPr>
                <w:bCs/>
                <w:sz w:val="30"/>
              </w:rPr>
              <w:t>50</w:t>
            </w:r>
          </w:p>
        </w:tc>
        <w:tc>
          <w:tcPr>
            <w:tcW w:w="1133" w:type="dxa"/>
          </w:tcPr>
          <w:p w14:paraId="64329691" w14:textId="77777777" w:rsidR="00142120" w:rsidRDefault="00142120" w:rsidP="0080640C">
            <w:pPr>
              <w:jc w:val="center"/>
              <w:rPr>
                <w:bCs/>
                <w:sz w:val="30"/>
              </w:rPr>
            </w:pPr>
            <w:r>
              <w:rPr>
                <w:bCs/>
                <w:sz w:val="30"/>
              </w:rPr>
              <w:t>NIL</w:t>
            </w:r>
          </w:p>
        </w:tc>
        <w:tc>
          <w:tcPr>
            <w:tcW w:w="1882" w:type="dxa"/>
          </w:tcPr>
          <w:p w14:paraId="03C72C4B" w14:textId="77777777" w:rsidR="00142120" w:rsidRDefault="00142120" w:rsidP="0080640C">
            <w:pPr>
              <w:ind w:firstLineChars="150" w:firstLine="450"/>
              <w:jc w:val="both"/>
              <w:rPr>
                <w:bCs/>
                <w:sz w:val="30"/>
              </w:rPr>
            </w:pPr>
            <w:r>
              <w:rPr>
                <w:bCs/>
                <w:sz w:val="30"/>
              </w:rPr>
              <w:t>100%</w:t>
            </w:r>
          </w:p>
        </w:tc>
      </w:tr>
      <w:tr w:rsidR="00142120" w14:paraId="69A0CC6E" w14:textId="77777777" w:rsidTr="0080640C">
        <w:tc>
          <w:tcPr>
            <w:tcW w:w="875" w:type="dxa"/>
          </w:tcPr>
          <w:p w14:paraId="58E7D4E7" w14:textId="77777777" w:rsidR="00142120" w:rsidRDefault="00142120" w:rsidP="0080640C">
            <w:pPr>
              <w:jc w:val="center"/>
              <w:rPr>
                <w:bCs/>
                <w:sz w:val="30"/>
              </w:rPr>
            </w:pPr>
            <w:r>
              <w:rPr>
                <w:bCs/>
                <w:sz w:val="30"/>
              </w:rPr>
              <w:t>8</w:t>
            </w:r>
          </w:p>
        </w:tc>
        <w:tc>
          <w:tcPr>
            <w:tcW w:w="2244" w:type="dxa"/>
          </w:tcPr>
          <w:p w14:paraId="50DF7DEE" w14:textId="77777777" w:rsidR="00142120" w:rsidRDefault="00142120" w:rsidP="0080640C">
            <w:pPr>
              <w:rPr>
                <w:bCs/>
                <w:sz w:val="30"/>
              </w:rPr>
            </w:pPr>
            <w:proofErr w:type="spellStart"/>
            <w:proofErr w:type="gramStart"/>
            <w:r>
              <w:rPr>
                <w:bCs/>
                <w:sz w:val="30"/>
              </w:rPr>
              <w:t>E.Srivani</w:t>
            </w:r>
            <w:proofErr w:type="spellEnd"/>
            <w:proofErr w:type="gramEnd"/>
          </w:p>
        </w:tc>
        <w:tc>
          <w:tcPr>
            <w:tcW w:w="2428" w:type="dxa"/>
          </w:tcPr>
          <w:p w14:paraId="28EEEF66" w14:textId="77777777" w:rsidR="00142120" w:rsidRDefault="00142120" w:rsidP="0080640C">
            <w:pPr>
              <w:jc w:val="center"/>
              <w:rPr>
                <w:bCs/>
                <w:sz w:val="30"/>
              </w:rPr>
            </w:pPr>
            <w:r>
              <w:rPr>
                <w:bCs/>
                <w:sz w:val="30"/>
              </w:rPr>
              <w:t>COMPUTER NETWORKS(PR)</w:t>
            </w:r>
          </w:p>
        </w:tc>
        <w:tc>
          <w:tcPr>
            <w:tcW w:w="1542" w:type="dxa"/>
          </w:tcPr>
          <w:p w14:paraId="7162F105" w14:textId="77777777" w:rsidR="00142120" w:rsidRDefault="00142120" w:rsidP="0080640C">
            <w:pPr>
              <w:jc w:val="center"/>
              <w:rPr>
                <w:bCs/>
                <w:sz w:val="30"/>
              </w:rPr>
            </w:pPr>
            <w:r>
              <w:rPr>
                <w:bCs/>
                <w:sz w:val="30"/>
              </w:rPr>
              <w:t>50</w:t>
            </w:r>
          </w:p>
        </w:tc>
        <w:tc>
          <w:tcPr>
            <w:tcW w:w="1216" w:type="dxa"/>
          </w:tcPr>
          <w:p w14:paraId="7BC54C44" w14:textId="77777777" w:rsidR="00142120" w:rsidRDefault="00142120" w:rsidP="0080640C">
            <w:pPr>
              <w:jc w:val="center"/>
              <w:rPr>
                <w:bCs/>
                <w:sz w:val="30"/>
              </w:rPr>
            </w:pPr>
            <w:r>
              <w:rPr>
                <w:bCs/>
                <w:sz w:val="30"/>
              </w:rPr>
              <w:t>50</w:t>
            </w:r>
          </w:p>
        </w:tc>
        <w:tc>
          <w:tcPr>
            <w:tcW w:w="1133" w:type="dxa"/>
          </w:tcPr>
          <w:p w14:paraId="5B0BCBDB" w14:textId="77777777" w:rsidR="00142120" w:rsidRDefault="00142120" w:rsidP="0080640C">
            <w:pPr>
              <w:jc w:val="center"/>
              <w:rPr>
                <w:bCs/>
                <w:sz w:val="30"/>
              </w:rPr>
            </w:pPr>
            <w:r>
              <w:rPr>
                <w:bCs/>
                <w:sz w:val="30"/>
              </w:rPr>
              <w:t>NIL</w:t>
            </w:r>
          </w:p>
        </w:tc>
        <w:tc>
          <w:tcPr>
            <w:tcW w:w="1882" w:type="dxa"/>
          </w:tcPr>
          <w:p w14:paraId="6E9873D6" w14:textId="77777777" w:rsidR="00142120" w:rsidRDefault="00142120" w:rsidP="0080640C">
            <w:pPr>
              <w:ind w:firstLineChars="150" w:firstLine="450"/>
              <w:jc w:val="both"/>
              <w:rPr>
                <w:bCs/>
                <w:sz w:val="30"/>
              </w:rPr>
            </w:pPr>
            <w:r>
              <w:rPr>
                <w:bCs/>
                <w:sz w:val="30"/>
              </w:rPr>
              <w:t>100%</w:t>
            </w:r>
          </w:p>
        </w:tc>
      </w:tr>
      <w:tr w:rsidR="00142120" w14:paraId="68CD3C32" w14:textId="77777777" w:rsidTr="0080640C">
        <w:tc>
          <w:tcPr>
            <w:tcW w:w="875" w:type="dxa"/>
          </w:tcPr>
          <w:p w14:paraId="58CF832F" w14:textId="77777777" w:rsidR="00142120" w:rsidRDefault="00142120" w:rsidP="0080640C">
            <w:pPr>
              <w:jc w:val="center"/>
              <w:rPr>
                <w:bCs/>
                <w:sz w:val="30"/>
              </w:rPr>
            </w:pPr>
            <w:r>
              <w:rPr>
                <w:bCs/>
                <w:sz w:val="30"/>
              </w:rPr>
              <w:lastRenderedPageBreak/>
              <w:t>9</w:t>
            </w:r>
          </w:p>
        </w:tc>
        <w:tc>
          <w:tcPr>
            <w:tcW w:w="2244" w:type="dxa"/>
          </w:tcPr>
          <w:p w14:paraId="2BE87924" w14:textId="77777777" w:rsidR="00142120" w:rsidRDefault="00142120" w:rsidP="0080640C">
            <w:pPr>
              <w:rPr>
                <w:bCs/>
                <w:sz w:val="30"/>
              </w:rPr>
            </w:pPr>
            <w:proofErr w:type="gramStart"/>
            <w:r>
              <w:rPr>
                <w:bCs/>
                <w:sz w:val="30"/>
              </w:rPr>
              <w:t>S.LAKSHMI</w:t>
            </w:r>
            <w:proofErr w:type="gramEnd"/>
          </w:p>
        </w:tc>
        <w:tc>
          <w:tcPr>
            <w:tcW w:w="2428" w:type="dxa"/>
          </w:tcPr>
          <w:p w14:paraId="107C3678" w14:textId="77777777" w:rsidR="00142120" w:rsidRDefault="00142120" w:rsidP="0080640C">
            <w:pPr>
              <w:jc w:val="center"/>
              <w:rPr>
                <w:bCs/>
                <w:sz w:val="30"/>
              </w:rPr>
            </w:pPr>
            <w:r>
              <w:rPr>
                <w:bCs/>
                <w:sz w:val="30"/>
              </w:rPr>
              <w:t>C PROGRAMMING (PR)</w:t>
            </w:r>
          </w:p>
        </w:tc>
        <w:tc>
          <w:tcPr>
            <w:tcW w:w="1542" w:type="dxa"/>
          </w:tcPr>
          <w:p w14:paraId="08424BA6" w14:textId="77777777" w:rsidR="00142120" w:rsidRDefault="00142120" w:rsidP="0080640C">
            <w:pPr>
              <w:jc w:val="center"/>
              <w:rPr>
                <w:bCs/>
                <w:sz w:val="30"/>
              </w:rPr>
            </w:pPr>
            <w:r>
              <w:rPr>
                <w:bCs/>
                <w:sz w:val="30"/>
              </w:rPr>
              <w:t>50</w:t>
            </w:r>
          </w:p>
        </w:tc>
        <w:tc>
          <w:tcPr>
            <w:tcW w:w="1216" w:type="dxa"/>
          </w:tcPr>
          <w:p w14:paraId="725CDFAA" w14:textId="77777777" w:rsidR="00142120" w:rsidRDefault="00142120" w:rsidP="0080640C">
            <w:pPr>
              <w:jc w:val="center"/>
              <w:rPr>
                <w:bCs/>
                <w:sz w:val="30"/>
              </w:rPr>
            </w:pPr>
            <w:r>
              <w:rPr>
                <w:bCs/>
                <w:sz w:val="30"/>
              </w:rPr>
              <w:t>NIL</w:t>
            </w:r>
          </w:p>
        </w:tc>
        <w:tc>
          <w:tcPr>
            <w:tcW w:w="1133" w:type="dxa"/>
          </w:tcPr>
          <w:p w14:paraId="6FFD7E15" w14:textId="77777777" w:rsidR="00142120" w:rsidRDefault="00142120" w:rsidP="0080640C">
            <w:pPr>
              <w:jc w:val="center"/>
              <w:rPr>
                <w:bCs/>
                <w:sz w:val="30"/>
              </w:rPr>
            </w:pPr>
            <w:r>
              <w:rPr>
                <w:bCs/>
                <w:sz w:val="30"/>
              </w:rPr>
              <w:t>100%</w:t>
            </w:r>
          </w:p>
        </w:tc>
        <w:tc>
          <w:tcPr>
            <w:tcW w:w="1882" w:type="dxa"/>
          </w:tcPr>
          <w:p w14:paraId="6ADAD93F" w14:textId="77777777" w:rsidR="00142120" w:rsidRDefault="00142120" w:rsidP="0080640C">
            <w:pPr>
              <w:ind w:firstLineChars="150" w:firstLine="450"/>
              <w:jc w:val="both"/>
              <w:rPr>
                <w:bCs/>
                <w:sz w:val="30"/>
              </w:rPr>
            </w:pPr>
            <w:r>
              <w:rPr>
                <w:bCs/>
                <w:sz w:val="30"/>
              </w:rPr>
              <w:t>50</w:t>
            </w:r>
          </w:p>
        </w:tc>
      </w:tr>
    </w:tbl>
    <w:p w14:paraId="248B432D" w14:textId="77777777" w:rsidR="00142120" w:rsidRDefault="00142120" w:rsidP="00142120">
      <w:pPr>
        <w:rPr>
          <w:b/>
          <w:sz w:val="30"/>
        </w:rPr>
      </w:pPr>
    </w:p>
    <w:p w14:paraId="0D9CD63D" w14:textId="77777777" w:rsidR="00142120" w:rsidRDefault="00142120" w:rsidP="00142120">
      <w:pPr>
        <w:rPr>
          <w:b/>
          <w:sz w:val="30"/>
        </w:rPr>
      </w:pPr>
      <w:r>
        <w:rPr>
          <w:b/>
          <w:sz w:val="30"/>
        </w:rPr>
        <w:t>NCSCS(Sem-III)-Over All Pass Percentage-89.58</w:t>
      </w:r>
    </w:p>
    <w:tbl>
      <w:tblPr>
        <w:tblStyle w:val="TableGrid"/>
        <w:tblW w:w="5000" w:type="pct"/>
        <w:tblLook w:val="04A0" w:firstRow="1" w:lastRow="0" w:firstColumn="1" w:lastColumn="0" w:noHBand="0" w:noVBand="1"/>
      </w:tblPr>
      <w:tblGrid>
        <w:gridCol w:w="689"/>
        <w:gridCol w:w="2224"/>
        <w:gridCol w:w="1876"/>
        <w:gridCol w:w="1167"/>
        <w:gridCol w:w="922"/>
        <w:gridCol w:w="815"/>
        <w:gridCol w:w="1323"/>
      </w:tblGrid>
      <w:tr w:rsidR="00142120" w14:paraId="6C6F707F" w14:textId="77777777" w:rsidTr="00185A1C">
        <w:tc>
          <w:tcPr>
            <w:tcW w:w="305" w:type="pct"/>
            <w:vMerge w:val="restart"/>
          </w:tcPr>
          <w:p w14:paraId="54D3A12D" w14:textId="77777777" w:rsidR="00142120" w:rsidRDefault="00142120" w:rsidP="0080640C">
            <w:pPr>
              <w:jc w:val="center"/>
              <w:rPr>
                <w:b/>
                <w:sz w:val="30"/>
              </w:rPr>
            </w:pPr>
            <w:proofErr w:type="spellStart"/>
            <w:proofErr w:type="gramStart"/>
            <w:r>
              <w:rPr>
                <w:b/>
                <w:sz w:val="30"/>
              </w:rPr>
              <w:t>S.No</w:t>
            </w:r>
            <w:proofErr w:type="spellEnd"/>
            <w:proofErr w:type="gramEnd"/>
          </w:p>
        </w:tc>
        <w:tc>
          <w:tcPr>
            <w:tcW w:w="1412" w:type="pct"/>
            <w:vMerge w:val="restart"/>
          </w:tcPr>
          <w:p w14:paraId="55DB0BF8" w14:textId="77777777" w:rsidR="00142120" w:rsidRDefault="00142120" w:rsidP="0080640C">
            <w:pPr>
              <w:jc w:val="center"/>
              <w:rPr>
                <w:b/>
                <w:sz w:val="30"/>
              </w:rPr>
            </w:pPr>
            <w:r>
              <w:rPr>
                <w:b/>
                <w:sz w:val="30"/>
              </w:rPr>
              <w:t>Faculty Name</w:t>
            </w:r>
          </w:p>
        </w:tc>
        <w:tc>
          <w:tcPr>
            <w:tcW w:w="1167" w:type="pct"/>
            <w:vMerge w:val="restart"/>
          </w:tcPr>
          <w:p w14:paraId="4F671404" w14:textId="77777777" w:rsidR="00142120" w:rsidRDefault="00142120" w:rsidP="0080640C">
            <w:pPr>
              <w:jc w:val="center"/>
              <w:rPr>
                <w:b/>
                <w:sz w:val="30"/>
              </w:rPr>
            </w:pPr>
            <w:r>
              <w:rPr>
                <w:b/>
                <w:sz w:val="30"/>
              </w:rPr>
              <w:t>Subject</w:t>
            </w:r>
          </w:p>
        </w:tc>
        <w:tc>
          <w:tcPr>
            <w:tcW w:w="1420" w:type="pct"/>
            <w:gridSpan w:val="3"/>
          </w:tcPr>
          <w:p w14:paraId="4077BF03" w14:textId="77777777" w:rsidR="00142120" w:rsidRDefault="00142120" w:rsidP="0080640C">
            <w:pPr>
              <w:jc w:val="center"/>
              <w:rPr>
                <w:b/>
                <w:sz w:val="30"/>
              </w:rPr>
            </w:pPr>
            <w:r>
              <w:rPr>
                <w:b/>
                <w:sz w:val="30"/>
              </w:rPr>
              <w:t>No. of Students</w:t>
            </w:r>
          </w:p>
        </w:tc>
        <w:tc>
          <w:tcPr>
            <w:tcW w:w="697" w:type="pct"/>
            <w:vMerge w:val="restart"/>
          </w:tcPr>
          <w:p w14:paraId="4CE79C99" w14:textId="77777777" w:rsidR="00142120" w:rsidRDefault="00142120" w:rsidP="0080640C">
            <w:pPr>
              <w:jc w:val="center"/>
              <w:rPr>
                <w:b/>
                <w:sz w:val="30"/>
              </w:rPr>
            </w:pPr>
            <w:r>
              <w:rPr>
                <w:b/>
                <w:sz w:val="30"/>
              </w:rPr>
              <w:t>Percentage</w:t>
            </w:r>
          </w:p>
        </w:tc>
      </w:tr>
      <w:tr w:rsidR="00142120" w14:paraId="23021942" w14:textId="77777777" w:rsidTr="00185A1C">
        <w:tc>
          <w:tcPr>
            <w:tcW w:w="305" w:type="pct"/>
            <w:vMerge/>
          </w:tcPr>
          <w:p w14:paraId="0A3BACF4" w14:textId="77777777" w:rsidR="00142120" w:rsidRDefault="00142120" w:rsidP="0080640C">
            <w:pPr>
              <w:jc w:val="center"/>
              <w:rPr>
                <w:b/>
                <w:sz w:val="30"/>
              </w:rPr>
            </w:pPr>
          </w:p>
        </w:tc>
        <w:tc>
          <w:tcPr>
            <w:tcW w:w="1412" w:type="pct"/>
            <w:vMerge/>
          </w:tcPr>
          <w:p w14:paraId="2E66C703" w14:textId="77777777" w:rsidR="00142120" w:rsidRDefault="00142120" w:rsidP="0080640C">
            <w:pPr>
              <w:jc w:val="center"/>
              <w:rPr>
                <w:b/>
                <w:sz w:val="30"/>
              </w:rPr>
            </w:pPr>
          </w:p>
        </w:tc>
        <w:tc>
          <w:tcPr>
            <w:tcW w:w="1167" w:type="pct"/>
            <w:vMerge/>
          </w:tcPr>
          <w:p w14:paraId="37ED84AC" w14:textId="77777777" w:rsidR="00142120" w:rsidRDefault="00142120" w:rsidP="0080640C">
            <w:pPr>
              <w:jc w:val="center"/>
              <w:rPr>
                <w:b/>
                <w:sz w:val="30"/>
              </w:rPr>
            </w:pPr>
          </w:p>
        </w:tc>
        <w:tc>
          <w:tcPr>
            <w:tcW w:w="541" w:type="pct"/>
          </w:tcPr>
          <w:p w14:paraId="2E07985F" w14:textId="77777777" w:rsidR="00142120" w:rsidRDefault="00142120" w:rsidP="0080640C">
            <w:pPr>
              <w:jc w:val="center"/>
              <w:rPr>
                <w:b/>
                <w:sz w:val="30"/>
              </w:rPr>
            </w:pPr>
            <w:r>
              <w:rPr>
                <w:b/>
                <w:sz w:val="30"/>
              </w:rPr>
              <w:t>Appeared</w:t>
            </w:r>
          </w:p>
        </w:tc>
        <w:tc>
          <w:tcPr>
            <w:tcW w:w="464" w:type="pct"/>
          </w:tcPr>
          <w:p w14:paraId="746D3ED6" w14:textId="77777777" w:rsidR="00142120" w:rsidRDefault="00142120" w:rsidP="0080640C">
            <w:pPr>
              <w:jc w:val="center"/>
              <w:rPr>
                <w:b/>
                <w:sz w:val="30"/>
              </w:rPr>
            </w:pPr>
            <w:r>
              <w:rPr>
                <w:b/>
                <w:sz w:val="30"/>
              </w:rPr>
              <w:t>Passed</w:t>
            </w:r>
          </w:p>
        </w:tc>
        <w:tc>
          <w:tcPr>
            <w:tcW w:w="415" w:type="pct"/>
          </w:tcPr>
          <w:p w14:paraId="1E109F24" w14:textId="77777777" w:rsidR="00142120" w:rsidRDefault="00142120" w:rsidP="0080640C">
            <w:pPr>
              <w:jc w:val="center"/>
              <w:rPr>
                <w:b/>
                <w:sz w:val="30"/>
              </w:rPr>
            </w:pPr>
            <w:r>
              <w:rPr>
                <w:b/>
                <w:sz w:val="30"/>
              </w:rPr>
              <w:t>Failed</w:t>
            </w:r>
          </w:p>
        </w:tc>
        <w:tc>
          <w:tcPr>
            <w:tcW w:w="697" w:type="pct"/>
            <w:vMerge/>
          </w:tcPr>
          <w:p w14:paraId="7EB5E43E" w14:textId="77777777" w:rsidR="00142120" w:rsidRDefault="00142120" w:rsidP="0080640C">
            <w:pPr>
              <w:jc w:val="center"/>
              <w:rPr>
                <w:b/>
                <w:sz w:val="30"/>
              </w:rPr>
            </w:pPr>
          </w:p>
        </w:tc>
      </w:tr>
      <w:tr w:rsidR="00142120" w14:paraId="1B39B161" w14:textId="77777777" w:rsidTr="00185A1C">
        <w:tc>
          <w:tcPr>
            <w:tcW w:w="305" w:type="pct"/>
          </w:tcPr>
          <w:p w14:paraId="228FC0D6" w14:textId="77777777" w:rsidR="00142120" w:rsidRDefault="00142120" w:rsidP="0080640C">
            <w:pPr>
              <w:jc w:val="center"/>
              <w:rPr>
                <w:bCs/>
                <w:sz w:val="30"/>
              </w:rPr>
            </w:pPr>
            <w:r>
              <w:rPr>
                <w:bCs/>
                <w:sz w:val="30"/>
              </w:rPr>
              <w:t>1</w:t>
            </w:r>
          </w:p>
        </w:tc>
        <w:tc>
          <w:tcPr>
            <w:tcW w:w="1412" w:type="pct"/>
          </w:tcPr>
          <w:p w14:paraId="7FE58CA2" w14:textId="77777777" w:rsidR="00142120" w:rsidRDefault="00142120" w:rsidP="0080640C">
            <w:pPr>
              <w:rPr>
                <w:bCs/>
                <w:sz w:val="30"/>
              </w:rPr>
            </w:pPr>
            <w:r>
              <w:rPr>
                <w:bCs/>
                <w:sz w:val="30"/>
              </w:rPr>
              <w:t>MR.</w:t>
            </w:r>
            <w:proofErr w:type="gramStart"/>
            <w:r>
              <w:rPr>
                <w:bCs/>
                <w:sz w:val="30"/>
              </w:rPr>
              <w:t>S.BALACHANDER</w:t>
            </w:r>
            <w:proofErr w:type="gramEnd"/>
          </w:p>
        </w:tc>
        <w:tc>
          <w:tcPr>
            <w:tcW w:w="1167" w:type="pct"/>
          </w:tcPr>
          <w:p w14:paraId="24511A37" w14:textId="77777777" w:rsidR="00142120" w:rsidRDefault="00142120" w:rsidP="0080640C">
            <w:pPr>
              <w:rPr>
                <w:bCs/>
                <w:sz w:val="30"/>
              </w:rPr>
            </w:pPr>
            <w:r>
              <w:rPr>
                <w:bCs/>
                <w:sz w:val="30"/>
              </w:rPr>
              <w:t>EVS</w:t>
            </w:r>
          </w:p>
        </w:tc>
        <w:tc>
          <w:tcPr>
            <w:tcW w:w="541" w:type="pct"/>
          </w:tcPr>
          <w:p w14:paraId="56677118" w14:textId="77777777" w:rsidR="00142120" w:rsidRDefault="00142120" w:rsidP="0080640C">
            <w:pPr>
              <w:jc w:val="center"/>
              <w:rPr>
                <w:bCs/>
                <w:sz w:val="30"/>
              </w:rPr>
            </w:pPr>
            <w:r>
              <w:rPr>
                <w:bCs/>
                <w:sz w:val="30"/>
              </w:rPr>
              <w:t>50</w:t>
            </w:r>
          </w:p>
        </w:tc>
        <w:tc>
          <w:tcPr>
            <w:tcW w:w="464" w:type="pct"/>
          </w:tcPr>
          <w:p w14:paraId="596A79A3" w14:textId="77777777" w:rsidR="00142120" w:rsidRDefault="00142120" w:rsidP="0080640C">
            <w:pPr>
              <w:jc w:val="center"/>
              <w:rPr>
                <w:bCs/>
                <w:sz w:val="30"/>
              </w:rPr>
            </w:pPr>
            <w:r>
              <w:rPr>
                <w:bCs/>
                <w:sz w:val="30"/>
              </w:rPr>
              <w:t>50</w:t>
            </w:r>
          </w:p>
        </w:tc>
        <w:tc>
          <w:tcPr>
            <w:tcW w:w="415" w:type="pct"/>
          </w:tcPr>
          <w:p w14:paraId="64C94CD6" w14:textId="77777777" w:rsidR="00142120" w:rsidRDefault="00142120" w:rsidP="0080640C">
            <w:pPr>
              <w:jc w:val="center"/>
              <w:rPr>
                <w:bCs/>
                <w:sz w:val="30"/>
              </w:rPr>
            </w:pPr>
            <w:r>
              <w:rPr>
                <w:bCs/>
                <w:sz w:val="30"/>
              </w:rPr>
              <w:t>0</w:t>
            </w:r>
          </w:p>
        </w:tc>
        <w:tc>
          <w:tcPr>
            <w:tcW w:w="697" w:type="pct"/>
          </w:tcPr>
          <w:p w14:paraId="199599CB" w14:textId="77777777" w:rsidR="00142120" w:rsidRDefault="00142120" w:rsidP="0080640C">
            <w:pPr>
              <w:jc w:val="center"/>
              <w:rPr>
                <w:bCs/>
                <w:sz w:val="30"/>
              </w:rPr>
            </w:pPr>
            <w:r>
              <w:rPr>
                <w:bCs/>
                <w:sz w:val="30"/>
              </w:rPr>
              <w:t>100%</w:t>
            </w:r>
          </w:p>
        </w:tc>
      </w:tr>
      <w:tr w:rsidR="00142120" w14:paraId="2E6C181B" w14:textId="77777777" w:rsidTr="00185A1C">
        <w:tc>
          <w:tcPr>
            <w:tcW w:w="305" w:type="pct"/>
          </w:tcPr>
          <w:p w14:paraId="0F56854C" w14:textId="77777777" w:rsidR="00142120" w:rsidRDefault="00142120" w:rsidP="0080640C">
            <w:pPr>
              <w:jc w:val="center"/>
              <w:rPr>
                <w:bCs/>
                <w:sz w:val="30"/>
              </w:rPr>
            </w:pPr>
            <w:r>
              <w:rPr>
                <w:bCs/>
                <w:sz w:val="30"/>
              </w:rPr>
              <w:t>2</w:t>
            </w:r>
          </w:p>
        </w:tc>
        <w:tc>
          <w:tcPr>
            <w:tcW w:w="1412" w:type="pct"/>
          </w:tcPr>
          <w:p w14:paraId="05446AC9" w14:textId="77777777" w:rsidR="00142120" w:rsidRDefault="00142120" w:rsidP="0080640C">
            <w:pPr>
              <w:rPr>
                <w:bCs/>
                <w:sz w:val="30"/>
              </w:rPr>
            </w:pPr>
            <w:proofErr w:type="gramStart"/>
            <w:r>
              <w:rPr>
                <w:bCs/>
                <w:sz w:val="30"/>
              </w:rPr>
              <w:t>N.MANISHA</w:t>
            </w:r>
            <w:proofErr w:type="gramEnd"/>
          </w:p>
        </w:tc>
        <w:tc>
          <w:tcPr>
            <w:tcW w:w="1167" w:type="pct"/>
          </w:tcPr>
          <w:p w14:paraId="2CC16103" w14:textId="77777777" w:rsidR="00142120" w:rsidRDefault="00142120" w:rsidP="0080640C">
            <w:pPr>
              <w:jc w:val="both"/>
              <w:rPr>
                <w:bCs/>
                <w:sz w:val="30"/>
              </w:rPr>
            </w:pPr>
            <w:r>
              <w:rPr>
                <w:bCs/>
                <w:sz w:val="30"/>
              </w:rPr>
              <w:t>ETHICAL HACKING</w:t>
            </w:r>
          </w:p>
        </w:tc>
        <w:tc>
          <w:tcPr>
            <w:tcW w:w="541" w:type="pct"/>
          </w:tcPr>
          <w:p w14:paraId="11B36837" w14:textId="77777777" w:rsidR="00142120" w:rsidRDefault="00142120" w:rsidP="0080640C">
            <w:pPr>
              <w:jc w:val="center"/>
              <w:rPr>
                <w:bCs/>
                <w:sz w:val="30"/>
              </w:rPr>
            </w:pPr>
            <w:r>
              <w:rPr>
                <w:bCs/>
                <w:sz w:val="30"/>
              </w:rPr>
              <w:t>50</w:t>
            </w:r>
          </w:p>
        </w:tc>
        <w:tc>
          <w:tcPr>
            <w:tcW w:w="464" w:type="pct"/>
          </w:tcPr>
          <w:p w14:paraId="2AB1BB55" w14:textId="77777777" w:rsidR="00142120" w:rsidRDefault="00142120" w:rsidP="0080640C">
            <w:pPr>
              <w:jc w:val="center"/>
              <w:rPr>
                <w:bCs/>
                <w:sz w:val="30"/>
              </w:rPr>
            </w:pPr>
            <w:r>
              <w:rPr>
                <w:bCs/>
                <w:sz w:val="30"/>
              </w:rPr>
              <w:t>50</w:t>
            </w:r>
          </w:p>
        </w:tc>
        <w:tc>
          <w:tcPr>
            <w:tcW w:w="415" w:type="pct"/>
          </w:tcPr>
          <w:p w14:paraId="7F6C6BF0" w14:textId="77777777" w:rsidR="00142120" w:rsidRDefault="00142120" w:rsidP="0080640C">
            <w:pPr>
              <w:jc w:val="both"/>
              <w:rPr>
                <w:bCs/>
                <w:sz w:val="30"/>
              </w:rPr>
            </w:pPr>
            <w:r>
              <w:rPr>
                <w:bCs/>
                <w:sz w:val="30"/>
              </w:rPr>
              <w:t>0</w:t>
            </w:r>
          </w:p>
        </w:tc>
        <w:tc>
          <w:tcPr>
            <w:tcW w:w="697" w:type="pct"/>
          </w:tcPr>
          <w:p w14:paraId="7D75E200" w14:textId="77777777" w:rsidR="00142120" w:rsidRDefault="00142120" w:rsidP="0080640C">
            <w:pPr>
              <w:jc w:val="both"/>
              <w:rPr>
                <w:bCs/>
                <w:sz w:val="30"/>
              </w:rPr>
            </w:pPr>
            <w:r>
              <w:rPr>
                <w:bCs/>
                <w:sz w:val="30"/>
              </w:rPr>
              <w:t>100%</w:t>
            </w:r>
          </w:p>
        </w:tc>
      </w:tr>
      <w:tr w:rsidR="00142120" w14:paraId="5F1DA9B6" w14:textId="77777777" w:rsidTr="00185A1C">
        <w:tc>
          <w:tcPr>
            <w:tcW w:w="305" w:type="pct"/>
          </w:tcPr>
          <w:p w14:paraId="03E59243" w14:textId="77777777" w:rsidR="00142120" w:rsidRDefault="00142120" w:rsidP="0080640C">
            <w:pPr>
              <w:jc w:val="center"/>
              <w:rPr>
                <w:bCs/>
                <w:sz w:val="30"/>
              </w:rPr>
            </w:pPr>
            <w:r>
              <w:rPr>
                <w:bCs/>
                <w:sz w:val="30"/>
              </w:rPr>
              <w:t>3</w:t>
            </w:r>
          </w:p>
        </w:tc>
        <w:tc>
          <w:tcPr>
            <w:tcW w:w="1412" w:type="pct"/>
          </w:tcPr>
          <w:p w14:paraId="1928CEA3" w14:textId="77777777" w:rsidR="00142120" w:rsidRDefault="00142120" w:rsidP="0080640C">
            <w:pPr>
              <w:rPr>
                <w:bCs/>
                <w:sz w:val="30"/>
              </w:rPr>
            </w:pPr>
            <w:proofErr w:type="spellStart"/>
            <w:proofErr w:type="gramStart"/>
            <w:r>
              <w:rPr>
                <w:bCs/>
                <w:sz w:val="30"/>
              </w:rPr>
              <w:t>Y.Ratna</w:t>
            </w:r>
            <w:proofErr w:type="spellEnd"/>
            <w:proofErr w:type="gramEnd"/>
            <w:r>
              <w:rPr>
                <w:bCs/>
                <w:sz w:val="30"/>
              </w:rPr>
              <w:t xml:space="preserve"> Deepthi</w:t>
            </w:r>
          </w:p>
        </w:tc>
        <w:tc>
          <w:tcPr>
            <w:tcW w:w="1167" w:type="pct"/>
          </w:tcPr>
          <w:p w14:paraId="4D8C02D4" w14:textId="77777777" w:rsidR="00142120" w:rsidRDefault="00142120" w:rsidP="0080640C">
            <w:pPr>
              <w:jc w:val="both"/>
              <w:rPr>
                <w:bCs/>
                <w:sz w:val="30"/>
              </w:rPr>
            </w:pPr>
            <w:r>
              <w:rPr>
                <w:bCs/>
                <w:sz w:val="30"/>
              </w:rPr>
              <w:t>PYTHON PROGRAMMING</w:t>
            </w:r>
          </w:p>
        </w:tc>
        <w:tc>
          <w:tcPr>
            <w:tcW w:w="541" w:type="pct"/>
          </w:tcPr>
          <w:p w14:paraId="0F556106" w14:textId="77777777" w:rsidR="00142120" w:rsidRDefault="00142120" w:rsidP="0080640C">
            <w:pPr>
              <w:jc w:val="center"/>
              <w:rPr>
                <w:bCs/>
                <w:sz w:val="30"/>
              </w:rPr>
            </w:pPr>
            <w:r>
              <w:rPr>
                <w:bCs/>
                <w:sz w:val="30"/>
              </w:rPr>
              <w:t>51</w:t>
            </w:r>
          </w:p>
        </w:tc>
        <w:tc>
          <w:tcPr>
            <w:tcW w:w="464" w:type="pct"/>
          </w:tcPr>
          <w:p w14:paraId="5977ED22" w14:textId="77777777" w:rsidR="00142120" w:rsidRDefault="00142120" w:rsidP="0080640C">
            <w:pPr>
              <w:jc w:val="center"/>
              <w:rPr>
                <w:bCs/>
                <w:sz w:val="30"/>
              </w:rPr>
            </w:pPr>
            <w:r>
              <w:rPr>
                <w:bCs/>
                <w:sz w:val="30"/>
              </w:rPr>
              <w:t>50</w:t>
            </w:r>
          </w:p>
        </w:tc>
        <w:tc>
          <w:tcPr>
            <w:tcW w:w="415" w:type="pct"/>
          </w:tcPr>
          <w:p w14:paraId="68D115E7" w14:textId="77777777" w:rsidR="00142120" w:rsidRDefault="00142120" w:rsidP="0080640C">
            <w:pPr>
              <w:rPr>
                <w:bCs/>
                <w:sz w:val="30"/>
              </w:rPr>
            </w:pPr>
            <w:r>
              <w:rPr>
                <w:bCs/>
                <w:sz w:val="30"/>
              </w:rPr>
              <w:t>1</w:t>
            </w:r>
          </w:p>
        </w:tc>
        <w:tc>
          <w:tcPr>
            <w:tcW w:w="697" w:type="pct"/>
          </w:tcPr>
          <w:p w14:paraId="384235FB" w14:textId="77777777" w:rsidR="00142120" w:rsidRDefault="00142120" w:rsidP="0080640C">
            <w:pPr>
              <w:rPr>
                <w:bCs/>
                <w:sz w:val="30"/>
              </w:rPr>
            </w:pPr>
            <w:r>
              <w:rPr>
                <w:bCs/>
                <w:sz w:val="30"/>
              </w:rPr>
              <w:t>98.4%</w:t>
            </w:r>
          </w:p>
        </w:tc>
      </w:tr>
      <w:tr w:rsidR="00142120" w14:paraId="59C71CD0" w14:textId="77777777" w:rsidTr="00185A1C">
        <w:tc>
          <w:tcPr>
            <w:tcW w:w="305" w:type="pct"/>
          </w:tcPr>
          <w:p w14:paraId="1004888E" w14:textId="77777777" w:rsidR="00142120" w:rsidRDefault="00142120" w:rsidP="0080640C">
            <w:pPr>
              <w:jc w:val="center"/>
              <w:rPr>
                <w:bCs/>
                <w:sz w:val="30"/>
              </w:rPr>
            </w:pPr>
            <w:r>
              <w:rPr>
                <w:bCs/>
                <w:sz w:val="30"/>
              </w:rPr>
              <w:t>4</w:t>
            </w:r>
          </w:p>
        </w:tc>
        <w:tc>
          <w:tcPr>
            <w:tcW w:w="1412" w:type="pct"/>
          </w:tcPr>
          <w:p w14:paraId="18F77679" w14:textId="77777777" w:rsidR="00142120" w:rsidRDefault="00142120" w:rsidP="0080640C">
            <w:pPr>
              <w:pStyle w:val="ListParagraph"/>
              <w:ind w:left="0"/>
              <w:rPr>
                <w:bCs/>
                <w:sz w:val="30"/>
              </w:rPr>
            </w:pPr>
            <w:proofErr w:type="spellStart"/>
            <w:proofErr w:type="gramStart"/>
            <w:r>
              <w:rPr>
                <w:bCs/>
                <w:sz w:val="30"/>
              </w:rPr>
              <w:t>K.Ajay</w:t>
            </w:r>
            <w:proofErr w:type="spellEnd"/>
            <w:proofErr w:type="gramEnd"/>
          </w:p>
        </w:tc>
        <w:tc>
          <w:tcPr>
            <w:tcW w:w="1167" w:type="pct"/>
          </w:tcPr>
          <w:p w14:paraId="6888ACFD" w14:textId="77777777" w:rsidR="00142120" w:rsidRDefault="00142120" w:rsidP="0080640C">
            <w:pPr>
              <w:jc w:val="center"/>
              <w:rPr>
                <w:bCs/>
                <w:sz w:val="30"/>
              </w:rPr>
            </w:pPr>
            <w:r>
              <w:rPr>
                <w:bCs/>
                <w:sz w:val="30"/>
              </w:rPr>
              <w:t>Database Management System</w:t>
            </w:r>
          </w:p>
        </w:tc>
        <w:tc>
          <w:tcPr>
            <w:tcW w:w="541" w:type="pct"/>
          </w:tcPr>
          <w:p w14:paraId="5E61461E" w14:textId="77777777" w:rsidR="00142120" w:rsidRDefault="00142120" w:rsidP="0080640C">
            <w:pPr>
              <w:jc w:val="center"/>
              <w:rPr>
                <w:bCs/>
                <w:sz w:val="30"/>
              </w:rPr>
            </w:pPr>
            <w:r>
              <w:rPr>
                <w:bCs/>
                <w:sz w:val="30"/>
              </w:rPr>
              <w:t>50</w:t>
            </w:r>
          </w:p>
        </w:tc>
        <w:tc>
          <w:tcPr>
            <w:tcW w:w="464" w:type="pct"/>
          </w:tcPr>
          <w:p w14:paraId="54CBCF6E" w14:textId="77777777" w:rsidR="00142120" w:rsidRDefault="00142120" w:rsidP="0080640C">
            <w:pPr>
              <w:jc w:val="center"/>
              <w:rPr>
                <w:bCs/>
                <w:sz w:val="30"/>
              </w:rPr>
            </w:pPr>
            <w:r>
              <w:rPr>
                <w:bCs/>
                <w:sz w:val="30"/>
              </w:rPr>
              <w:t>49</w:t>
            </w:r>
          </w:p>
        </w:tc>
        <w:tc>
          <w:tcPr>
            <w:tcW w:w="415" w:type="pct"/>
          </w:tcPr>
          <w:p w14:paraId="29E18355" w14:textId="77777777" w:rsidR="00142120" w:rsidRDefault="00142120" w:rsidP="0080640C">
            <w:pPr>
              <w:jc w:val="center"/>
              <w:rPr>
                <w:bCs/>
                <w:sz w:val="30"/>
              </w:rPr>
            </w:pPr>
            <w:r>
              <w:rPr>
                <w:bCs/>
                <w:sz w:val="30"/>
              </w:rPr>
              <w:t>1</w:t>
            </w:r>
          </w:p>
        </w:tc>
        <w:tc>
          <w:tcPr>
            <w:tcW w:w="697" w:type="pct"/>
          </w:tcPr>
          <w:p w14:paraId="4B781B96" w14:textId="77777777" w:rsidR="00142120" w:rsidRDefault="00142120" w:rsidP="0080640C">
            <w:pPr>
              <w:jc w:val="center"/>
              <w:rPr>
                <w:bCs/>
                <w:sz w:val="30"/>
              </w:rPr>
            </w:pPr>
            <w:r>
              <w:rPr>
                <w:bCs/>
                <w:sz w:val="30"/>
              </w:rPr>
              <w:t>98%</w:t>
            </w:r>
          </w:p>
        </w:tc>
      </w:tr>
      <w:tr w:rsidR="00142120" w14:paraId="36129C79" w14:textId="77777777" w:rsidTr="00185A1C">
        <w:tc>
          <w:tcPr>
            <w:tcW w:w="305" w:type="pct"/>
          </w:tcPr>
          <w:p w14:paraId="46A930CD" w14:textId="77777777" w:rsidR="00142120" w:rsidRDefault="00142120" w:rsidP="0080640C">
            <w:pPr>
              <w:jc w:val="center"/>
              <w:rPr>
                <w:bCs/>
                <w:sz w:val="30"/>
              </w:rPr>
            </w:pPr>
            <w:r>
              <w:rPr>
                <w:bCs/>
                <w:sz w:val="30"/>
              </w:rPr>
              <w:t>5</w:t>
            </w:r>
          </w:p>
        </w:tc>
        <w:tc>
          <w:tcPr>
            <w:tcW w:w="1412" w:type="pct"/>
          </w:tcPr>
          <w:p w14:paraId="63C20F1F" w14:textId="77777777" w:rsidR="00142120" w:rsidRDefault="00142120" w:rsidP="0080640C">
            <w:pPr>
              <w:rPr>
                <w:bCs/>
                <w:sz w:val="30"/>
              </w:rPr>
            </w:pPr>
            <w:proofErr w:type="gramStart"/>
            <w:r>
              <w:rPr>
                <w:bCs/>
                <w:sz w:val="30"/>
              </w:rPr>
              <w:t>S.LAKSHMI</w:t>
            </w:r>
            <w:proofErr w:type="gramEnd"/>
          </w:p>
        </w:tc>
        <w:tc>
          <w:tcPr>
            <w:tcW w:w="1167" w:type="pct"/>
          </w:tcPr>
          <w:p w14:paraId="26CB129F" w14:textId="77777777" w:rsidR="00142120" w:rsidRDefault="00142120" w:rsidP="0080640C">
            <w:pPr>
              <w:jc w:val="center"/>
              <w:rPr>
                <w:bCs/>
                <w:sz w:val="30"/>
              </w:rPr>
            </w:pPr>
            <w:r>
              <w:rPr>
                <w:bCs/>
                <w:sz w:val="30"/>
              </w:rPr>
              <w:t>CRYPTOGRAPHIC ALGORITHMS</w:t>
            </w:r>
          </w:p>
        </w:tc>
        <w:tc>
          <w:tcPr>
            <w:tcW w:w="541" w:type="pct"/>
          </w:tcPr>
          <w:p w14:paraId="579628FD" w14:textId="77777777" w:rsidR="00142120" w:rsidRDefault="00142120" w:rsidP="0080640C">
            <w:pPr>
              <w:jc w:val="center"/>
              <w:rPr>
                <w:bCs/>
                <w:sz w:val="30"/>
              </w:rPr>
            </w:pPr>
            <w:r>
              <w:rPr>
                <w:bCs/>
                <w:sz w:val="30"/>
              </w:rPr>
              <w:t>50</w:t>
            </w:r>
          </w:p>
        </w:tc>
        <w:tc>
          <w:tcPr>
            <w:tcW w:w="464" w:type="pct"/>
          </w:tcPr>
          <w:p w14:paraId="36AF59D6" w14:textId="77777777" w:rsidR="00142120" w:rsidRDefault="00142120" w:rsidP="0080640C">
            <w:pPr>
              <w:jc w:val="center"/>
              <w:rPr>
                <w:bCs/>
                <w:sz w:val="30"/>
              </w:rPr>
            </w:pPr>
            <w:r>
              <w:rPr>
                <w:bCs/>
                <w:sz w:val="30"/>
              </w:rPr>
              <w:t>50</w:t>
            </w:r>
          </w:p>
        </w:tc>
        <w:tc>
          <w:tcPr>
            <w:tcW w:w="415" w:type="pct"/>
          </w:tcPr>
          <w:p w14:paraId="00163E1D" w14:textId="77777777" w:rsidR="00142120" w:rsidRDefault="00142120" w:rsidP="0080640C">
            <w:pPr>
              <w:jc w:val="center"/>
              <w:rPr>
                <w:bCs/>
                <w:sz w:val="30"/>
              </w:rPr>
            </w:pPr>
            <w:r>
              <w:rPr>
                <w:bCs/>
                <w:sz w:val="30"/>
              </w:rPr>
              <w:t>0</w:t>
            </w:r>
          </w:p>
        </w:tc>
        <w:tc>
          <w:tcPr>
            <w:tcW w:w="697" w:type="pct"/>
          </w:tcPr>
          <w:p w14:paraId="70598A11" w14:textId="77777777" w:rsidR="00142120" w:rsidRDefault="00142120" w:rsidP="0080640C">
            <w:pPr>
              <w:jc w:val="both"/>
              <w:rPr>
                <w:bCs/>
                <w:sz w:val="30"/>
              </w:rPr>
            </w:pPr>
            <w:r>
              <w:rPr>
                <w:bCs/>
                <w:sz w:val="30"/>
              </w:rPr>
              <w:t>100%</w:t>
            </w:r>
          </w:p>
        </w:tc>
      </w:tr>
      <w:tr w:rsidR="00142120" w14:paraId="4B133EA5" w14:textId="77777777" w:rsidTr="00185A1C">
        <w:tc>
          <w:tcPr>
            <w:tcW w:w="305" w:type="pct"/>
          </w:tcPr>
          <w:p w14:paraId="03099D9C" w14:textId="77777777" w:rsidR="00142120" w:rsidRDefault="00142120" w:rsidP="0080640C">
            <w:pPr>
              <w:jc w:val="center"/>
              <w:rPr>
                <w:bCs/>
                <w:sz w:val="30"/>
              </w:rPr>
            </w:pPr>
            <w:r>
              <w:rPr>
                <w:bCs/>
                <w:sz w:val="30"/>
              </w:rPr>
              <w:t>6</w:t>
            </w:r>
          </w:p>
        </w:tc>
        <w:tc>
          <w:tcPr>
            <w:tcW w:w="1412" w:type="pct"/>
          </w:tcPr>
          <w:p w14:paraId="22F0205F" w14:textId="77777777" w:rsidR="00142120" w:rsidRDefault="00142120" w:rsidP="0080640C">
            <w:pPr>
              <w:rPr>
                <w:bCs/>
                <w:sz w:val="30"/>
              </w:rPr>
            </w:pPr>
            <w:proofErr w:type="gramStart"/>
            <w:r>
              <w:rPr>
                <w:bCs/>
                <w:sz w:val="30"/>
              </w:rPr>
              <w:t>N.MANISHA</w:t>
            </w:r>
            <w:proofErr w:type="gramEnd"/>
          </w:p>
        </w:tc>
        <w:tc>
          <w:tcPr>
            <w:tcW w:w="1167" w:type="pct"/>
          </w:tcPr>
          <w:p w14:paraId="7116A6EA" w14:textId="77777777" w:rsidR="00142120" w:rsidRDefault="00142120" w:rsidP="0080640C">
            <w:pPr>
              <w:jc w:val="center"/>
              <w:rPr>
                <w:bCs/>
                <w:sz w:val="30"/>
              </w:rPr>
            </w:pPr>
            <w:r>
              <w:rPr>
                <w:bCs/>
                <w:sz w:val="30"/>
              </w:rPr>
              <w:t>ETHICAL HACKING</w:t>
            </w:r>
          </w:p>
          <w:p w14:paraId="0D0E5E04" w14:textId="77777777" w:rsidR="00142120" w:rsidRDefault="00142120" w:rsidP="0080640C">
            <w:pPr>
              <w:jc w:val="center"/>
              <w:rPr>
                <w:bCs/>
                <w:sz w:val="30"/>
              </w:rPr>
            </w:pPr>
            <w:r>
              <w:rPr>
                <w:bCs/>
                <w:sz w:val="30"/>
              </w:rPr>
              <w:t>(PR)</w:t>
            </w:r>
          </w:p>
        </w:tc>
        <w:tc>
          <w:tcPr>
            <w:tcW w:w="541" w:type="pct"/>
          </w:tcPr>
          <w:p w14:paraId="7B396E6E" w14:textId="77777777" w:rsidR="00142120" w:rsidRDefault="00142120" w:rsidP="0080640C">
            <w:pPr>
              <w:jc w:val="center"/>
              <w:rPr>
                <w:bCs/>
                <w:sz w:val="30"/>
              </w:rPr>
            </w:pPr>
            <w:r>
              <w:rPr>
                <w:bCs/>
                <w:sz w:val="30"/>
              </w:rPr>
              <w:t>51</w:t>
            </w:r>
          </w:p>
        </w:tc>
        <w:tc>
          <w:tcPr>
            <w:tcW w:w="464" w:type="pct"/>
          </w:tcPr>
          <w:p w14:paraId="654E6DE4" w14:textId="77777777" w:rsidR="00142120" w:rsidRDefault="00142120" w:rsidP="0080640C">
            <w:pPr>
              <w:jc w:val="center"/>
              <w:rPr>
                <w:bCs/>
                <w:sz w:val="30"/>
              </w:rPr>
            </w:pPr>
            <w:r>
              <w:rPr>
                <w:bCs/>
                <w:sz w:val="30"/>
              </w:rPr>
              <w:t>51</w:t>
            </w:r>
          </w:p>
        </w:tc>
        <w:tc>
          <w:tcPr>
            <w:tcW w:w="415" w:type="pct"/>
          </w:tcPr>
          <w:p w14:paraId="0CDAAE74" w14:textId="77777777" w:rsidR="00142120" w:rsidRDefault="00142120" w:rsidP="0080640C">
            <w:pPr>
              <w:jc w:val="center"/>
              <w:rPr>
                <w:bCs/>
                <w:sz w:val="30"/>
              </w:rPr>
            </w:pPr>
            <w:r>
              <w:rPr>
                <w:bCs/>
                <w:sz w:val="30"/>
              </w:rPr>
              <w:t>0</w:t>
            </w:r>
          </w:p>
        </w:tc>
        <w:tc>
          <w:tcPr>
            <w:tcW w:w="697" w:type="pct"/>
          </w:tcPr>
          <w:p w14:paraId="3C635DD3" w14:textId="77777777" w:rsidR="00142120" w:rsidRDefault="00142120" w:rsidP="0080640C">
            <w:pPr>
              <w:jc w:val="center"/>
              <w:rPr>
                <w:bCs/>
                <w:sz w:val="30"/>
              </w:rPr>
            </w:pPr>
            <w:r>
              <w:rPr>
                <w:bCs/>
                <w:sz w:val="30"/>
              </w:rPr>
              <w:t>100%</w:t>
            </w:r>
          </w:p>
        </w:tc>
      </w:tr>
      <w:tr w:rsidR="00142120" w14:paraId="0716EB5B" w14:textId="77777777" w:rsidTr="00185A1C">
        <w:tc>
          <w:tcPr>
            <w:tcW w:w="305" w:type="pct"/>
          </w:tcPr>
          <w:p w14:paraId="3C57155C" w14:textId="77777777" w:rsidR="00142120" w:rsidRDefault="00142120" w:rsidP="0080640C">
            <w:pPr>
              <w:jc w:val="center"/>
              <w:rPr>
                <w:bCs/>
                <w:sz w:val="30"/>
              </w:rPr>
            </w:pPr>
            <w:r>
              <w:rPr>
                <w:bCs/>
                <w:sz w:val="30"/>
              </w:rPr>
              <w:t>7</w:t>
            </w:r>
          </w:p>
        </w:tc>
        <w:tc>
          <w:tcPr>
            <w:tcW w:w="1412" w:type="pct"/>
          </w:tcPr>
          <w:p w14:paraId="73DB46F5" w14:textId="77777777" w:rsidR="00142120" w:rsidRDefault="00142120" w:rsidP="0080640C">
            <w:pPr>
              <w:rPr>
                <w:bCs/>
                <w:sz w:val="30"/>
              </w:rPr>
            </w:pPr>
            <w:proofErr w:type="spellStart"/>
            <w:proofErr w:type="gramStart"/>
            <w:r>
              <w:rPr>
                <w:bCs/>
                <w:sz w:val="30"/>
              </w:rPr>
              <w:t>Y.Ratna</w:t>
            </w:r>
            <w:proofErr w:type="spellEnd"/>
            <w:proofErr w:type="gramEnd"/>
            <w:r>
              <w:rPr>
                <w:bCs/>
                <w:sz w:val="30"/>
              </w:rPr>
              <w:t xml:space="preserve"> Deepthi</w:t>
            </w:r>
          </w:p>
        </w:tc>
        <w:tc>
          <w:tcPr>
            <w:tcW w:w="1167" w:type="pct"/>
          </w:tcPr>
          <w:p w14:paraId="3E3E0B5B" w14:textId="77777777" w:rsidR="00142120" w:rsidRDefault="00142120" w:rsidP="0080640C">
            <w:pPr>
              <w:jc w:val="center"/>
              <w:rPr>
                <w:bCs/>
                <w:sz w:val="30"/>
              </w:rPr>
            </w:pPr>
            <w:r>
              <w:rPr>
                <w:bCs/>
                <w:sz w:val="30"/>
              </w:rPr>
              <w:t>PYTHON PROGRAMMING</w:t>
            </w:r>
          </w:p>
          <w:p w14:paraId="6D4680B1" w14:textId="77777777" w:rsidR="00142120" w:rsidRDefault="00142120" w:rsidP="0080640C">
            <w:pPr>
              <w:jc w:val="center"/>
              <w:rPr>
                <w:bCs/>
                <w:sz w:val="30"/>
              </w:rPr>
            </w:pPr>
            <w:r>
              <w:rPr>
                <w:bCs/>
                <w:sz w:val="30"/>
              </w:rPr>
              <w:t>(PR)</w:t>
            </w:r>
          </w:p>
        </w:tc>
        <w:tc>
          <w:tcPr>
            <w:tcW w:w="541" w:type="pct"/>
          </w:tcPr>
          <w:p w14:paraId="44C3EFF3" w14:textId="77777777" w:rsidR="00142120" w:rsidRDefault="00142120" w:rsidP="0080640C">
            <w:pPr>
              <w:jc w:val="center"/>
              <w:rPr>
                <w:bCs/>
                <w:sz w:val="30"/>
              </w:rPr>
            </w:pPr>
            <w:r>
              <w:rPr>
                <w:bCs/>
                <w:sz w:val="30"/>
              </w:rPr>
              <w:t>51</w:t>
            </w:r>
          </w:p>
        </w:tc>
        <w:tc>
          <w:tcPr>
            <w:tcW w:w="464" w:type="pct"/>
          </w:tcPr>
          <w:p w14:paraId="2BD91B9D" w14:textId="77777777" w:rsidR="00142120" w:rsidRDefault="00142120" w:rsidP="0080640C">
            <w:pPr>
              <w:jc w:val="center"/>
              <w:rPr>
                <w:bCs/>
                <w:sz w:val="30"/>
              </w:rPr>
            </w:pPr>
            <w:r>
              <w:rPr>
                <w:bCs/>
                <w:sz w:val="30"/>
              </w:rPr>
              <w:t>51</w:t>
            </w:r>
          </w:p>
        </w:tc>
        <w:tc>
          <w:tcPr>
            <w:tcW w:w="415" w:type="pct"/>
          </w:tcPr>
          <w:p w14:paraId="430523D0" w14:textId="77777777" w:rsidR="00142120" w:rsidRDefault="00142120" w:rsidP="0080640C">
            <w:pPr>
              <w:jc w:val="center"/>
              <w:rPr>
                <w:bCs/>
                <w:sz w:val="30"/>
              </w:rPr>
            </w:pPr>
            <w:r>
              <w:rPr>
                <w:bCs/>
                <w:sz w:val="30"/>
              </w:rPr>
              <w:t>0</w:t>
            </w:r>
          </w:p>
        </w:tc>
        <w:tc>
          <w:tcPr>
            <w:tcW w:w="697" w:type="pct"/>
          </w:tcPr>
          <w:p w14:paraId="373BAADF" w14:textId="77777777" w:rsidR="00142120" w:rsidRDefault="00142120" w:rsidP="0080640C">
            <w:pPr>
              <w:jc w:val="center"/>
              <w:rPr>
                <w:bCs/>
                <w:sz w:val="30"/>
              </w:rPr>
            </w:pPr>
            <w:r>
              <w:rPr>
                <w:bCs/>
                <w:sz w:val="30"/>
              </w:rPr>
              <w:t>100%</w:t>
            </w:r>
          </w:p>
        </w:tc>
      </w:tr>
      <w:tr w:rsidR="00142120" w14:paraId="2BEA93B9" w14:textId="77777777" w:rsidTr="00185A1C">
        <w:tc>
          <w:tcPr>
            <w:tcW w:w="305" w:type="pct"/>
          </w:tcPr>
          <w:p w14:paraId="154FBA55" w14:textId="77777777" w:rsidR="00142120" w:rsidRDefault="00142120" w:rsidP="0080640C">
            <w:pPr>
              <w:jc w:val="center"/>
              <w:rPr>
                <w:bCs/>
                <w:sz w:val="30"/>
              </w:rPr>
            </w:pPr>
            <w:r>
              <w:rPr>
                <w:bCs/>
                <w:sz w:val="30"/>
              </w:rPr>
              <w:t>8</w:t>
            </w:r>
          </w:p>
        </w:tc>
        <w:tc>
          <w:tcPr>
            <w:tcW w:w="1412" w:type="pct"/>
          </w:tcPr>
          <w:p w14:paraId="2EAC122A" w14:textId="77777777" w:rsidR="00142120" w:rsidRDefault="00142120" w:rsidP="0080640C">
            <w:pPr>
              <w:rPr>
                <w:bCs/>
                <w:sz w:val="30"/>
              </w:rPr>
            </w:pPr>
            <w:proofErr w:type="gramStart"/>
            <w:r>
              <w:rPr>
                <w:bCs/>
                <w:sz w:val="30"/>
              </w:rPr>
              <w:t>N.MANISHA</w:t>
            </w:r>
            <w:proofErr w:type="gramEnd"/>
          </w:p>
        </w:tc>
        <w:tc>
          <w:tcPr>
            <w:tcW w:w="1167" w:type="pct"/>
          </w:tcPr>
          <w:p w14:paraId="1A41B372" w14:textId="77777777" w:rsidR="00142120" w:rsidRDefault="00142120" w:rsidP="0080640C">
            <w:pPr>
              <w:jc w:val="center"/>
              <w:rPr>
                <w:bCs/>
                <w:sz w:val="30"/>
              </w:rPr>
            </w:pPr>
            <w:r>
              <w:rPr>
                <w:bCs/>
                <w:sz w:val="30"/>
              </w:rPr>
              <w:t>Database Management System (PR)</w:t>
            </w:r>
          </w:p>
        </w:tc>
        <w:tc>
          <w:tcPr>
            <w:tcW w:w="541" w:type="pct"/>
          </w:tcPr>
          <w:p w14:paraId="658DDC40" w14:textId="77777777" w:rsidR="00142120" w:rsidRDefault="00142120" w:rsidP="0080640C">
            <w:pPr>
              <w:jc w:val="center"/>
              <w:rPr>
                <w:bCs/>
                <w:sz w:val="30"/>
              </w:rPr>
            </w:pPr>
            <w:r>
              <w:rPr>
                <w:bCs/>
                <w:sz w:val="30"/>
              </w:rPr>
              <w:t>50</w:t>
            </w:r>
          </w:p>
        </w:tc>
        <w:tc>
          <w:tcPr>
            <w:tcW w:w="464" w:type="pct"/>
          </w:tcPr>
          <w:p w14:paraId="0E477A2A" w14:textId="77777777" w:rsidR="00142120" w:rsidRDefault="00142120" w:rsidP="0080640C">
            <w:pPr>
              <w:jc w:val="center"/>
              <w:rPr>
                <w:bCs/>
                <w:sz w:val="30"/>
              </w:rPr>
            </w:pPr>
            <w:r>
              <w:rPr>
                <w:bCs/>
                <w:sz w:val="30"/>
              </w:rPr>
              <w:t>50</w:t>
            </w:r>
          </w:p>
        </w:tc>
        <w:tc>
          <w:tcPr>
            <w:tcW w:w="415" w:type="pct"/>
          </w:tcPr>
          <w:p w14:paraId="67265AD9" w14:textId="77777777" w:rsidR="00142120" w:rsidRDefault="00142120" w:rsidP="0080640C">
            <w:pPr>
              <w:jc w:val="center"/>
              <w:rPr>
                <w:bCs/>
                <w:sz w:val="30"/>
              </w:rPr>
            </w:pPr>
            <w:r>
              <w:rPr>
                <w:bCs/>
                <w:sz w:val="30"/>
              </w:rPr>
              <w:t>0</w:t>
            </w:r>
          </w:p>
        </w:tc>
        <w:tc>
          <w:tcPr>
            <w:tcW w:w="697" w:type="pct"/>
          </w:tcPr>
          <w:p w14:paraId="45781C82" w14:textId="77777777" w:rsidR="00142120" w:rsidRDefault="00142120" w:rsidP="0080640C">
            <w:pPr>
              <w:jc w:val="center"/>
              <w:rPr>
                <w:bCs/>
                <w:sz w:val="30"/>
              </w:rPr>
            </w:pPr>
            <w:r>
              <w:rPr>
                <w:bCs/>
                <w:sz w:val="30"/>
              </w:rPr>
              <w:t>100%</w:t>
            </w:r>
          </w:p>
        </w:tc>
      </w:tr>
    </w:tbl>
    <w:p w14:paraId="6131FAA5" w14:textId="77777777" w:rsidR="00142120" w:rsidRDefault="00142120" w:rsidP="00142120">
      <w:pPr>
        <w:jc w:val="both"/>
        <w:rPr>
          <w:b/>
          <w:sz w:val="30"/>
        </w:rPr>
      </w:pPr>
    </w:p>
    <w:p w14:paraId="6DF06DC2" w14:textId="77777777" w:rsidR="009823A7" w:rsidRDefault="009823A7" w:rsidP="00142120">
      <w:pPr>
        <w:jc w:val="both"/>
        <w:rPr>
          <w:b/>
          <w:sz w:val="30"/>
        </w:rPr>
      </w:pPr>
    </w:p>
    <w:p w14:paraId="5C688ED2" w14:textId="77777777" w:rsidR="009823A7" w:rsidRDefault="009823A7" w:rsidP="00142120">
      <w:pPr>
        <w:jc w:val="both"/>
        <w:rPr>
          <w:b/>
          <w:sz w:val="30"/>
        </w:rPr>
      </w:pPr>
    </w:p>
    <w:p w14:paraId="40619EDB" w14:textId="77777777" w:rsidR="009823A7" w:rsidRDefault="009823A7" w:rsidP="00142120">
      <w:pPr>
        <w:jc w:val="both"/>
        <w:rPr>
          <w:b/>
          <w:sz w:val="30"/>
        </w:rPr>
      </w:pPr>
    </w:p>
    <w:p w14:paraId="44689052" w14:textId="77777777" w:rsidR="009823A7" w:rsidRDefault="009823A7" w:rsidP="00142120">
      <w:pPr>
        <w:jc w:val="both"/>
        <w:rPr>
          <w:b/>
          <w:sz w:val="30"/>
        </w:rPr>
      </w:pPr>
    </w:p>
    <w:p w14:paraId="55696EFF" w14:textId="77777777" w:rsidR="00142120" w:rsidRDefault="00142120" w:rsidP="00142120">
      <w:pPr>
        <w:rPr>
          <w:b/>
          <w:sz w:val="30"/>
        </w:rPr>
      </w:pPr>
      <w:r>
        <w:rPr>
          <w:b/>
          <w:sz w:val="30"/>
        </w:rPr>
        <w:t>DCSCS(Sem-V)-Over All Pass Percentage-79.63</w:t>
      </w:r>
    </w:p>
    <w:tbl>
      <w:tblPr>
        <w:tblStyle w:val="TableGrid"/>
        <w:tblW w:w="5000" w:type="pct"/>
        <w:tblLook w:val="04A0" w:firstRow="1" w:lastRow="0" w:firstColumn="1" w:lastColumn="0" w:noHBand="0" w:noVBand="1"/>
      </w:tblPr>
      <w:tblGrid>
        <w:gridCol w:w="725"/>
        <w:gridCol w:w="1503"/>
        <w:gridCol w:w="2294"/>
        <w:gridCol w:w="1242"/>
        <w:gridCol w:w="978"/>
        <w:gridCol w:w="863"/>
        <w:gridCol w:w="1411"/>
      </w:tblGrid>
      <w:tr w:rsidR="00142120" w14:paraId="09B0CBC7" w14:textId="77777777" w:rsidTr="00142120">
        <w:tc>
          <w:tcPr>
            <w:tcW w:w="402" w:type="pct"/>
            <w:vMerge w:val="restart"/>
          </w:tcPr>
          <w:p w14:paraId="48D40B6C" w14:textId="77777777" w:rsidR="00142120" w:rsidRDefault="00142120" w:rsidP="0080640C">
            <w:pPr>
              <w:jc w:val="center"/>
              <w:rPr>
                <w:b/>
                <w:sz w:val="30"/>
              </w:rPr>
            </w:pPr>
            <w:proofErr w:type="spellStart"/>
            <w:proofErr w:type="gramStart"/>
            <w:r>
              <w:rPr>
                <w:b/>
                <w:sz w:val="30"/>
              </w:rPr>
              <w:t>S.No</w:t>
            </w:r>
            <w:proofErr w:type="spellEnd"/>
            <w:proofErr w:type="gramEnd"/>
          </w:p>
        </w:tc>
        <w:tc>
          <w:tcPr>
            <w:tcW w:w="1404" w:type="pct"/>
            <w:vMerge w:val="restart"/>
          </w:tcPr>
          <w:p w14:paraId="09C6FF76" w14:textId="77777777" w:rsidR="00142120" w:rsidRDefault="00142120" w:rsidP="0080640C">
            <w:pPr>
              <w:jc w:val="center"/>
              <w:rPr>
                <w:b/>
                <w:sz w:val="30"/>
              </w:rPr>
            </w:pPr>
            <w:r>
              <w:rPr>
                <w:b/>
                <w:sz w:val="30"/>
              </w:rPr>
              <w:t>Faculty Name</w:t>
            </w:r>
          </w:p>
        </w:tc>
        <w:tc>
          <w:tcPr>
            <w:tcW w:w="702" w:type="pct"/>
            <w:vMerge w:val="restart"/>
          </w:tcPr>
          <w:p w14:paraId="32430173" w14:textId="77777777" w:rsidR="00142120" w:rsidRDefault="00142120" w:rsidP="0080640C">
            <w:pPr>
              <w:jc w:val="center"/>
              <w:rPr>
                <w:b/>
                <w:sz w:val="30"/>
              </w:rPr>
            </w:pPr>
            <w:r>
              <w:rPr>
                <w:b/>
                <w:sz w:val="30"/>
              </w:rPr>
              <w:t>Subject</w:t>
            </w:r>
          </w:p>
        </w:tc>
        <w:tc>
          <w:tcPr>
            <w:tcW w:w="1710" w:type="pct"/>
            <w:gridSpan w:val="3"/>
          </w:tcPr>
          <w:p w14:paraId="4F9B595D" w14:textId="77777777" w:rsidR="00142120" w:rsidRDefault="00142120" w:rsidP="0080640C">
            <w:pPr>
              <w:jc w:val="center"/>
              <w:rPr>
                <w:b/>
                <w:sz w:val="30"/>
              </w:rPr>
            </w:pPr>
            <w:r>
              <w:rPr>
                <w:b/>
                <w:sz w:val="30"/>
              </w:rPr>
              <w:t>No. of Students</w:t>
            </w:r>
          </w:p>
        </w:tc>
        <w:tc>
          <w:tcPr>
            <w:tcW w:w="782" w:type="pct"/>
            <w:vMerge w:val="restart"/>
          </w:tcPr>
          <w:p w14:paraId="15C034A8" w14:textId="77777777" w:rsidR="00142120" w:rsidRDefault="00142120" w:rsidP="0080640C">
            <w:pPr>
              <w:jc w:val="center"/>
              <w:rPr>
                <w:b/>
                <w:sz w:val="30"/>
              </w:rPr>
            </w:pPr>
            <w:r>
              <w:rPr>
                <w:b/>
                <w:sz w:val="30"/>
              </w:rPr>
              <w:t>Percentage</w:t>
            </w:r>
          </w:p>
        </w:tc>
      </w:tr>
      <w:tr w:rsidR="00142120" w14:paraId="76691C92" w14:textId="77777777" w:rsidTr="00142120">
        <w:tc>
          <w:tcPr>
            <w:tcW w:w="402" w:type="pct"/>
            <w:vMerge/>
          </w:tcPr>
          <w:p w14:paraId="5E86545A" w14:textId="77777777" w:rsidR="00142120" w:rsidRDefault="00142120" w:rsidP="0080640C">
            <w:pPr>
              <w:jc w:val="center"/>
              <w:rPr>
                <w:b/>
                <w:sz w:val="30"/>
              </w:rPr>
            </w:pPr>
          </w:p>
        </w:tc>
        <w:tc>
          <w:tcPr>
            <w:tcW w:w="1404" w:type="pct"/>
            <w:vMerge/>
          </w:tcPr>
          <w:p w14:paraId="625EF056" w14:textId="77777777" w:rsidR="00142120" w:rsidRDefault="00142120" w:rsidP="0080640C">
            <w:pPr>
              <w:jc w:val="center"/>
              <w:rPr>
                <w:b/>
                <w:sz w:val="30"/>
              </w:rPr>
            </w:pPr>
          </w:p>
        </w:tc>
        <w:tc>
          <w:tcPr>
            <w:tcW w:w="702" w:type="pct"/>
            <w:vMerge/>
          </w:tcPr>
          <w:p w14:paraId="6F3705CE" w14:textId="77777777" w:rsidR="00142120" w:rsidRDefault="00142120" w:rsidP="0080640C">
            <w:pPr>
              <w:jc w:val="center"/>
              <w:rPr>
                <w:b/>
                <w:sz w:val="30"/>
              </w:rPr>
            </w:pPr>
          </w:p>
        </w:tc>
        <w:tc>
          <w:tcPr>
            <w:tcW w:w="689" w:type="pct"/>
          </w:tcPr>
          <w:p w14:paraId="2CE6A5A0" w14:textId="77777777" w:rsidR="00142120" w:rsidRDefault="00142120" w:rsidP="0080640C">
            <w:pPr>
              <w:jc w:val="center"/>
              <w:rPr>
                <w:b/>
                <w:sz w:val="30"/>
              </w:rPr>
            </w:pPr>
            <w:r>
              <w:rPr>
                <w:b/>
                <w:sz w:val="30"/>
              </w:rPr>
              <w:t>Appeared</w:t>
            </w:r>
          </w:p>
        </w:tc>
        <w:tc>
          <w:tcPr>
            <w:tcW w:w="542" w:type="pct"/>
          </w:tcPr>
          <w:p w14:paraId="276CB348" w14:textId="77777777" w:rsidR="00142120" w:rsidRDefault="00142120" w:rsidP="0080640C">
            <w:pPr>
              <w:jc w:val="center"/>
              <w:rPr>
                <w:b/>
                <w:sz w:val="30"/>
              </w:rPr>
            </w:pPr>
            <w:r>
              <w:rPr>
                <w:b/>
                <w:sz w:val="30"/>
              </w:rPr>
              <w:t>Passed</w:t>
            </w:r>
          </w:p>
        </w:tc>
        <w:tc>
          <w:tcPr>
            <w:tcW w:w="479" w:type="pct"/>
          </w:tcPr>
          <w:p w14:paraId="1026A7ED" w14:textId="77777777" w:rsidR="00142120" w:rsidRDefault="00142120" w:rsidP="0080640C">
            <w:pPr>
              <w:jc w:val="center"/>
              <w:rPr>
                <w:b/>
                <w:sz w:val="30"/>
              </w:rPr>
            </w:pPr>
            <w:r>
              <w:rPr>
                <w:b/>
                <w:sz w:val="30"/>
              </w:rPr>
              <w:t>Failed</w:t>
            </w:r>
          </w:p>
        </w:tc>
        <w:tc>
          <w:tcPr>
            <w:tcW w:w="782" w:type="pct"/>
            <w:vMerge/>
          </w:tcPr>
          <w:p w14:paraId="3604EF9D" w14:textId="77777777" w:rsidR="00142120" w:rsidRDefault="00142120" w:rsidP="0080640C">
            <w:pPr>
              <w:jc w:val="center"/>
              <w:rPr>
                <w:b/>
                <w:sz w:val="30"/>
              </w:rPr>
            </w:pPr>
          </w:p>
        </w:tc>
      </w:tr>
      <w:tr w:rsidR="00142120" w14:paraId="3515D933" w14:textId="77777777" w:rsidTr="00142120">
        <w:tc>
          <w:tcPr>
            <w:tcW w:w="402" w:type="pct"/>
          </w:tcPr>
          <w:p w14:paraId="3979F245" w14:textId="77777777" w:rsidR="00142120" w:rsidRDefault="00142120" w:rsidP="0080640C">
            <w:pPr>
              <w:jc w:val="center"/>
              <w:rPr>
                <w:bCs/>
                <w:sz w:val="30"/>
              </w:rPr>
            </w:pPr>
            <w:r>
              <w:rPr>
                <w:bCs/>
                <w:sz w:val="30"/>
              </w:rPr>
              <w:t>1</w:t>
            </w:r>
          </w:p>
        </w:tc>
        <w:tc>
          <w:tcPr>
            <w:tcW w:w="1404" w:type="pct"/>
          </w:tcPr>
          <w:p w14:paraId="165003D5" w14:textId="77777777" w:rsidR="00142120" w:rsidRDefault="00142120" w:rsidP="0080640C">
            <w:pPr>
              <w:jc w:val="center"/>
              <w:rPr>
                <w:bCs/>
                <w:sz w:val="30"/>
              </w:rPr>
            </w:pPr>
            <w:proofErr w:type="gramStart"/>
            <w:r>
              <w:rPr>
                <w:bCs/>
                <w:sz w:val="30"/>
              </w:rPr>
              <w:t>N.MANISHA</w:t>
            </w:r>
            <w:proofErr w:type="gramEnd"/>
          </w:p>
        </w:tc>
        <w:tc>
          <w:tcPr>
            <w:tcW w:w="702" w:type="pct"/>
          </w:tcPr>
          <w:p w14:paraId="16AFAFCA" w14:textId="77777777" w:rsidR="00142120" w:rsidRDefault="00142120" w:rsidP="0080640C">
            <w:pPr>
              <w:jc w:val="center"/>
              <w:rPr>
                <w:bCs/>
                <w:sz w:val="30"/>
              </w:rPr>
            </w:pPr>
            <w:r>
              <w:rPr>
                <w:bCs/>
                <w:sz w:val="30"/>
              </w:rPr>
              <w:t>STEGANOGRAPHY</w:t>
            </w:r>
          </w:p>
        </w:tc>
        <w:tc>
          <w:tcPr>
            <w:tcW w:w="689" w:type="pct"/>
          </w:tcPr>
          <w:p w14:paraId="6CF78EB4" w14:textId="77777777" w:rsidR="00142120" w:rsidRDefault="00142120" w:rsidP="0080640C">
            <w:pPr>
              <w:jc w:val="center"/>
              <w:rPr>
                <w:bCs/>
                <w:sz w:val="30"/>
              </w:rPr>
            </w:pPr>
            <w:r>
              <w:rPr>
                <w:bCs/>
                <w:sz w:val="30"/>
              </w:rPr>
              <w:t>23</w:t>
            </w:r>
          </w:p>
        </w:tc>
        <w:tc>
          <w:tcPr>
            <w:tcW w:w="542" w:type="pct"/>
          </w:tcPr>
          <w:p w14:paraId="702A83AD" w14:textId="77777777" w:rsidR="00142120" w:rsidRDefault="00142120" w:rsidP="0080640C">
            <w:pPr>
              <w:jc w:val="center"/>
              <w:rPr>
                <w:bCs/>
                <w:sz w:val="30"/>
              </w:rPr>
            </w:pPr>
            <w:r>
              <w:rPr>
                <w:bCs/>
                <w:sz w:val="30"/>
              </w:rPr>
              <w:t>23</w:t>
            </w:r>
          </w:p>
        </w:tc>
        <w:tc>
          <w:tcPr>
            <w:tcW w:w="479" w:type="pct"/>
          </w:tcPr>
          <w:p w14:paraId="2A0A8074" w14:textId="77777777" w:rsidR="00142120" w:rsidRDefault="00142120" w:rsidP="0080640C">
            <w:pPr>
              <w:jc w:val="center"/>
              <w:rPr>
                <w:bCs/>
                <w:sz w:val="30"/>
              </w:rPr>
            </w:pPr>
            <w:r>
              <w:rPr>
                <w:bCs/>
                <w:sz w:val="30"/>
              </w:rPr>
              <w:t>NIL</w:t>
            </w:r>
          </w:p>
        </w:tc>
        <w:tc>
          <w:tcPr>
            <w:tcW w:w="782" w:type="pct"/>
          </w:tcPr>
          <w:p w14:paraId="6FEEBEAD" w14:textId="77777777" w:rsidR="00142120" w:rsidRDefault="00142120" w:rsidP="0080640C">
            <w:pPr>
              <w:jc w:val="center"/>
              <w:rPr>
                <w:bCs/>
                <w:sz w:val="30"/>
              </w:rPr>
            </w:pPr>
            <w:r>
              <w:rPr>
                <w:bCs/>
                <w:sz w:val="30"/>
              </w:rPr>
              <w:t>100</w:t>
            </w:r>
          </w:p>
        </w:tc>
      </w:tr>
      <w:tr w:rsidR="00142120" w14:paraId="295E4132" w14:textId="77777777" w:rsidTr="00142120">
        <w:tc>
          <w:tcPr>
            <w:tcW w:w="402" w:type="pct"/>
          </w:tcPr>
          <w:p w14:paraId="223A582A" w14:textId="77777777" w:rsidR="00142120" w:rsidRDefault="00142120" w:rsidP="0080640C">
            <w:pPr>
              <w:jc w:val="center"/>
              <w:rPr>
                <w:bCs/>
                <w:sz w:val="30"/>
              </w:rPr>
            </w:pPr>
            <w:r>
              <w:rPr>
                <w:bCs/>
                <w:sz w:val="30"/>
              </w:rPr>
              <w:t>2</w:t>
            </w:r>
          </w:p>
        </w:tc>
        <w:tc>
          <w:tcPr>
            <w:tcW w:w="1404" w:type="pct"/>
          </w:tcPr>
          <w:p w14:paraId="3355068B" w14:textId="77777777" w:rsidR="00142120" w:rsidRPr="00163579" w:rsidRDefault="00142120" w:rsidP="0080640C">
            <w:pPr>
              <w:jc w:val="both"/>
              <w:rPr>
                <w:bCs/>
                <w:sz w:val="30"/>
              </w:rPr>
            </w:pPr>
            <w:proofErr w:type="spellStart"/>
            <w:r>
              <w:rPr>
                <w:bCs/>
                <w:sz w:val="30"/>
              </w:rPr>
              <w:t>M.Supriya</w:t>
            </w:r>
            <w:proofErr w:type="spellEnd"/>
          </w:p>
        </w:tc>
        <w:tc>
          <w:tcPr>
            <w:tcW w:w="702" w:type="pct"/>
          </w:tcPr>
          <w:p w14:paraId="5FE8E0AE" w14:textId="77777777" w:rsidR="00142120" w:rsidRDefault="00142120" w:rsidP="0080640C">
            <w:pPr>
              <w:jc w:val="center"/>
              <w:rPr>
                <w:bCs/>
                <w:sz w:val="30"/>
              </w:rPr>
            </w:pPr>
            <w:r>
              <w:rPr>
                <w:bCs/>
                <w:sz w:val="30"/>
              </w:rPr>
              <w:t>SECURE E-COMMERCE</w:t>
            </w:r>
          </w:p>
        </w:tc>
        <w:tc>
          <w:tcPr>
            <w:tcW w:w="689" w:type="pct"/>
          </w:tcPr>
          <w:p w14:paraId="0400596B" w14:textId="77777777" w:rsidR="00142120" w:rsidRDefault="00142120" w:rsidP="0080640C">
            <w:pPr>
              <w:jc w:val="center"/>
              <w:rPr>
                <w:bCs/>
                <w:sz w:val="30"/>
              </w:rPr>
            </w:pPr>
            <w:r>
              <w:rPr>
                <w:bCs/>
                <w:sz w:val="30"/>
              </w:rPr>
              <w:t>23</w:t>
            </w:r>
          </w:p>
        </w:tc>
        <w:tc>
          <w:tcPr>
            <w:tcW w:w="542" w:type="pct"/>
          </w:tcPr>
          <w:p w14:paraId="1C73080F" w14:textId="77777777" w:rsidR="00142120" w:rsidRDefault="00142120" w:rsidP="0080640C">
            <w:pPr>
              <w:jc w:val="center"/>
              <w:rPr>
                <w:bCs/>
                <w:sz w:val="30"/>
              </w:rPr>
            </w:pPr>
            <w:r>
              <w:rPr>
                <w:bCs/>
                <w:sz w:val="30"/>
              </w:rPr>
              <w:t>23</w:t>
            </w:r>
          </w:p>
        </w:tc>
        <w:tc>
          <w:tcPr>
            <w:tcW w:w="479" w:type="pct"/>
          </w:tcPr>
          <w:p w14:paraId="0408E50B" w14:textId="77777777" w:rsidR="00142120" w:rsidRDefault="00142120" w:rsidP="0080640C">
            <w:pPr>
              <w:jc w:val="center"/>
              <w:rPr>
                <w:bCs/>
                <w:sz w:val="30"/>
              </w:rPr>
            </w:pPr>
            <w:r>
              <w:rPr>
                <w:bCs/>
                <w:sz w:val="30"/>
              </w:rPr>
              <w:t>NIL</w:t>
            </w:r>
          </w:p>
        </w:tc>
        <w:tc>
          <w:tcPr>
            <w:tcW w:w="782" w:type="pct"/>
          </w:tcPr>
          <w:p w14:paraId="6447964F" w14:textId="77777777" w:rsidR="00142120" w:rsidRDefault="00142120" w:rsidP="0080640C">
            <w:pPr>
              <w:jc w:val="center"/>
              <w:rPr>
                <w:bCs/>
                <w:sz w:val="30"/>
              </w:rPr>
            </w:pPr>
            <w:r>
              <w:rPr>
                <w:bCs/>
                <w:sz w:val="30"/>
              </w:rPr>
              <w:t>100</w:t>
            </w:r>
          </w:p>
        </w:tc>
      </w:tr>
      <w:tr w:rsidR="00142120" w14:paraId="7FE5BC9C" w14:textId="77777777" w:rsidTr="00142120">
        <w:tc>
          <w:tcPr>
            <w:tcW w:w="402" w:type="pct"/>
          </w:tcPr>
          <w:p w14:paraId="1FF7F59B" w14:textId="77777777" w:rsidR="00142120" w:rsidRDefault="00142120" w:rsidP="0080640C">
            <w:pPr>
              <w:jc w:val="center"/>
              <w:rPr>
                <w:bCs/>
                <w:sz w:val="30"/>
              </w:rPr>
            </w:pPr>
            <w:r>
              <w:rPr>
                <w:bCs/>
                <w:sz w:val="30"/>
              </w:rPr>
              <w:t>3</w:t>
            </w:r>
          </w:p>
        </w:tc>
        <w:tc>
          <w:tcPr>
            <w:tcW w:w="1404" w:type="pct"/>
          </w:tcPr>
          <w:p w14:paraId="0695F801" w14:textId="77777777" w:rsidR="00142120" w:rsidRDefault="00142120" w:rsidP="0080640C">
            <w:pPr>
              <w:jc w:val="center"/>
              <w:rPr>
                <w:bCs/>
                <w:sz w:val="30"/>
              </w:rPr>
            </w:pPr>
            <w:r>
              <w:rPr>
                <w:bCs/>
                <w:sz w:val="30"/>
              </w:rPr>
              <w:t>SITARAMA SASTRY</w:t>
            </w:r>
          </w:p>
        </w:tc>
        <w:tc>
          <w:tcPr>
            <w:tcW w:w="702" w:type="pct"/>
          </w:tcPr>
          <w:p w14:paraId="4257F6C9" w14:textId="77777777" w:rsidR="00142120" w:rsidRDefault="00142120" w:rsidP="0080640C">
            <w:pPr>
              <w:jc w:val="center"/>
              <w:rPr>
                <w:bCs/>
                <w:sz w:val="30"/>
              </w:rPr>
            </w:pPr>
            <w:r>
              <w:rPr>
                <w:bCs/>
                <w:sz w:val="30"/>
              </w:rPr>
              <w:t>IOT</w:t>
            </w:r>
          </w:p>
        </w:tc>
        <w:tc>
          <w:tcPr>
            <w:tcW w:w="689" w:type="pct"/>
          </w:tcPr>
          <w:p w14:paraId="43A34E3E" w14:textId="77777777" w:rsidR="00142120" w:rsidRDefault="00142120" w:rsidP="0080640C">
            <w:pPr>
              <w:jc w:val="center"/>
              <w:rPr>
                <w:bCs/>
                <w:sz w:val="30"/>
              </w:rPr>
            </w:pPr>
            <w:r>
              <w:rPr>
                <w:bCs/>
                <w:sz w:val="30"/>
              </w:rPr>
              <w:t>23</w:t>
            </w:r>
          </w:p>
        </w:tc>
        <w:tc>
          <w:tcPr>
            <w:tcW w:w="542" w:type="pct"/>
          </w:tcPr>
          <w:p w14:paraId="6AFD7677" w14:textId="77777777" w:rsidR="00142120" w:rsidRDefault="00142120" w:rsidP="0080640C">
            <w:pPr>
              <w:jc w:val="center"/>
              <w:rPr>
                <w:bCs/>
                <w:sz w:val="30"/>
              </w:rPr>
            </w:pPr>
            <w:r>
              <w:rPr>
                <w:bCs/>
                <w:sz w:val="30"/>
              </w:rPr>
              <w:t>23</w:t>
            </w:r>
          </w:p>
        </w:tc>
        <w:tc>
          <w:tcPr>
            <w:tcW w:w="479" w:type="pct"/>
          </w:tcPr>
          <w:p w14:paraId="18B69A2F" w14:textId="77777777" w:rsidR="00142120" w:rsidRDefault="00142120" w:rsidP="0080640C">
            <w:pPr>
              <w:jc w:val="center"/>
              <w:rPr>
                <w:bCs/>
                <w:sz w:val="30"/>
              </w:rPr>
            </w:pPr>
            <w:r>
              <w:rPr>
                <w:bCs/>
                <w:sz w:val="30"/>
              </w:rPr>
              <w:t>NIL</w:t>
            </w:r>
          </w:p>
        </w:tc>
        <w:tc>
          <w:tcPr>
            <w:tcW w:w="782" w:type="pct"/>
          </w:tcPr>
          <w:p w14:paraId="3045C6BB" w14:textId="77777777" w:rsidR="00142120" w:rsidRDefault="00142120" w:rsidP="0080640C">
            <w:pPr>
              <w:jc w:val="both"/>
              <w:rPr>
                <w:bCs/>
                <w:sz w:val="30"/>
              </w:rPr>
            </w:pPr>
            <w:r>
              <w:rPr>
                <w:bCs/>
                <w:sz w:val="30"/>
              </w:rPr>
              <w:t>100</w:t>
            </w:r>
          </w:p>
        </w:tc>
      </w:tr>
      <w:tr w:rsidR="00142120" w14:paraId="77016E65" w14:textId="77777777" w:rsidTr="00142120">
        <w:tc>
          <w:tcPr>
            <w:tcW w:w="402" w:type="pct"/>
          </w:tcPr>
          <w:p w14:paraId="2B81B438" w14:textId="77777777" w:rsidR="00142120" w:rsidRDefault="00142120" w:rsidP="0080640C">
            <w:pPr>
              <w:jc w:val="center"/>
              <w:rPr>
                <w:bCs/>
                <w:sz w:val="30"/>
              </w:rPr>
            </w:pPr>
            <w:r>
              <w:rPr>
                <w:bCs/>
                <w:sz w:val="30"/>
              </w:rPr>
              <w:t>4</w:t>
            </w:r>
          </w:p>
        </w:tc>
        <w:tc>
          <w:tcPr>
            <w:tcW w:w="1404" w:type="pct"/>
          </w:tcPr>
          <w:p w14:paraId="29EB9273" w14:textId="77777777" w:rsidR="00142120" w:rsidRDefault="00142120" w:rsidP="0080640C">
            <w:pPr>
              <w:jc w:val="center"/>
              <w:rPr>
                <w:bCs/>
                <w:sz w:val="30"/>
              </w:rPr>
            </w:pPr>
            <w:proofErr w:type="gramStart"/>
            <w:r>
              <w:rPr>
                <w:bCs/>
                <w:sz w:val="30"/>
              </w:rPr>
              <w:t>S.KAVITHA</w:t>
            </w:r>
            <w:proofErr w:type="gramEnd"/>
          </w:p>
        </w:tc>
        <w:tc>
          <w:tcPr>
            <w:tcW w:w="702" w:type="pct"/>
          </w:tcPr>
          <w:p w14:paraId="4D5E11E7" w14:textId="77777777" w:rsidR="00142120" w:rsidRDefault="00142120" w:rsidP="0080640C">
            <w:pPr>
              <w:jc w:val="center"/>
              <w:rPr>
                <w:bCs/>
                <w:sz w:val="30"/>
              </w:rPr>
            </w:pPr>
            <w:r>
              <w:rPr>
                <w:bCs/>
                <w:sz w:val="30"/>
              </w:rPr>
              <w:t>CLOUD COMPUTING</w:t>
            </w:r>
          </w:p>
        </w:tc>
        <w:tc>
          <w:tcPr>
            <w:tcW w:w="689" w:type="pct"/>
          </w:tcPr>
          <w:p w14:paraId="2CE1B9BD" w14:textId="77777777" w:rsidR="00142120" w:rsidRDefault="00142120" w:rsidP="0080640C">
            <w:pPr>
              <w:jc w:val="center"/>
              <w:rPr>
                <w:bCs/>
                <w:sz w:val="30"/>
              </w:rPr>
            </w:pPr>
            <w:r>
              <w:rPr>
                <w:bCs/>
                <w:sz w:val="30"/>
              </w:rPr>
              <w:t>23</w:t>
            </w:r>
          </w:p>
        </w:tc>
        <w:tc>
          <w:tcPr>
            <w:tcW w:w="542" w:type="pct"/>
          </w:tcPr>
          <w:p w14:paraId="6A9F53EF" w14:textId="77777777" w:rsidR="00142120" w:rsidRDefault="00142120" w:rsidP="0080640C">
            <w:pPr>
              <w:jc w:val="center"/>
              <w:rPr>
                <w:bCs/>
                <w:sz w:val="30"/>
              </w:rPr>
            </w:pPr>
            <w:r>
              <w:rPr>
                <w:bCs/>
                <w:sz w:val="30"/>
              </w:rPr>
              <w:t>23</w:t>
            </w:r>
          </w:p>
        </w:tc>
        <w:tc>
          <w:tcPr>
            <w:tcW w:w="479" w:type="pct"/>
          </w:tcPr>
          <w:p w14:paraId="7D63F494" w14:textId="77777777" w:rsidR="00142120" w:rsidRDefault="00142120" w:rsidP="0080640C">
            <w:pPr>
              <w:jc w:val="center"/>
              <w:rPr>
                <w:bCs/>
                <w:sz w:val="30"/>
              </w:rPr>
            </w:pPr>
            <w:r>
              <w:rPr>
                <w:bCs/>
                <w:sz w:val="30"/>
              </w:rPr>
              <w:t>NIL</w:t>
            </w:r>
          </w:p>
        </w:tc>
        <w:tc>
          <w:tcPr>
            <w:tcW w:w="782" w:type="pct"/>
          </w:tcPr>
          <w:p w14:paraId="7EAABC29" w14:textId="77777777" w:rsidR="00142120" w:rsidRDefault="00142120" w:rsidP="0080640C">
            <w:pPr>
              <w:jc w:val="center"/>
              <w:rPr>
                <w:bCs/>
                <w:sz w:val="30"/>
              </w:rPr>
            </w:pPr>
            <w:r>
              <w:rPr>
                <w:bCs/>
                <w:sz w:val="30"/>
              </w:rPr>
              <w:t>100</w:t>
            </w:r>
          </w:p>
        </w:tc>
      </w:tr>
      <w:tr w:rsidR="00142120" w14:paraId="2F251981" w14:textId="77777777" w:rsidTr="00142120">
        <w:tc>
          <w:tcPr>
            <w:tcW w:w="402" w:type="pct"/>
          </w:tcPr>
          <w:p w14:paraId="0CF5227D" w14:textId="77777777" w:rsidR="00142120" w:rsidRDefault="00142120" w:rsidP="0080640C">
            <w:pPr>
              <w:jc w:val="center"/>
              <w:rPr>
                <w:bCs/>
                <w:sz w:val="30"/>
              </w:rPr>
            </w:pPr>
            <w:r>
              <w:rPr>
                <w:bCs/>
                <w:sz w:val="30"/>
              </w:rPr>
              <w:t>5</w:t>
            </w:r>
          </w:p>
        </w:tc>
        <w:tc>
          <w:tcPr>
            <w:tcW w:w="1404" w:type="pct"/>
          </w:tcPr>
          <w:p w14:paraId="3338CA63" w14:textId="77777777" w:rsidR="00142120" w:rsidRDefault="00142120" w:rsidP="0080640C">
            <w:pPr>
              <w:jc w:val="center"/>
              <w:rPr>
                <w:bCs/>
                <w:sz w:val="30"/>
              </w:rPr>
            </w:pPr>
            <w:r>
              <w:rPr>
                <w:bCs/>
                <w:sz w:val="30"/>
              </w:rPr>
              <w:t>M.SUPRIYA</w:t>
            </w:r>
          </w:p>
        </w:tc>
        <w:tc>
          <w:tcPr>
            <w:tcW w:w="702" w:type="pct"/>
          </w:tcPr>
          <w:p w14:paraId="24B8FB8D" w14:textId="77777777" w:rsidR="00142120" w:rsidRDefault="00142120" w:rsidP="0080640C">
            <w:pPr>
              <w:jc w:val="center"/>
              <w:rPr>
                <w:bCs/>
                <w:sz w:val="30"/>
              </w:rPr>
            </w:pPr>
            <w:r>
              <w:rPr>
                <w:bCs/>
                <w:sz w:val="30"/>
              </w:rPr>
              <w:t>GO LANG PROGRAMMING</w:t>
            </w:r>
          </w:p>
        </w:tc>
        <w:tc>
          <w:tcPr>
            <w:tcW w:w="689" w:type="pct"/>
          </w:tcPr>
          <w:p w14:paraId="679723EA" w14:textId="77777777" w:rsidR="00142120" w:rsidRDefault="00142120" w:rsidP="0080640C">
            <w:pPr>
              <w:jc w:val="center"/>
              <w:rPr>
                <w:bCs/>
                <w:sz w:val="30"/>
              </w:rPr>
            </w:pPr>
            <w:r>
              <w:rPr>
                <w:bCs/>
                <w:sz w:val="30"/>
              </w:rPr>
              <w:t>46</w:t>
            </w:r>
          </w:p>
        </w:tc>
        <w:tc>
          <w:tcPr>
            <w:tcW w:w="542" w:type="pct"/>
          </w:tcPr>
          <w:p w14:paraId="2C49C417" w14:textId="77777777" w:rsidR="00142120" w:rsidRDefault="00142120" w:rsidP="0080640C">
            <w:pPr>
              <w:jc w:val="center"/>
              <w:rPr>
                <w:bCs/>
                <w:sz w:val="30"/>
              </w:rPr>
            </w:pPr>
            <w:r>
              <w:rPr>
                <w:bCs/>
                <w:sz w:val="30"/>
              </w:rPr>
              <w:t>46</w:t>
            </w:r>
          </w:p>
        </w:tc>
        <w:tc>
          <w:tcPr>
            <w:tcW w:w="479" w:type="pct"/>
          </w:tcPr>
          <w:p w14:paraId="24F47867" w14:textId="77777777" w:rsidR="00142120" w:rsidRDefault="00142120" w:rsidP="0080640C">
            <w:pPr>
              <w:jc w:val="center"/>
              <w:rPr>
                <w:bCs/>
                <w:sz w:val="30"/>
              </w:rPr>
            </w:pPr>
            <w:r>
              <w:rPr>
                <w:bCs/>
                <w:sz w:val="30"/>
              </w:rPr>
              <w:t>0</w:t>
            </w:r>
          </w:p>
        </w:tc>
        <w:tc>
          <w:tcPr>
            <w:tcW w:w="782" w:type="pct"/>
          </w:tcPr>
          <w:p w14:paraId="51BBDD49" w14:textId="77777777" w:rsidR="00142120" w:rsidRDefault="00142120" w:rsidP="0080640C">
            <w:pPr>
              <w:jc w:val="center"/>
              <w:rPr>
                <w:bCs/>
                <w:sz w:val="30"/>
              </w:rPr>
            </w:pPr>
            <w:r>
              <w:rPr>
                <w:bCs/>
                <w:sz w:val="30"/>
              </w:rPr>
              <w:t>100</w:t>
            </w:r>
          </w:p>
        </w:tc>
      </w:tr>
      <w:tr w:rsidR="00142120" w14:paraId="09720C94" w14:textId="77777777" w:rsidTr="00142120">
        <w:tc>
          <w:tcPr>
            <w:tcW w:w="402" w:type="pct"/>
          </w:tcPr>
          <w:p w14:paraId="3D50377D" w14:textId="77777777" w:rsidR="00142120" w:rsidRDefault="00142120" w:rsidP="0080640C">
            <w:pPr>
              <w:jc w:val="center"/>
              <w:rPr>
                <w:bCs/>
                <w:sz w:val="30"/>
              </w:rPr>
            </w:pPr>
            <w:r>
              <w:rPr>
                <w:bCs/>
                <w:sz w:val="30"/>
              </w:rPr>
              <w:t>6</w:t>
            </w:r>
          </w:p>
        </w:tc>
        <w:tc>
          <w:tcPr>
            <w:tcW w:w="1404" w:type="pct"/>
          </w:tcPr>
          <w:p w14:paraId="496D9724" w14:textId="77777777" w:rsidR="00142120" w:rsidRDefault="00142120" w:rsidP="0080640C">
            <w:pPr>
              <w:jc w:val="center"/>
              <w:rPr>
                <w:bCs/>
                <w:sz w:val="30"/>
              </w:rPr>
            </w:pPr>
            <w:r>
              <w:rPr>
                <w:bCs/>
                <w:sz w:val="30"/>
              </w:rPr>
              <w:t>DR.</w:t>
            </w:r>
            <w:proofErr w:type="gramStart"/>
            <w:r>
              <w:rPr>
                <w:bCs/>
                <w:sz w:val="30"/>
              </w:rPr>
              <w:t>B.RAJANI</w:t>
            </w:r>
            <w:proofErr w:type="gramEnd"/>
          </w:p>
        </w:tc>
        <w:tc>
          <w:tcPr>
            <w:tcW w:w="702" w:type="pct"/>
          </w:tcPr>
          <w:p w14:paraId="0C4C2D07" w14:textId="77777777" w:rsidR="00142120" w:rsidRDefault="00142120" w:rsidP="0080640C">
            <w:pPr>
              <w:jc w:val="center"/>
              <w:rPr>
                <w:bCs/>
                <w:sz w:val="30"/>
              </w:rPr>
            </w:pPr>
            <w:r>
              <w:rPr>
                <w:bCs/>
                <w:sz w:val="30"/>
              </w:rPr>
              <w:t>MACHINE LEARNING FOR CYBER SECURITY</w:t>
            </w:r>
          </w:p>
        </w:tc>
        <w:tc>
          <w:tcPr>
            <w:tcW w:w="689" w:type="pct"/>
          </w:tcPr>
          <w:p w14:paraId="61681D10" w14:textId="77777777" w:rsidR="00142120" w:rsidRDefault="00142120" w:rsidP="0080640C">
            <w:pPr>
              <w:jc w:val="center"/>
              <w:rPr>
                <w:bCs/>
                <w:sz w:val="30"/>
              </w:rPr>
            </w:pPr>
            <w:r>
              <w:rPr>
                <w:bCs/>
                <w:sz w:val="30"/>
              </w:rPr>
              <w:t>46</w:t>
            </w:r>
          </w:p>
        </w:tc>
        <w:tc>
          <w:tcPr>
            <w:tcW w:w="542" w:type="pct"/>
          </w:tcPr>
          <w:p w14:paraId="722FDF80" w14:textId="77777777" w:rsidR="00142120" w:rsidRDefault="00142120" w:rsidP="0080640C">
            <w:pPr>
              <w:jc w:val="center"/>
              <w:rPr>
                <w:bCs/>
                <w:sz w:val="30"/>
              </w:rPr>
            </w:pPr>
            <w:r>
              <w:rPr>
                <w:bCs/>
                <w:sz w:val="30"/>
              </w:rPr>
              <w:t>46</w:t>
            </w:r>
          </w:p>
        </w:tc>
        <w:tc>
          <w:tcPr>
            <w:tcW w:w="479" w:type="pct"/>
          </w:tcPr>
          <w:p w14:paraId="319E38E6" w14:textId="77777777" w:rsidR="00142120" w:rsidRDefault="00142120" w:rsidP="0080640C">
            <w:pPr>
              <w:jc w:val="center"/>
              <w:rPr>
                <w:bCs/>
                <w:sz w:val="30"/>
              </w:rPr>
            </w:pPr>
            <w:r>
              <w:rPr>
                <w:bCs/>
                <w:sz w:val="30"/>
              </w:rPr>
              <w:t>0</w:t>
            </w:r>
          </w:p>
        </w:tc>
        <w:tc>
          <w:tcPr>
            <w:tcW w:w="782" w:type="pct"/>
          </w:tcPr>
          <w:p w14:paraId="1DF98BB9" w14:textId="77777777" w:rsidR="00142120" w:rsidRDefault="00142120" w:rsidP="0080640C">
            <w:pPr>
              <w:jc w:val="center"/>
              <w:rPr>
                <w:bCs/>
                <w:sz w:val="30"/>
              </w:rPr>
            </w:pPr>
            <w:r>
              <w:rPr>
                <w:bCs/>
                <w:sz w:val="30"/>
              </w:rPr>
              <w:t>100</w:t>
            </w:r>
          </w:p>
        </w:tc>
      </w:tr>
      <w:tr w:rsidR="00142120" w14:paraId="65B0B6BA" w14:textId="77777777" w:rsidTr="00142120">
        <w:tc>
          <w:tcPr>
            <w:tcW w:w="402" w:type="pct"/>
          </w:tcPr>
          <w:p w14:paraId="77595178" w14:textId="77777777" w:rsidR="00142120" w:rsidRDefault="00142120" w:rsidP="0080640C">
            <w:pPr>
              <w:jc w:val="center"/>
              <w:rPr>
                <w:bCs/>
                <w:sz w:val="30"/>
              </w:rPr>
            </w:pPr>
            <w:r>
              <w:rPr>
                <w:bCs/>
                <w:sz w:val="30"/>
              </w:rPr>
              <w:t>7</w:t>
            </w:r>
          </w:p>
        </w:tc>
        <w:tc>
          <w:tcPr>
            <w:tcW w:w="1404" w:type="pct"/>
          </w:tcPr>
          <w:p w14:paraId="38976247" w14:textId="77777777" w:rsidR="00142120" w:rsidRDefault="00142120" w:rsidP="0080640C">
            <w:pPr>
              <w:jc w:val="center"/>
              <w:rPr>
                <w:bCs/>
                <w:sz w:val="30"/>
              </w:rPr>
            </w:pPr>
            <w:proofErr w:type="gramStart"/>
            <w:r>
              <w:rPr>
                <w:bCs/>
                <w:sz w:val="30"/>
              </w:rPr>
              <w:t>S.LAKSHMI</w:t>
            </w:r>
            <w:proofErr w:type="gramEnd"/>
          </w:p>
        </w:tc>
        <w:tc>
          <w:tcPr>
            <w:tcW w:w="702" w:type="pct"/>
          </w:tcPr>
          <w:p w14:paraId="22A21709" w14:textId="77777777" w:rsidR="00142120" w:rsidRDefault="00142120" w:rsidP="0080640C">
            <w:pPr>
              <w:jc w:val="center"/>
              <w:rPr>
                <w:bCs/>
                <w:sz w:val="30"/>
              </w:rPr>
            </w:pPr>
            <w:r>
              <w:rPr>
                <w:bCs/>
                <w:sz w:val="30"/>
              </w:rPr>
              <w:t>DATABASE TECHNOLOGIES</w:t>
            </w:r>
          </w:p>
        </w:tc>
        <w:tc>
          <w:tcPr>
            <w:tcW w:w="689" w:type="pct"/>
          </w:tcPr>
          <w:p w14:paraId="3F5A748F" w14:textId="77777777" w:rsidR="00142120" w:rsidRDefault="00142120" w:rsidP="0080640C">
            <w:pPr>
              <w:jc w:val="center"/>
              <w:rPr>
                <w:bCs/>
                <w:sz w:val="30"/>
              </w:rPr>
            </w:pPr>
            <w:r>
              <w:rPr>
                <w:bCs/>
                <w:sz w:val="30"/>
              </w:rPr>
              <w:t>46</w:t>
            </w:r>
          </w:p>
        </w:tc>
        <w:tc>
          <w:tcPr>
            <w:tcW w:w="542" w:type="pct"/>
          </w:tcPr>
          <w:p w14:paraId="0C3665F3" w14:textId="77777777" w:rsidR="00142120" w:rsidRDefault="00142120" w:rsidP="0080640C">
            <w:pPr>
              <w:jc w:val="center"/>
              <w:rPr>
                <w:bCs/>
                <w:sz w:val="30"/>
              </w:rPr>
            </w:pPr>
            <w:r>
              <w:rPr>
                <w:bCs/>
                <w:sz w:val="30"/>
              </w:rPr>
              <w:t>45</w:t>
            </w:r>
          </w:p>
        </w:tc>
        <w:tc>
          <w:tcPr>
            <w:tcW w:w="479" w:type="pct"/>
          </w:tcPr>
          <w:p w14:paraId="1DF1C025" w14:textId="77777777" w:rsidR="00142120" w:rsidRDefault="00142120" w:rsidP="0080640C">
            <w:pPr>
              <w:jc w:val="center"/>
              <w:rPr>
                <w:bCs/>
                <w:sz w:val="30"/>
              </w:rPr>
            </w:pPr>
            <w:r>
              <w:rPr>
                <w:bCs/>
                <w:sz w:val="30"/>
              </w:rPr>
              <w:t>1</w:t>
            </w:r>
          </w:p>
        </w:tc>
        <w:tc>
          <w:tcPr>
            <w:tcW w:w="782" w:type="pct"/>
          </w:tcPr>
          <w:p w14:paraId="5E650D01" w14:textId="77777777" w:rsidR="00142120" w:rsidRDefault="00142120" w:rsidP="0080640C">
            <w:pPr>
              <w:jc w:val="center"/>
              <w:rPr>
                <w:bCs/>
                <w:sz w:val="30"/>
              </w:rPr>
            </w:pPr>
            <w:r>
              <w:rPr>
                <w:bCs/>
                <w:sz w:val="30"/>
              </w:rPr>
              <w:t>97.83</w:t>
            </w:r>
          </w:p>
        </w:tc>
      </w:tr>
      <w:tr w:rsidR="00142120" w14:paraId="098D7EE1" w14:textId="77777777" w:rsidTr="00142120">
        <w:tc>
          <w:tcPr>
            <w:tcW w:w="402" w:type="pct"/>
          </w:tcPr>
          <w:p w14:paraId="475EF5D5" w14:textId="77777777" w:rsidR="00142120" w:rsidRDefault="00142120" w:rsidP="0080640C">
            <w:pPr>
              <w:jc w:val="center"/>
              <w:rPr>
                <w:bCs/>
                <w:sz w:val="30"/>
              </w:rPr>
            </w:pPr>
            <w:r>
              <w:rPr>
                <w:bCs/>
                <w:sz w:val="30"/>
              </w:rPr>
              <w:t>8</w:t>
            </w:r>
          </w:p>
        </w:tc>
        <w:tc>
          <w:tcPr>
            <w:tcW w:w="1404" w:type="pct"/>
          </w:tcPr>
          <w:p w14:paraId="2109B450" w14:textId="77777777" w:rsidR="00142120" w:rsidRDefault="00142120" w:rsidP="0080640C">
            <w:pPr>
              <w:jc w:val="center"/>
              <w:rPr>
                <w:bCs/>
                <w:sz w:val="30"/>
              </w:rPr>
            </w:pPr>
            <w:proofErr w:type="gramStart"/>
            <w:r>
              <w:rPr>
                <w:bCs/>
                <w:sz w:val="30"/>
              </w:rPr>
              <w:t>N.MANISHA</w:t>
            </w:r>
            <w:proofErr w:type="gramEnd"/>
          </w:p>
        </w:tc>
        <w:tc>
          <w:tcPr>
            <w:tcW w:w="702" w:type="pct"/>
          </w:tcPr>
          <w:p w14:paraId="0C5722EE" w14:textId="77777777" w:rsidR="00142120" w:rsidRDefault="00142120" w:rsidP="0080640C">
            <w:pPr>
              <w:jc w:val="center"/>
              <w:rPr>
                <w:bCs/>
                <w:sz w:val="30"/>
              </w:rPr>
            </w:pPr>
            <w:r>
              <w:rPr>
                <w:bCs/>
                <w:sz w:val="30"/>
              </w:rPr>
              <w:t>DISASTER RECOVERY AND RISK MANAGEMENT</w:t>
            </w:r>
          </w:p>
        </w:tc>
        <w:tc>
          <w:tcPr>
            <w:tcW w:w="689" w:type="pct"/>
          </w:tcPr>
          <w:p w14:paraId="05E3AAFA" w14:textId="77777777" w:rsidR="00142120" w:rsidRDefault="00142120" w:rsidP="0080640C">
            <w:pPr>
              <w:jc w:val="center"/>
              <w:rPr>
                <w:bCs/>
                <w:sz w:val="30"/>
              </w:rPr>
            </w:pPr>
            <w:r>
              <w:rPr>
                <w:bCs/>
                <w:sz w:val="30"/>
              </w:rPr>
              <w:t>46</w:t>
            </w:r>
          </w:p>
        </w:tc>
        <w:tc>
          <w:tcPr>
            <w:tcW w:w="542" w:type="pct"/>
          </w:tcPr>
          <w:p w14:paraId="0A22FA3C" w14:textId="77777777" w:rsidR="00142120" w:rsidRDefault="00142120" w:rsidP="0080640C">
            <w:pPr>
              <w:jc w:val="center"/>
              <w:rPr>
                <w:bCs/>
                <w:sz w:val="30"/>
              </w:rPr>
            </w:pPr>
            <w:r>
              <w:rPr>
                <w:bCs/>
                <w:sz w:val="30"/>
              </w:rPr>
              <w:t>45</w:t>
            </w:r>
          </w:p>
        </w:tc>
        <w:tc>
          <w:tcPr>
            <w:tcW w:w="479" w:type="pct"/>
          </w:tcPr>
          <w:p w14:paraId="7AE69939" w14:textId="77777777" w:rsidR="00142120" w:rsidRDefault="00142120" w:rsidP="0080640C">
            <w:pPr>
              <w:jc w:val="center"/>
              <w:rPr>
                <w:bCs/>
                <w:sz w:val="30"/>
              </w:rPr>
            </w:pPr>
            <w:r>
              <w:rPr>
                <w:bCs/>
                <w:sz w:val="30"/>
              </w:rPr>
              <w:t>1</w:t>
            </w:r>
          </w:p>
        </w:tc>
        <w:tc>
          <w:tcPr>
            <w:tcW w:w="782" w:type="pct"/>
          </w:tcPr>
          <w:p w14:paraId="7B912035" w14:textId="77777777" w:rsidR="00142120" w:rsidRDefault="00142120" w:rsidP="0080640C">
            <w:pPr>
              <w:jc w:val="center"/>
              <w:rPr>
                <w:bCs/>
                <w:sz w:val="30"/>
              </w:rPr>
            </w:pPr>
            <w:r>
              <w:rPr>
                <w:bCs/>
                <w:sz w:val="30"/>
              </w:rPr>
              <w:t>97.83</w:t>
            </w:r>
          </w:p>
        </w:tc>
      </w:tr>
      <w:tr w:rsidR="00142120" w14:paraId="508C0624" w14:textId="77777777" w:rsidTr="00142120">
        <w:tc>
          <w:tcPr>
            <w:tcW w:w="402" w:type="pct"/>
          </w:tcPr>
          <w:p w14:paraId="14492754" w14:textId="77777777" w:rsidR="00142120" w:rsidRDefault="00142120" w:rsidP="0080640C">
            <w:pPr>
              <w:jc w:val="center"/>
              <w:rPr>
                <w:bCs/>
                <w:sz w:val="30"/>
              </w:rPr>
            </w:pPr>
            <w:r>
              <w:rPr>
                <w:bCs/>
                <w:sz w:val="30"/>
              </w:rPr>
              <w:t>9</w:t>
            </w:r>
          </w:p>
        </w:tc>
        <w:tc>
          <w:tcPr>
            <w:tcW w:w="1404" w:type="pct"/>
          </w:tcPr>
          <w:p w14:paraId="55766DB9" w14:textId="77777777" w:rsidR="00142120" w:rsidRDefault="00142120" w:rsidP="0080640C">
            <w:pPr>
              <w:jc w:val="center"/>
              <w:rPr>
                <w:bCs/>
                <w:sz w:val="30"/>
              </w:rPr>
            </w:pPr>
            <w:r>
              <w:rPr>
                <w:bCs/>
                <w:sz w:val="30"/>
              </w:rPr>
              <w:t>M.SUPRIYA</w:t>
            </w:r>
          </w:p>
        </w:tc>
        <w:tc>
          <w:tcPr>
            <w:tcW w:w="702" w:type="pct"/>
          </w:tcPr>
          <w:p w14:paraId="3B5C327E" w14:textId="77777777" w:rsidR="00142120" w:rsidRDefault="00142120" w:rsidP="0080640C">
            <w:pPr>
              <w:jc w:val="center"/>
              <w:rPr>
                <w:bCs/>
                <w:sz w:val="30"/>
              </w:rPr>
            </w:pPr>
            <w:r>
              <w:rPr>
                <w:bCs/>
                <w:sz w:val="30"/>
              </w:rPr>
              <w:t>GO LANG(PR)</w:t>
            </w:r>
          </w:p>
        </w:tc>
        <w:tc>
          <w:tcPr>
            <w:tcW w:w="689" w:type="pct"/>
          </w:tcPr>
          <w:p w14:paraId="5B09CEE8" w14:textId="77777777" w:rsidR="00142120" w:rsidRDefault="00142120" w:rsidP="0080640C">
            <w:pPr>
              <w:jc w:val="center"/>
              <w:rPr>
                <w:bCs/>
                <w:sz w:val="30"/>
              </w:rPr>
            </w:pPr>
            <w:r>
              <w:rPr>
                <w:bCs/>
                <w:sz w:val="30"/>
              </w:rPr>
              <w:t>46</w:t>
            </w:r>
          </w:p>
        </w:tc>
        <w:tc>
          <w:tcPr>
            <w:tcW w:w="542" w:type="pct"/>
          </w:tcPr>
          <w:p w14:paraId="225390E5" w14:textId="77777777" w:rsidR="00142120" w:rsidRDefault="00142120" w:rsidP="0080640C">
            <w:pPr>
              <w:jc w:val="center"/>
              <w:rPr>
                <w:bCs/>
                <w:sz w:val="30"/>
              </w:rPr>
            </w:pPr>
            <w:r>
              <w:rPr>
                <w:bCs/>
                <w:sz w:val="30"/>
              </w:rPr>
              <w:t>46</w:t>
            </w:r>
          </w:p>
        </w:tc>
        <w:tc>
          <w:tcPr>
            <w:tcW w:w="479" w:type="pct"/>
          </w:tcPr>
          <w:p w14:paraId="7AEA6945" w14:textId="77777777" w:rsidR="00142120" w:rsidRDefault="00142120" w:rsidP="0080640C">
            <w:pPr>
              <w:jc w:val="center"/>
              <w:rPr>
                <w:bCs/>
                <w:sz w:val="30"/>
              </w:rPr>
            </w:pPr>
            <w:r>
              <w:rPr>
                <w:bCs/>
                <w:sz w:val="30"/>
              </w:rPr>
              <w:t>0</w:t>
            </w:r>
          </w:p>
        </w:tc>
        <w:tc>
          <w:tcPr>
            <w:tcW w:w="782" w:type="pct"/>
          </w:tcPr>
          <w:p w14:paraId="0DD5723B" w14:textId="77777777" w:rsidR="00142120" w:rsidRDefault="00142120" w:rsidP="0080640C">
            <w:pPr>
              <w:jc w:val="center"/>
              <w:rPr>
                <w:bCs/>
                <w:sz w:val="30"/>
              </w:rPr>
            </w:pPr>
            <w:r>
              <w:rPr>
                <w:bCs/>
                <w:sz w:val="30"/>
              </w:rPr>
              <w:t>100</w:t>
            </w:r>
          </w:p>
        </w:tc>
      </w:tr>
      <w:tr w:rsidR="00142120" w14:paraId="6F7828A9" w14:textId="77777777" w:rsidTr="00142120">
        <w:tc>
          <w:tcPr>
            <w:tcW w:w="402" w:type="pct"/>
          </w:tcPr>
          <w:p w14:paraId="26D48293" w14:textId="77777777" w:rsidR="00142120" w:rsidRDefault="00142120" w:rsidP="0080640C">
            <w:pPr>
              <w:jc w:val="center"/>
              <w:rPr>
                <w:bCs/>
                <w:sz w:val="30"/>
              </w:rPr>
            </w:pPr>
            <w:r>
              <w:rPr>
                <w:bCs/>
                <w:sz w:val="30"/>
              </w:rPr>
              <w:t>10</w:t>
            </w:r>
          </w:p>
        </w:tc>
        <w:tc>
          <w:tcPr>
            <w:tcW w:w="1404" w:type="pct"/>
          </w:tcPr>
          <w:p w14:paraId="41A1FFAB" w14:textId="77777777" w:rsidR="00142120" w:rsidRDefault="00142120" w:rsidP="0080640C">
            <w:pPr>
              <w:jc w:val="center"/>
              <w:rPr>
                <w:bCs/>
                <w:sz w:val="30"/>
              </w:rPr>
            </w:pPr>
            <w:r>
              <w:rPr>
                <w:bCs/>
                <w:sz w:val="30"/>
              </w:rPr>
              <w:t>DR.</w:t>
            </w:r>
            <w:proofErr w:type="gramStart"/>
            <w:r>
              <w:rPr>
                <w:bCs/>
                <w:sz w:val="30"/>
              </w:rPr>
              <w:t>B.RAJANI</w:t>
            </w:r>
            <w:proofErr w:type="gramEnd"/>
          </w:p>
        </w:tc>
        <w:tc>
          <w:tcPr>
            <w:tcW w:w="702" w:type="pct"/>
          </w:tcPr>
          <w:p w14:paraId="7EDA1AC9" w14:textId="77777777" w:rsidR="00142120" w:rsidRDefault="00142120" w:rsidP="0080640C">
            <w:pPr>
              <w:jc w:val="center"/>
              <w:rPr>
                <w:bCs/>
                <w:sz w:val="30"/>
              </w:rPr>
            </w:pPr>
            <w:r>
              <w:rPr>
                <w:bCs/>
                <w:sz w:val="30"/>
              </w:rPr>
              <w:t>MACHINE LEARNING FOR CYBER SECURITY(PR)</w:t>
            </w:r>
          </w:p>
        </w:tc>
        <w:tc>
          <w:tcPr>
            <w:tcW w:w="689" w:type="pct"/>
          </w:tcPr>
          <w:p w14:paraId="10427ECB" w14:textId="77777777" w:rsidR="00142120" w:rsidRDefault="00142120" w:rsidP="0080640C">
            <w:pPr>
              <w:jc w:val="center"/>
              <w:rPr>
                <w:bCs/>
                <w:sz w:val="30"/>
              </w:rPr>
            </w:pPr>
            <w:r>
              <w:rPr>
                <w:bCs/>
                <w:sz w:val="30"/>
              </w:rPr>
              <w:t>46</w:t>
            </w:r>
          </w:p>
        </w:tc>
        <w:tc>
          <w:tcPr>
            <w:tcW w:w="542" w:type="pct"/>
          </w:tcPr>
          <w:p w14:paraId="6206E944" w14:textId="77777777" w:rsidR="00142120" w:rsidRDefault="00142120" w:rsidP="0080640C">
            <w:pPr>
              <w:jc w:val="center"/>
              <w:rPr>
                <w:bCs/>
                <w:sz w:val="30"/>
              </w:rPr>
            </w:pPr>
            <w:r>
              <w:rPr>
                <w:bCs/>
                <w:sz w:val="30"/>
              </w:rPr>
              <w:t>46</w:t>
            </w:r>
          </w:p>
        </w:tc>
        <w:tc>
          <w:tcPr>
            <w:tcW w:w="479" w:type="pct"/>
          </w:tcPr>
          <w:p w14:paraId="3E2FC665" w14:textId="77777777" w:rsidR="00142120" w:rsidRDefault="00142120" w:rsidP="0080640C">
            <w:pPr>
              <w:jc w:val="center"/>
              <w:rPr>
                <w:bCs/>
                <w:sz w:val="30"/>
              </w:rPr>
            </w:pPr>
            <w:r>
              <w:rPr>
                <w:bCs/>
                <w:sz w:val="30"/>
              </w:rPr>
              <w:t>0</w:t>
            </w:r>
          </w:p>
        </w:tc>
        <w:tc>
          <w:tcPr>
            <w:tcW w:w="782" w:type="pct"/>
          </w:tcPr>
          <w:p w14:paraId="49DAF1B9" w14:textId="77777777" w:rsidR="00142120" w:rsidRDefault="00142120" w:rsidP="0080640C">
            <w:pPr>
              <w:jc w:val="center"/>
              <w:rPr>
                <w:bCs/>
                <w:sz w:val="30"/>
              </w:rPr>
            </w:pPr>
            <w:r>
              <w:rPr>
                <w:bCs/>
                <w:sz w:val="30"/>
              </w:rPr>
              <w:t>100</w:t>
            </w:r>
          </w:p>
        </w:tc>
      </w:tr>
      <w:tr w:rsidR="00142120" w14:paraId="310349C9" w14:textId="77777777" w:rsidTr="00142120">
        <w:tc>
          <w:tcPr>
            <w:tcW w:w="402" w:type="pct"/>
          </w:tcPr>
          <w:p w14:paraId="6FBCCF28" w14:textId="77777777" w:rsidR="00142120" w:rsidRDefault="00142120" w:rsidP="0080640C">
            <w:pPr>
              <w:jc w:val="center"/>
              <w:rPr>
                <w:bCs/>
                <w:sz w:val="30"/>
              </w:rPr>
            </w:pPr>
            <w:r>
              <w:rPr>
                <w:bCs/>
                <w:sz w:val="30"/>
              </w:rPr>
              <w:lastRenderedPageBreak/>
              <w:t>11</w:t>
            </w:r>
          </w:p>
        </w:tc>
        <w:tc>
          <w:tcPr>
            <w:tcW w:w="1404" w:type="pct"/>
          </w:tcPr>
          <w:p w14:paraId="396423CC" w14:textId="77777777" w:rsidR="00142120" w:rsidRDefault="00142120" w:rsidP="0080640C">
            <w:pPr>
              <w:jc w:val="center"/>
              <w:rPr>
                <w:bCs/>
                <w:sz w:val="30"/>
              </w:rPr>
            </w:pPr>
            <w:proofErr w:type="gramStart"/>
            <w:r>
              <w:rPr>
                <w:bCs/>
                <w:sz w:val="30"/>
              </w:rPr>
              <w:t>S.LAKSHMI</w:t>
            </w:r>
            <w:proofErr w:type="gramEnd"/>
          </w:p>
        </w:tc>
        <w:tc>
          <w:tcPr>
            <w:tcW w:w="702" w:type="pct"/>
          </w:tcPr>
          <w:p w14:paraId="51BE2319" w14:textId="77777777" w:rsidR="00142120" w:rsidRDefault="00142120" w:rsidP="0080640C">
            <w:pPr>
              <w:jc w:val="center"/>
              <w:rPr>
                <w:bCs/>
                <w:sz w:val="30"/>
              </w:rPr>
            </w:pPr>
            <w:r>
              <w:rPr>
                <w:bCs/>
                <w:sz w:val="30"/>
              </w:rPr>
              <w:t>DATABASE TECHNOLOGIES(PR)</w:t>
            </w:r>
          </w:p>
        </w:tc>
        <w:tc>
          <w:tcPr>
            <w:tcW w:w="689" w:type="pct"/>
          </w:tcPr>
          <w:p w14:paraId="065555B2" w14:textId="77777777" w:rsidR="00142120" w:rsidRDefault="00142120" w:rsidP="0080640C">
            <w:pPr>
              <w:jc w:val="center"/>
              <w:rPr>
                <w:bCs/>
                <w:sz w:val="30"/>
              </w:rPr>
            </w:pPr>
            <w:r>
              <w:rPr>
                <w:bCs/>
                <w:sz w:val="30"/>
              </w:rPr>
              <w:t>46</w:t>
            </w:r>
          </w:p>
        </w:tc>
        <w:tc>
          <w:tcPr>
            <w:tcW w:w="542" w:type="pct"/>
          </w:tcPr>
          <w:p w14:paraId="12C53874" w14:textId="77777777" w:rsidR="00142120" w:rsidRDefault="00142120" w:rsidP="0080640C">
            <w:pPr>
              <w:jc w:val="center"/>
              <w:rPr>
                <w:bCs/>
                <w:sz w:val="30"/>
              </w:rPr>
            </w:pPr>
            <w:r>
              <w:rPr>
                <w:bCs/>
                <w:sz w:val="30"/>
              </w:rPr>
              <w:t>46</w:t>
            </w:r>
          </w:p>
        </w:tc>
        <w:tc>
          <w:tcPr>
            <w:tcW w:w="479" w:type="pct"/>
          </w:tcPr>
          <w:p w14:paraId="331362C1" w14:textId="77777777" w:rsidR="00142120" w:rsidRDefault="00142120" w:rsidP="0080640C">
            <w:pPr>
              <w:jc w:val="center"/>
              <w:rPr>
                <w:bCs/>
                <w:sz w:val="30"/>
              </w:rPr>
            </w:pPr>
            <w:r>
              <w:rPr>
                <w:bCs/>
                <w:sz w:val="30"/>
              </w:rPr>
              <w:t>0</w:t>
            </w:r>
          </w:p>
        </w:tc>
        <w:tc>
          <w:tcPr>
            <w:tcW w:w="782" w:type="pct"/>
          </w:tcPr>
          <w:p w14:paraId="09C04AD3" w14:textId="77777777" w:rsidR="00142120" w:rsidRDefault="00142120" w:rsidP="0080640C">
            <w:pPr>
              <w:jc w:val="center"/>
              <w:rPr>
                <w:bCs/>
                <w:sz w:val="30"/>
              </w:rPr>
            </w:pPr>
            <w:r>
              <w:rPr>
                <w:bCs/>
                <w:sz w:val="30"/>
              </w:rPr>
              <w:t>100</w:t>
            </w:r>
          </w:p>
        </w:tc>
      </w:tr>
    </w:tbl>
    <w:p w14:paraId="66326248" w14:textId="77777777" w:rsidR="00142120" w:rsidRDefault="00142120" w:rsidP="00142120">
      <w:pPr>
        <w:jc w:val="center"/>
        <w:rPr>
          <w:b/>
          <w:sz w:val="30"/>
        </w:rPr>
      </w:pPr>
    </w:p>
    <w:p w14:paraId="33FC0555" w14:textId="77777777" w:rsidR="00042DB8" w:rsidRDefault="00042DB8" w:rsidP="00226B14">
      <w:pPr>
        <w:rPr>
          <w:rFonts w:ascii="Times New Roman" w:hAnsi="Times New Roman" w:cs="Times New Roman"/>
          <w:b/>
          <w:bCs/>
          <w:sz w:val="36"/>
          <w:szCs w:val="36"/>
          <w:lang w:val="en-GB"/>
        </w:rPr>
      </w:pPr>
    </w:p>
    <w:p w14:paraId="0AAD26FE" w14:textId="02802193" w:rsidR="00226B14" w:rsidRPr="00795B9D" w:rsidRDefault="00226B14" w:rsidP="00226B14">
      <w:pPr>
        <w:rPr>
          <w:rFonts w:ascii="Times New Roman" w:hAnsi="Times New Roman" w:cs="Times New Roman"/>
          <w:b/>
          <w:bCs/>
          <w:sz w:val="28"/>
          <w:szCs w:val="28"/>
          <w:lang w:val="en-GB"/>
        </w:rPr>
      </w:pPr>
      <w:r w:rsidRPr="00795B9D">
        <w:rPr>
          <w:rFonts w:ascii="Times New Roman" w:hAnsi="Times New Roman" w:cs="Times New Roman"/>
          <w:b/>
          <w:bCs/>
          <w:sz w:val="28"/>
          <w:szCs w:val="28"/>
          <w:lang w:val="en-GB"/>
        </w:rPr>
        <w:t>1</w:t>
      </w:r>
      <w:r w:rsidR="00CB4667">
        <w:rPr>
          <w:rFonts w:ascii="Times New Roman" w:hAnsi="Times New Roman" w:cs="Times New Roman"/>
          <w:b/>
          <w:bCs/>
          <w:sz w:val="28"/>
          <w:szCs w:val="28"/>
          <w:lang w:val="en-GB"/>
        </w:rPr>
        <w:t>7</w:t>
      </w:r>
      <w:r w:rsidRPr="00795B9D">
        <w:rPr>
          <w:rFonts w:ascii="Times New Roman" w:hAnsi="Times New Roman" w:cs="Times New Roman"/>
          <w:b/>
          <w:bCs/>
          <w:sz w:val="28"/>
          <w:szCs w:val="28"/>
          <w:lang w:val="en-GB"/>
        </w:rPr>
        <w:t xml:space="preserve">. REPORT ON </w:t>
      </w:r>
      <w:proofErr w:type="gramStart"/>
      <w:r w:rsidRPr="00795B9D">
        <w:rPr>
          <w:rFonts w:ascii="Times New Roman" w:hAnsi="Times New Roman" w:cs="Times New Roman"/>
          <w:b/>
          <w:bCs/>
          <w:sz w:val="28"/>
          <w:szCs w:val="28"/>
          <w:lang w:val="en-GB"/>
        </w:rPr>
        <w:t>BRIDGE,ADD</w:t>
      </w:r>
      <w:proofErr w:type="gramEnd"/>
      <w:r w:rsidRPr="00795B9D">
        <w:rPr>
          <w:rFonts w:ascii="Times New Roman" w:hAnsi="Times New Roman" w:cs="Times New Roman"/>
          <w:b/>
          <w:bCs/>
          <w:sz w:val="28"/>
          <w:szCs w:val="28"/>
          <w:lang w:val="en-GB"/>
        </w:rPr>
        <w:t>-ON</w:t>
      </w:r>
      <w:r w:rsidR="00A673B0">
        <w:rPr>
          <w:rFonts w:ascii="Times New Roman" w:hAnsi="Times New Roman" w:cs="Times New Roman"/>
          <w:b/>
          <w:bCs/>
          <w:sz w:val="28"/>
          <w:szCs w:val="28"/>
          <w:lang w:val="en-GB"/>
        </w:rPr>
        <w:t xml:space="preserve"> </w:t>
      </w:r>
      <w:r w:rsidRPr="00795B9D">
        <w:rPr>
          <w:rFonts w:ascii="Times New Roman" w:hAnsi="Times New Roman" w:cs="Times New Roman"/>
          <w:b/>
          <w:bCs/>
          <w:sz w:val="28"/>
          <w:szCs w:val="28"/>
          <w:lang w:val="en-GB"/>
        </w:rPr>
        <w:t>&amp;</w:t>
      </w:r>
      <w:r w:rsidR="00A673B0">
        <w:rPr>
          <w:rFonts w:ascii="Times New Roman" w:hAnsi="Times New Roman" w:cs="Times New Roman"/>
          <w:b/>
          <w:bCs/>
          <w:sz w:val="28"/>
          <w:szCs w:val="28"/>
          <w:lang w:val="en-GB"/>
        </w:rPr>
        <w:t xml:space="preserve"> </w:t>
      </w:r>
      <w:r w:rsidRPr="00795B9D">
        <w:rPr>
          <w:rFonts w:ascii="Times New Roman" w:hAnsi="Times New Roman" w:cs="Times New Roman"/>
          <w:b/>
          <w:bCs/>
          <w:sz w:val="28"/>
          <w:szCs w:val="28"/>
          <w:lang w:val="en-GB"/>
        </w:rPr>
        <w:t>SELF STUDY</w:t>
      </w:r>
      <w:r w:rsidR="00A673B0">
        <w:rPr>
          <w:rFonts w:ascii="Times New Roman" w:hAnsi="Times New Roman" w:cs="Times New Roman"/>
          <w:b/>
          <w:bCs/>
          <w:sz w:val="28"/>
          <w:szCs w:val="28"/>
          <w:lang w:val="en-GB"/>
        </w:rPr>
        <w:t xml:space="preserve"> Course:</w:t>
      </w:r>
    </w:p>
    <w:p w14:paraId="1EC225EE" w14:textId="77777777" w:rsidR="00894FE2" w:rsidRDefault="00894FE2" w:rsidP="00894FE2"/>
    <w:p w14:paraId="57680776" w14:textId="1A538611" w:rsidR="00185A1C" w:rsidRDefault="00894FE2" w:rsidP="00795B9D">
      <w:r w:rsidRPr="00795B9D">
        <w:rPr>
          <w:b/>
          <w:bCs/>
        </w:rPr>
        <w:t>BRIDGE COURSE REPORT:</w:t>
      </w:r>
    </w:p>
    <w:p w14:paraId="4CF32E3B" w14:textId="77777777" w:rsidR="00185A1C" w:rsidRDefault="00185A1C" w:rsidP="00185A1C">
      <w:pPr>
        <w:spacing w:after="0"/>
      </w:pPr>
      <w:r>
        <w:t xml:space="preserve">The Department of Computer Science &amp; Cyber Security has scheduled a bridge course from 1/07/2025 to 30/08/25 </w:t>
      </w:r>
      <w:proofErr w:type="gramStart"/>
      <w:r>
        <w:t>in an effort to</w:t>
      </w:r>
      <w:proofErr w:type="gramEnd"/>
      <w:r>
        <w:t xml:space="preserve"> make the applicants' academic experiences more convenient. Despite receiving excellent scores on the Higher Secondary Exam, pupils took a long break starting in April. Therefore, the bridge course turns out to be the finest chance for the students to acclimatize to Security Fundamentals. The students will gain the knowledge and confidence needed to take on difficulties as future graduates throughout this three-week interaction with the professionals and their peers. One of the stepping stones towards their eventual objective is a well-designed course.</w:t>
      </w:r>
    </w:p>
    <w:p w14:paraId="28416AA5" w14:textId="77777777" w:rsidR="00185A1C" w:rsidRDefault="00185A1C" w:rsidP="00185A1C">
      <w:pPr>
        <w:spacing w:after="0"/>
      </w:pPr>
    </w:p>
    <w:p w14:paraId="70A51447" w14:textId="77777777" w:rsidR="00185A1C" w:rsidRDefault="00185A1C" w:rsidP="00185A1C">
      <w:pPr>
        <w:spacing w:after="0"/>
        <w:rPr>
          <w:b/>
        </w:rPr>
      </w:pPr>
      <w:r>
        <w:rPr>
          <w:b/>
        </w:rPr>
        <w:t xml:space="preserve">Objectives: </w:t>
      </w:r>
    </w:p>
    <w:p w14:paraId="0807EDEB" w14:textId="77777777" w:rsidR="00185A1C" w:rsidRDefault="00185A1C">
      <w:pPr>
        <w:pStyle w:val="ListParagraph"/>
        <w:numPr>
          <w:ilvl w:val="0"/>
          <w:numId w:val="28"/>
        </w:numPr>
        <w:spacing w:after="0" w:line="276" w:lineRule="auto"/>
      </w:pPr>
      <w:r>
        <w:t>To give kids enough time and a place to transition from school to graduation.</w:t>
      </w:r>
    </w:p>
    <w:p w14:paraId="333F093E" w14:textId="77777777" w:rsidR="00185A1C" w:rsidRDefault="00185A1C">
      <w:pPr>
        <w:pStyle w:val="ListParagraph"/>
        <w:numPr>
          <w:ilvl w:val="0"/>
          <w:numId w:val="28"/>
        </w:numPr>
        <w:spacing w:after="0" w:line="276" w:lineRule="auto"/>
      </w:pPr>
      <w:r>
        <w:t xml:space="preserve">To bridge the gap between subjects studied at the pre-university level and those they would be studying at graduation. To improve the interpersonal skills of every student. </w:t>
      </w:r>
    </w:p>
    <w:p w14:paraId="14526432" w14:textId="77777777" w:rsidR="00185A1C" w:rsidRDefault="00185A1C">
      <w:pPr>
        <w:pStyle w:val="ListParagraph"/>
        <w:numPr>
          <w:ilvl w:val="0"/>
          <w:numId w:val="28"/>
        </w:numPr>
        <w:spacing w:after="0" w:line="276" w:lineRule="auto"/>
      </w:pPr>
      <w:r>
        <w:t>Provides pupils with the self-assurance and abilities to successfully adjust to college and new coursework.</w:t>
      </w:r>
    </w:p>
    <w:p w14:paraId="37DA8F62" w14:textId="77777777" w:rsidR="00185A1C" w:rsidRDefault="00185A1C">
      <w:pPr>
        <w:pStyle w:val="ListParagraph"/>
        <w:numPr>
          <w:ilvl w:val="0"/>
          <w:numId w:val="29"/>
        </w:numPr>
        <w:spacing w:after="200" w:line="276" w:lineRule="auto"/>
      </w:pPr>
      <w:r>
        <w:t xml:space="preserve">  To clarify the basic concepts of Computer Fundamentals</w:t>
      </w:r>
    </w:p>
    <w:p w14:paraId="56BB6570" w14:textId="77777777" w:rsidR="00185A1C" w:rsidRDefault="00185A1C" w:rsidP="00185A1C">
      <w:pPr>
        <w:spacing w:after="0"/>
        <w:rPr>
          <w:b/>
        </w:rPr>
      </w:pPr>
      <w:r>
        <w:rPr>
          <w:b/>
        </w:rPr>
        <w:t>Brief look of Bridge course:</w:t>
      </w:r>
    </w:p>
    <w:p w14:paraId="6E2F546C" w14:textId="77777777" w:rsidR="00185A1C" w:rsidRDefault="00185A1C" w:rsidP="00185A1C">
      <w:pPr>
        <w:spacing w:after="0"/>
      </w:pPr>
      <w:r>
        <w:t>Students participated in the classes with tremendous enthusiasm and a keen interest in learning about computers because they were so enticing. With a brand-new bridge course, the students were eagerly introduced to the department's environment. The committee members intended to use activity-based learning and knowledgeable faculty lecturers for the current bridge course.</w:t>
      </w:r>
    </w:p>
    <w:p w14:paraId="28C6B22A" w14:textId="77777777" w:rsidR="00185A1C" w:rsidRDefault="00185A1C" w:rsidP="00185A1C">
      <w:pPr>
        <w:spacing w:after="0"/>
      </w:pPr>
      <w:r>
        <w:t>Faculty:  N. Manisha discussed the significance of Security Fundamentals in the classroom.</w:t>
      </w:r>
    </w:p>
    <w:p w14:paraId="69ADC3B5" w14:textId="77777777" w:rsidR="00185A1C" w:rsidRDefault="00185A1C" w:rsidP="00185A1C">
      <w:pPr>
        <w:spacing w:after="0"/>
        <w:rPr>
          <w:b/>
        </w:rPr>
      </w:pPr>
      <w:proofErr w:type="spellStart"/>
      <w:r>
        <w:rPr>
          <w:b/>
        </w:rPr>
        <w:t>OutComes</w:t>
      </w:r>
      <w:proofErr w:type="spellEnd"/>
      <w:r>
        <w:rPr>
          <w:b/>
        </w:rPr>
        <w:t xml:space="preserve">:  </w:t>
      </w:r>
    </w:p>
    <w:p w14:paraId="4A39D769" w14:textId="77777777" w:rsidR="00185A1C" w:rsidRDefault="00185A1C" w:rsidP="00185A1C">
      <w:pPr>
        <w:pStyle w:val="ListParagraph"/>
      </w:pPr>
      <w:r>
        <w:t xml:space="preserve">• Students gain understanding of their diverse fields, their advancements, and the capacity to use newly learned information. </w:t>
      </w:r>
    </w:p>
    <w:p w14:paraId="2809BD20" w14:textId="77777777" w:rsidR="00185A1C" w:rsidRDefault="00185A1C" w:rsidP="00185A1C">
      <w:pPr>
        <w:pStyle w:val="ListParagraph"/>
      </w:pPr>
      <w:r>
        <w:t xml:space="preserve">• Classmate and expert interaction continued to be excellent. </w:t>
      </w:r>
    </w:p>
    <w:p w14:paraId="18A93045" w14:textId="77777777" w:rsidR="00185A1C" w:rsidRDefault="00185A1C" w:rsidP="00185A1C">
      <w:pPr>
        <w:pStyle w:val="ListParagraph"/>
      </w:pPr>
      <w:r>
        <w:t xml:space="preserve">• Students have learned new information and have begun to address their issues. </w:t>
      </w:r>
    </w:p>
    <w:p w14:paraId="2DAD9106" w14:textId="77777777" w:rsidR="00185A1C" w:rsidRDefault="00185A1C" w:rsidP="00185A1C">
      <w:pPr>
        <w:pStyle w:val="ListParagraph"/>
      </w:pPr>
      <w:r>
        <w:t xml:space="preserve">• It made students feel more assured and prepared when they begin their studies by giving them better preparation for enrolling in college-level scientific courses. </w:t>
      </w:r>
    </w:p>
    <w:p w14:paraId="64E92D48" w14:textId="10E99A34" w:rsidR="00185A1C" w:rsidRPr="00A673B0" w:rsidRDefault="00185A1C" w:rsidP="00A673B0">
      <w:pPr>
        <w:pStyle w:val="ListParagraph"/>
      </w:pPr>
      <w:r>
        <w:t>• It served as a support system for new students, giving them the resources and information necessary to graduate with a degree in cyber security.</w:t>
      </w:r>
    </w:p>
    <w:p w14:paraId="23E61A96" w14:textId="77777777" w:rsidR="00A673B0" w:rsidRDefault="00A673B0" w:rsidP="00795B9D">
      <w:pPr>
        <w:spacing w:after="0"/>
        <w:rPr>
          <w:b/>
          <w:bCs/>
          <w:sz w:val="28"/>
          <w:szCs w:val="28"/>
        </w:rPr>
      </w:pPr>
    </w:p>
    <w:p w14:paraId="1AA289C0" w14:textId="6CCD87F8" w:rsidR="00185A1C" w:rsidRPr="00795B9D" w:rsidRDefault="00185A1C" w:rsidP="00795B9D">
      <w:pPr>
        <w:spacing w:after="0"/>
        <w:rPr>
          <w:b/>
          <w:bCs/>
          <w:sz w:val="28"/>
          <w:szCs w:val="28"/>
        </w:rPr>
      </w:pPr>
      <w:r w:rsidRPr="00795B9D">
        <w:rPr>
          <w:b/>
          <w:bCs/>
          <w:sz w:val="28"/>
          <w:szCs w:val="28"/>
        </w:rPr>
        <w:lastRenderedPageBreak/>
        <w:t>SECURITY FUNDAMENTALS</w:t>
      </w:r>
    </w:p>
    <w:p w14:paraId="688B4D82" w14:textId="77777777" w:rsidR="00185A1C" w:rsidRPr="00795B9D" w:rsidRDefault="00185A1C" w:rsidP="00795B9D">
      <w:pPr>
        <w:rPr>
          <w:b/>
          <w:bCs/>
          <w:sz w:val="28"/>
          <w:szCs w:val="28"/>
        </w:rPr>
      </w:pPr>
      <w:r w:rsidRPr="00795B9D">
        <w:rPr>
          <w:b/>
          <w:bCs/>
          <w:sz w:val="28"/>
          <w:szCs w:val="28"/>
        </w:rPr>
        <w:t>(BRIDGE COURSE)</w:t>
      </w:r>
    </w:p>
    <w:p w14:paraId="43296E5C" w14:textId="77777777" w:rsidR="00185A1C" w:rsidRDefault="00185A1C" w:rsidP="00185A1C">
      <w:pPr>
        <w:spacing w:after="0"/>
        <w:rPr>
          <w:b/>
          <w:bCs/>
        </w:rPr>
      </w:pPr>
    </w:p>
    <w:p w14:paraId="277B9C1C" w14:textId="77777777" w:rsidR="00185A1C" w:rsidRDefault="00185A1C" w:rsidP="00185A1C">
      <w:pPr>
        <w:spacing w:after="0"/>
        <w:rPr>
          <w:b/>
          <w:bCs/>
        </w:rPr>
      </w:pPr>
    </w:p>
    <w:p w14:paraId="4C20AC19" w14:textId="77777777" w:rsidR="00185A1C" w:rsidRDefault="00185A1C" w:rsidP="00185A1C">
      <w:pPr>
        <w:spacing w:after="0"/>
        <w:rPr>
          <w:b/>
          <w:bCs/>
        </w:rPr>
      </w:pPr>
      <w:r>
        <w:rPr>
          <w:b/>
          <w:bCs/>
        </w:rPr>
        <w:t>Code: 039B</w:t>
      </w:r>
    </w:p>
    <w:p w14:paraId="1C771154" w14:textId="77777777" w:rsidR="00185A1C" w:rsidRDefault="00185A1C" w:rsidP="00185A1C">
      <w:pPr>
        <w:spacing w:after="100" w:afterAutospacing="1"/>
        <w:rPr>
          <w:b/>
          <w:bCs/>
        </w:rPr>
      </w:pPr>
      <w:r>
        <w:rPr>
          <w:b/>
          <w:bCs/>
        </w:rPr>
        <w:t>No. of hrs: 15</w:t>
      </w:r>
    </w:p>
    <w:p w14:paraId="1EE0799E" w14:textId="77777777" w:rsidR="00185A1C" w:rsidRDefault="00185A1C" w:rsidP="00185A1C">
      <w:pPr>
        <w:spacing w:after="0"/>
        <w:rPr>
          <w:b/>
          <w:bCs/>
        </w:rPr>
      </w:pPr>
      <w:r>
        <w:rPr>
          <w:b/>
          <w:bCs/>
        </w:rPr>
        <w:t>Objectives:</w:t>
      </w:r>
    </w:p>
    <w:p w14:paraId="24A65B6C" w14:textId="77777777" w:rsidR="00185A1C" w:rsidRDefault="00185A1C">
      <w:pPr>
        <w:pStyle w:val="ListParagraph"/>
        <w:numPr>
          <w:ilvl w:val="0"/>
          <w:numId w:val="30"/>
        </w:numPr>
        <w:spacing w:after="200" w:line="276" w:lineRule="auto"/>
      </w:pPr>
      <w:r>
        <w:t>To learn able to basic security fundamentals.</w:t>
      </w:r>
    </w:p>
    <w:p w14:paraId="1D0DFA7B" w14:textId="77777777" w:rsidR="00185A1C" w:rsidRDefault="00185A1C">
      <w:pPr>
        <w:pStyle w:val="ListParagraph"/>
        <w:numPr>
          <w:ilvl w:val="0"/>
          <w:numId w:val="30"/>
        </w:numPr>
        <w:spacing w:after="200" w:line="276" w:lineRule="auto"/>
      </w:pPr>
      <w:r>
        <w:t>To get acquainted with IT</w:t>
      </w:r>
    </w:p>
    <w:p w14:paraId="3C4EF5A9" w14:textId="77777777" w:rsidR="00185A1C" w:rsidRDefault="00185A1C" w:rsidP="00185A1C">
      <w:r>
        <w:rPr>
          <w:b/>
          <w:bCs/>
        </w:rPr>
        <w:t>Outcomes:</w:t>
      </w:r>
      <w:r>
        <w:t xml:space="preserve">  Students would be able to install windows 10, work with control panel, manage different applications and practice safe browsing techniques.</w:t>
      </w:r>
    </w:p>
    <w:p w14:paraId="3C3317FB" w14:textId="77777777" w:rsidR="00185A1C" w:rsidRDefault="00185A1C" w:rsidP="00185A1C">
      <w:pPr>
        <w:spacing w:after="0"/>
        <w:rPr>
          <w:b/>
          <w:bCs/>
        </w:rPr>
      </w:pPr>
    </w:p>
    <w:p w14:paraId="0F2BCBE2" w14:textId="77777777" w:rsidR="00185A1C" w:rsidRDefault="00185A1C">
      <w:pPr>
        <w:pStyle w:val="BodyText"/>
        <w:widowControl w:val="0"/>
        <w:numPr>
          <w:ilvl w:val="0"/>
          <w:numId w:val="31"/>
        </w:numPr>
        <w:autoSpaceDE w:val="0"/>
        <w:autoSpaceDN w:val="0"/>
        <w:spacing w:after="0" w:line="322" w:lineRule="exact"/>
        <w:rPr>
          <w:sz w:val="22"/>
        </w:rPr>
      </w:pPr>
      <w:r>
        <w:rPr>
          <w:sz w:val="22"/>
        </w:rPr>
        <w:t>Introducing to windows 10</w:t>
      </w:r>
    </w:p>
    <w:p w14:paraId="1E394C75" w14:textId="77777777" w:rsidR="00185A1C" w:rsidRDefault="00185A1C">
      <w:pPr>
        <w:pStyle w:val="BodyText"/>
        <w:widowControl w:val="0"/>
        <w:numPr>
          <w:ilvl w:val="0"/>
          <w:numId w:val="31"/>
        </w:numPr>
        <w:autoSpaceDE w:val="0"/>
        <w:autoSpaceDN w:val="0"/>
        <w:spacing w:after="0" w:line="322" w:lineRule="exact"/>
        <w:rPr>
          <w:sz w:val="22"/>
        </w:rPr>
      </w:pPr>
      <w:r>
        <w:rPr>
          <w:sz w:val="22"/>
        </w:rPr>
        <w:t>Overview of deploying windows 10 auto pilot mode, normal mode</w:t>
      </w:r>
    </w:p>
    <w:p w14:paraId="1736F68E" w14:textId="77777777" w:rsidR="00185A1C" w:rsidRDefault="00185A1C">
      <w:pPr>
        <w:pStyle w:val="BodyText"/>
        <w:widowControl w:val="0"/>
        <w:numPr>
          <w:ilvl w:val="0"/>
          <w:numId w:val="31"/>
        </w:numPr>
        <w:autoSpaceDE w:val="0"/>
        <w:autoSpaceDN w:val="0"/>
        <w:spacing w:after="0" w:line="322" w:lineRule="exact"/>
        <w:rPr>
          <w:sz w:val="22"/>
        </w:rPr>
      </w:pPr>
      <w:r>
        <w:rPr>
          <w:sz w:val="22"/>
        </w:rPr>
        <w:t>Windows 10 User Experience</w:t>
      </w:r>
    </w:p>
    <w:p w14:paraId="329D5517" w14:textId="77777777" w:rsidR="00185A1C" w:rsidRDefault="00185A1C">
      <w:pPr>
        <w:pStyle w:val="BodyText"/>
        <w:widowControl w:val="0"/>
        <w:numPr>
          <w:ilvl w:val="0"/>
          <w:numId w:val="31"/>
        </w:numPr>
        <w:autoSpaceDE w:val="0"/>
        <w:autoSpaceDN w:val="0"/>
        <w:spacing w:after="0" w:line="322" w:lineRule="exact"/>
        <w:rPr>
          <w:sz w:val="22"/>
        </w:rPr>
      </w:pPr>
      <w:r>
        <w:rPr>
          <w:sz w:val="22"/>
        </w:rPr>
        <w:t>Security in windows 10</w:t>
      </w:r>
    </w:p>
    <w:p w14:paraId="58D63356" w14:textId="77777777" w:rsidR="00185A1C" w:rsidRDefault="00185A1C">
      <w:pPr>
        <w:pStyle w:val="BodyText"/>
        <w:widowControl w:val="0"/>
        <w:numPr>
          <w:ilvl w:val="0"/>
          <w:numId w:val="31"/>
        </w:numPr>
        <w:autoSpaceDE w:val="0"/>
        <w:autoSpaceDN w:val="0"/>
        <w:spacing w:after="0" w:line="322" w:lineRule="exact"/>
        <w:rPr>
          <w:sz w:val="22"/>
        </w:rPr>
      </w:pPr>
      <w:r>
        <w:rPr>
          <w:sz w:val="22"/>
        </w:rPr>
        <w:t>Configure devices and drives</w:t>
      </w:r>
    </w:p>
    <w:p w14:paraId="2C7C5E3C" w14:textId="77777777" w:rsidR="00185A1C" w:rsidRDefault="00185A1C">
      <w:pPr>
        <w:pStyle w:val="BodyText"/>
        <w:widowControl w:val="0"/>
        <w:numPr>
          <w:ilvl w:val="0"/>
          <w:numId w:val="31"/>
        </w:numPr>
        <w:autoSpaceDE w:val="0"/>
        <w:autoSpaceDN w:val="0"/>
        <w:spacing w:after="0" w:line="322" w:lineRule="exact"/>
        <w:rPr>
          <w:sz w:val="22"/>
        </w:rPr>
      </w:pPr>
      <w:r>
        <w:rPr>
          <w:sz w:val="22"/>
        </w:rPr>
        <w:t>Perform post installation configuration task</w:t>
      </w:r>
    </w:p>
    <w:p w14:paraId="3A37DE2B" w14:textId="77777777" w:rsidR="00185A1C" w:rsidRDefault="00185A1C">
      <w:pPr>
        <w:pStyle w:val="BodyText"/>
        <w:widowControl w:val="0"/>
        <w:numPr>
          <w:ilvl w:val="0"/>
          <w:numId w:val="31"/>
        </w:numPr>
        <w:autoSpaceDE w:val="0"/>
        <w:autoSpaceDN w:val="0"/>
        <w:spacing w:after="0" w:line="322" w:lineRule="exact"/>
        <w:rPr>
          <w:sz w:val="22"/>
        </w:rPr>
      </w:pPr>
      <w:r>
        <w:rPr>
          <w:sz w:val="22"/>
        </w:rPr>
        <w:t>Managing apps in window</w:t>
      </w:r>
    </w:p>
    <w:p w14:paraId="0C52DE35" w14:textId="77777777" w:rsidR="00185A1C" w:rsidRDefault="00185A1C">
      <w:pPr>
        <w:pStyle w:val="BodyText"/>
        <w:widowControl w:val="0"/>
        <w:numPr>
          <w:ilvl w:val="0"/>
          <w:numId w:val="31"/>
        </w:numPr>
        <w:autoSpaceDE w:val="0"/>
        <w:autoSpaceDN w:val="0"/>
        <w:spacing w:after="0" w:line="322" w:lineRule="exact"/>
        <w:rPr>
          <w:sz w:val="22"/>
        </w:rPr>
      </w:pPr>
      <w:r>
        <w:rPr>
          <w:sz w:val="22"/>
        </w:rPr>
        <w:t>Windows 10 networking</w:t>
      </w:r>
    </w:p>
    <w:p w14:paraId="62234EC6" w14:textId="77777777" w:rsidR="00185A1C" w:rsidRDefault="00185A1C">
      <w:pPr>
        <w:pStyle w:val="BodyText"/>
        <w:widowControl w:val="0"/>
        <w:numPr>
          <w:ilvl w:val="0"/>
          <w:numId w:val="31"/>
        </w:numPr>
        <w:autoSpaceDE w:val="0"/>
        <w:autoSpaceDN w:val="0"/>
        <w:spacing w:after="0" w:line="322" w:lineRule="exact"/>
        <w:rPr>
          <w:sz w:val="22"/>
        </w:rPr>
      </w:pPr>
      <w:r>
        <w:rPr>
          <w:sz w:val="22"/>
        </w:rPr>
        <w:t>Virtualization and remote access</w:t>
      </w:r>
    </w:p>
    <w:p w14:paraId="7F91F29E" w14:textId="77777777" w:rsidR="00185A1C" w:rsidRDefault="00185A1C">
      <w:pPr>
        <w:pStyle w:val="BodyText"/>
        <w:widowControl w:val="0"/>
        <w:numPr>
          <w:ilvl w:val="0"/>
          <w:numId w:val="31"/>
        </w:numPr>
        <w:autoSpaceDE w:val="0"/>
        <w:autoSpaceDN w:val="0"/>
        <w:spacing w:after="0" w:line="322" w:lineRule="exact"/>
        <w:rPr>
          <w:sz w:val="22"/>
        </w:rPr>
      </w:pPr>
      <w:r>
        <w:rPr>
          <w:sz w:val="22"/>
        </w:rPr>
        <w:t>Windows 10 on phones and tablets</w:t>
      </w:r>
    </w:p>
    <w:p w14:paraId="1D159ECC" w14:textId="77777777" w:rsidR="00185A1C" w:rsidRDefault="00185A1C">
      <w:pPr>
        <w:pStyle w:val="BodyText"/>
        <w:widowControl w:val="0"/>
        <w:numPr>
          <w:ilvl w:val="0"/>
          <w:numId w:val="31"/>
        </w:numPr>
        <w:autoSpaceDE w:val="0"/>
        <w:autoSpaceDN w:val="0"/>
        <w:spacing w:after="0" w:line="322" w:lineRule="exact"/>
        <w:rPr>
          <w:sz w:val="22"/>
        </w:rPr>
      </w:pPr>
      <w:r>
        <w:rPr>
          <w:sz w:val="22"/>
        </w:rPr>
        <w:t>Installation of Ubuntu operating system</w:t>
      </w:r>
    </w:p>
    <w:p w14:paraId="6179B446" w14:textId="77777777" w:rsidR="00185A1C" w:rsidRDefault="00185A1C">
      <w:pPr>
        <w:pStyle w:val="BodyText"/>
        <w:widowControl w:val="0"/>
        <w:numPr>
          <w:ilvl w:val="0"/>
          <w:numId w:val="31"/>
        </w:numPr>
        <w:autoSpaceDE w:val="0"/>
        <w:autoSpaceDN w:val="0"/>
        <w:spacing w:after="0" w:line="322" w:lineRule="exact"/>
        <w:rPr>
          <w:sz w:val="22"/>
        </w:rPr>
      </w:pPr>
      <w:r>
        <w:rPr>
          <w:sz w:val="22"/>
        </w:rPr>
        <w:t>Working with Ubuntu</w:t>
      </w:r>
    </w:p>
    <w:p w14:paraId="1505DC2A" w14:textId="77777777" w:rsidR="00185A1C" w:rsidRDefault="00185A1C">
      <w:pPr>
        <w:pStyle w:val="BodyText"/>
        <w:widowControl w:val="0"/>
        <w:numPr>
          <w:ilvl w:val="0"/>
          <w:numId w:val="31"/>
        </w:numPr>
        <w:autoSpaceDE w:val="0"/>
        <w:autoSpaceDN w:val="0"/>
        <w:spacing w:after="0" w:line="322" w:lineRule="exact"/>
        <w:rPr>
          <w:sz w:val="22"/>
        </w:rPr>
      </w:pPr>
      <w:r>
        <w:rPr>
          <w:sz w:val="22"/>
        </w:rPr>
        <w:t>Safe browsing techniques of internet</w:t>
      </w:r>
    </w:p>
    <w:p w14:paraId="1CDBFEF7" w14:textId="77777777" w:rsidR="00185A1C" w:rsidRDefault="00185A1C">
      <w:pPr>
        <w:pStyle w:val="BodyText"/>
        <w:widowControl w:val="0"/>
        <w:numPr>
          <w:ilvl w:val="0"/>
          <w:numId w:val="31"/>
        </w:numPr>
        <w:autoSpaceDE w:val="0"/>
        <w:autoSpaceDN w:val="0"/>
        <w:spacing w:after="0" w:line="322" w:lineRule="exact"/>
        <w:rPr>
          <w:sz w:val="22"/>
        </w:rPr>
      </w:pPr>
      <w:r>
        <w:rPr>
          <w:sz w:val="22"/>
        </w:rPr>
        <w:t xml:space="preserve">Best security practices in using social media </w:t>
      </w:r>
      <w:proofErr w:type="gramStart"/>
      <w:r>
        <w:rPr>
          <w:sz w:val="22"/>
        </w:rPr>
        <w:t>platform</w:t>
      </w:r>
      <w:proofErr w:type="gramEnd"/>
    </w:p>
    <w:p w14:paraId="3ED11D0D" w14:textId="77777777" w:rsidR="00185A1C" w:rsidRDefault="00185A1C" w:rsidP="00185A1C">
      <w:pPr>
        <w:pStyle w:val="BodyText"/>
        <w:rPr>
          <w:sz w:val="22"/>
        </w:rPr>
      </w:pPr>
    </w:p>
    <w:p w14:paraId="775454F6" w14:textId="77777777" w:rsidR="00185A1C" w:rsidRDefault="00185A1C" w:rsidP="00185A1C">
      <w:pPr>
        <w:spacing w:after="0"/>
        <w:rPr>
          <w:b/>
          <w:bCs/>
        </w:rPr>
      </w:pPr>
    </w:p>
    <w:p w14:paraId="794C4804" w14:textId="77777777" w:rsidR="00185A1C" w:rsidRDefault="00185A1C" w:rsidP="00185A1C">
      <w:pPr>
        <w:spacing w:after="0"/>
        <w:rPr>
          <w:b/>
          <w:bCs/>
        </w:rPr>
      </w:pPr>
      <w:r>
        <w:rPr>
          <w:b/>
          <w:bCs/>
        </w:rPr>
        <w:t>Essential Readings:</w:t>
      </w:r>
    </w:p>
    <w:p w14:paraId="38FEA59C" w14:textId="06D89C09" w:rsidR="00185A1C" w:rsidRDefault="00185A1C" w:rsidP="00185A1C">
      <w:pPr>
        <w:spacing w:after="0"/>
      </w:pPr>
      <w:r>
        <w:t xml:space="preserve">Ed Bott, </w:t>
      </w:r>
      <w:proofErr w:type="gramStart"/>
      <w:r>
        <w:t>“ Introducing</w:t>
      </w:r>
      <w:proofErr w:type="gramEnd"/>
      <w:r>
        <w:t xml:space="preserve"> Windows 10 for IT Professionals”, Microsoft Press, 2020. </w:t>
      </w:r>
    </w:p>
    <w:p w14:paraId="1C24120A" w14:textId="77777777" w:rsidR="00185A1C" w:rsidRDefault="00185A1C" w:rsidP="00185A1C"/>
    <w:p w14:paraId="2ED4BE3C" w14:textId="77777777" w:rsidR="00185A1C" w:rsidRDefault="00185A1C" w:rsidP="00185A1C"/>
    <w:p w14:paraId="3292CAE8" w14:textId="77777777" w:rsidR="00185A1C" w:rsidRDefault="00185A1C" w:rsidP="00185A1C">
      <w:pPr>
        <w:pStyle w:val="NormalWeb"/>
      </w:pPr>
      <w:r>
        <w:rPr>
          <w:b/>
          <w:bCs/>
          <w:noProof/>
          <w:sz w:val="28"/>
          <w:szCs w:val="28"/>
          <w:u w:val="single"/>
        </w:rPr>
        <w:lastRenderedPageBreak/>
        <w:drawing>
          <wp:inline distT="0" distB="0" distL="0" distR="0" wp14:anchorId="3D9C6483" wp14:editId="4FCA6A84">
            <wp:extent cx="4086015" cy="4238045"/>
            <wp:effectExtent l="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srcRect/>
                    <a:stretch>
                      <a:fillRect/>
                    </a:stretch>
                  </pic:blipFill>
                  <pic:spPr bwMode="auto">
                    <a:xfrm>
                      <a:off x="0" y="0"/>
                      <a:ext cx="4090185" cy="4242371"/>
                    </a:xfrm>
                    <a:prstGeom prst="rect">
                      <a:avLst/>
                    </a:prstGeom>
                    <a:noFill/>
                  </pic:spPr>
                </pic:pic>
              </a:graphicData>
            </a:graphic>
          </wp:inline>
        </w:drawing>
      </w:r>
      <w:r w:rsidRPr="00A6578A">
        <w:rPr>
          <w:noProof/>
        </w:rPr>
        <w:lastRenderedPageBreak/>
        <w:drawing>
          <wp:inline distT="0" distB="0" distL="0" distR="0" wp14:anchorId="3854D172" wp14:editId="28F3DA75">
            <wp:extent cx="4638675" cy="6686215"/>
            <wp:effectExtent l="0" t="0" r="0" b="0"/>
            <wp:docPr id="1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7" cstate="print"/>
                    <a:srcRect/>
                    <a:stretch>
                      <a:fillRect/>
                    </a:stretch>
                  </pic:blipFill>
                  <pic:spPr bwMode="auto">
                    <a:xfrm>
                      <a:off x="0" y="0"/>
                      <a:ext cx="4642891" cy="6692292"/>
                    </a:xfrm>
                    <a:prstGeom prst="rect">
                      <a:avLst/>
                    </a:prstGeom>
                    <a:noFill/>
                    <a:ln w="9525">
                      <a:noFill/>
                      <a:miter lim="800000"/>
                      <a:headEnd/>
                      <a:tailEnd/>
                    </a:ln>
                  </pic:spPr>
                </pic:pic>
              </a:graphicData>
            </a:graphic>
          </wp:inline>
        </w:drawing>
      </w:r>
    </w:p>
    <w:p w14:paraId="447EE838" w14:textId="77777777" w:rsidR="00185A1C" w:rsidRDefault="00185A1C" w:rsidP="00185A1C">
      <w:pPr>
        <w:pStyle w:val="NormalWeb"/>
      </w:pPr>
    </w:p>
    <w:p w14:paraId="539F8030" w14:textId="77777777" w:rsidR="00185A1C" w:rsidRDefault="00185A1C" w:rsidP="00185A1C">
      <w:pPr>
        <w:pStyle w:val="NormalWeb"/>
      </w:pPr>
    </w:p>
    <w:p w14:paraId="29059518" w14:textId="77777777" w:rsidR="00185A1C" w:rsidRDefault="00185A1C" w:rsidP="00185A1C">
      <w:pPr>
        <w:pStyle w:val="NormalWeb"/>
      </w:pPr>
    </w:p>
    <w:p w14:paraId="1D9870D4" w14:textId="661527A3" w:rsidR="00185A1C" w:rsidRDefault="00185A1C" w:rsidP="00185A1C">
      <w:r>
        <w:rPr>
          <w:noProof/>
        </w:rPr>
        <mc:AlternateContent>
          <mc:Choice Requires="wps">
            <w:drawing>
              <wp:inline distT="0" distB="0" distL="0" distR="0" wp14:anchorId="113C5AA8" wp14:editId="20393795">
                <wp:extent cx="304800" cy="304800"/>
                <wp:effectExtent l="0" t="0" r="0" b="1905"/>
                <wp:docPr id="763028477"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638797" id="Rectangl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5FFCF890" w14:textId="77777777" w:rsidR="00185A1C" w:rsidRPr="00185A1C" w:rsidRDefault="00185A1C" w:rsidP="00185A1C"/>
    <w:p w14:paraId="7C2D3321" w14:textId="77777777" w:rsidR="00185A1C" w:rsidRDefault="00185A1C" w:rsidP="00185A1C">
      <w:pPr>
        <w:rPr>
          <w:b/>
          <w:bCs/>
          <w:sz w:val="28"/>
          <w:szCs w:val="28"/>
          <w:u w:val="single"/>
        </w:rPr>
      </w:pPr>
      <w:r>
        <w:rPr>
          <w:b/>
          <w:bCs/>
          <w:sz w:val="28"/>
          <w:szCs w:val="28"/>
          <w:u w:val="single"/>
        </w:rPr>
        <w:lastRenderedPageBreak/>
        <w:t>Marks List of Bridge Course in Security Fundamentals conducted on 29/7/2025</w:t>
      </w:r>
    </w:p>
    <w:p w14:paraId="6D0F6914" w14:textId="77777777" w:rsidR="00185A1C" w:rsidRDefault="00185A1C" w:rsidP="00185A1C">
      <w:pPr>
        <w:rPr>
          <w:b/>
          <w:bCs/>
          <w:sz w:val="28"/>
          <w:szCs w:val="28"/>
          <w:u w:val="single"/>
        </w:rPr>
      </w:pPr>
    </w:p>
    <w:tbl>
      <w:tblPr>
        <w:tblW w:w="9388" w:type="dxa"/>
        <w:tblInd w:w="93" w:type="dxa"/>
        <w:tblLook w:val="04A0" w:firstRow="1" w:lastRow="0" w:firstColumn="1" w:lastColumn="0" w:noHBand="0" w:noVBand="1"/>
      </w:tblPr>
      <w:tblGrid>
        <w:gridCol w:w="843"/>
        <w:gridCol w:w="2142"/>
        <w:gridCol w:w="3279"/>
        <w:gridCol w:w="917"/>
        <w:gridCol w:w="222"/>
        <w:gridCol w:w="867"/>
        <w:gridCol w:w="876"/>
        <w:gridCol w:w="242"/>
      </w:tblGrid>
      <w:tr w:rsidR="00185A1C" w14:paraId="2195C897" w14:textId="77777777" w:rsidTr="00CB5948">
        <w:trPr>
          <w:trHeight w:val="273"/>
        </w:trPr>
        <w:tc>
          <w:tcPr>
            <w:tcW w:w="843" w:type="dxa"/>
            <w:tcBorders>
              <w:top w:val="single" w:sz="4" w:space="0" w:color="auto"/>
              <w:left w:val="single" w:sz="4" w:space="0" w:color="auto"/>
              <w:bottom w:val="single" w:sz="4" w:space="0" w:color="auto"/>
              <w:right w:val="single" w:sz="4" w:space="0" w:color="auto"/>
            </w:tcBorders>
            <w:noWrap/>
            <w:vAlign w:val="bottom"/>
          </w:tcPr>
          <w:p w14:paraId="033F1A48" w14:textId="77777777" w:rsidR="00185A1C" w:rsidRDefault="00185A1C" w:rsidP="00CB5948">
            <w:pPr>
              <w:textAlignment w:val="bottom"/>
              <w:rPr>
                <w:rFonts w:ascii="Calibri" w:hAnsi="Calibri" w:cs="Calibri"/>
                <w:color w:val="000000"/>
              </w:rPr>
            </w:pPr>
            <w:r>
              <w:rPr>
                <w:rFonts w:ascii="Calibri" w:eastAsia="SimSun" w:hAnsi="Calibri" w:cs="Calibri"/>
                <w:color w:val="000000"/>
                <w:lang w:eastAsia="zh-CN"/>
              </w:rPr>
              <w:t>SNO</w:t>
            </w:r>
          </w:p>
        </w:tc>
        <w:tc>
          <w:tcPr>
            <w:tcW w:w="2142" w:type="dxa"/>
            <w:tcBorders>
              <w:top w:val="single" w:sz="4" w:space="0" w:color="auto"/>
              <w:left w:val="nil"/>
              <w:bottom w:val="single" w:sz="4" w:space="0" w:color="auto"/>
              <w:right w:val="single" w:sz="4" w:space="0" w:color="auto"/>
            </w:tcBorders>
            <w:noWrap/>
            <w:vAlign w:val="bottom"/>
          </w:tcPr>
          <w:p w14:paraId="26DFF2EE" w14:textId="77777777" w:rsidR="00185A1C" w:rsidRDefault="00185A1C" w:rsidP="00CB5948">
            <w:pPr>
              <w:textAlignment w:val="bottom"/>
              <w:rPr>
                <w:rFonts w:ascii="Calibri" w:hAnsi="Calibri" w:cs="Calibri"/>
                <w:color w:val="000000"/>
              </w:rPr>
            </w:pPr>
            <w:r>
              <w:rPr>
                <w:rFonts w:ascii="Calibri" w:eastAsia="SimSun" w:hAnsi="Calibri" w:cs="Calibri"/>
                <w:color w:val="000000"/>
                <w:lang w:eastAsia="zh-CN"/>
              </w:rPr>
              <w:t>UID</w:t>
            </w:r>
          </w:p>
        </w:tc>
        <w:tc>
          <w:tcPr>
            <w:tcW w:w="3279" w:type="dxa"/>
            <w:tcBorders>
              <w:top w:val="single" w:sz="4" w:space="0" w:color="auto"/>
              <w:left w:val="nil"/>
              <w:bottom w:val="single" w:sz="4" w:space="0" w:color="auto"/>
              <w:right w:val="single" w:sz="4" w:space="0" w:color="auto"/>
            </w:tcBorders>
            <w:noWrap/>
            <w:vAlign w:val="bottom"/>
          </w:tcPr>
          <w:p w14:paraId="787765D5" w14:textId="77777777" w:rsidR="00185A1C" w:rsidRDefault="00185A1C" w:rsidP="00CB5948">
            <w:pPr>
              <w:textAlignment w:val="bottom"/>
              <w:rPr>
                <w:rFonts w:ascii="Calibri" w:hAnsi="Calibri" w:cs="Calibri"/>
                <w:color w:val="000000"/>
              </w:rPr>
            </w:pPr>
            <w:r>
              <w:rPr>
                <w:rFonts w:ascii="Calibri" w:eastAsia="SimSun" w:hAnsi="Calibri" w:cs="Calibri"/>
                <w:color w:val="000000"/>
                <w:lang w:eastAsia="zh-CN"/>
              </w:rPr>
              <w:t>NAME OF THE STUDENT</w:t>
            </w:r>
          </w:p>
        </w:tc>
        <w:tc>
          <w:tcPr>
            <w:tcW w:w="917" w:type="dxa"/>
            <w:tcBorders>
              <w:top w:val="single" w:sz="4" w:space="0" w:color="auto"/>
              <w:left w:val="nil"/>
              <w:bottom w:val="single" w:sz="4" w:space="0" w:color="auto"/>
              <w:right w:val="nil"/>
            </w:tcBorders>
          </w:tcPr>
          <w:p w14:paraId="178A9744" w14:textId="77777777" w:rsidR="00185A1C" w:rsidRDefault="00185A1C" w:rsidP="00CB5948">
            <w:pPr>
              <w:textAlignment w:val="bottom"/>
              <w:rPr>
                <w:rFonts w:ascii="Calibri" w:eastAsia="SimSun" w:hAnsi="Calibri" w:cs="Calibri"/>
                <w:color w:val="000000"/>
                <w:lang w:eastAsia="zh-CN"/>
              </w:rPr>
            </w:pPr>
            <w:r>
              <w:rPr>
                <w:rFonts w:ascii="Calibri" w:eastAsia="SimSun" w:hAnsi="Calibri" w:cs="Calibri"/>
                <w:color w:val="000000"/>
                <w:lang w:eastAsia="zh-CN"/>
              </w:rPr>
              <w:t>BEFORE</w:t>
            </w:r>
          </w:p>
        </w:tc>
        <w:tc>
          <w:tcPr>
            <w:tcW w:w="222" w:type="dxa"/>
            <w:tcBorders>
              <w:top w:val="single" w:sz="4" w:space="0" w:color="auto"/>
              <w:left w:val="nil"/>
              <w:bottom w:val="single" w:sz="4" w:space="0" w:color="auto"/>
              <w:right w:val="nil"/>
            </w:tcBorders>
          </w:tcPr>
          <w:p w14:paraId="3AD9BAFC" w14:textId="77777777" w:rsidR="00185A1C" w:rsidRDefault="00185A1C" w:rsidP="00CB5948">
            <w:pPr>
              <w:textAlignment w:val="bottom"/>
              <w:rPr>
                <w:rFonts w:ascii="Calibri" w:eastAsia="SimSun" w:hAnsi="Calibri" w:cs="Calibri"/>
                <w:color w:val="000000"/>
                <w:lang w:eastAsia="zh-CN"/>
              </w:rPr>
            </w:pPr>
          </w:p>
        </w:tc>
        <w:tc>
          <w:tcPr>
            <w:tcW w:w="867" w:type="dxa"/>
            <w:tcBorders>
              <w:top w:val="single" w:sz="4" w:space="0" w:color="auto"/>
              <w:left w:val="nil"/>
              <w:bottom w:val="single" w:sz="4" w:space="0" w:color="auto"/>
              <w:right w:val="single" w:sz="4" w:space="0" w:color="auto"/>
            </w:tcBorders>
            <w:noWrap/>
            <w:vAlign w:val="bottom"/>
          </w:tcPr>
          <w:p w14:paraId="4DE720A0" w14:textId="77777777" w:rsidR="00185A1C" w:rsidRDefault="00185A1C" w:rsidP="00CB5948">
            <w:pPr>
              <w:textAlignment w:val="bottom"/>
              <w:rPr>
                <w:rFonts w:ascii="Calibri" w:hAnsi="Calibri" w:cs="Calibri"/>
                <w:color w:val="000000"/>
              </w:rPr>
            </w:pPr>
            <w:r>
              <w:rPr>
                <w:rFonts w:ascii="Calibri" w:eastAsia="SimSun" w:hAnsi="Calibri" w:cs="Calibri"/>
                <w:color w:val="000000"/>
                <w:lang w:eastAsia="zh-CN"/>
              </w:rPr>
              <w:t>MARKS</w:t>
            </w:r>
          </w:p>
        </w:tc>
        <w:tc>
          <w:tcPr>
            <w:tcW w:w="876" w:type="dxa"/>
            <w:tcBorders>
              <w:top w:val="single" w:sz="4" w:space="0" w:color="auto"/>
              <w:left w:val="nil"/>
              <w:bottom w:val="single" w:sz="4" w:space="0" w:color="auto"/>
              <w:right w:val="nil"/>
            </w:tcBorders>
            <w:vAlign w:val="bottom"/>
          </w:tcPr>
          <w:p w14:paraId="36DB741D" w14:textId="77777777" w:rsidR="00185A1C" w:rsidRDefault="00185A1C" w:rsidP="00CB5948">
            <w:pPr>
              <w:textAlignment w:val="bottom"/>
              <w:rPr>
                <w:rFonts w:ascii="Calibri" w:eastAsia="SimSun" w:hAnsi="Calibri" w:cs="Calibri"/>
                <w:color w:val="000000"/>
                <w:lang w:eastAsia="zh-CN"/>
              </w:rPr>
            </w:pPr>
            <w:r>
              <w:rPr>
                <w:rFonts w:ascii="Calibri" w:eastAsia="SimSun" w:hAnsi="Calibri" w:cs="Calibri"/>
                <w:color w:val="000000"/>
                <w:lang w:eastAsia="zh-CN"/>
              </w:rPr>
              <w:t>AFTER MARKS</w:t>
            </w:r>
          </w:p>
        </w:tc>
        <w:tc>
          <w:tcPr>
            <w:tcW w:w="242" w:type="dxa"/>
            <w:tcBorders>
              <w:top w:val="single" w:sz="4" w:space="0" w:color="auto"/>
              <w:left w:val="nil"/>
              <w:bottom w:val="single" w:sz="4" w:space="0" w:color="auto"/>
              <w:right w:val="single" w:sz="4" w:space="0" w:color="auto"/>
            </w:tcBorders>
          </w:tcPr>
          <w:p w14:paraId="1C025C25" w14:textId="77777777" w:rsidR="00185A1C" w:rsidRDefault="00185A1C" w:rsidP="00CB5948">
            <w:pPr>
              <w:textAlignment w:val="bottom"/>
              <w:rPr>
                <w:rFonts w:ascii="Calibri" w:eastAsia="SimSun" w:hAnsi="Calibri" w:cs="Calibri"/>
                <w:color w:val="000000"/>
                <w:lang w:eastAsia="zh-CN"/>
              </w:rPr>
            </w:pPr>
          </w:p>
        </w:tc>
      </w:tr>
      <w:tr w:rsidR="00185A1C" w14:paraId="4507B4B0"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0A3D17D5"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w:t>
            </w:r>
          </w:p>
        </w:tc>
        <w:tc>
          <w:tcPr>
            <w:tcW w:w="0" w:type="auto"/>
            <w:tcBorders>
              <w:top w:val="nil"/>
              <w:left w:val="nil"/>
              <w:bottom w:val="single" w:sz="4" w:space="0" w:color="auto"/>
              <w:right w:val="single" w:sz="4" w:space="0" w:color="auto"/>
            </w:tcBorders>
            <w:noWrap/>
            <w:vAlign w:val="center"/>
          </w:tcPr>
          <w:p w14:paraId="64C80B16"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111725039001</w:t>
            </w:r>
          </w:p>
        </w:tc>
        <w:tc>
          <w:tcPr>
            <w:tcW w:w="3279" w:type="dxa"/>
            <w:tcBorders>
              <w:top w:val="nil"/>
              <w:left w:val="nil"/>
              <w:bottom w:val="single" w:sz="4" w:space="0" w:color="auto"/>
              <w:right w:val="single" w:sz="4" w:space="0" w:color="auto"/>
            </w:tcBorders>
            <w:noWrap/>
            <w:vAlign w:val="center"/>
          </w:tcPr>
          <w:p w14:paraId="695E3A7C"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ADIMULUM PALLAVI</w:t>
            </w:r>
          </w:p>
        </w:tc>
        <w:tc>
          <w:tcPr>
            <w:tcW w:w="917" w:type="dxa"/>
            <w:tcBorders>
              <w:top w:val="nil"/>
              <w:left w:val="nil"/>
              <w:bottom w:val="single" w:sz="4" w:space="0" w:color="auto"/>
              <w:right w:val="nil"/>
            </w:tcBorders>
          </w:tcPr>
          <w:p w14:paraId="5EF68BAD"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33594384"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027FE65D" w14:textId="77777777" w:rsidR="00185A1C" w:rsidRDefault="00185A1C" w:rsidP="00CB5948">
            <w:pPr>
              <w:jc w:val="right"/>
              <w:textAlignment w:val="bottom"/>
              <w:rPr>
                <w:rFonts w:ascii="Calibri" w:hAnsi="Calibri" w:cs="Calibri"/>
                <w:color w:val="000000"/>
              </w:rPr>
            </w:pPr>
            <w:r>
              <w:rPr>
                <w:rFonts w:ascii="Calibri" w:hAnsi="Calibri" w:cs="Calibri"/>
                <w:color w:val="000000"/>
              </w:rPr>
              <w:t>23</w:t>
            </w:r>
          </w:p>
        </w:tc>
        <w:tc>
          <w:tcPr>
            <w:tcW w:w="876" w:type="dxa"/>
            <w:tcBorders>
              <w:top w:val="nil"/>
              <w:left w:val="nil"/>
              <w:bottom w:val="single" w:sz="4" w:space="0" w:color="auto"/>
              <w:right w:val="nil"/>
            </w:tcBorders>
            <w:vAlign w:val="bottom"/>
          </w:tcPr>
          <w:p w14:paraId="7FB5353B"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30</w:t>
            </w:r>
          </w:p>
        </w:tc>
        <w:tc>
          <w:tcPr>
            <w:tcW w:w="242" w:type="dxa"/>
            <w:tcBorders>
              <w:top w:val="nil"/>
              <w:left w:val="nil"/>
              <w:bottom w:val="single" w:sz="4" w:space="0" w:color="auto"/>
              <w:right w:val="single" w:sz="4" w:space="0" w:color="auto"/>
            </w:tcBorders>
          </w:tcPr>
          <w:p w14:paraId="65C80228" w14:textId="77777777" w:rsidR="00185A1C" w:rsidRDefault="00185A1C" w:rsidP="00CB5948">
            <w:pPr>
              <w:jc w:val="right"/>
              <w:textAlignment w:val="bottom"/>
              <w:rPr>
                <w:rFonts w:ascii="Calibri" w:eastAsia="SimSun" w:hAnsi="Calibri" w:cs="Calibri"/>
                <w:color w:val="000000"/>
                <w:lang w:eastAsia="zh-CN"/>
              </w:rPr>
            </w:pPr>
          </w:p>
        </w:tc>
      </w:tr>
      <w:tr w:rsidR="00185A1C" w14:paraId="405CF681"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53AB9CF4"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w:t>
            </w:r>
          </w:p>
        </w:tc>
        <w:tc>
          <w:tcPr>
            <w:tcW w:w="0" w:type="auto"/>
            <w:tcBorders>
              <w:top w:val="nil"/>
              <w:left w:val="nil"/>
              <w:bottom w:val="single" w:sz="4" w:space="0" w:color="auto"/>
              <w:right w:val="single" w:sz="4" w:space="0" w:color="auto"/>
            </w:tcBorders>
            <w:noWrap/>
            <w:vAlign w:val="center"/>
          </w:tcPr>
          <w:p w14:paraId="79B10E62"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111725039002</w:t>
            </w:r>
          </w:p>
        </w:tc>
        <w:tc>
          <w:tcPr>
            <w:tcW w:w="3279" w:type="dxa"/>
            <w:tcBorders>
              <w:top w:val="nil"/>
              <w:left w:val="nil"/>
              <w:bottom w:val="single" w:sz="4" w:space="0" w:color="auto"/>
              <w:right w:val="single" w:sz="4" w:space="0" w:color="auto"/>
            </w:tcBorders>
            <w:noWrap/>
            <w:vAlign w:val="center"/>
          </w:tcPr>
          <w:p w14:paraId="1881CC53"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AKULA DAKSHAYANI</w:t>
            </w:r>
          </w:p>
        </w:tc>
        <w:tc>
          <w:tcPr>
            <w:tcW w:w="917" w:type="dxa"/>
            <w:tcBorders>
              <w:top w:val="nil"/>
              <w:left w:val="nil"/>
              <w:bottom w:val="single" w:sz="4" w:space="0" w:color="auto"/>
              <w:right w:val="nil"/>
            </w:tcBorders>
          </w:tcPr>
          <w:p w14:paraId="46885668"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7767ADD8"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5F851E0B"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20</w:t>
            </w:r>
          </w:p>
        </w:tc>
        <w:tc>
          <w:tcPr>
            <w:tcW w:w="876" w:type="dxa"/>
            <w:tcBorders>
              <w:top w:val="nil"/>
              <w:left w:val="nil"/>
              <w:bottom w:val="single" w:sz="4" w:space="0" w:color="auto"/>
              <w:right w:val="nil"/>
            </w:tcBorders>
            <w:vAlign w:val="bottom"/>
          </w:tcPr>
          <w:p w14:paraId="10DE7F77"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25</w:t>
            </w:r>
          </w:p>
        </w:tc>
        <w:tc>
          <w:tcPr>
            <w:tcW w:w="242" w:type="dxa"/>
            <w:tcBorders>
              <w:top w:val="nil"/>
              <w:left w:val="nil"/>
              <w:bottom w:val="single" w:sz="4" w:space="0" w:color="auto"/>
              <w:right w:val="single" w:sz="4" w:space="0" w:color="auto"/>
            </w:tcBorders>
          </w:tcPr>
          <w:p w14:paraId="42CCA82F" w14:textId="77777777" w:rsidR="00185A1C" w:rsidRDefault="00185A1C" w:rsidP="00CB5948">
            <w:pPr>
              <w:jc w:val="right"/>
              <w:textAlignment w:val="bottom"/>
              <w:rPr>
                <w:rFonts w:ascii="Calibri" w:eastAsia="SimSun" w:hAnsi="Calibri" w:cs="Calibri"/>
                <w:color w:val="000000"/>
                <w:lang w:eastAsia="zh-CN"/>
              </w:rPr>
            </w:pPr>
          </w:p>
        </w:tc>
      </w:tr>
      <w:tr w:rsidR="00185A1C" w14:paraId="2D9D2FCA"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49698E20"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3</w:t>
            </w:r>
          </w:p>
        </w:tc>
        <w:tc>
          <w:tcPr>
            <w:tcW w:w="0" w:type="auto"/>
            <w:tcBorders>
              <w:top w:val="nil"/>
              <w:left w:val="nil"/>
              <w:bottom w:val="single" w:sz="4" w:space="0" w:color="auto"/>
              <w:right w:val="single" w:sz="4" w:space="0" w:color="auto"/>
            </w:tcBorders>
            <w:noWrap/>
            <w:vAlign w:val="center"/>
          </w:tcPr>
          <w:p w14:paraId="717E449A"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111725039003</w:t>
            </w:r>
          </w:p>
        </w:tc>
        <w:tc>
          <w:tcPr>
            <w:tcW w:w="3279" w:type="dxa"/>
            <w:tcBorders>
              <w:top w:val="nil"/>
              <w:left w:val="nil"/>
              <w:bottom w:val="single" w:sz="4" w:space="0" w:color="auto"/>
              <w:right w:val="single" w:sz="4" w:space="0" w:color="auto"/>
            </w:tcBorders>
            <w:noWrap/>
            <w:vAlign w:val="center"/>
          </w:tcPr>
          <w:p w14:paraId="141AC621"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AMARLAPUDI JOYCE CRYSTAL</w:t>
            </w:r>
          </w:p>
        </w:tc>
        <w:tc>
          <w:tcPr>
            <w:tcW w:w="917" w:type="dxa"/>
            <w:tcBorders>
              <w:top w:val="nil"/>
              <w:left w:val="nil"/>
              <w:bottom w:val="single" w:sz="4" w:space="0" w:color="auto"/>
              <w:right w:val="nil"/>
            </w:tcBorders>
          </w:tcPr>
          <w:p w14:paraId="622F8EF7"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558C95A9"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0D565EDF"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17</w:t>
            </w:r>
          </w:p>
        </w:tc>
        <w:tc>
          <w:tcPr>
            <w:tcW w:w="876" w:type="dxa"/>
            <w:tcBorders>
              <w:top w:val="nil"/>
              <w:left w:val="nil"/>
              <w:bottom w:val="single" w:sz="4" w:space="0" w:color="auto"/>
              <w:right w:val="nil"/>
            </w:tcBorders>
            <w:vAlign w:val="bottom"/>
          </w:tcPr>
          <w:p w14:paraId="458248C2"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27</w:t>
            </w:r>
          </w:p>
        </w:tc>
        <w:tc>
          <w:tcPr>
            <w:tcW w:w="242" w:type="dxa"/>
            <w:tcBorders>
              <w:top w:val="nil"/>
              <w:left w:val="nil"/>
              <w:bottom w:val="single" w:sz="4" w:space="0" w:color="auto"/>
              <w:right w:val="single" w:sz="4" w:space="0" w:color="auto"/>
            </w:tcBorders>
          </w:tcPr>
          <w:p w14:paraId="322E19B6" w14:textId="77777777" w:rsidR="00185A1C" w:rsidRDefault="00185A1C" w:rsidP="00CB5948">
            <w:pPr>
              <w:jc w:val="right"/>
              <w:textAlignment w:val="bottom"/>
              <w:rPr>
                <w:rFonts w:ascii="Calibri" w:eastAsia="SimSun" w:hAnsi="Calibri" w:cs="Calibri"/>
                <w:color w:val="000000"/>
                <w:lang w:eastAsia="zh-CN"/>
              </w:rPr>
            </w:pPr>
          </w:p>
        </w:tc>
      </w:tr>
      <w:tr w:rsidR="00185A1C" w14:paraId="7EFDC7C6"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023F159A"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4</w:t>
            </w:r>
          </w:p>
        </w:tc>
        <w:tc>
          <w:tcPr>
            <w:tcW w:w="0" w:type="auto"/>
            <w:tcBorders>
              <w:top w:val="nil"/>
              <w:left w:val="nil"/>
              <w:bottom w:val="single" w:sz="4" w:space="0" w:color="auto"/>
              <w:right w:val="single" w:sz="4" w:space="0" w:color="auto"/>
            </w:tcBorders>
            <w:noWrap/>
            <w:vAlign w:val="center"/>
          </w:tcPr>
          <w:p w14:paraId="492C77C8"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111725039004</w:t>
            </w:r>
          </w:p>
        </w:tc>
        <w:tc>
          <w:tcPr>
            <w:tcW w:w="3279" w:type="dxa"/>
            <w:tcBorders>
              <w:top w:val="nil"/>
              <w:left w:val="nil"/>
              <w:bottom w:val="single" w:sz="4" w:space="0" w:color="auto"/>
              <w:right w:val="single" w:sz="4" w:space="0" w:color="auto"/>
            </w:tcBorders>
            <w:noWrap/>
            <w:vAlign w:val="center"/>
          </w:tcPr>
          <w:p w14:paraId="49FC0E65"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AMBIL SRI VIDYA HARSHINI</w:t>
            </w:r>
          </w:p>
        </w:tc>
        <w:tc>
          <w:tcPr>
            <w:tcW w:w="917" w:type="dxa"/>
            <w:tcBorders>
              <w:top w:val="nil"/>
              <w:left w:val="nil"/>
              <w:bottom w:val="single" w:sz="4" w:space="0" w:color="auto"/>
              <w:right w:val="nil"/>
            </w:tcBorders>
          </w:tcPr>
          <w:p w14:paraId="65C12842"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3E325793"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2C5675F3"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26</w:t>
            </w:r>
          </w:p>
        </w:tc>
        <w:tc>
          <w:tcPr>
            <w:tcW w:w="876" w:type="dxa"/>
            <w:tcBorders>
              <w:top w:val="nil"/>
              <w:left w:val="nil"/>
              <w:bottom w:val="single" w:sz="4" w:space="0" w:color="auto"/>
              <w:right w:val="nil"/>
            </w:tcBorders>
            <w:vAlign w:val="bottom"/>
          </w:tcPr>
          <w:p w14:paraId="0BF7B310"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46</w:t>
            </w:r>
          </w:p>
        </w:tc>
        <w:tc>
          <w:tcPr>
            <w:tcW w:w="242" w:type="dxa"/>
            <w:tcBorders>
              <w:top w:val="nil"/>
              <w:left w:val="nil"/>
              <w:bottom w:val="single" w:sz="4" w:space="0" w:color="auto"/>
              <w:right w:val="single" w:sz="4" w:space="0" w:color="auto"/>
            </w:tcBorders>
          </w:tcPr>
          <w:p w14:paraId="389D20BD" w14:textId="77777777" w:rsidR="00185A1C" w:rsidRDefault="00185A1C" w:rsidP="00CB5948">
            <w:pPr>
              <w:jc w:val="right"/>
              <w:textAlignment w:val="bottom"/>
              <w:rPr>
                <w:rFonts w:ascii="Calibri" w:eastAsia="SimSun" w:hAnsi="Calibri" w:cs="Calibri"/>
                <w:color w:val="000000"/>
                <w:lang w:eastAsia="zh-CN"/>
              </w:rPr>
            </w:pPr>
          </w:p>
        </w:tc>
      </w:tr>
      <w:tr w:rsidR="00185A1C" w14:paraId="04A7565D"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68E60451"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5</w:t>
            </w:r>
          </w:p>
        </w:tc>
        <w:tc>
          <w:tcPr>
            <w:tcW w:w="0" w:type="auto"/>
            <w:tcBorders>
              <w:top w:val="nil"/>
              <w:left w:val="nil"/>
              <w:bottom w:val="single" w:sz="4" w:space="0" w:color="auto"/>
              <w:right w:val="single" w:sz="4" w:space="0" w:color="auto"/>
            </w:tcBorders>
            <w:noWrap/>
            <w:vAlign w:val="center"/>
          </w:tcPr>
          <w:p w14:paraId="5B408E56"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111725039005</w:t>
            </w:r>
          </w:p>
        </w:tc>
        <w:tc>
          <w:tcPr>
            <w:tcW w:w="3279" w:type="dxa"/>
            <w:tcBorders>
              <w:top w:val="nil"/>
              <w:left w:val="nil"/>
              <w:bottom w:val="single" w:sz="4" w:space="0" w:color="auto"/>
              <w:right w:val="single" w:sz="4" w:space="0" w:color="auto"/>
            </w:tcBorders>
            <w:noWrap/>
            <w:vAlign w:val="center"/>
          </w:tcPr>
          <w:p w14:paraId="56A15D32"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DINTAKURTHY HANSIKA</w:t>
            </w:r>
          </w:p>
        </w:tc>
        <w:tc>
          <w:tcPr>
            <w:tcW w:w="917" w:type="dxa"/>
            <w:tcBorders>
              <w:top w:val="nil"/>
              <w:left w:val="nil"/>
              <w:bottom w:val="single" w:sz="4" w:space="0" w:color="auto"/>
              <w:right w:val="nil"/>
            </w:tcBorders>
          </w:tcPr>
          <w:p w14:paraId="07812CD8"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01A2209B"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43C98E62"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17</w:t>
            </w:r>
          </w:p>
        </w:tc>
        <w:tc>
          <w:tcPr>
            <w:tcW w:w="876" w:type="dxa"/>
            <w:tcBorders>
              <w:top w:val="nil"/>
              <w:left w:val="nil"/>
              <w:bottom w:val="single" w:sz="4" w:space="0" w:color="auto"/>
              <w:right w:val="nil"/>
            </w:tcBorders>
            <w:vAlign w:val="bottom"/>
          </w:tcPr>
          <w:p w14:paraId="266828A9"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27</w:t>
            </w:r>
          </w:p>
        </w:tc>
        <w:tc>
          <w:tcPr>
            <w:tcW w:w="242" w:type="dxa"/>
            <w:tcBorders>
              <w:top w:val="nil"/>
              <w:left w:val="nil"/>
              <w:bottom w:val="single" w:sz="4" w:space="0" w:color="auto"/>
              <w:right w:val="single" w:sz="4" w:space="0" w:color="auto"/>
            </w:tcBorders>
          </w:tcPr>
          <w:p w14:paraId="04EC9F49" w14:textId="77777777" w:rsidR="00185A1C" w:rsidRDefault="00185A1C" w:rsidP="00CB5948">
            <w:pPr>
              <w:jc w:val="right"/>
              <w:textAlignment w:val="bottom"/>
              <w:rPr>
                <w:rFonts w:ascii="Calibri" w:eastAsia="SimSun" w:hAnsi="Calibri" w:cs="Calibri"/>
                <w:color w:val="000000"/>
                <w:lang w:eastAsia="zh-CN"/>
              </w:rPr>
            </w:pPr>
          </w:p>
        </w:tc>
      </w:tr>
      <w:tr w:rsidR="00185A1C" w14:paraId="339CB5A6"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22A8F305"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6</w:t>
            </w:r>
          </w:p>
        </w:tc>
        <w:tc>
          <w:tcPr>
            <w:tcW w:w="0" w:type="auto"/>
            <w:tcBorders>
              <w:top w:val="nil"/>
              <w:left w:val="nil"/>
              <w:bottom w:val="single" w:sz="4" w:space="0" w:color="auto"/>
              <w:right w:val="single" w:sz="4" w:space="0" w:color="auto"/>
            </w:tcBorders>
            <w:noWrap/>
            <w:vAlign w:val="center"/>
          </w:tcPr>
          <w:p w14:paraId="467FDA5D"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111725039006</w:t>
            </w:r>
          </w:p>
        </w:tc>
        <w:tc>
          <w:tcPr>
            <w:tcW w:w="3279" w:type="dxa"/>
            <w:tcBorders>
              <w:top w:val="nil"/>
              <w:left w:val="nil"/>
              <w:bottom w:val="single" w:sz="4" w:space="0" w:color="auto"/>
              <w:right w:val="single" w:sz="4" w:space="0" w:color="auto"/>
            </w:tcBorders>
            <w:noWrap/>
            <w:vAlign w:val="center"/>
          </w:tcPr>
          <w:p w14:paraId="31E8E991"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ENDRAKANTI RISHITHA</w:t>
            </w:r>
          </w:p>
        </w:tc>
        <w:tc>
          <w:tcPr>
            <w:tcW w:w="917" w:type="dxa"/>
            <w:tcBorders>
              <w:top w:val="nil"/>
              <w:left w:val="nil"/>
              <w:bottom w:val="single" w:sz="4" w:space="0" w:color="auto"/>
              <w:right w:val="nil"/>
            </w:tcBorders>
          </w:tcPr>
          <w:p w14:paraId="4F5539F7"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139D8DDA"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1E57A4DC"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14</w:t>
            </w:r>
          </w:p>
        </w:tc>
        <w:tc>
          <w:tcPr>
            <w:tcW w:w="876" w:type="dxa"/>
            <w:tcBorders>
              <w:top w:val="nil"/>
              <w:left w:val="nil"/>
              <w:bottom w:val="single" w:sz="4" w:space="0" w:color="auto"/>
              <w:right w:val="nil"/>
            </w:tcBorders>
            <w:vAlign w:val="bottom"/>
          </w:tcPr>
          <w:p w14:paraId="235C5C66"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31</w:t>
            </w:r>
          </w:p>
        </w:tc>
        <w:tc>
          <w:tcPr>
            <w:tcW w:w="242" w:type="dxa"/>
            <w:tcBorders>
              <w:top w:val="nil"/>
              <w:left w:val="nil"/>
              <w:bottom w:val="single" w:sz="4" w:space="0" w:color="auto"/>
              <w:right w:val="single" w:sz="4" w:space="0" w:color="auto"/>
            </w:tcBorders>
          </w:tcPr>
          <w:p w14:paraId="29516BAE" w14:textId="77777777" w:rsidR="00185A1C" w:rsidRDefault="00185A1C" w:rsidP="00CB5948">
            <w:pPr>
              <w:jc w:val="right"/>
              <w:textAlignment w:val="bottom"/>
              <w:rPr>
                <w:rFonts w:ascii="Calibri" w:eastAsia="SimSun" w:hAnsi="Calibri" w:cs="Calibri"/>
                <w:color w:val="000000"/>
                <w:lang w:eastAsia="zh-CN"/>
              </w:rPr>
            </w:pPr>
          </w:p>
        </w:tc>
      </w:tr>
      <w:tr w:rsidR="00185A1C" w14:paraId="4C6CDCE0"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1DF16711"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7</w:t>
            </w:r>
          </w:p>
        </w:tc>
        <w:tc>
          <w:tcPr>
            <w:tcW w:w="0" w:type="auto"/>
            <w:tcBorders>
              <w:top w:val="nil"/>
              <w:left w:val="nil"/>
              <w:bottom w:val="single" w:sz="4" w:space="0" w:color="auto"/>
              <w:right w:val="single" w:sz="4" w:space="0" w:color="auto"/>
            </w:tcBorders>
            <w:noWrap/>
            <w:vAlign w:val="center"/>
          </w:tcPr>
          <w:p w14:paraId="510BAEC6"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111725039007</w:t>
            </w:r>
          </w:p>
        </w:tc>
        <w:tc>
          <w:tcPr>
            <w:tcW w:w="3279" w:type="dxa"/>
            <w:tcBorders>
              <w:top w:val="nil"/>
              <w:left w:val="nil"/>
              <w:bottom w:val="single" w:sz="4" w:space="0" w:color="auto"/>
              <w:right w:val="single" w:sz="4" w:space="0" w:color="auto"/>
            </w:tcBorders>
            <w:noWrap/>
            <w:vAlign w:val="center"/>
          </w:tcPr>
          <w:p w14:paraId="483CB33A"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GURRAM SAI SAHASRA</w:t>
            </w:r>
          </w:p>
        </w:tc>
        <w:tc>
          <w:tcPr>
            <w:tcW w:w="917" w:type="dxa"/>
            <w:tcBorders>
              <w:top w:val="nil"/>
              <w:left w:val="nil"/>
              <w:bottom w:val="single" w:sz="4" w:space="0" w:color="auto"/>
              <w:right w:val="nil"/>
            </w:tcBorders>
          </w:tcPr>
          <w:p w14:paraId="5BB494FB"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39C44404"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39721755"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12</w:t>
            </w:r>
          </w:p>
        </w:tc>
        <w:tc>
          <w:tcPr>
            <w:tcW w:w="876" w:type="dxa"/>
            <w:tcBorders>
              <w:top w:val="nil"/>
              <w:left w:val="nil"/>
              <w:bottom w:val="single" w:sz="4" w:space="0" w:color="auto"/>
              <w:right w:val="nil"/>
            </w:tcBorders>
            <w:vAlign w:val="bottom"/>
          </w:tcPr>
          <w:p w14:paraId="68F5F576"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32</w:t>
            </w:r>
          </w:p>
        </w:tc>
        <w:tc>
          <w:tcPr>
            <w:tcW w:w="242" w:type="dxa"/>
            <w:tcBorders>
              <w:top w:val="nil"/>
              <w:left w:val="nil"/>
              <w:bottom w:val="single" w:sz="4" w:space="0" w:color="auto"/>
              <w:right w:val="single" w:sz="4" w:space="0" w:color="auto"/>
            </w:tcBorders>
          </w:tcPr>
          <w:p w14:paraId="3ED6AB0D" w14:textId="77777777" w:rsidR="00185A1C" w:rsidRDefault="00185A1C" w:rsidP="00CB5948">
            <w:pPr>
              <w:jc w:val="right"/>
              <w:textAlignment w:val="bottom"/>
              <w:rPr>
                <w:rFonts w:ascii="Calibri" w:eastAsia="SimSun" w:hAnsi="Calibri" w:cs="Calibri"/>
                <w:color w:val="000000"/>
                <w:lang w:eastAsia="zh-CN"/>
              </w:rPr>
            </w:pPr>
          </w:p>
        </w:tc>
      </w:tr>
      <w:tr w:rsidR="00185A1C" w14:paraId="18AAED37"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07625E56"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8</w:t>
            </w:r>
          </w:p>
        </w:tc>
        <w:tc>
          <w:tcPr>
            <w:tcW w:w="0" w:type="auto"/>
            <w:tcBorders>
              <w:top w:val="nil"/>
              <w:left w:val="nil"/>
              <w:bottom w:val="single" w:sz="4" w:space="0" w:color="auto"/>
              <w:right w:val="single" w:sz="4" w:space="0" w:color="auto"/>
            </w:tcBorders>
            <w:noWrap/>
            <w:vAlign w:val="center"/>
          </w:tcPr>
          <w:p w14:paraId="63C9BE5D"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111725039008</w:t>
            </w:r>
          </w:p>
        </w:tc>
        <w:tc>
          <w:tcPr>
            <w:tcW w:w="3279" w:type="dxa"/>
            <w:tcBorders>
              <w:top w:val="nil"/>
              <w:left w:val="nil"/>
              <w:bottom w:val="single" w:sz="4" w:space="0" w:color="auto"/>
              <w:right w:val="single" w:sz="4" w:space="0" w:color="auto"/>
            </w:tcBorders>
            <w:noWrap/>
            <w:vAlign w:val="center"/>
          </w:tcPr>
          <w:p w14:paraId="4D98EDAB"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ISAKAVARAPU MADHURI</w:t>
            </w:r>
          </w:p>
        </w:tc>
        <w:tc>
          <w:tcPr>
            <w:tcW w:w="917" w:type="dxa"/>
            <w:tcBorders>
              <w:top w:val="nil"/>
              <w:left w:val="nil"/>
              <w:bottom w:val="single" w:sz="4" w:space="0" w:color="auto"/>
              <w:right w:val="nil"/>
            </w:tcBorders>
          </w:tcPr>
          <w:p w14:paraId="7EE2AAEF"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58C48FA7"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07C7EB30"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12</w:t>
            </w:r>
          </w:p>
        </w:tc>
        <w:tc>
          <w:tcPr>
            <w:tcW w:w="876" w:type="dxa"/>
            <w:tcBorders>
              <w:top w:val="nil"/>
              <w:left w:val="nil"/>
              <w:bottom w:val="single" w:sz="4" w:space="0" w:color="auto"/>
              <w:right w:val="nil"/>
            </w:tcBorders>
            <w:vAlign w:val="bottom"/>
          </w:tcPr>
          <w:p w14:paraId="1B964B09"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22</w:t>
            </w:r>
          </w:p>
        </w:tc>
        <w:tc>
          <w:tcPr>
            <w:tcW w:w="242" w:type="dxa"/>
            <w:tcBorders>
              <w:top w:val="nil"/>
              <w:left w:val="nil"/>
              <w:bottom w:val="single" w:sz="4" w:space="0" w:color="auto"/>
              <w:right w:val="single" w:sz="4" w:space="0" w:color="auto"/>
            </w:tcBorders>
          </w:tcPr>
          <w:p w14:paraId="6FC94D64" w14:textId="77777777" w:rsidR="00185A1C" w:rsidRDefault="00185A1C" w:rsidP="00CB5948">
            <w:pPr>
              <w:jc w:val="right"/>
              <w:textAlignment w:val="bottom"/>
              <w:rPr>
                <w:rFonts w:ascii="Calibri" w:eastAsia="SimSun" w:hAnsi="Calibri" w:cs="Calibri"/>
                <w:color w:val="000000"/>
                <w:lang w:eastAsia="zh-CN"/>
              </w:rPr>
            </w:pPr>
          </w:p>
        </w:tc>
      </w:tr>
      <w:tr w:rsidR="00185A1C" w14:paraId="687B2987"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705B226E"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9</w:t>
            </w:r>
          </w:p>
        </w:tc>
        <w:tc>
          <w:tcPr>
            <w:tcW w:w="0" w:type="auto"/>
            <w:tcBorders>
              <w:top w:val="nil"/>
              <w:left w:val="nil"/>
              <w:bottom w:val="single" w:sz="4" w:space="0" w:color="auto"/>
              <w:right w:val="single" w:sz="4" w:space="0" w:color="auto"/>
            </w:tcBorders>
            <w:noWrap/>
            <w:vAlign w:val="center"/>
          </w:tcPr>
          <w:p w14:paraId="7344D2CA"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111725039009</w:t>
            </w:r>
          </w:p>
        </w:tc>
        <w:tc>
          <w:tcPr>
            <w:tcW w:w="3279" w:type="dxa"/>
            <w:tcBorders>
              <w:top w:val="nil"/>
              <w:left w:val="nil"/>
              <w:bottom w:val="single" w:sz="4" w:space="0" w:color="auto"/>
              <w:right w:val="single" w:sz="4" w:space="0" w:color="auto"/>
            </w:tcBorders>
            <w:noWrap/>
            <w:vAlign w:val="center"/>
          </w:tcPr>
          <w:p w14:paraId="325780E6"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KASAPURAM BHAVIKA</w:t>
            </w:r>
          </w:p>
        </w:tc>
        <w:tc>
          <w:tcPr>
            <w:tcW w:w="917" w:type="dxa"/>
            <w:tcBorders>
              <w:top w:val="nil"/>
              <w:left w:val="nil"/>
              <w:bottom w:val="single" w:sz="4" w:space="0" w:color="auto"/>
              <w:right w:val="nil"/>
            </w:tcBorders>
          </w:tcPr>
          <w:p w14:paraId="61F8D896"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2299D4F3"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028B3BAF"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18</w:t>
            </w:r>
          </w:p>
        </w:tc>
        <w:tc>
          <w:tcPr>
            <w:tcW w:w="876" w:type="dxa"/>
            <w:tcBorders>
              <w:top w:val="nil"/>
              <w:left w:val="nil"/>
              <w:bottom w:val="single" w:sz="4" w:space="0" w:color="auto"/>
              <w:right w:val="nil"/>
            </w:tcBorders>
            <w:vAlign w:val="bottom"/>
          </w:tcPr>
          <w:p w14:paraId="327D4E0A"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28</w:t>
            </w:r>
          </w:p>
        </w:tc>
        <w:tc>
          <w:tcPr>
            <w:tcW w:w="242" w:type="dxa"/>
            <w:tcBorders>
              <w:top w:val="nil"/>
              <w:left w:val="nil"/>
              <w:bottom w:val="single" w:sz="4" w:space="0" w:color="auto"/>
              <w:right w:val="single" w:sz="4" w:space="0" w:color="auto"/>
            </w:tcBorders>
          </w:tcPr>
          <w:p w14:paraId="0C27A896" w14:textId="77777777" w:rsidR="00185A1C" w:rsidRDefault="00185A1C" w:rsidP="00CB5948">
            <w:pPr>
              <w:jc w:val="right"/>
              <w:textAlignment w:val="bottom"/>
              <w:rPr>
                <w:rFonts w:ascii="Calibri" w:eastAsia="SimSun" w:hAnsi="Calibri" w:cs="Calibri"/>
                <w:color w:val="000000"/>
                <w:lang w:eastAsia="zh-CN"/>
              </w:rPr>
            </w:pPr>
          </w:p>
        </w:tc>
      </w:tr>
      <w:tr w:rsidR="00185A1C" w14:paraId="2E40DDAB"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57F5123C"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10</w:t>
            </w:r>
          </w:p>
        </w:tc>
        <w:tc>
          <w:tcPr>
            <w:tcW w:w="0" w:type="auto"/>
            <w:tcBorders>
              <w:top w:val="nil"/>
              <w:left w:val="nil"/>
              <w:bottom w:val="single" w:sz="4" w:space="0" w:color="auto"/>
              <w:right w:val="single" w:sz="4" w:space="0" w:color="auto"/>
            </w:tcBorders>
            <w:noWrap/>
            <w:vAlign w:val="center"/>
          </w:tcPr>
          <w:p w14:paraId="6FC95ABD"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111725039010</w:t>
            </w:r>
          </w:p>
        </w:tc>
        <w:tc>
          <w:tcPr>
            <w:tcW w:w="3279" w:type="dxa"/>
            <w:tcBorders>
              <w:top w:val="nil"/>
              <w:left w:val="nil"/>
              <w:bottom w:val="single" w:sz="4" w:space="0" w:color="auto"/>
              <w:right w:val="single" w:sz="4" w:space="0" w:color="auto"/>
            </w:tcBorders>
            <w:noWrap/>
            <w:vAlign w:val="center"/>
          </w:tcPr>
          <w:p w14:paraId="1AAB07CA"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KUNCHARAPU MEGHANA</w:t>
            </w:r>
          </w:p>
        </w:tc>
        <w:tc>
          <w:tcPr>
            <w:tcW w:w="917" w:type="dxa"/>
            <w:tcBorders>
              <w:top w:val="nil"/>
              <w:left w:val="nil"/>
              <w:bottom w:val="single" w:sz="4" w:space="0" w:color="auto"/>
              <w:right w:val="nil"/>
            </w:tcBorders>
          </w:tcPr>
          <w:p w14:paraId="2E567F11"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475568DF"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32A5079B"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14</w:t>
            </w:r>
          </w:p>
        </w:tc>
        <w:tc>
          <w:tcPr>
            <w:tcW w:w="876" w:type="dxa"/>
            <w:tcBorders>
              <w:top w:val="nil"/>
              <w:left w:val="nil"/>
              <w:bottom w:val="single" w:sz="4" w:space="0" w:color="auto"/>
              <w:right w:val="nil"/>
            </w:tcBorders>
            <w:vAlign w:val="bottom"/>
          </w:tcPr>
          <w:p w14:paraId="0021A1ED"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34</w:t>
            </w:r>
          </w:p>
        </w:tc>
        <w:tc>
          <w:tcPr>
            <w:tcW w:w="242" w:type="dxa"/>
            <w:tcBorders>
              <w:top w:val="nil"/>
              <w:left w:val="nil"/>
              <w:bottom w:val="single" w:sz="4" w:space="0" w:color="auto"/>
              <w:right w:val="single" w:sz="4" w:space="0" w:color="auto"/>
            </w:tcBorders>
          </w:tcPr>
          <w:p w14:paraId="254DA1B2" w14:textId="77777777" w:rsidR="00185A1C" w:rsidRDefault="00185A1C" w:rsidP="00CB5948">
            <w:pPr>
              <w:jc w:val="right"/>
              <w:textAlignment w:val="bottom"/>
              <w:rPr>
                <w:rFonts w:ascii="Calibri" w:eastAsia="SimSun" w:hAnsi="Calibri" w:cs="Calibri"/>
                <w:color w:val="000000"/>
                <w:lang w:eastAsia="zh-CN"/>
              </w:rPr>
            </w:pPr>
          </w:p>
        </w:tc>
      </w:tr>
      <w:tr w:rsidR="00185A1C" w14:paraId="67529FC3"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0984AD3C"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11</w:t>
            </w:r>
          </w:p>
        </w:tc>
        <w:tc>
          <w:tcPr>
            <w:tcW w:w="0" w:type="auto"/>
            <w:tcBorders>
              <w:top w:val="nil"/>
              <w:left w:val="nil"/>
              <w:bottom w:val="single" w:sz="4" w:space="0" w:color="auto"/>
              <w:right w:val="single" w:sz="4" w:space="0" w:color="auto"/>
            </w:tcBorders>
            <w:noWrap/>
            <w:vAlign w:val="center"/>
          </w:tcPr>
          <w:p w14:paraId="41F68E8B"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111725039011</w:t>
            </w:r>
          </w:p>
        </w:tc>
        <w:tc>
          <w:tcPr>
            <w:tcW w:w="3279" w:type="dxa"/>
            <w:tcBorders>
              <w:top w:val="nil"/>
              <w:left w:val="nil"/>
              <w:bottom w:val="single" w:sz="4" w:space="0" w:color="auto"/>
              <w:right w:val="single" w:sz="4" w:space="0" w:color="auto"/>
            </w:tcBorders>
            <w:noWrap/>
            <w:vAlign w:val="center"/>
          </w:tcPr>
          <w:p w14:paraId="2AC749BB"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MULLAGURI ANKITHA</w:t>
            </w:r>
          </w:p>
        </w:tc>
        <w:tc>
          <w:tcPr>
            <w:tcW w:w="917" w:type="dxa"/>
            <w:tcBorders>
              <w:top w:val="nil"/>
              <w:left w:val="nil"/>
              <w:bottom w:val="single" w:sz="4" w:space="0" w:color="auto"/>
              <w:right w:val="nil"/>
            </w:tcBorders>
          </w:tcPr>
          <w:p w14:paraId="3A645F9A"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37B47A87"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21CD4FE2"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23</w:t>
            </w:r>
          </w:p>
        </w:tc>
        <w:tc>
          <w:tcPr>
            <w:tcW w:w="876" w:type="dxa"/>
            <w:tcBorders>
              <w:top w:val="nil"/>
              <w:left w:val="nil"/>
              <w:bottom w:val="single" w:sz="4" w:space="0" w:color="auto"/>
              <w:right w:val="nil"/>
            </w:tcBorders>
            <w:vAlign w:val="bottom"/>
          </w:tcPr>
          <w:p w14:paraId="5C7E457A"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33</w:t>
            </w:r>
          </w:p>
        </w:tc>
        <w:tc>
          <w:tcPr>
            <w:tcW w:w="242" w:type="dxa"/>
            <w:tcBorders>
              <w:top w:val="nil"/>
              <w:left w:val="nil"/>
              <w:bottom w:val="single" w:sz="4" w:space="0" w:color="auto"/>
              <w:right w:val="single" w:sz="4" w:space="0" w:color="auto"/>
            </w:tcBorders>
          </w:tcPr>
          <w:p w14:paraId="733C31E2" w14:textId="77777777" w:rsidR="00185A1C" w:rsidRDefault="00185A1C" w:rsidP="00CB5948">
            <w:pPr>
              <w:jc w:val="right"/>
              <w:textAlignment w:val="bottom"/>
              <w:rPr>
                <w:rFonts w:ascii="Calibri" w:eastAsia="SimSun" w:hAnsi="Calibri" w:cs="Calibri"/>
                <w:color w:val="000000"/>
                <w:lang w:eastAsia="zh-CN"/>
              </w:rPr>
            </w:pPr>
          </w:p>
        </w:tc>
      </w:tr>
      <w:tr w:rsidR="00185A1C" w14:paraId="28DCDB25"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67C7F4FF"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12</w:t>
            </w:r>
          </w:p>
        </w:tc>
        <w:tc>
          <w:tcPr>
            <w:tcW w:w="0" w:type="auto"/>
            <w:tcBorders>
              <w:top w:val="nil"/>
              <w:left w:val="nil"/>
              <w:bottom w:val="single" w:sz="4" w:space="0" w:color="auto"/>
              <w:right w:val="single" w:sz="4" w:space="0" w:color="auto"/>
            </w:tcBorders>
            <w:noWrap/>
            <w:vAlign w:val="center"/>
          </w:tcPr>
          <w:p w14:paraId="7D0ECFD2"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111725039012</w:t>
            </w:r>
          </w:p>
        </w:tc>
        <w:tc>
          <w:tcPr>
            <w:tcW w:w="3279" w:type="dxa"/>
            <w:tcBorders>
              <w:top w:val="nil"/>
              <w:left w:val="nil"/>
              <w:bottom w:val="single" w:sz="4" w:space="0" w:color="auto"/>
              <w:right w:val="single" w:sz="4" w:space="0" w:color="auto"/>
            </w:tcBorders>
            <w:noWrap/>
            <w:vAlign w:val="center"/>
          </w:tcPr>
          <w:p w14:paraId="3C47AECA"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PABBA SHARANYA</w:t>
            </w:r>
          </w:p>
        </w:tc>
        <w:tc>
          <w:tcPr>
            <w:tcW w:w="917" w:type="dxa"/>
            <w:tcBorders>
              <w:top w:val="nil"/>
              <w:left w:val="nil"/>
              <w:bottom w:val="single" w:sz="4" w:space="0" w:color="auto"/>
              <w:right w:val="nil"/>
            </w:tcBorders>
          </w:tcPr>
          <w:p w14:paraId="25094CD5"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70D54BDC"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41CC37E0"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23</w:t>
            </w:r>
          </w:p>
        </w:tc>
        <w:tc>
          <w:tcPr>
            <w:tcW w:w="876" w:type="dxa"/>
            <w:tcBorders>
              <w:top w:val="nil"/>
              <w:left w:val="nil"/>
              <w:bottom w:val="single" w:sz="4" w:space="0" w:color="auto"/>
              <w:right w:val="nil"/>
            </w:tcBorders>
            <w:vAlign w:val="bottom"/>
          </w:tcPr>
          <w:p w14:paraId="52885714"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35</w:t>
            </w:r>
          </w:p>
        </w:tc>
        <w:tc>
          <w:tcPr>
            <w:tcW w:w="242" w:type="dxa"/>
            <w:tcBorders>
              <w:top w:val="nil"/>
              <w:left w:val="nil"/>
              <w:bottom w:val="single" w:sz="4" w:space="0" w:color="auto"/>
              <w:right w:val="single" w:sz="4" w:space="0" w:color="auto"/>
            </w:tcBorders>
          </w:tcPr>
          <w:p w14:paraId="538177C6" w14:textId="77777777" w:rsidR="00185A1C" w:rsidRDefault="00185A1C" w:rsidP="00CB5948">
            <w:pPr>
              <w:jc w:val="right"/>
              <w:textAlignment w:val="bottom"/>
              <w:rPr>
                <w:rFonts w:ascii="Calibri" w:eastAsia="SimSun" w:hAnsi="Calibri" w:cs="Calibri"/>
                <w:color w:val="000000"/>
                <w:lang w:eastAsia="zh-CN"/>
              </w:rPr>
            </w:pPr>
          </w:p>
        </w:tc>
      </w:tr>
      <w:tr w:rsidR="00185A1C" w14:paraId="3BCD944A"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3BCFE9B7"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13</w:t>
            </w:r>
          </w:p>
        </w:tc>
        <w:tc>
          <w:tcPr>
            <w:tcW w:w="0" w:type="auto"/>
            <w:tcBorders>
              <w:top w:val="nil"/>
              <w:left w:val="nil"/>
              <w:bottom w:val="single" w:sz="4" w:space="0" w:color="auto"/>
              <w:right w:val="single" w:sz="4" w:space="0" w:color="auto"/>
            </w:tcBorders>
            <w:noWrap/>
            <w:vAlign w:val="center"/>
          </w:tcPr>
          <w:p w14:paraId="3245F210"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111725039013</w:t>
            </w:r>
          </w:p>
        </w:tc>
        <w:tc>
          <w:tcPr>
            <w:tcW w:w="3279" w:type="dxa"/>
            <w:tcBorders>
              <w:top w:val="nil"/>
              <w:left w:val="nil"/>
              <w:bottom w:val="single" w:sz="4" w:space="0" w:color="auto"/>
              <w:right w:val="single" w:sz="4" w:space="0" w:color="auto"/>
            </w:tcBorders>
            <w:noWrap/>
            <w:vAlign w:val="center"/>
          </w:tcPr>
          <w:p w14:paraId="40642ED2"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PATTA SRAVANTHI</w:t>
            </w:r>
          </w:p>
        </w:tc>
        <w:tc>
          <w:tcPr>
            <w:tcW w:w="917" w:type="dxa"/>
            <w:tcBorders>
              <w:top w:val="nil"/>
              <w:left w:val="nil"/>
              <w:bottom w:val="single" w:sz="4" w:space="0" w:color="auto"/>
              <w:right w:val="nil"/>
            </w:tcBorders>
          </w:tcPr>
          <w:p w14:paraId="5E65146A"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66CD1673"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64E321DA" w14:textId="77777777" w:rsidR="00185A1C" w:rsidRDefault="00185A1C" w:rsidP="00CB5948">
            <w:pPr>
              <w:jc w:val="right"/>
              <w:textAlignment w:val="bottom"/>
              <w:rPr>
                <w:rFonts w:ascii="Calibri" w:hAnsi="Calibri" w:cs="Calibri"/>
                <w:color w:val="000000"/>
              </w:rPr>
            </w:pPr>
            <w:r>
              <w:rPr>
                <w:rFonts w:ascii="Calibri" w:hAnsi="Calibri" w:cs="Calibri"/>
                <w:color w:val="000000"/>
              </w:rPr>
              <w:t>19</w:t>
            </w:r>
          </w:p>
        </w:tc>
        <w:tc>
          <w:tcPr>
            <w:tcW w:w="876" w:type="dxa"/>
            <w:tcBorders>
              <w:top w:val="nil"/>
              <w:left w:val="nil"/>
              <w:bottom w:val="single" w:sz="4" w:space="0" w:color="auto"/>
              <w:right w:val="nil"/>
            </w:tcBorders>
            <w:vAlign w:val="bottom"/>
          </w:tcPr>
          <w:p w14:paraId="78968D7F"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31</w:t>
            </w:r>
          </w:p>
        </w:tc>
        <w:tc>
          <w:tcPr>
            <w:tcW w:w="242" w:type="dxa"/>
            <w:tcBorders>
              <w:top w:val="nil"/>
              <w:left w:val="nil"/>
              <w:bottom w:val="single" w:sz="4" w:space="0" w:color="auto"/>
              <w:right w:val="single" w:sz="4" w:space="0" w:color="auto"/>
            </w:tcBorders>
          </w:tcPr>
          <w:p w14:paraId="42BF3128" w14:textId="77777777" w:rsidR="00185A1C" w:rsidRDefault="00185A1C" w:rsidP="00CB5948">
            <w:pPr>
              <w:jc w:val="right"/>
              <w:textAlignment w:val="bottom"/>
              <w:rPr>
                <w:rFonts w:ascii="Calibri" w:eastAsia="SimSun" w:hAnsi="Calibri" w:cs="Calibri"/>
                <w:color w:val="000000"/>
                <w:lang w:eastAsia="zh-CN"/>
              </w:rPr>
            </w:pPr>
          </w:p>
        </w:tc>
      </w:tr>
      <w:tr w:rsidR="00185A1C" w14:paraId="5BEC3709"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58BE9CAB"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14</w:t>
            </w:r>
          </w:p>
        </w:tc>
        <w:tc>
          <w:tcPr>
            <w:tcW w:w="0" w:type="auto"/>
            <w:tcBorders>
              <w:top w:val="nil"/>
              <w:left w:val="nil"/>
              <w:bottom w:val="single" w:sz="4" w:space="0" w:color="auto"/>
              <w:right w:val="single" w:sz="4" w:space="0" w:color="auto"/>
            </w:tcBorders>
            <w:noWrap/>
            <w:vAlign w:val="center"/>
          </w:tcPr>
          <w:p w14:paraId="238D3865"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111725039014</w:t>
            </w:r>
          </w:p>
        </w:tc>
        <w:tc>
          <w:tcPr>
            <w:tcW w:w="3279" w:type="dxa"/>
            <w:tcBorders>
              <w:top w:val="nil"/>
              <w:left w:val="nil"/>
              <w:bottom w:val="single" w:sz="4" w:space="0" w:color="auto"/>
              <w:right w:val="single" w:sz="4" w:space="0" w:color="auto"/>
            </w:tcBorders>
            <w:noWrap/>
            <w:vAlign w:val="center"/>
          </w:tcPr>
          <w:p w14:paraId="7BB94039"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PENTAREDDY VELANGANI RUCHIKA</w:t>
            </w:r>
          </w:p>
        </w:tc>
        <w:tc>
          <w:tcPr>
            <w:tcW w:w="917" w:type="dxa"/>
            <w:tcBorders>
              <w:top w:val="nil"/>
              <w:left w:val="nil"/>
              <w:bottom w:val="single" w:sz="4" w:space="0" w:color="auto"/>
              <w:right w:val="nil"/>
            </w:tcBorders>
          </w:tcPr>
          <w:p w14:paraId="0CE1BA21"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4AAE3B5C"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19281B2E" w14:textId="77777777" w:rsidR="00185A1C" w:rsidRDefault="00185A1C" w:rsidP="00CB5948">
            <w:pPr>
              <w:jc w:val="right"/>
              <w:textAlignment w:val="bottom"/>
              <w:rPr>
                <w:rFonts w:ascii="Calibri" w:hAnsi="Calibri" w:cs="Calibri"/>
                <w:color w:val="000000"/>
              </w:rPr>
            </w:pPr>
            <w:r>
              <w:rPr>
                <w:rFonts w:ascii="Calibri" w:hAnsi="Calibri" w:cs="Calibri"/>
                <w:color w:val="000000"/>
              </w:rPr>
              <w:t>20</w:t>
            </w:r>
          </w:p>
        </w:tc>
        <w:tc>
          <w:tcPr>
            <w:tcW w:w="876" w:type="dxa"/>
            <w:tcBorders>
              <w:top w:val="nil"/>
              <w:left w:val="nil"/>
              <w:bottom w:val="single" w:sz="4" w:space="0" w:color="auto"/>
              <w:right w:val="nil"/>
            </w:tcBorders>
            <w:vAlign w:val="bottom"/>
          </w:tcPr>
          <w:p w14:paraId="32A7769F"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37</w:t>
            </w:r>
          </w:p>
        </w:tc>
        <w:tc>
          <w:tcPr>
            <w:tcW w:w="242" w:type="dxa"/>
            <w:tcBorders>
              <w:top w:val="nil"/>
              <w:left w:val="nil"/>
              <w:bottom w:val="single" w:sz="4" w:space="0" w:color="auto"/>
              <w:right w:val="single" w:sz="4" w:space="0" w:color="auto"/>
            </w:tcBorders>
          </w:tcPr>
          <w:p w14:paraId="5D7E9377" w14:textId="77777777" w:rsidR="00185A1C" w:rsidRDefault="00185A1C" w:rsidP="00CB5948">
            <w:pPr>
              <w:jc w:val="right"/>
              <w:textAlignment w:val="bottom"/>
              <w:rPr>
                <w:rFonts w:ascii="Calibri" w:eastAsia="SimSun" w:hAnsi="Calibri" w:cs="Calibri"/>
                <w:color w:val="000000"/>
                <w:lang w:eastAsia="zh-CN"/>
              </w:rPr>
            </w:pPr>
          </w:p>
        </w:tc>
      </w:tr>
      <w:tr w:rsidR="00185A1C" w14:paraId="618D3CA5"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10084950"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15</w:t>
            </w:r>
          </w:p>
        </w:tc>
        <w:tc>
          <w:tcPr>
            <w:tcW w:w="0" w:type="auto"/>
            <w:tcBorders>
              <w:top w:val="nil"/>
              <w:left w:val="nil"/>
              <w:bottom w:val="single" w:sz="4" w:space="0" w:color="auto"/>
              <w:right w:val="single" w:sz="4" w:space="0" w:color="auto"/>
            </w:tcBorders>
            <w:noWrap/>
            <w:vAlign w:val="center"/>
          </w:tcPr>
          <w:p w14:paraId="28F12AE6"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111725039015</w:t>
            </w:r>
          </w:p>
        </w:tc>
        <w:tc>
          <w:tcPr>
            <w:tcW w:w="3279" w:type="dxa"/>
            <w:tcBorders>
              <w:top w:val="nil"/>
              <w:left w:val="nil"/>
              <w:bottom w:val="single" w:sz="4" w:space="0" w:color="auto"/>
              <w:right w:val="single" w:sz="4" w:space="0" w:color="auto"/>
            </w:tcBorders>
            <w:noWrap/>
            <w:vAlign w:val="center"/>
          </w:tcPr>
          <w:p w14:paraId="4707932B"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PITTALA JAYA DURGA</w:t>
            </w:r>
          </w:p>
        </w:tc>
        <w:tc>
          <w:tcPr>
            <w:tcW w:w="917" w:type="dxa"/>
            <w:tcBorders>
              <w:top w:val="nil"/>
              <w:left w:val="nil"/>
              <w:bottom w:val="single" w:sz="4" w:space="0" w:color="auto"/>
              <w:right w:val="nil"/>
            </w:tcBorders>
          </w:tcPr>
          <w:p w14:paraId="08A5BBC1"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59209A80"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52D413F7"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22</w:t>
            </w:r>
          </w:p>
        </w:tc>
        <w:tc>
          <w:tcPr>
            <w:tcW w:w="876" w:type="dxa"/>
            <w:tcBorders>
              <w:top w:val="nil"/>
              <w:left w:val="nil"/>
              <w:bottom w:val="single" w:sz="4" w:space="0" w:color="auto"/>
              <w:right w:val="nil"/>
            </w:tcBorders>
            <w:vAlign w:val="bottom"/>
          </w:tcPr>
          <w:p w14:paraId="2D0EC10D"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27</w:t>
            </w:r>
          </w:p>
        </w:tc>
        <w:tc>
          <w:tcPr>
            <w:tcW w:w="242" w:type="dxa"/>
            <w:tcBorders>
              <w:top w:val="nil"/>
              <w:left w:val="nil"/>
              <w:bottom w:val="single" w:sz="4" w:space="0" w:color="auto"/>
              <w:right w:val="single" w:sz="4" w:space="0" w:color="auto"/>
            </w:tcBorders>
          </w:tcPr>
          <w:p w14:paraId="2A10CCCA" w14:textId="77777777" w:rsidR="00185A1C" w:rsidRDefault="00185A1C" w:rsidP="00CB5948">
            <w:pPr>
              <w:jc w:val="right"/>
              <w:textAlignment w:val="bottom"/>
              <w:rPr>
                <w:rFonts w:ascii="Calibri" w:eastAsia="SimSun" w:hAnsi="Calibri" w:cs="Calibri"/>
                <w:color w:val="000000"/>
                <w:lang w:eastAsia="zh-CN"/>
              </w:rPr>
            </w:pPr>
          </w:p>
        </w:tc>
      </w:tr>
      <w:tr w:rsidR="00185A1C" w14:paraId="501C8EF6"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025C68ED"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16</w:t>
            </w:r>
          </w:p>
        </w:tc>
        <w:tc>
          <w:tcPr>
            <w:tcW w:w="0" w:type="auto"/>
            <w:tcBorders>
              <w:top w:val="nil"/>
              <w:left w:val="nil"/>
              <w:bottom w:val="single" w:sz="4" w:space="0" w:color="auto"/>
              <w:right w:val="single" w:sz="4" w:space="0" w:color="auto"/>
            </w:tcBorders>
            <w:noWrap/>
            <w:vAlign w:val="center"/>
          </w:tcPr>
          <w:p w14:paraId="2E31FD8D"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111725039016</w:t>
            </w:r>
          </w:p>
        </w:tc>
        <w:tc>
          <w:tcPr>
            <w:tcW w:w="3279" w:type="dxa"/>
            <w:tcBorders>
              <w:top w:val="nil"/>
              <w:left w:val="nil"/>
              <w:bottom w:val="single" w:sz="4" w:space="0" w:color="auto"/>
              <w:right w:val="single" w:sz="4" w:space="0" w:color="auto"/>
            </w:tcBorders>
            <w:noWrap/>
            <w:vAlign w:val="center"/>
          </w:tcPr>
          <w:p w14:paraId="4ED8DF91"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PONNAM SUPRIYA</w:t>
            </w:r>
          </w:p>
        </w:tc>
        <w:tc>
          <w:tcPr>
            <w:tcW w:w="917" w:type="dxa"/>
            <w:tcBorders>
              <w:top w:val="nil"/>
              <w:left w:val="nil"/>
              <w:bottom w:val="single" w:sz="4" w:space="0" w:color="auto"/>
              <w:right w:val="nil"/>
            </w:tcBorders>
          </w:tcPr>
          <w:p w14:paraId="7105AA3F"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0161144C"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0454602F" w14:textId="77777777" w:rsidR="00185A1C" w:rsidRDefault="00185A1C" w:rsidP="00CB5948">
            <w:pPr>
              <w:jc w:val="right"/>
              <w:textAlignment w:val="bottom"/>
              <w:rPr>
                <w:rFonts w:ascii="Calibri" w:hAnsi="Calibri" w:cs="Calibri"/>
                <w:color w:val="000000"/>
              </w:rPr>
            </w:pPr>
            <w:r>
              <w:rPr>
                <w:rFonts w:ascii="Calibri" w:hAnsi="Calibri" w:cs="Calibri"/>
                <w:color w:val="000000"/>
              </w:rPr>
              <w:t>17</w:t>
            </w:r>
          </w:p>
        </w:tc>
        <w:tc>
          <w:tcPr>
            <w:tcW w:w="876" w:type="dxa"/>
            <w:tcBorders>
              <w:top w:val="nil"/>
              <w:left w:val="nil"/>
              <w:bottom w:val="single" w:sz="4" w:space="0" w:color="auto"/>
              <w:right w:val="nil"/>
            </w:tcBorders>
            <w:vAlign w:val="bottom"/>
          </w:tcPr>
          <w:p w14:paraId="33FAA3DF"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21</w:t>
            </w:r>
          </w:p>
        </w:tc>
        <w:tc>
          <w:tcPr>
            <w:tcW w:w="242" w:type="dxa"/>
            <w:tcBorders>
              <w:top w:val="nil"/>
              <w:left w:val="nil"/>
              <w:bottom w:val="single" w:sz="4" w:space="0" w:color="auto"/>
              <w:right w:val="single" w:sz="4" w:space="0" w:color="auto"/>
            </w:tcBorders>
          </w:tcPr>
          <w:p w14:paraId="316D7B36" w14:textId="77777777" w:rsidR="00185A1C" w:rsidRDefault="00185A1C" w:rsidP="00CB5948">
            <w:pPr>
              <w:jc w:val="right"/>
              <w:textAlignment w:val="bottom"/>
              <w:rPr>
                <w:rFonts w:ascii="Calibri" w:eastAsia="SimSun" w:hAnsi="Calibri" w:cs="Calibri"/>
                <w:color w:val="000000"/>
                <w:lang w:eastAsia="zh-CN"/>
              </w:rPr>
            </w:pPr>
          </w:p>
        </w:tc>
      </w:tr>
      <w:tr w:rsidR="00185A1C" w14:paraId="08FE4B77"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72A5485F"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17</w:t>
            </w:r>
          </w:p>
        </w:tc>
        <w:tc>
          <w:tcPr>
            <w:tcW w:w="0" w:type="auto"/>
            <w:tcBorders>
              <w:top w:val="nil"/>
              <w:left w:val="nil"/>
              <w:bottom w:val="single" w:sz="4" w:space="0" w:color="auto"/>
              <w:right w:val="single" w:sz="4" w:space="0" w:color="auto"/>
            </w:tcBorders>
            <w:noWrap/>
            <w:vAlign w:val="center"/>
          </w:tcPr>
          <w:p w14:paraId="49D6544E"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111725039017</w:t>
            </w:r>
          </w:p>
        </w:tc>
        <w:tc>
          <w:tcPr>
            <w:tcW w:w="3279" w:type="dxa"/>
            <w:tcBorders>
              <w:top w:val="nil"/>
              <w:left w:val="nil"/>
              <w:bottom w:val="single" w:sz="4" w:space="0" w:color="auto"/>
              <w:right w:val="single" w:sz="4" w:space="0" w:color="auto"/>
            </w:tcBorders>
            <w:noWrap/>
            <w:vAlign w:val="center"/>
          </w:tcPr>
          <w:p w14:paraId="3E6D0E7A"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SHAREEN RENETA JOHNSON</w:t>
            </w:r>
          </w:p>
        </w:tc>
        <w:tc>
          <w:tcPr>
            <w:tcW w:w="917" w:type="dxa"/>
            <w:tcBorders>
              <w:top w:val="nil"/>
              <w:left w:val="nil"/>
              <w:bottom w:val="single" w:sz="4" w:space="0" w:color="auto"/>
              <w:right w:val="nil"/>
            </w:tcBorders>
          </w:tcPr>
          <w:p w14:paraId="78D12580"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0A988EC6"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19A9EB5E" w14:textId="77777777" w:rsidR="00185A1C" w:rsidRDefault="00185A1C" w:rsidP="00CB5948">
            <w:pPr>
              <w:jc w:val="right"/>
              <w:textAlignment w:val="bottom"/>
              <w:rPr>
                <w:rFonts w:ascii="Calibri" w:hAnsi="Calibri" w:cs="Calibri"/>
                <w:color w:val="000000"/>
              </w:rPr>
            </w:pPr>
            <w:r>
              <w:rPr>
                <w:rFonts w:ascii="Calibri" w:hAnsi="Calibri" w:cs="Calibri"/>
                <w:color w:val="000000"/>
              </w:rPr>
              <w:t>25</w:t>
            </w:r>
          </w:p>
        </w:tc>
        <w:tc>
          <w:tcPr>
            <w:tcW w:w="876" w:type="dxa"/>
            <w:tcBorders>
              <w:top w:val="nil"/>
              <w:left w:val="nil"/>
              <w:bottom w:val="single" w:sz="4" w:space="0" w:color="auto"/>
              <w:right w:val="nil"/>
            </w:tcBorders>
            <w:vAlign w:val="bottom"/>
          </w:tcPr>
          <w:p w14:paraId="26B739C9"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34</w:t>
            </w:r>
          </w:p>
        </w:tc>
        <w:tc>
          <w:tcPr>
            <w:tcW w:w="242" w:type="dxa"/>
            <w:tcBorders>
              <w:top w:val="nil"/>
              <w:left w:val="nil"/>
              <w:bottom w:val="single" w:sz="4" w:space="0" w:color="auto"/>
              <w:right w:val="single" w:sz="4" w:space="0" w:color="auto"/>
            </w:tcBorders>
          </w:tcPr>
          <w:p w14:paraId="5E30962E" w14:textId="77777777" w:rsidR="00185A1C" w:rsidRDefault="00185A1C" w:rsidP="00CB5948">
            <w:pPr>
              <w:jc w:val="right"/>
              <w:textAlignment w:val="bottom"/>
              <w:rPr>
                <w:rFonts w:ascii="Calibri" w:eastAsia="SimSun" w:hAnsi="Calibri" w:cs="Calibri"/>
                <w:color w:val="000000"/>
                <w:lang w:eastAsia="zh-CN"/>
              </w:rPr>
            </w:pPr>
          </w:p>
        </w:tc>
      </w:tr>
      <w:tr w:rsidR="00185A1C" w14:paraId="522CE055"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1EA1C529"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18</w:t>
            </w:r>
          </w:p>
        </w:tc>
        <w:tc>
          <w:tcPr>
            <w:tcW w:w="0" w:type="auto"/>
            <w:tcBorders>
              <w:top w:val="nil"/>
              <w:left w:val="nil"/>
              <w:bottom w:val="single" w:sz="4" w:space="0" w:color="auto"/>
              <w:right w:val="single" w:sz="4" w:space="0" w:color="auto"/>
            </w:tcBorders>
            <w:noWrap/>
            <w:vAlign w:val="center"/>
          </w:tcPr>
          <w:p w14:paraId="3F1580D3"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111725039018</w:t>
            </w:r>
          </w:p>
        </w:tc>
        <w:tc>
          <w:tcPr>
            <w:tcW w:w="3279" w:type="dxa"/>
            <w:tcBorders>
              <w:top w:val="nil"/>
              <w:left w:val="nil"/>
              <w:bottom w:val="single" w:sz="4" w:space="0" w:color="auto"/>
              <w:right w:val="single" w:sz="4" w:space="0" w:color="auto"/>
            </w:tcBorders>
            <w:noWrap/>
            <w:vAlign w:val="center"/>
          </w:tcPr>
          <w:p w14:paraId="36FBEAB5"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TANVEER FATIMA</w:t>
            </w:r>
          </w:p>
        </w:tc>
        <w:tc>
          <w:tcPr>
            <w:tcW w:w="917" w:type="dxa"/>
            <w:tcBorders>
              <w:top w:val="nil"/>
              <w:left w:val="nil"/>
              <w:bottom w:val="single" w:sz="4" w:space="0" w:color="auto"/>
              <w:right w:val="nil"/>
            </w:tcBorders>
          </w:tcPr>
          <w:p w14:paraId="7967E33D"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218591EC"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1C3BE0D4"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14</w:t>
            </w:r>
          </w:p>
        </w:tc>
        <w:tc>
          <w:tcPr>
            <w:tcW w:w="876" w:type="dxa"/>
            <w:tcBorders>
              <w:top w:val="nil"/>
              <w:left w:val="nil"/>
              <w:bottom w:val="single" w:sz="4" w:space="0" w:color="auto"/>
              <w:right w:val="nil"/>
            </w:tcBorders>
            <w:vAlign w:val="bottom"/>
          </w:tcPr>
          <w:p w14:paraId="402CF38A"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31</w:t>
            </w:r>
          </w:p>
        </w:tc>
        <w:tc>
          <w:tcPr>
            <w:tcW w:w="242" w:type="dxa"/>
            <w:tcBorders>
              <w:top w:val="nil"/>
              <w:left w:val="nil"/>
              <w:bottom w:val="single" w:sz="4" w:space="0" w:color="auto"/>
              <w:right w:val="single" w:sz="4" w:space="0" w:color="auto"/>
            </w:tcBorders>
          </w:tcPr>
          <w:p w14:paraId="1787DCC3" w14:textId="77777777" w:rsidR="00185A1C" w:rsidRDefault="00185A1C" w:rsidP="00CB5948">
            <w:pPr>
              <w:jc w:val="right"/>
              <w:textAlignment w:val="bottom"/>
              <w:rPr>
                <w:rFonts w:ascii="Calibri" w:eastAsia="SimSun" w:hAnsi="Calibri" w:cs="Calibri"/>
                <w:color w:val="000000"/>
                <w:lang w:eastAsia="zh-CN"/>
              </w:rPr>
            </w:pPr>
          </w:p>
        </w:tc>
      </w:tr>
      <w:tr w:rsidR="00185A1C" w14:paraId="09CF48D7"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1EA6FF43"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19</w:t>
            </w:r>
          </w:p>
        </w:tc>
        <w:tc>
          <w:tcPr>
            <w:tcW w:w="0" w:type="auto"/>
            <w:tcBorders>
              <w:top w:val="nil"/>
              <w:left w:val="nil"/>
              <w:bottom w:val="single" w:sz="4" w:space="0" w:color="auto"/>
              <w:right w:val="single" w:sz="4" w:space="0" w:color="auto"/>
            </w:tcBorders>
            <w:noWrap/>
            <w:vAlign w:val="center"/>
          </w:tcPr>
          <w:p w14:paraId="079B73C7"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111725039019</w:t>
            </w:r>
          </w:p>
        </w:tc>
        <w:tc>
          <w:tcPr>
            <w:tcW w:w="3279" w:type="dxa"/>
            <w:tcBorders>
              <w:top w:val="nil"/>
              <w:left w:val="nil"/>
              <w:bottom w:val="single" w:sz="4" w:space="0" w:color="auto"/>
              <w:right w:val="single" w:sz="4" w:space="0" w:color="auto"/>
            </w:tcBorders>
            <w:noWrap/>
            <w:vAlign w:val="center"/>
          </w:tcPr>
          <w:p w14:paraId="71B542E0"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THUMMA AKSHITHA</w:t>
            </w:r>
          </w:p>
        </w:tc>
        <w:tc>
          <w:tcPr>
            <w:tcW w:w="917" w:type="dxa"/>
            <w:tcBorders>
              <w:top w:val="nil"/>
              <w:left w:val="nil"/>
              <w:bottom w:val="single" w:sz="4" w:space="0" w:color="auto"/>
              <w:right w:val="nil"/>
            </w:tcBorders>
          </w:tcPr>
          <w:p w14:paraId="51D3844F"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3A87AB22"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01BD086E" w14:textId="77777777" w:rsidR="00185A1C" w:rsidRDefault="00185A1C" w:rsidP="00CB5948">
            <w:pPr>
              <w:jc w:val="right"/>
              <w:textAlignment w:val="bottom"/>
              <w:rPr>
                <w:rFonts w:ascii="Calibri" w:hAnsi="Calibri" w:cs="Calibri"/>
                <w:color w:val="000000"/>
              </w:rPr>
            </w:pPr>
            <w:r>
              <w:rPr>
                <w:rFonts w:ascii="Calibri" w:hAnsi="Calibri" w:cs="Calibri"/>
                <w:color w:val="000000"/>
              </w:rPr>
              <w:t>11</w:t>
            </w:r>
          </w:p>
        </w:tc>
        <w:tc>
          <w:tcPr>
            <w:tcW w:w="876" w:type="dxa"/>
            <w:tcBorders>
              <w:top w:val="nil"/>
              <w:left w:val="nil"/>
              <w:bottom w:val="single" w:sz="4" w:space="0" w:color="auto"/>
              <w:right w:val="nil"/>
            </w:tcBorders>
            <w:vAlign w:val="bottom"/>
          </w:tcPr>
          <w:p w14:paraId="4BF9059A"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29</w:t>
            </w:r>
          </w:p>
        </w:tc>
        <w:tc>
          <w:tcPr>
            <w:tcW w:w="242" w:type="dxa"/>
            <w:tcBorders>
              <w:top w:val="nil"/>
              <w:left w:val="nil"/>
              <w:bottom w:val="single" w:sz="4" w:space="0" w:color="auto"/>
              <w:right w:val="single" w:sz="4" w:space="0" w:color="auto"/>
            </w:tcBorders>
          </w:tcPr>
          <w:p w14:paraId="2B58D425" w14:textId="77777777" w:rsidR="00185A1C" w:rsidRDefault="00185A1C" w:rsidP="00CB5948">
            <w:pPr>
              <w:jc w:val="right"/>
              <w:textAlignment w:val="bottom"/>
              <w:rPr>
                <w:rFonts w:ascii="Calibri" w:eastAsia="SimSun" w:hAnsi="Calibri" w:cs="Calibri"/>
                <w:color w:val="000000"/>
                <w:lang w:eastAsia="zh-CN"/>
              </w:rPr>
            </w:pPr>
          </w:p>
        </w:tc>
      </w:tr>
      <w:tr w:rsidR="00185A1C" w14:paraId="7F86F32E"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702A18D3"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20</w:t>
            </w:r>
          </w:p>
        </w:tc>
        <w:tc>
          <w:tcPr>
            <w:tcW w:w="0" w:type="auto"/>
            <w:tcBorders>
              <w:top w:val="nil"/>
              <w:left w:val="nil"/>
              <w:bottom w:val="single" w:sz="4" w:space="0" w:color="auto"/>
              <w:right w:val="single" w:sz="4" w:space="0" w:color="auto"/>
            </w:tcBorders>
            <w:noWrap/>
            <w:vAlign w:val="center"/>
          </w:tcPr>
          <w:p w14:paraId="1A0743C0"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111725039020</w:t>
            </w:r>
          </w:p>
        </w:tc>
        <w:tc>
          <w:tcPr>
            <w:tcW w:w="3279" w:type="dxa"/>
            <w:tcBorders>
              <w:top w:val="nil"/>
              <w:left w:val="nil"/>
              <w:bottom w:val="single" w:sz="4" w:space="0" w:color="auto"/>
              <w:right w:val="single" w:sz="4" w:space="0" w:color="auto"/>
            </w:tcBorders>
            <w:noWrap/>
            <w:vAlign w:val="center"/>
          </w:tcPr>
          <w:p w14:paraId="23BEE236"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T J DEBORAH JACIN</w:t>
            </w:r>
          </w:p>
        </w:tc>
        <w:tc>
          <w:tcPr>
            <w:tcW w:w="917" w:type="dxa"/>
            <w:tcBorders>
              <w:top w:val="nil"/>
              <w:left w:val="nil"/>
              <w:bottom w:val="single" w:sz="4" w:space="0" w:color="auto"/>
              <w:right w:val="nil"/>
            </w:tcBorders>
          </w:tcPr>
          <w:p w14:paraId="6CF8F3B4"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25AA222D"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0AEDCD7A" w14:textId="77777777" w:rsidR="00185A1C" w:rsidRDefault="00185A1C" w:rsidP="00CB5948">
            <w:pPr>
              <w:jc w:val="right"/>
              <w:textAlignment w:val="bottom"/>
              <w:rPr>
                <w:rFonts w:ascii="Calibri" w:hAnsi="Calibri" w:cs="Calibri"/>
                <w:color w:val="000000"/>
              </w:rPr>
            </w:pPr>
            <w:r>
              <w:rPr>
                <w:rFonts w:ascii="Calibri" w:hAnsi="Calibri" w:cs="Calibri"/>
                <w:color w:val="000000"/>
              </w:rPr>
              <w:t>20</w:t>
            </w:r>
          </w:p>
        </w:tc>
        <w:tc>
          <w:tcPr>
            <w:tcW w:w="876" w:type="dxa"/>
            <w:tcBorders>
              <w:top w:val="nil"/>
              <w:left w:val="nil"/>
              <w:bottom w:val="single" w:sz="4" w:space="0" w:color="auto"/>
              <w:right w:val="nil"/>
            </w:tcBorders>
            <w:vAlign w:val="bottom"/>
          </w:tcPr>
          <w:p w14:paraId="5FF06C7A"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28</w:t>
            </w:r>
          </w:p>
        </w:tc>
        <w:tc>
          <w:tcPr>
            <w:tcW w:w="242" w:type="dxa"/>
            <w:tcBorders>
              <w:top w:val="nil"/>
              <w:left w:val="nil"/>
              <w:bottom w:val="single" w:sz="4" w:space="0" w:color="auto"/>
              <w:right w:val="single" w:sz="4" w:space="0" w:color="auto"/>
            </w:tcBorders>
          </w:tcPr>
          <w:p w14:paraId="257E7623" w14:textId="77777777" w:rsidR="00185A1C" w:rsidRDefault="00185A1C" w:rsidP="00CB5948">
            <w:pPr>
              <w:jc w:val="right"/>
              <w:textAlignment w:val="bottom"/>
              <w:rPr>
                <w:rFonts w:ascii="Calibri" w:eastAsia="SimSun" w:hAnsi="Calibri" w:cs="Calibri"/>
                <w:color w:val="000000"/>
                <w:lang w:eastAsia="zh-CN"/>
              </w:rPr>
            </w:pPr>
          </w:p>
        </w:tc>
      </w:tr>
      <w:tr w:rsidR="00185A1C" w14:paraId="76EAC699"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772C1D13"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21</w:t>
            </w:r>
          </w:p>
        </w:tc>
        <w:tc>
          <w:tcPr>
            <w:tcW w:w="0" w:type="auto"/>
            <w:tcBorders>
              <w:top w:val="nil"/>
              <w:left w:val="nil"/>
              <w:bottom w:val="single" w:sz="4" w:space="0" w:color="auto"/>
              <w:right w:val="single" w:sz="4" w:space="0" w:color="auto"/>
            </w:tcBorders>
            <w:noWrap/>
            <w:vAlign w:val="center"/>
          </w:tcPr>
          <w:p w14:paraId="72645B5C"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111725039021</w:t>
            </w:r>
          </w:p>
        </w:tc>
        <w:tc>
          <w:tcPr>
            <w:tcW w:w="3279" w:type="dxa"/>
            <w:tcBorders>
              <w:top w:val="nil"/>
              <w:left w:val="nil"/>
              <w:bottom w:val="single" w:sz="4" w:space="0" w:color="auto"/>
              <w:right w:val="single" w:sz="4" w:space="0" w:color="auto"/>
            </w:tcBorders>
            <w:noWrap/>
            <w:vAlign w:val="center"/>
          </w:tcPr>
          <w:p w14:paraId="0F11C333"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TANDALE NETHANYA SIPPORA</w:t>
            </w:r>
          </w:p>
        </w:tc>
        <w:tc>
          <w:tcPr>
            <w:tcW w:w="917" w:type="dxa"/>
            <w:tcBorders>
              <w:top w:val="nil"/>
              <w:left w:val="nil"/>
              <w:bottom w:val="single" w:sz="4" w:space="0" w:color="auto"/>
              <w:right w:val="nil"/>
            </w:tcBorders>
          </w:tcPr>
          <w:p w14:paraId="377A28DC"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647E55A3"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5DA846A0"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22</w:t>
            </w:r>
          </w:p>
        </w:tc>
        <w:tc>
          <w:tcPr>
            <w:tcW w:w="876" w:type="dxa"/>
            <w:tcBorders>
              <w:top w:val="nil"/>
              <w:left w:val="nil"/>
              <w:bottom w:val="single" w:sz="4" w:space="0" w:color="auto"/>
              <w:right w:val="nil"/>
            </w:tcBorders>
            <w:vAlign w:val="bottom"/>
          </w:tcPr>
          <w:p w14:paraId="1BAA3DFF"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25</w:t>
            </w:r>
          </w:p>
        </w:tc>
        <w:tc>
          <w:tcPr>
            <w:tcW w:w="242" w:type="dxa"/>
            <w:tcBorders>
              <w:top w:val="nil"/>
              <w:left w:val="nil"/>
              <w:bottom w:val="single" w:sz="4" w:space="0" w:color="auto"/>
              <w:right w:val="single" w:sz="4" w:space="0" w:color="auto"/>
            </w:tcBorders>
          </w:tcPr>
          <w:p w14:paraId="6D191941" w14:textId="77777777" w:rsidR="00185A1C" w:rsidRDefault="00185A1C" w:rsidP="00CB5948">
            <w:pPr>
              <w:jc w:val="right"/>
              <w:textAlignment w:val="bottom"/>
              <w:rPr>
                <w:rFonts w:ascii="Calibri" w:eastAsia="SimSun" w:hAnsi="Calibri" w:cs="Calibri"/>
                <w:color w:val="000000"/>
                <w:lang w:eastAsia="zh-CN"/>
              </w:rPr>
            </w:pPr>
          </w:p>
        </w:tc>
      </w:tr>
      <w:tr w:rsidR="00185A1C" w14:paraId="56CAD83B"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27D1E2AE"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22</w:t>
            </w:r>
          </w:p>
        </w:tc>
        <w:tc>
          <w:tcPr>
            <w:tcW w:w="0" w:type="auto"/>
            <w:tcBorders>
              <w:top w:val="nil"/>
              <w:left w:val="nil"/>
              <w:bottom w:val="single" w:sz="4" w:space="0" w:color="auto"/>
              <w:right w:val="single" w:sz="4" w:space="0" w:color="auto"/>
            </w:tcBorders>
            <w:noWrap/>
            <w:vAlign w:val="center"/>
          </w:tcPr>
          <w:p w14:paraId="39F1F3DE"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111725039022</w:t>
            </w:r>
          </w:p>
        </w:tc>
        <w:tc>
          <w:tcPr>
            <w:tcW w:w="3279" w:type="dxa"/>
            <w:tcBorders>
              <w:top w:val="nil"/>
              <w:left w:val="nil"/>
              <w:bottom w:val="single" w:sz="4" w:space="0" w:color="auto"/>
              <w:right w:val="single" w:sz="4" w:space="0" w:color="auto"/>
            </w:tcBorders>
            <w:noWrap/>
            <w:vAlign w:val="center"/>
          </w:tcPr>
          <w:p w14:paraId="12257081"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YARAKARAJU VEENA MADHURI</w:t>
            </w:r>
          </w:p>
        </w:tc>
        <w:tc>
          <w:tcPr>
            <w:tcW w:w="917" w:type="dxa"/>
            <w:tcBorders>
              <w:top w:val="nil"/>
              <w:left w:val="nil"/>
              <w:bottom w:val="single" w:sz="4" w:space="0" w:color="auto"/>
              <w:right w:val="nil"/>
            </w:tcBorders>
          </w:tcPr>
          <w:p w14:paraId="4159CB12"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2CD052F3"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4F0AECD9" w14:textId="77777777" w:rsidR="00185A1C" w:rsidRDefault="00185A1C" w:rsidP="00CB5948">
            <w:pPr>
              <w:jc w:val="right"/>
              <w:textAlignment w:val="bottom"/>
              <w:rPr>
                <w:rFonts w:ascii="Calibri" w:hAnsi="Calibri" w:cs="Calibri"/>
                <w:color w:val="000000"/>
              </w:rPr>
            </w:pPr>
            <w:r>
              <w:rPr>
                <w:rFonts w:ascii="Calibri" w:hAnsi="Calibri" w:cs="Calibri"/>
                <w:color w:val="000000"/>
              </w:rPr>
              <w:t>25</w:t>
            </w:r>
          </w:p>
        </w:tc>
        <w:tc>
          <w:tcPr>
            <w:tcW w:w="876" w:type="dxa"/>
            <w:tcBorders>
              <w:top w:val="nil"/>
              <w:left w:val="nil"/>
              <w:bottom w:val="single" w:sz="4" w:space="0" w:color="auto"/>
              <w:right w:val="nil"/>
            </w:tcBorders>
            <w:vAlign w:val="bottom"/>
          </w:tcPr>
          <w:p w14:paraId="712D1FFD"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48</w:t>
            </w:r>
          </w:p>
        </w:tc>
        <w:tc>
          <w:tcPr>
            <w:tcW w:w="242" w:type="dxa"/>
            <w:tcBorders>
              <w:top w:val="nil"/>
              <w:left w:val="nil"/>
              <w:bottom w:val="single" w:sz="4" w:space="0" w:color="auto"/>
              <w:right w:val="single" w:sz="4" w:space="0" w:color="auto"/>
            </w:tcBorders>
          </w:tcPr>
          <w:p w14:paraId="6B3120F9" w14:textId="77777777" w:rsidR="00185A1C" w:rsidRDefault="00185A1C" w:rsidP="00CB5948">
            <w:pPr>
              <w:jc w:val="right"/>
              <w:textAlignment w:val="bottom"/>
              <w:rPr>
                <w:rFonts w:ascii="Calibri" w:eastAsia="SimSun" w:hAnsi="Calibri" w:cs="Calibri"/>
                <w:color w:val="000000"/>
                <w:lang w:eastAsia="zh-CN"/>
              </w:rPr>
            </w:pPr>
          </w:p>
        </w:tc>
      </w:tr>
      <w:tr w:rsidR="00185A1C" w14:paraId="76E00236"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3ED63F4D"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23</w:t>
            </w:r>
          </w:p>
        </w:tc>
        <w:tc>
          <w:tcPr>
            <w:tcW w:w="0" w:type="auto"/>
            <w:tcBorders>
              <w:top w:val="nil"/>
              <w:left w:val="nil"/>
              <w:bottom w:val="single" w:sz="4" w:space="0" w:color="auto"/>
              <w:right w:val="single" w:sz="4" w:space="0" w:color="auto"/>
            </w:tcBorders>
            <w:noWrap/>
            <w:vAlign w:val="center"/>
          </w:tcPr>
          <w:p w14:paraId="3C474E15"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111725039023</w:t>
            </w:r>
          </w:p>
        </w:tc>
        <w:tc>
          <w:tcPr>
            <w:tcW w:w="3279" w:type="dxa"/>
            <w:tcBorders>
              <w:top w:val="nil"/>
              <w:left w:val="nil"/>
              <w:bottom w:val="single" w:sz="4" w:space="0" w:color="auto"/>
              <w:right w:val="single" w:sz="4" w:space="0" w:color="auto"/>
            </w:tcBorders>
            <w:noWrap/>
            <w:vAlign w:val="center"/>
          </w:tcPr>
          <w:p w14:paraId="168B3EB1"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ANGADIPETA DURGAPRASAD GOUD</w:t>
            </w:r>
          </w:p>
        </w:tc>
        <w:tc>
          <w:tcPr>
            <w:tcW w:w="917" w:type="dxa"/>
            <w:tcBorders>
              <w:top w:val="nil"/>
              <w:left w:val="nil"/>
              <w:bottom w:val="single" w:sz="4" w:space="0" w:color="auto"/>
              <w:right w:val="nil"/>
            </w:tcBorders>
          </w:tcPr>
          <w:p w14:paraId="76F0D594"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103E8156"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48F46961" w14:textId="77777777" w:rsidR="00185A1C" w:rsidRDefault="00185A1C" w:rsidP="00CB5948">
            <w:pPr>
              <w:jc w:val="right"/>
              <w:textAlignment w:val="bottom"/>
              <w:rPr>
                <w:rFonts w:ascii="Calibri" w:hAnsi="Calibri" w:cs="Calibri"/>
                <w:color w:val="000000"/>
              </w:rPr>
            </w:pPr>
            <w:r>
              <w:rPr>
                <w:rFonts w:ascii="Calibri" w:hAnsi="Calibri" w:cs="Calibri"/>
                <w:color w:val="000000"/>
              </w:rPr>
              <w:t>22</w:t>
            </w:r>
          </w:p>
        </w:tc>
        <w:tc>
          <w:tcPr>
            <w:tcW w:w="876" w:type="dxa"/>
            <w:tcBorders>
              <w:top w:val="nil"/>
              <w:left w:val="nil"/>
              <w:bottom w:val="single" w:sz="4" w:space="0" w:color="auto"/>
              <w:right w:val="nil"/>
            </w:tcBorders>
            <w:vAlign w:val="bottom"/>
          </w:tcPr>
          <w:p w14:paraId="637B7D5C"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30</w:t>
            </w:r>
          </w:p>
        </w:tc>
        <w:tc>
          <w:tcPr>
            <w:tcW w:w="242" w:type="dxa"/>
            <w:tcBorders>
              <w:top w:val="nil"/>
              <w:left w:val="nil"/>
              <w:bottom w:val="single" w:sz="4" w:space="0" w:color="auto"/>
              <w:right w:val="single" w:sz="4" w:space="0" w:color="auto"/>
            </w:tcBorders>
          </w:tcPr>
          <w:p w14:paraId="13852B6F" w14:textId="77777777" w:rsidR="00185A1C" w:rsidRDefault="00185A1C" w:rsidP="00CB5948">
            <w:pPr>
              <w:jc w:val="right"/>
              <w:textAlignment w:val="bottom"/>
              <w:rPr>
                <w:rFonts w:ascii="Calibri" w:eastAsia="SimSun" w:hAnsi="Calibri" w:cs="Calibri"/>
                <w:color w:val="000000"/>
                <w:lang w:eastAsia="zh-CN"/>
              </w:rPr>
            </w:pPr>
          </w:p>
        </w:tc>
      </w:tr>
      <w:tr w:rsidR="00185A1C" w14:paraId="4267A4B0"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0AC1B700"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24</w:t>
            </w:r>
          </w:p>
        </w:tc>
        <w:tc>
          <w:tcPr>
            <w:tcW w:w="0" w:type="auto"/>
            <w:tcBorders>
              <w:top w:val="nil"/>
              <w:left w:val="nil"/>
              <w:bottom w:val="single" w:sz="4" w:space="0" w:color="auto"/>
              <w:right w:val="single" w:sz="4" w:space="0" w:color="auto"/>
            </w:tcBorders>
            <w:noWrap/>
            <w:vAlign w:val="center"/>
          </w:tcPr>
          <w:p w14:paraId="44962556"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111725039024</w:t>
            </w:r>
          </w:p>
        </w:tc>
        <w:tc>
          <w:tcPr>
            <w:tcW w:w="3279" w:type="dxa"/>
            <w:tcBorders>
              <w:top w:val="nil"/>
              <w:left w:val="nil"/>
              <w:bottom w:val="single" w:sz="4" w:space="0" w:color="auto"/>
              <w:right w:val="single" w:sz="4" w:space="0" w:color="auto"/>
            </w:tcBorders>
            <w:noWrap/>
            <w:vAlign w:val="center"/>
          </w:tcPr>
          <w:p w14:paraId="4F231FC5"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ANUKA SACHIN</w:t>
            </w:r>
          </w:p>
        </w:tc>
        <w:tc>
          <w:tcPr>
            <w:tcW w:w="917" w:type="dxa"/>
            <w:tcBorders>
              <w:top w:val="nil"/>
              <w:left w:val="nil"/>
              <w:bottom w:val="single" w:sz="4" w:space="0" w:color="auto"/>
              <w:right w:val="nil"/>
            </w:tcBorders>
          </w:tcPr>
          <w:p w14:paraId="1186A601"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759B3B3E"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5F3CB348"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21</w:t>
            </w:r>
          </w:p>
        </w:tc>
        <w:tc>
          <w:tcPr>
            <w:tcW w:w="876" w:type="dxa"/>
            <w:tcBorders>
              <w:top w:val="nil"/>
              <w:left w:val="nil"/>
              <w:bottom w:val="single" w:sz="4" w:space="0" w:color="auto"/>
              <w:right w:val="nil"/>
            </w:tcBorders>
            <w:vAlign w:val="bottom"/>
          </w:tcPr>
          <w:p w14:paraId="36B6B171"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25</w:t>
            </w:r>
          </w:p>
        </w:tc>
        <w:tc>
          <w:tcPr>
            <w:tcW w:w="242" w:type="dxa"/>
            <w:tcBorders>
              <w:top w:val="nil"/>
              <w:left w:val="nil"/>
              <w:bottom w:val="single" w:sz="4" w:space="0" w:color="auto"/>
              <w:right w:val="single" w:sz="4" w:space="0" w:color="auto"/>
            </w:tcBorders>
          </w:tcPr>
          <w:p w14:paraId="19C1FF30" w14:textId="77777777" w:rsidR="00185A1C" w:rsidRDefault="00185A1C" w:rsidP="00CB5948">
            <w:pPr>
              <w:jc w:val="right"/>
              <w:textAlignment w:val="bottom"/>
              <w:rPr>
                <w:rFonts w:ascii="Calibri" w:eastAsia="SimSun" w:hAnsi="Calibri" w:cs="Calibri"/>
                <w:color w:val="000000"/>
                <w:lang w:eastAsia="zh-CN"/>
              </w:rPr>
            </w:pPr>
          </w:p>
        </w:tc>
      </w:tr>
      <w:tr w:rsidR="00185A1C" w14:paraId="44430FBB"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1D25BC05"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25</w:t>
            </w:r>
          </w:p>
        </w:tc>
        <w:tc>
          <w:tcPr>
            <w:tcW w:w="0" w:type="auto"/>
            <w:tcBorders>
              <w:top w:val="nil"/>
              <w:left w:val="nil"/>
              <w:bottom w:val="single" w:sz="4" w:space="0" w:color="auto"/>
              <w:right w:val="single" w:sz="4" w:space="0" w:color="auto"/>
            </w:tcBorders>
            <w:noWrap/>
            <w:vAlign w:val="center"/>
          </w:tcPr>
          <w:p w14:paraId="4BAADB9D"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111725039025</w:t>
            </w:r>
          </w:p>
        </w:tc>
        <w:tc>
          <w:tcPr>
            <w:tcW w:w="3279" w:type="dxa"/>
            <w:tcBorders>
              <w:top w:val="nil"/>
              <w:left w:val="nil"/>
              <w:bottom w:val="single" w:sz="4" w:space="0" w:color="auto"/>
              <w:right w:val="single" w:sz="4" w:space="0" w:color="auto"/>
            </w:tcBorders>
            <w:noWrap/>
            <w:vAlign w:val="center"/>
          </w:tcPr>
          <w:p w14:paraId="74B80108"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BAMDEV DHAMI</w:t>
            </w:r>
          </w:p>
        </w:tc>
        <w:tc>
          <w:tcPr>
            <w:tcW w:w="917" w:type="dxa"/>
            <w:tcBorders>
              <w:top w:val="nil"/>
              <w:left w:val="nil"/>
              <w:bottom w:val="single" w:sz="4" w:space="0" w:color="auto"/>
              <w:right w:val="nil"/>
            </w:tcBorders>
          </w:tcPr>
          <w:p w14:paraId="520C786E"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4374FCC9"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7A128947"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24</w:t>
            </w:r>
          </w:p>
        </w:tc>
        <w:tc>
          <w:tcPr>
            <w:tcW w:w="876" w:type="dxa"/>
            <w:tcBorders>
              <w:top w:val="nil"/>
              <w:left w:val="nil"/>
              <w:bottom w:val="single" w:sz="4" w:space="0" w:color="auto"/>
              <w:right w:val="nil"/>
            </w:tcBorders>
            <w:vAlign w:val="bottom"/>
          </w:tcPr>
          <w:p w14:paraId="342955F7"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34</w:t>
            </w:r>
          </w:p>
        </w:tc>
        <w:tc>
          <w:tcPr>
            <w:tcW w:w="242" w:type="dxa"/>
            <w:tcBorders>
              <w:top w:val="nil"/>
              <w:left w:val="nil"/>
              <w:bottom w:val="single" w:sz="4" w:space="0" w:color="auto"/>
              <w:right w:val="single" w:sz="4" w:space="0" w:color="auto"/>
            </w:tcBorders>
          </w:tcPr>
          <w:p w14:paraId="30D3B13C" w14:textId="77777777" w:rsidR="00185A1C" w:rsidRDefault="00185A1C" w:rsidP="00CB5948">
            <w:pPr>
              <w:jc w:val="right"/>
              <w:textAlignment w:val="bottom"/>
              <w:rPr>
                <w:rFonts w:ascii="Calibri" w:eastAsia="SimSun" w:hAnsi="Calibri" w:cs="Calibri"/>
                <w:color w:val="000000"/>
                <w:lang w:eastAsia="zh-CN"/>
              </w:rPr>
            </w:pPr>
          </w:p>
        </w:tc>
      </w:tr>
      <w:tr w:rsidR="00185A1C" w14:paraId="245D27A1"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5BBF56F8"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lastRenderedPageBreak/>
              <w:t>26</w:t>
            </w:r>
          </w:p>
        </w:tc>
        <w:tc>
          <w:tcPr>
            <w:tcW w:w="0" w:type="auto"/>
            <w:tcBorders>
              <w:top w:val="nil"/>
              <w:left w:val="nil"/>
              <w:bottom w:val="single" w:sz="4" w:space="0" w:color="auto"/>
              <w:right w:val="single" w:sz="4" w:space="0" w:color="auto"/>
            </w:tcBorders>
            <w:noWrap/>
            <w:vAlign w:val="center"/>
          </w:tcPr>
          <w:p w14:paraId="5678405C"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111725039026</w:t>
            </w:r>
          </w:p>
        </w:tc>
        <w:tc>
          <w:tcPr>
            <w:tcW w:w="3279" w:type="dxa"/>
            <w:tcBorders>
              <w:top w:val="nil"/>
              <w:left w:val="nil"/>
              <w:bottom w:val="single" w:sz="4" w:space="0" w:color="auto"/>
              <w:right w:val="single" w:sz="4" w:space="0" w:color="auto"/>
            </w:tcBorders>
            <w:noWrap/>
            <w:vAlign w:val="center"/>
          </w:tcPr>
          <w:p w14:paraId="5E49E236"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CHINNALINGU NIRAJ GOUD</w:t>
            </w:r>
          </w:p>
        </w:tc>
        <w:tc>
          <w:tcPr>
            <w:tcW w:w="917" w:type="dxa"/>
            <w:tcBorders>
              <w:top w:val="nil"/>
              <w:left w:val="nil"/>
              <w:bottom w:val="single" w:sz="4" w:space="0" w:color="auto"/>
              <w:right w:val="nil"/>
            </w:tcBorders>
          </w:tcPr>
          <w:p w14:paraId="537814D2"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40C3A903"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2D37A112" w14:textId="77777777" w:rsidR="00185A1C" w:rsidRDefault="00185A1C" w:rsidP="00CB5948">
            <w:pPr>
              <w:jc w:val="right"/>
              <w:textAlignment w:val="bottom"/>
              <w:rPr>
                <w:rFonts w:ascii="Calibri" w:hAnsi="Calibri" w:cs="Calibri"/>
                <w:color w:val="000000"/>
              </w:rPr>
            </w:pPr>
            <w:r>
              <w:rPr>
                <w:rFonts w:ascii="Calibri" w:hAnsi="Calibri" w:cs="Calibri"/>
                <w:color w:val="000000"/>
              </w:rPr>
              <w:t>22</w:t>
            </w:r>
          </w:p>
        </w:tc>
        <w:tc>
          <w:tcPr>
            <w:tcW w:w="876" w:type="dxa"/>
            <w:tcBorders>
              <w:top w:val="nil"/>
              <w:left w:val="nil"/>
              <w:bottom w:val="single" w:sz="4" w:space="0" w:color="auto"/>
              <w:right w:val="nil"/>
            </w:tcBorders>
            <w:vAlign w:val="bottom"/>
          </w:tcPr>
          <w:p w14:paraId="4A2B063B"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43</w:t>
            </w:r>
          </w:p>
        </w:tc>
        <w:tc>
          <w:tcPr>
            <w:tcW w:w="242" w:type="dxa"/>
            <w:tcBorders>
              <w:top w:val="nil"/>
              <w:left w:val="nil"/>
              <w:bottom w:val="single" w:sz="4" w:space="0" w:color="auto"/>
              <w:right w:val="single" w:sz="4" w:space="0" w:color="auto"/>
            </w:tcBorders>
          </w:tcPr>
          <w:p w14:paraId="6F9AE557" w14:textId="77777777" w:rsidR="00185A1C" w:rsidRDefault="00185A1C" w:rsidP="00CB5948">
            <w:pPr>
              <w:jc w:val="right"/>
              <w:textAlignment w:val="bottom"/>
              <w:rPr>
                <w:rFonts w:ascii="Calibri" w:eastAsia="SimSun" w:hAnsi="Calibri" w:cs="Calibri"/>
                <w:color w:val="000000"/>
                <w:lang w:eastAsia="zh-CN"/>
              </w:rPr>
            </w:pPr>
          </w:p>
        </w:tc>
      </w:tr>
      <w:tr w:rsidR="00185A1C" w14:paraId="40445FD8"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24C60A0E"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27</w:t>
            </w:r>
          </w:p>
        </w:tc>
        <w:tc>
          <w:tcPr>
            <w:tcW w:w="0" w:type="auto"/>
            <w:tcBorders>
              <w:top w:val="nil"/>
              <w:left w:val="nil"/>
              <w:bottom w:val="single" w:sz="4" w:space="0" w:color="auto"/>
              <w:right w:val="single" w:sz="4" w:space="0" w:color="auto"/>
            </w:tcBorders>
            <w:noWrap/>
            <w:vAlign w:val="center"/>
          </w:tcPr>
          <w:p w14:paraId="5C7C8843"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111725039027</w:t>
            </w:r>
          </w:p>
        </w:tc>
        <w:tc>
          <w:tcPr>
            <w:tcW w:w="3279" w:type="dxa"/>
            <w:tcBorders>
              <w:top w:val="nil"/>
              <w:left w:val="nil"/>
              <w:bottom w:val="single" w:sz="4" w:space="0" w:color="auto"/>
              <w:right w:val="single" w:sz="4" w:space="0" w:color="auto"/>
            </w:tcBorders>
            <w:noWrap/>
            <w:vAlign w:val="center"/>
          </w:tcPr>
          <w:p w14:paraId="30844FA0"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CHIVAGARI SAI SIDDHARTH</w:t>
            </w:r>
          </w:p>
        </w:tc>
        <w:tc>
          <w:tcPr>
            <w:tcW w:w="917" w:type="dxa"/>
            <w:tcBorders>
              <w:top w:val="nil"/>
              <w:left w:val="nil"/>
              <w:bottom w:val="single" w:sz="4" w:space="0" w:color="auto"/>
              <w:right w:val="nil"/>
            </w:tcBorders>
          </w:tcPr>
          <w:p w14:paraId="5EEF8C6F"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26EB59F7"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2DE711D4"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20</w:t>
            </w:r>
          </w:p>
        </w:tc>
        <w:tc>
          <w:tcPr>
            <w:tcW w:w="876" w:type="dxa"/>
            <w:tcBorders>
              <w:top w:val="nil"/>
              <w:left w:val="nil"/>
              <w:bottom w:val="single" w:sz="4" w:space="0" w:color="auto"/>
              <w:right w:val="nil"/>
            </w:tcBorders>
            <w:vAlign w:val="bottom"/>
          </w:tcPr>
          <w:p w14:paraId="14A3B53B"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22</w:t>
            </w:r>
          </w:p>
        </w:tc>
        <w:tc>
          <w:tcPr>
            <w:tcW w:w="242" w:type="dxa"/>
            <w:tcBorders>
              <w:top w:val="nil"/>
              <w:left w:val="nil"/>
              <w:bottom w:val="single" w:sz="4" w:space="0" w:color="auto"/>
              <w:right w:val="single" w:sz="4" w:space="0" w:color="auto"/>
            </w:tcBorders>
          </w:tcPr>
          <w:p w14:paraId="676C4949" w14:textId="77777777" w:rsidR="00185A1C" w:rsidRDefault="00185A1C" w:rsidP="00CB5948">
            <w:pPr>
              <w:jc w:val="right"/>
              <w:textAlignment w:val="bottom"/>
              <w:rPr>
                <w:rFonts w:ascii="Calibri" w:eastAsia="SimSun" w:hAnsi="Calibri" w:cs="Calibri"/>
                <w:color w:val="000000"/>
                <w:lang w:eastAsia="zh-CN"/>
              </w:rPr>
            </w:pPr>
          </w:p>
        </w:tc>
      </w:tr>
      <w:tr w:rsidR="00185A1C" w14:paraId="1D907EF3"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1A1DB1A5"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28</w:t>
            </w:r>
          </w:p>
        </w:tc>
        <w:tc>
          <w:tcPr>
            <w:tcW w:w="0" w:type="auto"/>
            <w:tcBorders>
              <w:top w:val="nil"/>
              <w:left w:val="nil"/>
              <w:bottom w:val="single" w:sz="4" w:space="0" w:color="auto"/>
              <w:right w:val="single" w:sz="4" w:space="0" w:color="auto"/>
            </w:tcBorders>
            <w:noWrap/>
            <w:vAlign w:val="center"/>
          </w:tcPr>
          <w:p w14:paraId="0034C80F"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111725039028</w:t>
            </w:r>
          </w:p>
        </w:tc>
        <w:tc>
          <w:tcPr>
            <w:tcW w:w="3279" w:type="dxa"/>
            <w:tcBorders>
              <w:top w:val="nil"/>
              <w:left w:val="nil"/>
              <w:bottom w:val="single" w:sz="4" w:space="0" w:color="auto"/>
              <w:right w:val="single" w:sz="4" w:space="0" w:color="auto"/>
            </w:tcBorders>
            <w:noWrap/>
            <w:vAlign w:val="center"/>
          </w:tcPr>
          <w:p w14:paraId="03EB9502"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DEVA SAI DEEKSHITH REDDY</w:t>
            </w:r>
          </w:p>
        </w:tc>
        <w:tc>
          <w:tcPr>
            <w:tcW w:w="917" w:type="dxa"/>
            <w:tcBorders>
              <w:top w:val="nil"/>
              <w:left w:val="nil"/>
              <w:bottom w:val="single" w:sz="4" w:space="0" w:color="auto"/>
              <w:right w:val="nil"/>
            </w:tcBorders>
          </w:tcPr>
          <w:p w14:paraId="7FC031FC"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0B4A8AF8"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45C20783"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18</w:t>
            </w:r>
          </w:p>
        </w:tc>
        <w:tc>
          <w:tcPr>
            <w:tcW w:w="876" w:type="dxa"/>
            <w:tcBorders>
              <w:top w:val="nil"/>
              <w:left w:val="nil"/>
              <w:bottom w:val="single" w:sz="4" w:space="0" w:color="auto"/>
              <w:right w:val="nil"/>
            </w:tcBorders>
            <w:vAlign w:val="bottom"/>
          </w:tcPr>
          <w:p w14:paraId="3FA70801"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28</w:t>
            </w:r>
          </w:p>
        </w:tc>
        <w:tc>
          <w:tcPr>
            <w:tcW w:w="242" w:type="dxa"/>
            <w:tcBorders>
              <w:top w:val="nil"/>
              <w:left w:val="nil"/>
              <w:bottom w:val="single" w:sz="4" w:space="0" w:color="auto"/>
              <w:right w:val="single" w:sz="4" w:space="0" w:color="auto"/>
            </w:tcBorders>
          </w:tcPr>
          <w:p w14:paraId="05EAD8EC" w14:textId="77777777" w:rsidR="00185A1C" w:rsidRDefault="00185A1C" w:rsidP="00CB5948">
            <w:pPr>
              <w:jc w:val="right"/>
              <w:textAlignment w:val="bottom"/>
              <w:rPr>
                <w:rFonts w:ascii="Calibri" w:eastAsia="SimSun" w:hAnsi="Calibri" w:cs="Calibri"/>
                <w:color w:val="000000"/>
                <w:lang w:eastAsia="zh-CN"/>
              </w:rPr>
            </w:pPr>
          </w:p>
        </w:tc>
      </w:tr>
      <w:tr w:rsidR="00185A1C" w14:paraId="125DD6DC"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4B62E002"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29</w:t>
            </w:r>
          </w:p>
        </w:tc>
        <w:tc>
          <w:tcPr>
            <w:tcW w:w="0" w:type="auto"/>
            <w:tcBorders>
              <w:top w:val="nil"/>
              <w:left w:val="nil"/>
              <w:bottom w:val="single" w:sz="4" w:space="0" w:color="auto"/>
              <w:right w:val="single" w:sz="4" w:space="0" w:color="auto"/>
            </w:tcBorders>
            <w:noWrap/>
            <w:vAlign w:val="center"/>
          </w:tcPr>
          <w:p w14:paraId="2B387B41"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111725039029</w:t>
            </w:r>
          </w:p>
        </w:tc>
        <w:tc>
          <w:tcPr>
            <w:tcW w:w="3279" w:type="dxa"/>
            <w:tcBorders>
              <w:top w:val="nil"/>
              <w:left w:val="nil"/>
              <w:bottom w:val="single" w:sz="4" w:space="0" w:color="auto"/>
              <w:right w:val="single" w:sz="4" w:space="0" w:color="auto"/>
            </w:tcBorders>
            <w:noWrap/>
            <w:vAlign w:val="center"/>
          </w:tcPr>
          <w:p w14:paraId="30DD2DE1"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ERROM LOKESH RAJU</w:t>
            </w:r>
          </w:p>
        </w:tc>
        <w:tc>
          <w:tcPr>
            <w:tcW w:w="917" w:type="dxa"/>
            <w:tcBorders>
              <w:top w:val="nil"/>
              <w:left w:val="nil"/>
              <w:bottom w:val="single" w:sz="4" w:space="0" w:color="auto"/>
              <w:right w:val="nil"/>
            </w:tcBorders>
          </w:tcPr>
          <w:p w14:paraId="3035CC3C"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1AE8D5D1"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715F795B"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32</w:t>
            </w:r>
          </w:p>
        </w:tc>
        <w:tc>
          <w:tcPr>
            <w:tcW w:w="876" w:type="dxa"/>
            <w:tcBorders>
              <w:top w:val="nil"/>
              <w:left w:val="nil"/>
              <w:bottom w:val="single" w:sz="4" w:space="0" w:color="auto"/>
              <w:right w:val="nil"/>
            </w:tcBorders>
            <w:vAlign w:val="bottom"/>
          </w:tcPr>
          <w:p w14:paraId="76BF8E5E"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42</w:t>
            </w:r>
          </w:p>
        </w:tc>
        <w:tc>
          <w:tcPr>
            <w:tcW w:w="242" w:type="dxa"/>
            <w:tcBorders>
              <w:top w:val="nil"/>
              <w:left w:val="nil"/>
              <w:bottom w:val="single" w:sz="4" w:space="0" w:color="auto"/>
              <w:right w:val="single" w:sz="4" w:space="0" w:color="auto"/>
            </w:tcBorders>
          </w:tcPr>
          <w:p w14:paraId="2DC5A529" w14:textId="77777777" w:rsidR="00185A1C" w:rsidRDefault="00185A1C" w:rsidP="00CB5948">
            <w:pPr>
              <w:jc w:val="right"/>
              <w:textAlignment w:val="bottom"/>
              <w:rPr>
                <w:rFonts w:ascii="Calibri" w:eastAsia="SimSun" w:hAnsi="Calibri" w:cs="Calibri"/>
                <w:color w:val="000000"/>
                <w:lang w:eastAsia="zh-CN"/>
              </w:rPr>
            </w:pPr>
          </w:p>
        </w:tc>
      </w:tr>
      <w:tr w:rsidR="00185A1C" w14:paraId="615AD5B6"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35087BE8"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30</w:t>
            </w:r>
          </w:p>
        </w:tc>
        <w:tc>
          <w:tcPr>
            <w:tcW w:w="0" w:type="auto"/>
            <w:tcBorders>
              <w:top w:val="nil"/>
              <w:left w:val="nil"/>
              <w:bottom w:val="single" w:sz="4" w:space="0" w:color="auto"/>
              <w:right w:val="single" w:sz="4" w:space="0" w:color="auto"/>
            </w:tcBorders>
            <w:noWrap/>
            <w:vAlign w:val="center"/>
          </w:tcPr>
          <w:p w14:paraId="21863FC9"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111725039030</w:t>
            </w:r>
          </w:p>
        </w:tc>
        <w:tc>
          <w:tcPr>
            <w:tcW w:w="3279" w:type="dxa"/>
            <w:tcBorders>
              <w:top w:val="nil"/>
              <w:left w:val="nil"/>
              <w:bottom w:val="single" w:sz="4" w:space="0" w:color="auto"/>
              <w:right w:val="single" w:sz="4" w:space="0" w:color="auto"/>
            </w:tcBorders>
            <w:noWrap/>
            <w:vAlign w:val="center"/>
          </w:tcPr>
          <w:p w14:paraId="3649C6F4"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GOTTIMUKKULA ANIL GOUD</w:t>
            </w:r>
          </w:p>
        </w:tc>
        <w:tc>
          <w:tcPr>
            <w:tcW w:w="917" w:type="dxa"/>
            <w:tcBorders>
              <w:top w:val="nil"/>
              <w:left w:val="nil"/>
              <w:bottom w:val="single" w:sz="4" w:space="0" w:color="auto"/>
              <w:right w:val="nil"/>
            </w:tcBorders>
          </w:tcPr>
          <w:p w14:paraId="47625CAD"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238A311E"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078AFE54"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25</w:t>
            </w:r>
          </w:p>
        </w:tc>
        <w:tc>
          <w:tcPr>
            <w:tcW w:w="876" w:type="dxa"/>
            <w:tcBorders>
              <w:top w:val="nil"/>
              <w:left w:val="nil"/>
              <w:bottom w:val="single" w:sz="4" w:space="0" w:color="auto"/>
              <w:right w:val="nil"/>
            </w:tcBorders>
            <w:vAlign w:val="bottom"/>
          </w:tcPr>
          <w:p w14:paraId="7A4B995B"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35</w:t>
            </w:r>
          </w:p>
        </w:tc>
        <w:tc>
          <w:tcPr>
            <w:tcW w:w="242" w:type="dxa"/>
            <w:tcBorders>
              <w:top w:val="nil"/>
              <w:left w:val="nil"/>
              <w:bottom w:val="single" w:sz="4" w:space="0" w:color="auto"/>
              <w:right w:val="single" w:sz="4" w:space="0" w:color="auto"/>
            </w:tcBorders>
          </w:tcPr>
          <w:p w14:paraId="414724C8" w14:textId="77777777" w:rsidR="00185A1C" w:rsidRDefault="00185A1C" w:rsidP="00CB5948">
            <w:pPr>
              <w:jc w:val="right"/>
              <w:textAlignment w:val="bottom"/>
              <w:rPr>
                <w:rFonts w:ascii="Calibri" w:eastAsia="SimSun" w:hAnsi="Calibri" w:cs="Calibri"/>
                <w:color w:val="000000"/>
                <w:lang w:eastAsia="zh-CN"/>
              </w:rPr>
            </w:pPr>
          </w:p>
        </w:tc>
      </w:tr>
      <w:tr w:rsidR="00185A1C" w14:paraId="58D31E59"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74C584C6"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31</w:t>
            </w:r>
          </w:p>
        </w:tc>
        <w:tc>
          <w:tcPr>
            <w:tcW w:w="0" w:type="auto"/>
            <w:tcBorders>
              <w:top w:val="nil"/>
              <w:left w:val="nil"/>
              <w:bottom w:val="single" w:sz="4" w:space="0" w:color="auto"/>
              <w:right w:val="single" w:sz="4" w:space="0" w:color="auto"/>
            </w:tcBorders>
            <w:noWrap/>
            <w:vAlign w:val="center"/>
          </w:tcPr>
          <w:p w14:paraId="5883A214"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111725039031</w:t>
            </w:r>
          </w:p>
        </w:tc>
        <w:tc>
          <w:tcPr>
            <w:tcW w:w="3279" w:type="dxa"/>
            <w:tcBorders>
              <w:top w:val="nil"/>
              <w:left w:val="nil"/>
              <w:bottom w:val="single" w:sz="4" w:space="0" w:color="auto"/>
              <w:right w:val="single" w:sz="4" w:space="0" w:color="auto"/>
            </w:tcBorders>
            <w:noWrap/>
            <w:vAlign w:val="center"/>
          </w:tcPr>
          <w:p w14:paraId="4CEDC6BC"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GUNNAM OM SAI VARSHITH</w:t>
            </w:r>
          </w:p>
        </w:tc>
        <w:tc>
          <w:tcPr>
            <w:tcW w:w="917" w:type="dxa"/>
            <w:tcBorders>
              <w:top w:val="nil"/>
              <w:left w:val="nil"/>
              <w:bottom w:val="single" w:sz="4" w:space="0" w:color="auto"/>
              <w:right w:val="nil"/>
            </w:tcBorders>
          </w:tcPr>
          <w:p w14:paraId="58EE0299"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3DE67B6D"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4E19E840"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13</w:t>
            </w:r>
          </w:p>
        </w:tc>
        <w:tc>
          <w:tcPr>
            <w:tcW w:w="876" w:type="dxa"/>
            <w:tcBorders>
              <w:top w:val="nil"/>
              <w:left w:val="nil"/>
              <w:bottom w:val="single" w:sz="4" w:space="0" w:color="auto"/>
              <w:right w:val="nil"/>
            </w:tcBorders>
            <w:vAlign w:val="bottom"/>
          </w:tcPr>
          <w:p w14:paraId="52EFCF6B"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23</w:t>
            </w:r>
          </w:p>
        </w:tc>
        <w:tc>
          <w:tcPr>
            <w:tcW w:w="242" w:type="dxa"/>
            <w:tcBorders>
              <w:top w:val="nil"/>
              <w:left w:val="nil"/>
              <w:bottom w:val="single" w:sz="4" w:space="0" w:color="auto"/>
              <w:right w:val="single" w:sz="4" w:space="0" w:color="auto"/>
            </w:tcBorders>
          </w:tcPr>
          <w:p w14:paraId="54F5127D" w14:textId="77777777" w:rsidR="00185A1C" w:rsidRDefault="00185A1C" w:rsidP="00CB5948">
            <w:pPr>
              <w:jc w:val="right"/>
              <w:textAlignment w:val="bottom"/>
              <w:rPr>
                <w:rFonts w:ascii="Calibri" w:eastAsia="SimSun" w:hAnsi="Calibri" w:cs="Calibri"/>
                <w:color w:val="000000"/>
                <w:lang w:eastAsia="zh-CN"/>
              </w:rPr>
            </w:pPr>
          </w:p>
        </w:tc>
      </w:tr>
      <w:tr w:rsidR="00185A1C" w14:paraId="41350139"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36402D7A"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32</w:t>
            </w:r>
          </w:p>
        </w:tc>
        <w:tc>
          <w:tcPr>
            <w:tcW w:w="0" w:type="auto"/>
            <w:tcBorders>
              <w:top w:val="nil"/>
              <w:left w:val="nil"/>
              <w:bottom w:val="single" w:sz="4" w:space="0" w:color="auto"/>
              <w:right w:val="single" w:sz="4" w:space="0" w:color="auto"/>
            </w:tcBorders>
            <w:noWrap/>
            <w:vAlign w:val="center"/>
          </w:tcPr>
          <w:p w14:paraId="571D5F6F"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111725039032</w:t>
            </w:r>
          </w:p>
        </w:tc>
        <w:tc>
          <w:tcPr>
            <w:tcW w:w="3279" w:type="dxa"/>
            <w:tcBorders>
              <w:top w:val="nil"/>
              <w:left w:val="nil"/>
              <w:bottom w:val="single" w:sz="4" w:space="0" w:color="auto"/>
              <w:right w:val="single" w:sz="4" w:space="0" w:color="auto"/>
            </w:tcBorders>
            <w:noWrap/>
            <w:vAlign w:val="center"/>
          </w:tcPr>
          <w:p w14:paraId="1CE3156B"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JUTTIKA RAVITEJA</w:t>
            </w:r>
          </w:p>
        </w:tc>
        <w:tc>
          <w:tcPr>
            <w:tcW w:w="917" w:type="dxa"/>
            <w:tcBorders>
              <w:top w:val="nil"/>
              <w:left w:val="nil"/>
              <w:bottom w:val="single" w:sz="4" w:space="0" w:color="auto"/>
              <w:right w:val="nil"/>
            </w:tcBorders>
          </w:tcPr>
          <w:p w14:paraId="4EB97985"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3C77C061"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591C13A4"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20</w:t>
            </w:r>
          </w:p>
        </w:tc>
        <w:tc>
          <w:tcPr>
            <w:tcW w:w="876" w:type="dxa"/>
            <w:tcBorders>
              <w:top w:val="nil"/>
              <w:left w:val="nil"/>
              <w:bottom w:val="single" w:sz="4" w:space="0" w:color="auto"/>
              <w:right w:val="nil"/>
            </w:tcBorders>
            <w:vAlign w:val="bottom"/>
          </w:tcPr>
          <w:p w14:paraId="252A6295"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40</w:t>
            </w:r>
          </w:p>
        </w:tc>
        <w:tc>
          <w:tcPr>
            <w:tcW w:w="242" w:type="dxa"/>
            <w:tcBorders>
              <w:top w:val="nil"/>
              <w:left w:val="nil"/>
              <w:bottom w:val="single" w:sz="4" w:space="0" w:color="auto"/>
              <w:right w:val="single" w:sz="4" w:space="0" w:color="auto"/>
            </w:tcBorders>
          </w:tcPr>
          <w:p w14:paraId="6614A619" w14:textId="77777777" w:rsidR="00185A1C" w:rsidRDefault="00185A1C" w:rsidP="00CB5948">
            <w:pPr>
              <w:jc w:val="right"/>
              <w:textAlignment w:val="bottom"/>
              <w:rPr>
                <w:rFonts w:ascii="Calibri" w:eastAsia="SimSun" w:hAnsi="Calibri" w:cs="Calibri"/>
                <w:color w:val="000000"/>
                <w:lang w:eastAsia="zh-CN"/>
              </w:rPr>
            </w:pPr>
          </w:p>
        </w:tc>
      </w:tr>
      <w:tr w:rsidR="00185A1C" w14:paraId="419090C8"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297CB004"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33</w:t>
            </w:r>
          </w:p>
        </w:tc>
        <w:tc>
          <w:tcPr>
            <w:tcW w:w="0" w:type="auto"/>
            <w:tcBorders>
              <w:top w:val="nil"/>
              <w:left w:val="nil"/>
              <w:bottom w:val="single" w:sz="4" w:space="0" w:color="auto"/>
              <w:right w:val="single" w:sz="4" w:space="0" w:color="auto"/>
            </w:tcBorders>
            <w:noWrap/>
            <w:vAlign w:val="center"/>
          </w:tcPr>
          <w:p w14:paraId="2F7947CB"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111725039033</w:t>
            </w:r>
          </w:p>
        </w:tc>
        <w:tc>
          <w:tcPr>
            <w:tcW w:w="3279" w:type="dxa"/>
            <w:tcBorders>
              <w:top w:val="nil"/>
              <w:left w:val="nil"/>
              <w:bottom w:val="single" w:sz="4" w:space="0" w:color="auto"/>
              <w:right w:val="single" w:sz="4" w:space="0" w:color="auto"/>
            </w:tcBorders>
            <w:noWrap/>
            <w:vAlign w:val="center"/>
          </w:tcPr>
          <w:p w14:paraId="5AC41561"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KANDUKURI SAI GANESH</w:t>
            </w:r>
          </w:p>
        </w:tc>
        <w:tc>
          <w:tcPr>
            <w:tcW w:w="917" w:type="dxa"/>
            <w:tcBorders>
              <w:top w:val="nil"/>
              <w:left w:val="nil"/>
              <w:bottom w:val="single" w:sz="4" w:space="0" w:color="auto"/>
              <w:right w:val="nil"/>
            </w:tcBorders>
          </w:tcPr>
          <w:p w14:paraId="2F7513E3"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3988C9A7"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4FACCB82"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31</w:t>
            </w:r>
          </w:p>
        </w:tc>
        <w:tc>
          <w:tcPr>
            <w:tcW w:w="876" w:type="dxa"/>
            <w:tcBorders>
              <w:top w:val="nil"/>
              <w:left w:val="nil"/>
              <w:bottom w:val="single" w:sz="4" w:space="0" w:color="auto"/>
              <w:right w:val="nil"/>
            </w:tcBorders>
            <w:vAlign w:val="bottom"/>
          </w:tcPr>
          <w:p w14:paraId="33080AC7"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33</w:t>
            </w:r>
          </w:p>
        </w:tc>
        <w:tc>
          <w:tcPr>
            <w:tcW w:w="242" w:type="dxa"/>
            <w:tcBorders>
              <w:top w:val="nil"/>
              <w:left w:val="nil"/>
              <w:bottom w:val="single" w:sz="4" w:space="0" w:color="auto"/>
              <w:right w:val="single" w:sz="4" w:space="0" w:color="auto"/>
            </w:tcBorders>
          </w:tcPr>
          <w:p w14:paraId="569231E2" w14:textId="77777777" w:rsidR="00185A1C" w:rsidRDefault="00185A1C" w:rsidP="00CB5948">
            <w:pPr>
              <w:jc w:val="right"/>
              <w:textAlignment w:val="bottom"/>
              <w:rPr>
                <w:rFonts w:ascii="Calibri" w:eastAsia="SimSun" w:hAnsi="Calibri" w:cs="Calibri"/>
                <w:color w:val="000000"/>
                <w:lang w:eastAsia="zh-CN"/>
              </w:rPr>
            </w:pPr>
          </w:p>
        </w:tc>
      </w:tr>
      <w:tr w:rsidR="00185A1C" w14:paraId="2A5E9A4D"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620F0ECA"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34</w:t>
            </w:r>
          </w:p>
        </w:tc>
        <w:tc>
          <w:tcPr>
            <w:tcW w:w="0" w:type="auto"/>
            <w:tcBorders>
              <w:top w:val="nil"/>
              <w:left w:val="nil"/>
              <w:bottom w:val="single" w:sz="4" w:space="0" w:color="auto"/>
              <w:right w:val="single" w:sz="4" w:space="0" w:color="auto"/>
            </w:tcBorders>
            <w:noWrap/>
            <w:vAlign w:val="center"/>
          </w:tcPr>
          <w:p w14:paraId="76B735D1"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111725039034</w:t>
            </w:r>
          </w:p>
        </w:tc>
        <w:tc>
          <w:tcPr>
            <w:tcW w:w="3279" w:type="dxa"/>
            <w:tcBorders>
              <w:top w:val="nil"/>
              <w:left w:val="nil"/>
              <w:bottom w:val="single" w:sz="4" w:space="0" w:color="auto"/>
              <w:right w:val="single" w:sz="4" w:space="0" w:color="auto"/>
            </w:tcBorders>
            <w:noWrap/>
            <w:vAlign w:val="center"/>
          </w:tcPr>
          <w:p w14:paraId="6D989C58"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KASIREDDY AKHIL PRABHAS</w:t>
            </w:r>
          </w:p>
        </w:tc>
        <w:tc>
          <w:tcPr>
            <w:tcW w:w="917" w:type="dxa"/>
            <w:tcBorders>
              <w:top w:val="nil"/>
              <w:left w:val="nil"/>
              <w:bottom w:val="single" w:sz="4" w:space="0" w:color="auto"/>
              <w:right w:val="nil"/>
            </w:tcBorders>
          </w:tcPr>
          <w:p w14:paraId="12B2BAE8"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6DB90F26"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6F871FD6" w14:textId="77777777" w:rsidR="00185A1C" w:rsidRDefault="00185A1C" w:rsidP="00CB5948">
            <w:pPr>
              <w:jc w:val="right"/>
              <w:textAlignment w:val="bottom"/>
              <w:rPr>
                <w:rFonts w:ascii="Calibri" w:hAnsi="Calibri" w:cs="Calibri"/>
                <w:color w:val="000000"/>
              </w:rPr>
            </w:pPr>
            <w:r>
              <w:rPr>
                <w:rFonts w:ascii="Calibri" w:hAnsi="Calibri" w:cs="Calibri"/>
                <w:color w:val="000000"/>
              </w:rPr>
              <w:t>24</w:t>
            </w:r>
          </w:p>
        </w:tc>
        <w:tc>
          <w:tcPr>
            <w:tcW w:w="876" w:type="dxa"/>
            <w:tcBorders>
              <w:top w:val="nil"/>
              <w:left w:val="nil"/>
              <w:bottom w:val="single" w:sz="4" w:space="0" w:color="auto"/>
              <w:right w:val="nil"/>
            </w:tcBorders>
            <w:vAlign w:val="bottom"/>
          </w:tcPr>
          <w:p w14:paraId="2DDD3879"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41</w:t>
            </w:r>
          </w:p>
        </w:tc>
        <w:tc>
          <w:tcPr>
            <w:tcW w:w="242" w:type="dxa"/>
            <w:tcBorders>
              <w:top w:val="nil"/>
              <w:left w:val="nil"/>
              <w:bottom w:val="single" w:sz="4" w:space="0" w:color="auto"/>
              <w:right w:val="single" w:sz="4" w:space="0" w:color="auto"/>
            </w:tcBorders>
          </w:tcPr>
          <w:p w14:paraId="1ACC4ACF" w14:textId="77777777" w:rsidR="00185A1C" w:rsidRDefault="00185A1C" w:rsidP="00CB5948">
            <w:pPr>
              <w:jc w:val="right"/>
              <w:textAlignment w:val="bottom"/>
              <w:rPr>
                <w:rFonts w:ascii="Calibri" w:eastAsia="SimSun" w:hAnsi="Calibri" w:cs="Calibri"/>
                <w:color w:val="000000"/>
                <w:lang w:eastAsia="zh-CN"/>
              </w:rPr>
            </w:pPr>
          </w:p>
        </w:tc>
      </w:tr>
      <w:tr w:rsidR="00185A1C" w14:paraId="030D74A5"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0A52512B"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35</w:t>
            </w:r>
          </w:p>
        </w:tc>
        <w:tc>
          <w:tcPr>
            <w:tcW w:w="0" w:type="auto"/>
            <w:tcBorders>
              <w:top w:val="nil"/>
              <w:left w:val="nil"/>
              <w:bottom w:val="single" w:sz="4" w:space="0" w:color="auto"/>
              <w:right w:val="single" w:sz="4" w:space="0" w:color="auto"/>
            </w:tcBorders>
            <w:noWrap/>
            <w:vAlign w:val="center"/>
          </w:tcPr>
          <w:p w14:paraId="1300A641"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111725039035</w:t>
            </w:r>
          </w:p>
        </w:tc>
        <w:tc>
          <w:tcPr>
            <w:tcW w:w="3279" w:type="dxa"/>
            <w:tcBorders>
              <w:top w:val="nil"/>
              <w:left w:val="nil"/>
              <w:bottom w:val="single" w:sz="4" w:space="0" w:color="auto"/>
              <w:right w:val="single" w:sz="4" w:space="0" w:color="auto"/>
            </w:tcBorders>
            <w:noWrap/>
            <w:vAlign w:val="center"/>
          </w:tcPr>
          <w:p w14:paraId="1AF6D7F8"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KUNDANPALLY YESU PADHAM</w:t>
            </w:r>
          </w:p>
        </w:tc>
        <w:tc>
          <w:tcPr>
            <w:tcW w:w="917" w:type="dxa"/>
            <w:tcBorders>
              <w:top w:val="nil"/>
              <w:left w:val="nil"/>
              <w:bottom w:val="single" w:sz="4" w:space="0" w:color="auto"/>
              <w:right w:val="nil"/>
            </w:tcBorders>
          </w:tcPr>
          <w:p w14:paraId="0AC7FC18"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351EE4A2"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7D35F25D"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23</w:t>
            </w:r>
          </w:p>
        </w:tc>
        <w:tc>
          <w:tcPr>
            <w:tcW w:w="876" w:type="dxa"/>
            <w:tcBorders>
              <w:top w:val="nil"/>
              <w:left w:val="nil"/>
              <w:bottom w:val="single" w:sz="4" w:space="0" w:color="auto"/>
              <w:right w:val="nil"/>
            </w:tcBorders>
            <w:vAlign w:val="bottom"/>
          </w:tcPr>
          <w:p w14:paraId="199FDFFC"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33</w:t>
            </w:r>
          </w:p>
        </w:tc>
        <w:tc>
          <w:tcPr>
            <w:tcW w:w="242" w:type="dxa"/>
            <w:tcBorders>
              <w:top w:val="nil"/>
              <w:left w:val="nil"/>
              <w:bottom w:val="single" w:sz="4" w:space="0" w:color="auto"/>
              <w:right w:val="single" w:sz="4" w:space="0" w:color="auto"/>
            </w:tcBorders>
          </w:tcPr>
          <w:p w14:paraId="25608650" w14:textId="77777777" w:rsidR="00185A1C" w:rsidRDefault="00185A1C" w:rsidP="00CB5948">
            <w:pPr>
              <w:jc w:val="right"/>
              <w:textAlignment w:val="bottom"/>
              <w:rPr>
                <w:rFonts w:ascii="Calibri" w:eastAsia="SimSun" w:hAnsi="Calibri" w:cs="Calibri"/>
                <w:color w:val="000000"/>
                <w:lang w:eastAsia="zh-CN"/>
              </w:rPr>
            </w:pPr>
          </w:p>
        </w:tc>
      </w:tr>
      <w:tr w:rsidR="00185A1C" w14:paraId="27A6E79E"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36409FA8"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36</w:t>
            </w:r>
          </w:p>
        </w:tc>
        <w:tc>
          <w:tcPr>
            <w:tcW w:w="0" w:type="auto"/>
            <w:tcBorders>
              <w:top w:val="nil"/>
              <w:left w:val="nil"/>
              <w:bottom w:val="single" w:sz="4" w:space="0" w:color="auto"/>
              <w:right w:val="single" w:sz="4" w:space="0" w:color="auto"/>
            </w:tcBorders>
            <w:noWrap/>
            <w:vAlign w:val="center"/>
          </w:tcPr>
          <w:p w14:paraId="6839AEF9"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111725039036</w:t>
            </w:r>
          </w:p>
        </w:tc>
        <w:tc>
          <w:tcPr>
            <w:tcW w:w="3279" w:type="dxa"/>
            <w:tcBorders>
              <w:top w:val="nil"/>
              <w:left w:val="nil"/>
              <w:bottom w:val="single" w:sz="4" w:space="0" w:color="auto"/>
              <w:right w:val="single" w:sz="4" w:space="0" w:color="auto"/>
            </w:tcBorders>
            <w:noWrap/>
            <w:vAlign w:val="center"/>
          </w:tcPr>
          <w:p w14:paraId="07FA671E"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MAMILLAPALLI RAGHUNANDHAN SUDHARSHAN</w:t>
            </w:r>
          </w:p>
        </w:tc>
        <w:tc>
          <w:tcPr>
            <w:tcW w:w="917" w:type="dxa"/>
            <w:tcBorders>
              <w:top w:val="nil"/>
              <w:left w:val="nil"/>
              <w:bottom w:val="single" w:sz="4" w:space="0" w:color="auto"/>
              <w:right w:val="nil"/>
            </w:tcBorders>
          </w:tcPr>
          <w:p w14:paraId="2C52A984"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7A3DE898"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3410FF8A"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15</w:t>
            </w:r>
          </w:p>
        </w:tc>
        <w:tc>
          <w:tcPr>
            <w:tcW w:w="876" w:type="dxa"/>
            <w:tcBorders>
              <w:top w:val="nil"/>
              <w:left w:val="nil"/>
              <w:bottom w:val="single" w:sz="4" w:space="0" w:color="auto"/>
              <w:right w:val="nil"/>
            </w:tcBorders>
            <w:vAlign w:val="bottom"/>
          </w:tcPr>
          <w:p w14:paraId="0B280F67"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35</w:t>
            </w:r>
          </w:p>
        </w:tc>
        <w:tc>
          <w:tcPr>
            <w:tcW w:w="242" w:type="dxa"/>
            <w:tcBorders>
              <w:top w:val="nil"/>
              <w:left w:val="nil"/>
              <w:bottom w:val="single" w:sz="4" w:space="0" w:color="auto"/>
              <w:right w:val="single" w:sz="4" w:space="0" w:color="auto"/>
            </w:tcBorders>
          </w:tcPr>
          <w:p w14:paraId="1AE393B9" w14:textId="77777777" w:rsidR="00185A1C" w:rsidRDefault="00185A1C" w:rsidP="00CB5948">
            <w:pPr>
              <w:jc w:val="right"/>
              <w:textAlignment w:val="bottom"/>
              <w:rPr>
                <w:rFonts w:ascii="Calibri" w:eastAsia="SimSun" w:hAnsi="Calibri" w:cs="Calibri"/>
                <w:color w:val="000000"/>
                <w:lang w:eastAsia="zh-CN"/>
              </w:rPr>
            </w:pPr>
          </w:p>
        </w:tc>
      </w:tr>
      <w:tr w:rsidR="00185A1C" w14:paraId="2D6B0FA9"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49104FD8"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37</w:t>
            </w:r>
          </w:p>
        </w:tc>
        <w:tc>
          <w:tcPr>
            <w:tcW w:w="0" w:type="auto"/>
            <w:tcBorders>
              <w:top w:val="nil"/>
              <w:left w:val="nil"/>
              <w:bottom w:val="single" w:sz="4" w:space="0" w:color="auto"/>
              <w:right w:val="single" w:sz="4" w:space="0" w:color="auto"/>
            </w:tcBorders>
            <w:noWrap/>
            <w:vAlign w:val="center"/>
          </w:tcPr>
          <w:p w14:paraId="11D3FB32"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111725039037</w:t>
            </w:r>
          </w:p>
        </w:tc>
        <w:tc>
          <w:tcPr>
            <w:tcW w:w="3279" w:type="dxa"/>
            <w:tcBorders>
              <w:top w:val="nil"/>
              <w:left w:val="nil"/>
              <w:bottom w:val="single" w:sz="4" w:space="0" w:color="auto"/>
              <w:right w:val="single" w:sz="4" w:space="0" w:color="auto"/>
            </w:tcBorders>
            <w:noWrap/>
            <w:vAlign w:val="center"/>
          </w:tcPr>
          <w:p w14:paraId="0C586BF5"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MC AARON XAVIER</w:t>
            </w:r>
          </w:p>
        </w:tc>
        <w:tc>
          <w:tcPr>
            <w:tcW w:w="917" w:type="dxa"/>
            <w:tcBorders>
              <w:top w:val="nil"/>
              <w:left w:val="nil"/>
              <w:bottom w:val="single" w:sz="4" w:space="0" w:color="auto"/>
              <w:right w:val="nil"/>
            </w:tcBorders>
          </w:tcPr>
          <w:p w14:paraId="373251B9"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2075F722"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68968D6B"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20</w:t>
            </w:r>
          </w:p>
        </w:tc>
        <w:tc>
          <w:tcPr>
            <w:tcW w:w="876" w:type="dxa"/>
            <w:tcBorders>
              <w:top w:val="nil"/>
              <w:left w:val="nil"/>
              <w:bottom w:val="single" w:sz="4" w:space="0" w:color="auto"/>
              <w:right w:val="nil"/>
            </w:tcBorders>
            <w:vAlign w:val="bottom"/>
          </w:tcPr>
          <w:p w14:paraId="72BC394E"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30</w:t>
            </w:r>
          </w:p>
        </w:tc>
        <w:tc>
          <w:tcPr>
            <w:tcW w:w="242" w:type="dxa"/>
            <w:tcBorders>
              <w:top w:val="nil"/>
              <w:left w:val="nil"/>
              <w:bottom w:val="single" w:sz="4" w:space="0" w:color="auto"/>
              <w:right w:val="single" w:sz="4" w:space="0" w:color="auto"/>
            </w:tcBorders>
          </w:tcPr>
          <w:p w14:paraId="39EF53B5" w14:textId="77777777" w:rsidR="00185A1C" w:rsidRDefault="00185A1C" w:rsidP="00CB5948">
            <w:pPr>
              <w:jc w:val="right"/>
              <w:textAlignment w:val="bottom"/>
              <w:rPr>
                <w:rFonts w:ascii="Calibri" w:eastAsia="SimSun" w:hAnsi="Calibri" w:cs="Calibri"/>
                <w:color w:val="000000"/>
                <w:lang w:eastAsia="zh-CN"/>
              </w:rPr>
            </w:pPr>
          </w:p>
        </w:tc>
      </w:tr>
      <w:tr w:rsidR="00185A1C" w14:paraId="079B6A59"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7F44961D"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38</w:t>
            </w:r>
          </w:p>
        </w:tc>
        <w:tc>
          <w:tcPr>
            <w:tcW w:w="0" w:type="auto"/>
            <w:tcBorders>
              <w:top w:val="nil"/>
              <w:left w:val="nil"/>
              <w:bottom w:val="single" w:sz="4" w:space="0" w:color="auto"/>
              <w:right w:val="single" w:sz="4" w:space="0" w:color="auto"/>
            </w:tcBorders>
            <w:noWrap/>
            <w:vAlign w:val="center"/>
          </w:tcPr>
          <w:p w14:paraId="053FE0EE"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111725039038</w:t>
            </w:r>
          </w:p>
        </w:tc>
        <w:tc>
          <w:tcPr>
            <w:tcW w:w="3279" w:type="dxa"/>
            <w:tcBorders>
              <w:top w:val="nil"/>
              <w:left w:val="nil"/>
              <w:bottom w:val="single" w:sz="4" w:space="0" w:color="auto"/>
              <w:right w:val="single" w:sz="4" w:space="0" w:color="auto"/>
            </w:tcBorders>
            <w:noWrap/>
            <w:vAlign w:val="center"/>
          </w:tcPr>
          <w:p w14:paraId="7EA4D0D1"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MENTA GAURISH</w:t>
            </w:r>
          </w:p>
        </w:tc>
        <w:tc>
          <w:tcPr>
            <w:tcW w:w="917" w:type="dxa"/>
            <w:tcBorders>
              <w:top w:val="nil"/>
              <w:left w:val="nil"/>
              <w:bottom w:val="single" w:sz="4" w:space="0" w:color="auto"/>
              <w:right w:val="nil"/>
            </w:tcBorders>
          </w:tcPr>
          <w:p w14:paraId="13EBD146"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58C81AE8"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0FBD2421"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21</w:t>
            </w:r>
          </w:p>
        </w:tc>
        <w:tc>
          <w:tcPr>
            <w:tcW w:w="876" w:type="dxa"/>
            <w:tcBorders>
              <w:top w:val="nil"/>
              <w:left w:val="nil"/>
              <w:bottom w:val="single" w:sz="4" w:space="0" w:color="auto"/>
              <w:right w:val="nil"/>
            </w:tcBorders>
            <w:vAlign w:val="bottom"/>
          </w:tcPr>
          <w:p w14:paraId="661FC467"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31</w:t>
            </w:r>
          </w:p>
        </w:tc>
        <w:tc>
          <w:tcPr>
            <w:tcW w:w="242" w:type="dxa"/>
            <w:tcBorders>
              <w:top w:val="nil"/>
              <w:left w:val="nil"/>
              <w:bottom w:val="single" w:sz="4" w:space="0" w:color="auto"/>
              <w:right w:val="single" w:sz="4" w:space="0" w:color="auto"/>
            </w:tcBorders>
          </w:tcPr>
          <w:p w14:paraId="6BBE8905" w14:textId="77777777" w:rsidR="00185A1C" w:rsidRDefault="00185A1C" w:rsidP="00CB5948">
            <w:pPr>
              <w:jc w:val="right"/>
              <w:textAlignment w:val="bottom"/>
              <w:rPr>
                <w:rFonts w:ascii="Calibri" w:eastAsia="SimSun" w:hAnsi="Calibri" w:cs="Calibri"/>
                <w:color w:val="000000"/>
                <w:lang w:eastAsia="zh-CN"/>
              </w:rPr>
            </w:pPr>
          </w:p>
        </w:tc>
      </w:tr>
      <w:tr w:rsidR="00185A1C" w14:paraId="06975B29"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704B909A"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39</w:t>
            </w:r>
          </w:p>
        </w:tc>
        <w:tc>
          <w:tcPr>
            <w:tcW w:w="0" w:type="auto"/>
            <w:tcBorders>
              <w:top w:val="nil"/>
              <w:left w:val="nil"/>
              <w:bottom w:val="single" w:sz="4" w:space="0" w:color="auto"/>
              <w:right w:val="single" w:sz="4" w:space="0" w:color="auto"/>
            </w:tcBorders>
            <w:noWrap/>
            <w:vAlign w:val="center"/>
          </w:tcPr>
          <w:p w14:paraId="1DF74D99"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111725039039</w:t>
            </w:r>
          </w:p>
        </w:tc>
        <w:tc>
          <w:tcPr>
            <w:tcW w:w="3279" w:type="dxa"/>
            <w:tcBorders>
              <w:top w:val="nil"/>
              <w:left w:val="nil"/>
              <w:bottom w:val="single" w:sz="4" w:space="0" w:color="auto"/>
              <w:right w:val="single" w:sz="4" w:space="0" w:color="auto"/>
            </w:tcBorders>
            <w:noWrap/>
            <w:vAlign w:val="center"/>
          </w:tcPr>
          <w:p w14:paraId="33689E8E"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MOHAMMED FAWAZ KHAN</w:t>
            </w:r>
          </w:p>
        </w:tc>
        <w:tc>
          <w:tcPr>
            <w:tcW w:w="917" w:type="dxa"/>
            <w:tcBorders>
              <w:top w:val="nil"/>
              <w:left w:val="nil"/>
              <w:bottom w:val="single" w:sz="4" w:space="0" w:color="auto"/>
              <w:right w:val="nil"/>
            </w:tcBorders>
          </w:tcPr>
          <w:p w14:paraId="4F977B5C"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01646718"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03D3C210"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18</w:t>
            </w:r>
          </w:p>
        </w:tc>
        <w:tc>
          <w:tcPr>
            <w:tcW w:w="876" w:type="dxa"/>
            <w:tcBorders>
              <w:top w:val="nil"/>
              <w:left w:val="nil"/>
              <w:bottom w:val="single" w:sz="4" w:space="0" w:color="auto"/>
              <w:right w:val="nil"/>
            </w:tcBorders>
            <w:vAlign w:val="bottom"/>
          </w:tcPr>
          <w:p w14:paraId="6DC89815"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38</w:t>
            </w:r>
          </w:p>
        </w:tc>
        <w:tc>
          <w:tcPr>
            <w:tcW w:w="242" w:type="dxa"/>
            <w:tcBorders>
              <w:top w:val="nil"/>
              <w:left w:val="nil"/>
              <w:bottom w:val="single" w:sz="4" w:space="0" w:color="auto"/>
              <w:right w:val="single" w:sz="4" w:space="0" w:color="auto"/>
            </w:tcBorders>
          </w:tcPr>
          <w:p w14:paraId="437F52C6" w14:textId="77777777" w:rsidR="00185A1C" w:rsidRDefault="00185A1C" w:rsidP="00CB5948">
            <w:pPr>
              <w:jc w:val="right"/>
              <w:textAlignment w:val="bottom"/>
              <w:rPr>
                <w:rFonts w:ascii="Calibri" w:eastAsia="SimSun" w:hAnsi="Calibri" w:cs="Calibri"/>
                <w:color w:val="000000"/>
                <w:lang w:eastAsia="zh-CN"/>
              </w:rPr>
            </w:pPr>
          </w:p>
        </w:tc>
      </w:tr>
      <w:tr w:rsidR="00185A1C" w14:paraId="212A6849"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7790F694"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40</w:t>
            </w:r>
          </w:p>
        </w:tc>
        <w:tc>
          <w:tcPr>
            <w:tcW w:w="0" w:type="auto"/>
            <w:tcBorders>
              <w:top w:val="nil"/>
              <w:left w:val="nil"/>
              <w:bottom w:val="single" w:sz="4" w:space="0" w:color="auto"/>
              <w:right w:val="single" w:sz="4" w:space="0" w:color="auto"/>
            </w:tcBorders>
            <w:noWrap/>
            <w:vAlign w:val="center"/>
          </w:tcPr>
          <w:p w14:paraId="0F507EEF"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111725039040</w:t>
            </w:r>
          </w:p>
        </w:tc>
        <w:tc>
          <w:tcPr>
            <w:tcW w:w="3279" w:type="dxa"/>
            <w:tcBorders>
              <w:top w:val="nil"/>
              <w:left w:val="nil"/>
              <w:bottom w:val="single" w:sz="4" w:space="0" w:color="auto"/>
              <w:right w:val="single" w:sz="4" w:space="0" w:color="auto"/>
            </w:tcBorders>
            <w:noWrap/>
            <w:vAlign w:val="center"/>
          </w:tcPr>
          <w:p w14:paraId="1E225158"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MUDAPALLI SAI PAVAN</w:t>
            </w:r>
          </w:p>
        </w:tc>
        <w:tc>
          <w:tcPr>
            <w:tcW w:w="917" w:type="dxa"/>
            <w:tcBorders>
              <w:top w:val="nil"/>
              <w:left w:val="nil"/>
              <w:bottom w:val="single" w:sz="4" w:space="0" w:color="auto"/>
              <w:right w:val="nil"/>
            </w:tcBorders>
          </w:tcPr>
          <w:p w14:paraId="2597717D"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3DE99E0E"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46614A2A" w14:textId="77777777" w:rsidR="00185A1C" w:rsidRDefault="00185A1C" w:rsidP="00CB5948">
            <w:pPr>
              <w:jc w:val="right"/>
              <w:textAlignment w:val="bottom"/>
              <w:rPr>
                <w:rFonts w:ascii="Calibri" w:hAnsi="Calibri" w:cs="Calibri"/>
                <w:color w:val="000000"/>
              </w:rPr>
            </w:pPr>
            <w:r>
              <w:rPr>
                <w:rFonts w:ascii="Calibri" w:hAnsi="Calibri" w:cs="Calibri"/>
                <w:color w:val="000000"/>
              </w:rPr>
              <w:t>15</w:t>
            </w:r>
          </w:p>
        </w:tc>
        <w:tc>
          <w:tcPr>
            <w:tcW w:w="876" w:type="dxa"/>
            <w:tcBorders>
              <w:top w:val="nil"/>
              <w:left w:val="nil"/>
              <w:bottom w:val="single" w:sz="4" w:space="0" w:color="auto"/>
              <w:right w:val="nil"/>
            </w:tcBorders>
            <w:vAlign w:val="bottom"/>
          </w:tcPr>
          <w:p w14:paraId="1D670740"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30</w:t>
            </w:r>
          </w:p>
        </w:tc>
        <w:tc>
          <w:tcPr>
            <w:tcW w:w="242" w:type="dxa"/>
            <w:tcBorders>
              <w:top w:val="nil"/>
              <w:left w:val="nil"/>
              <w:bottom w:val="single" w:sz="4" w:space="0" w:color="auto"/>
              <w:right w:val="single" w:sz="4" w:space="0" w:color="auto"/>
            </w:tcBorders>
          </w:tcPr>
          <w:p w14:paraId="148DDB80" w14:textId="77777777" w:rsidR="00185A1C" w:rsidRDefault="00185A1C" w:rsidP="00CB5948">
            <w:pPr>
              <w:jc w:val="right"/>
              <w:textAlignment w:val="bottom"/>
              <w:rPr>
                <w:rFonts w:ascii="Calibri" w:eastAsia="SimSun" w:hAnsi="Calibri" w:cs="Calibri"/>
                <w:color w:val="000000"/>
                <w:lang w:eastAsia="zh-CN"/>
              </w:rPr>
            </w:pPr>
          </w:p>
        </w:tc>
      </w:tr>
      <w:tr w:rsidR="00185A1C" w14:paraId="0EA607C2"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72EF877E"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41</w:t>
            </w:r>
          </w:p>
        </w:tc>
        <w:tc>
          <w:tcPr>
            <w:tcW w:w="0" w:type="auto"/>
            <w:tcBorders>
              <w:top w:val="nil"/>
              <w:left w:val="nil"/>
              <w:bottom w:val="single" w:sz="4" w:space="0" w:color="auto"/>
              <w:right w:val="single" w:sz="4" w:space="0" w:color="auto"/>
            </w:tcBorders>
            <w:noWrap/>
            <w:vAlign w:val="center"/>
          </w:tcPr>
          <w:p w14:paraId="6A2DD7D8"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111725039041</w:t>
            </w:r>
          </w:p>
        </w:tc>
        <w:tc>
          <w:tcPr>
            <w:tcW w:w="3279" w:type="dxa"/>
            <w:tcBorders>
              <w:top w:val="nil"/>
              <w:left w:val="nil"/>
              <w:bottom w:val="single" w:sz="4" w:space="0" w:color="auto"/>
              <w:right w:val="single" w:sz="4" w:space="0" w:color="auto"/>
            </w:tcBorders>
            <w:noWrap/>
            <w:vAlign w:val="center"/>
          </w:tcPr>
          <w:p w14:paraId="7BBE6909"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MURALA VINEETH</w:t>
            </w:r>
          </w:p>
        </w:tc>
        <w:tc>
          <w:tcPr>
            <w:tcW w:w="917" w:type="dxa"/>
            <w:tcBorders>
              <w:top w:val="nil"/>
              <w:left w:val="nil"/>
              <w:bottom w:val="single" w:sz="4" w:space="0" w:color="auto"/>
              <w:right w:val="nil"/>
            </w:tcBorders>
          </w:tcPr>
          <w:p w14:paraId="52D069DE"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207A3D32"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0C8A6EF3"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19</w:t>
            </w:r>
          </w:p>
        </w:tc>
        <w:tc>
          <w:tcPr>
            <w:tcW w:w="876" w:type="dxa"/>
            <w:tcBorders>
              <w:top w:val="nil"/>
              <w:left w:val="nil"/>
              <w:bottom w:val="single" w:sz="4" w:space="0" w:color="auto"/>
              <w:right w:val="nil"/>
            </w:tcBorders>
            <w:vAlign w:val="bottom"/>
          </w:tcPr>
          <w:p w14:paraId="35CF1434"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31</w:t>
            </w:r>
          </w:p>
        </w:tc>
        <w:tc>
          <w:tcPr>
            <w:tcW w:w="242" w:type="dxa"/>
            <w:tcBorders>
              <w:top w:val="nil"/>
              <w:left w:val="nil"/>
              <w:bottom w:val="single" w:sz="4" w:space="0" w:color="auto"/>
              <w:right w:val="single" w:sz="4" w:space="0" w:color="auto"/>
            </w:tcBorders>
          </w:tcPr>
          <w:p w14:paraId="6446E402" w14:textId="77777777" w:rsidR="00185A1C" w:rsidRDefault="00185A1C" w:rsidP="00CB5948">
            <w:pPr>
              <w:jc w:val="right"/>
              <w:textAlignment w:val="bottom"/>
              <w:rPr>
                <w:rFonts w:ascii="Calibri" w:eastAsia="SimSun" w:hAnsi="Calibri" w:cs="Calibri"/>
                <w:color w:val="000000"/>
                <w:lang w:eastAsia="zh-CN"/>
              </w:rPr>
            </w:pPr>
          </w:p>
        </w:tc>
      </w:tr>
      <w:tr w:rsidR="00185A1C" w14:paraId="03075927"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12844797"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42</w:t>
            </w:r>
          </w:p>
        </w:tc>
        <w:tc>
          <w:tcPr>
            <w:tcW w:w="0" w:type="auto"/>
            <w:tcBorders>
              <w:top w:val="nil"/>
              <w:left w:val="nil"/>
              <w:bottom w:val="single" w:sz="4" w:space="0" w:color="auto"/>
              <w:right w:val="single" w:sz="4" w:space="0" w:color="auto"/>
            </w:tcBorders>
            <w:noWrap/>
            <w:vAlign w:val="center"/>
          </w:tcPr>
          <w:p w14:paraId="77BB227A"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111725039042</w:t>
            </w:r>
          </w:p>
        </w:tc>
        <w:tc>
          <w:tcPr>
            <w:tcW w:w="3279" w:type="dxa"/>
            <w:tcBorders>
              <w:top w:val="nil"/>
              <w:left w:val="nil"/>
              <w:bottom w:val="single" w:sz="4" w:space="0" w:color="auto"/>
              <w:right w:val="single" w:sz="4" w:space="0" w:color="auto"/>
            </w:tcBorders>
            <w:noWrap/>
            <w:vAlign w:val="center"/>
          </w:tcPr>
          <w:p w14:paraId="61268C1E"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NICHOLAS JUDE</w:t>
            </w:r>
          </w:p>
        </w:tc>
        <w:tc>
          <w:tcPr>
            <w:tcW w:w="917" w:type="dxa"/>
            <w:tcBorders>
              <w:top w:val="nil"/>
              <w:left w:val="nil"/>
              <w:bottom w:val="single" w:sz="4" w:space="0" w:color="auto"/>
              <w:right w:val="nil"/>
            </w:tcBorders>
          </w:tcPr>
          <w:p w14:paraId="1EDA4706"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36E368C7"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4D376B97"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13</w:t>
            </w:r>
          </w:p>
        </w:tc>
        <w:tc>
          <w:tcPr>
            <w:tcW w:w="876" w:type="dxa"/>
            <w:tcBorders>
              <w:top w:val="nil"/>
              <w:left w:val="nil"/>
              <w:bottom w:val="single" w:sz="4" w:space="0" w:color="auto"/>
              <w:right w:val="nil"/>
            </w:tcBorders>
            <w:vAlign w:val="bottom"/>
          </w:tcPr>
          <w:p w14:paraId="62275CC4"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33</w:t>
            </w:r>
          </w:p>
        </w:tc>
        <w:tc>
          <w:tcPr>
            <w:tcW w:w="242" w:type="dxa"/>
            <w:tcBorders>
              <w:top w:val="nil"/>
              <w:left w:val="nil"/>
              <w:bottom w:val="single" w:sz="4" w:space="0" w:color="auto"/>
              <w:right w:val="single" w:sz="4" w:space="0" w:color="auto"/>
            </w:tcBorders>
          </w:tcPr>
          <w:p w14:paraId="1B1EAE09" w14:textId="77777777" w:rsidR="00185A1C" w:rsidRDefault="00185A1C" w:rsidP="00CB5948">
            <w:pPr>
              <w:jc w:val="right"/>
              <w:textAlignment w:val="bottom"/>
              <w:rPr>
                <w:rFonts w:ascii="Calibri" w:eastAsia="SimSun" w:hAnsi="Calibri" w:cs="Calibri"/>
                <w:color w:val="000000"/>
                <w:lang w:eastAsia="zh-CN"/>
              </w:rPr>
            </w:pPr>
          </w:p>
        </w:tc>
      </w:tr>
      <w:tr w:rsidR="00185A1C" w14:paraId="68605551"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4BF3E464"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43</w:t>
            </w:r>
          </w:p>
        </w:tc>
        <w:tc>
          <w:tcPr>
            <w:tcW w:w="0" w:type="auto"/>
            <w:tcBorders>
              <w:top w:val="nil"/>
              <w:left w:val="nil"/>
              <w:bottom w:val="single" w:sz="4" w:space="0" w:color="auto"/>
              <w:right w:val="single" w:sz="4" w:space="0" w:color="auto"/>
            </w:tcBorders>
            <w:noWrap/>
            <w:vAlign w:val="center"/>
          </w:tcPr>
          <w:p w14:paraId="668DA526"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111725039043</w:t>
            </w:r>
          </w:p>
        </w:tc>
        <w:tc>
          <w:tcPr>
            <w:tcW w:w="3279" w:type="dxa"/>
            <w:tcBorders>
              <w:top w:val="nil"/>
              <w:left w:val="nil"/>
              <w:bottom w:val="single" w:sz="4" w:space="0" w:color="auto"/>
              <w:right w:val="single" w:sz="4" w:space="0" w:color="auto"/>
            </w:tcBorders>
            <w:noWrap/>
            <w:vAlign w:val="center"/>
          </w:tcPr>
          <w:p w14:paraId="630584F5"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PAKKI GOUTHAM</w:t>
            </w:r>
          </w:p>
        </w:tc>
        <w:tc>
          <w:tcPr>
            <w:tcW w:w="917" w:type="dxa"/>
            <w:tcBorders>
              <w:top w:val="nil"/>
              <w:left w:val="nil"/>
              <w:bottom w:val="single" w:sz="4" w:space="0" w:color="auto"/>
              <w:right w:val="nil"/>
            </w:tcBorders>
          </w:tcPr>
          <w:p w14:paraId="65CAA942"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2ACC254A"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74BF5954"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21</w:t>
            </w:r>
          </w:p>
        </w:tc>
        <w:tc>
          <w:tcPr>
            <w:tcW w:w="876" w:type="dxa"/>
            <w:tcBorders>
              <w:top w:val="nil"/>
              <w:left w:val="nil"/>
              <w:bottom w:val="single" w:sz="4" w:space="0" w:color="auto"/>
              <w:right w:val="nil"/>
            </w:tcBorders>
            <w:vAlign w:val="bottom"/>
          </w:tcPr>
          <w:p w14:paraId="6BD2D65C"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31</w:t>
            </w:r>
          </w:p>
        </w:tc>
        <w:tc>
          <w:tcPr>
            <w:tcW w:w="242" w:type="dxa"/>
            <w:tcBorders>
              <w:top w:val="nil"/>
              <w:left w:val="nil"/>
              <w:bottom w:val="single" w:sz="4" w:space="0" w:color="auto"/>
              <w:right w:val="single" w:sz="4" w:space="0" w:color="auto"/>
            </w:tcBorders>
          </w:tcPr>
          <w:p w14:paraId="12768887" w14:textId="77777777" w:rsidR="00185A1C" w:rsidRDefault="00185A1C" w:rsidP="00CB5948">
            <w:pPr>
              <w:jc w:val="right"/>
              <w:textAlignment w:val="bottom"/>
              <w:rPr>
                <w:rFonts w:ascii="Calibri" w:eastAsia="SimSun" w:hAnsi="Calibri" w:cs="Calibri"/>
                <w:color w:val="000000"/>
                <w:lang w:eastAsia="zh-CN"/>
              </w:rPr>
            </w:pPr>
          </w:p>
        </w:tc>
      </w:tr>
      <w:tr w:rsidR="00185A1C" w14:paraId="59E29B61"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52B6000F"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44</w:t>
            </w:r>
          </w:p>
        </w:tc>
        <w:tc>
          <w:tcPr>
            <w:tcW w:w="0" w:type="auto"/>
            <w:tcBorders>
              <w:top w:val="nil"/>
              <w:left w:val="nil"/>
              <w:bottom w:val="single" w:sz="4" w:space="0" w:color="auto"/>
              <w:right w:val="single" w:sz="4" w:space="0" w:color="auto"/>
            </w:tcBorders>
            <w:noWrap/>
            <w:vAlign w:val="center"/>
          </w:tcPr>
          <w:p w14:paraId="2B2D0E0D"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111725039044</w:t>
            </w:r>
          </w:p>
        </w:tc>
        <w:tc>
          <w:tcPr>
            <w:tcW w:w="3279" w:type="dxa"/>
            <w:tcBorders>
              <w:top w:val="nil"/>
              <w:left w:val="nil"/>
              <w:bottom w:val="single" w:sz="4" w:space="0" w:color="auto"/>
              <w:right w:val="single" w:sz="4" w:space="0" w:color="auto"/>
            </w:tcBorders>
            <w:noWrap/>
            <w:vAlign w:val="center"/>
          </w:tcPr>
          <w:p w14:paraId="7A80D0F3"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PENTAREDDY BALA PUNEETH SUJAY</w:t>
            </w:r>
          </w:p>
        </w:tc>
        <w:tc>
          <w:tcPr>
            <w:tcW w:w="917" w:type="dxa"/>
            <w:tcBorders>
              <w:top w:val="nil"/>
              <w:left w:val="nil"/>
              <w:bottom w:val="single" w:sz="4" w:space="0" w:color="auto"/>
              <w:right w:val="nil"/>
            </w:tcBorders>
          </w:tcPr>
          <w:p w14:paraId="3ADCFE60"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4B178BB4"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615768A2"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30</w:t>
            </w:r>
          </w:p>
        </w:tc>
        <w:tc>
          <w:tcPr>
            <w:tcW w:w="876" w:type="dxa"/>
            <w:tcBorders>
              <w:top w:val="nil"/>
              <w:left w:val="nil"/>
              <w:bottom w:val="single" w:sz="4" w:space="0" w:color="auto"/>
              <w:right w:val="nil"/>
            </w:tcBorders>
            <w:vAlign w:val="bottom"/>
          </w:tcPr>
          <w:p w14:paraId="7155EC6F"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35</w:t>
            </w:r>
          </w:p>
        </w:tc>
        <w:tc>
          <w:tcPr>
            <w:tcW w:w="242" w:type="dxa"/>
            <w:tcBorders>
              <w:top w:val="nil"/>
              <w:left w:val="nil"/>
              <w:bottom w:val="single" w:sz="4" w:space="0" w:color="auto"/>
              <w:right w:val="single" w:sz="4" w:space="0" w:color="auto"/>
            </w:tcBorders>
          </w:tcPr>
          <w:p w14:paraId="085C5983" w14:textId="77777777" w:rsidR="00185A1C" w:rsidRDefault="00185A1C" w:rsidP="00CB5948">
            <w:pPr>
              <w:jc w:val="right"/>
              <w:textAlignment w:val="bottom"/>
              <w:rPr>
                <w:rFonts w:ascii="Calibri" w:eastAsia="SimSun" w:hAnsi="Calibri" w:cs="Calibri"/>
                <w:color w:val="000000"/>
                <w:lang w:eastAsia="zh-CN"/>
              </w:rPr>
            </w:pPr>
          </w:p>
        </w:tc>
      </w:tr>
      <w:tr w:rsidR="00185A1C" w14:paraId="56F7E9DF"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656FB932"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45</w:t>
            </w:r>
          </w:p>
        </w:tc>
        <w:tc>
          <w:tcPr>
            <w:tcW w:w="0" w:type="auto"/>
            <w:tcBorders>
              <w:top w:val="nil"/>
              <w:left w:val="nil"/>
              <w:bottom w:val="single" w:sz="4" w:space="0" w:color="auto"/>
              <w:right w:val="single" w:sz="4" w:space="0" w:color="auto"/>
            </w:tcBorders>
            <w:noWrap/>
            <w:vAlign w:val="center"/>
          </w:tcPr>
          <w:p w14:paraId="0A208EA8"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111725039045</w:t>
            </w:r>
          </w:p>
        </w:tc>
        <w:tc>
          <w:tcPr>
            <w:tcW w:w="3279" w:type="dxa"/>
            <w:tcBorders>
              <w:top w:val="nil"/>
              <w:left w:val="nil"/>
              <w:bottom w:val="single" w:sz="4" w:space="0" w:color="auto"/>
              <w:right w:val="single" w:sz="4" w:space="0" w:color="auto"/>
            </w:tcBorders>
            <w:noWrap/>
            <w:vAlign w:val="center"/>
          </w:tcPr>
          <w:p w14:paraId="1E0D6E31"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RESHAM ARAVIND</w:t>
            </w:r>
          </w:p>
        </w:tc>
        <w:tc>
          <w:tcPr>
            <w:tcW w:w="917" w:type="dxa"/>
            <w:tcBorders>
              <w:top w:val="nil"/>
              <w:left w:val="nil"/>
              <w:bottom w:val="single" w:sz="4" w:space="0" w:color="auto"/>
              <w:right w:val="nil"/>
            </w:tcBorders>
          </w:tcPr>
          <w:p w14:paraId="04491942"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035AA916"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481555A2"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17</w:t>
            </w:r>
          </w:p>
        </w:tc>
        <w:tc>
          <w:tcPr>
            <w:tcW w:w="876" w:type="dxa"/>
            <w:tcBorders>
              <w:top w:val="nil"/>
              <w:left w:val="nil"/>
              <w:bottom w:val="single" w:sz="4" w:space="0" w:color="auto"/>
              <w:right w:val="nil"/>
            </w:tcBorders>
            <w:vAlign w:val="bottom"/>
          </w:tcPr>
          <w:p w14:paraId="7582FADF"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27</w:t>
            </w:r>
          </w:p>
        </w:tc>
        <w:tc>
          <w:tcPr>
            <w:tcW w:w="242" w:type="dxa"/>
            <w:tcBorders>
              <w:top w:val="nil"/>
              <w:left w:val="nil"/>
              <w:bottom w:val="single" w:sz="4" w:space="0" w:color="auto"/>
              <w:right w:val="single" w:sz="4" w:space="0" w:color="auto"/>
            </w:tcBorders>
          </w:tcPr>
          <w:p w14:paraId="3CDF20BE" w14:textId="77777777" w:rsidR="00185A1C" w:rsidRDefault="00185A1C" w:rsidP="00CB5948">
            <w:pPr>
              <w:jc w:val="right"/>
              <w:textAlignment w:val="bottom"/>
              <w:rPr>
                <w:rFonts w:ascii="Calibri" w:eastAsia="SimSun" w:hAnsi="Calibri" w:cs="Calibri"/>
                <w:color w:val="000000"/>
                <w:lang w:eastAsia="zh-CN"/>
              </w:rPr>
            </w:pPr>
          </w:p>
        </w:tc>
      </w:tr>
      <w:tr w:rsidR="00185A1C" w14:paraId="1C154C9A"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7FD3E979"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46</w:t>
            </w:r>
          </w:p>
        </w:tc>
        <w:tc>
          <w:tcPr>
            <w:tcW w:w="0" w:type="auto"/>
            <w:tcBorders>
              <w:top w:val="nil"/>
              <w:left w:val="nil"/>
              <w:bottom w:val="single" w:sz="4" w:space="0" w:color="auto"/>
              <w:right w:val="single" w:sz="4" w:space="0" w:color="auto"/>
            </w:tcBorders>
            <w:noWrap/>
            <w:vAlign w:val="center"/>
          </w:tcPr>
          <w:p w14:paraId="7FB0C283"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111725039046</w:t>
            </w:r>
          </w:p>
        </w:tc>
        <w:tc>
          <w:tcPr>
            <w:tcW w:w="3279" w:type="dxa"/>
            <w:tcBorders>
              <w:top w:val="nil"/>
              <w:left w:val="nil"/>
              <w:bottom w:val="single" w:sz="4" w:space="0" w:color="auto"/>
              <w:right w:val="single" w:sz="4" w:space="0" w:color="auto"/>
            </w:tcBorders>
            <w:noWrap/>
            <w:vAlign w:val="center"/>
          </w:tcPr>
          <w:p w14:paraId="3B2309A9"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TALAGAMA BALAJI</w:t>
            </w:r>
          </w:p>
        </w:tc>
        <w:tc>
          <w:tcPr>
            <w:tcW w:w="917" w:type="dxa"/>
            <w:tcBorders>
              <w:top w:val="nil"/>
              <w:left w:val="nil"/>
              <w:bottom w:val="single" w:sz="4" w:space="0" w:color="auto"/>
              <w:right w:val="nil"/>
            </w:tcBorders>
          </w:tcPr>
          <w:p w14:paraId="4A366BCA"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24D20498"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2806F763"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15</w:t>
            </w:r>
          </w:p>
        </w:tc>
        <w:tc>
          <w:tcPr>
            <w:tcW w:w="876" w:type="dxa"/>
            <w:tcBorders>
              <w:top w:val="nil"/>
              <w:left w:val="nil"/>
              <w:bottom w:val="single" w:sz="4" w:space="0" w:color="auto"/>
              <w:right w:val="nil"/>
            </w:tcBorders>
            <w:vAlign w:val="bottom"/>
          </w:tcPr>
          <w:p w14:paraId="2E4D6556"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35</w:t>
            </w:r>
          </w:p>
        </w:tc>
        <w:tc>
          <w:tcPr>
            <w:tcW w:w="242" w:type="dxa"/>
            <w:tcBorders>
              <w:top w:val="nil"/>
              <w:left w:val="nil"/>
              <w:bottom w:val="single" w:sz="4" w:space="0" w:color="auto"/>
              <w:right w:val="single" w:sz="4" w:space="0" w:color="auto"/>
            </w:tcBorders>
          </w:tcPr>
          <w:p w14:paraId="6A355BF2" w14:textId="77777777" w:rsidR="00185A1C" w:rsidRDefault="00185A1C" w:rsidP="00CB5948">
            <w:pPr>
              <w:jc w:val="right"/>
              <w:textAlignment w:val="bottom"/>
              <w:rPr>
                <w:rFonts w:ascii="Calibri" w:eastAsia="SimSun" w:hAnsi="Calibri" w:cs="Calibri"/>
                <w:color w:val="000000"/>
                <w:lang w:eastAsia="zh-CN"/>
              </w:rPr>
            </w:pPr>
          </w:p>
        </w:tc>
      </w:tr>
      <w:tr w:rsidR="00185A1C" w14:paraId="6B22BD45"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782862D2"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47</w:t>
            </w:r>
          </w:p>
        </w:tc>
        <w:tc>
          <w:tcPr>
            <w:tcW w:w="0" w:type="auto"/>
            <w:tcBorders>
              <w:top w:val="nil"/>
              <w:left w:val="nil"/>
              <w:bottom w:val="single" w:sz="4" w:space="0" w:color="auto"/>
              <w:right w:val="single" w:sz="4" w:space="0" w:color="auto"/>
            </w:tcBorders>
            <w:noWrap/>
            <w:vAlign w:val="center"/>
          </w:tcPr>
          <w:p w14:paraId="4063F8F1"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111725039047</w:t>
            </w:r>
          </w:p>
        </w:tc>
        <w:tc>
          <w:tcPr>
            <w:tcW w:w="3279" w:type="dxa"/>
            <w:tcBorders>
              <w:top w:val="nil"/>
              <w:left w:val="nil"/>
              <w:bottom w:val="single" w:sz="4" w:space="0" w:color="auto"/>
              <w:right w:val="single" w:sz="4" w:space="0" w:color="auto"/>
            </w:tcBorders>
            <w:noWrap/>
            <w:vAlign w:val="center"/>
          </w:tcPr>
          <w:p w14:paraId="565209B2"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TALARI RATNAM PHILIP</w:t>
            </w:r>
          </w:p>
        </w:tc>
        <w:tc>
          <w:tcPr>
            <w:tcW w:w="917" w:type="dxa"/>
            <w:tcBorders>
              <w:top w:val="nil"/>
              <w:left w:val="nil"/>
              <w:bottom w:val="single" w:sz="4" w:space="0" w:color="auto"/>
              <w:right w:val="nil"/>
            </w:tcBorders>
          </w:tcPr>
          <w:p w14:paraId="244ACAD5"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645406B2"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0691D926" w14:textId="77777777" w:rsidR="00185A1C" w:rsidRDefault="00185A1C" w:rsidP="00CB5948">
            <w:pPr>
              <w:jc w:val="right"/>
              <w:textAlignment w:val="bottom"/>
              <w:rPr>
                <w:rFonts w:ascii="Calibri" w:hAnsi="Calibri" w:cs="Calibri"/>
                <w:color w:val="000000"/>
              </w:rPr>
            </w:pPr>
            <w:r>
              <w:rPr>
                <w:rFonts w:ascii="Calibri" w:hAnsi="Calibri" w:cs="Calibri"/>
                <w:color w:val="000000"/>
              </w:rPr>
              <w:t>22</w:t>
            </w:r>
          </w:p>
        </w:tc>
        <w:tc>
          <w:tcPr>
            <w:tcW w:w="876" w:type="dxa"/>
            <w:tcBorders>
              <w:top w:val="nil"/>
              <w:left w:val="nil"/>
              <w:bottom w:val="single" w:sz="4" w:space="0" w:color="auto"/>
              <w:right w:val="nil"/>
            </w:tcBorders>
            <w:vAlign w:val="bottom"/>
          </w:tcPr>
          <w:p w14:paraId="24442B4C"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35</w:t>
            </w:r>
          </w:p>
        </w:tc>
        <w:tc>
          <w:tcPr>
            <w:tcW w:w="242" w:type="dxa"/>
            <w:tcBorders>
              <w:top w:val="nil"/>
              <w:left w:val="nil"/>
              <w:bottom w:val="single" w:sz="4" w:space="0" w:color="auto"/>
              <w:right w:val="single" w:sz="4" w:space="0" w:color="auto"/>
            </w:tcBorders>
          </w:tcPr>
          <w:p w14:paraId="663DC7B1" w14:textId="77777777" w:rsidR="00185A1C" w:rsidRDefault="00185A1C" w:rsidP="00CB5948">
            <w:pPr>
              <w:jc w:val="right"/>
              <w:textAlignment w:val="bottom"/>
              <w:rPr>
                <w:rFonts w:ascii="Calibri" w:eastAsia="SimSun" w:hAnsi="Calibri" w:cs="Calibri"/>
                <w:color w:val="000000"/>
                <w:lang w:eastAsia="zh-CN"/>
              </w:rPr>
            </w:pPr>
          </w:p>
        </w:tc>
      </w:tr>
      <w:tr w:rsidR="00185A1C" w14:paraId="32FC904E"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2EC3F674"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48</w:t>
            </w:r>
          </w:p>
        </w:tc>
        <w:tc>
          <w:tcPr>
            <w:tcW w:w="0" w:type="auto"/>
            <w:tcBorders>
              <w:top w:val="nil"/>
              <w:left w:val="nil"/>
              <w:bottom w:val="single" w:sz="4" w:space="0" w:color="auto"/>
              <w:right w:val="single" w:sz="4" w:space="0" w:color="auto"/>
            </w:tcBorders>
            <w:noWrap/>
            <w:vAlign w:val="center"/>
          </w:tcPr>
          <w:p w14:paraId="2ED299AE"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111725039048</w:t>
            </w:r>
          </w:p>
        </w:tc>
        <w:tc>
          <w:tcPr>
            <w:tcW w:w="3279" w:type="dxa"/>
            <w:tcBorders>
              <w:top w:val="nil"/>
              <w:left w:val="nil"/>
              <w:bottom w:val="single" w:sz="4" w:space="0" w:color="auto"/>
              <w:right w:val="single" w:sz="4" w:space="0" w:color="auto"/>
            </w:tcBorders>
            <w:noWrap/>
            <w:vAlign w:val="center"/>
          </w:tcPr>
          <w:p w14:paraId="605E845F"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THAKUR SAI VED SINGH</w:t>
            </w:r>
          </w:p>
        </w:tc>
        <w:tc>
          <w:tcPr>
            <w:tcW w:w="917" w:type="dxa"/>
            <w:tcBorders>
              <w:top w:val="nil"/>
              <w:left w:val="nil"/>
              <w:bottom w:val="single" w:sz="4" w:space="0" w:color="auto"/>
              <w:right w:val="nil"/>
            </w:tcBorders>
          </w:tcPr>
          <w:p w14:paraId="25091A63"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694614B0"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4094A424"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10</w:t>
            </w:r>
          </w:p>
        </w:tc>
        <w:tc>
          <w:tcPr>
            <w:tcW w:w="876" w:type="dxa"/>
            <w:tcBorders>
              <w:top w:val="nil"/>
              <w:left w:val="nil"/>
              <w:bottom w:val="single" w:sz="4" w:space="0" w:color="auto"/>
              <w:right w:val="nil"/>
            </w:tcBorders>
            <w:vAlign w:val="bottom"/>
          </w:tcPr>
          <w:p w14:paraId="2169CAC1"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30</w:t>
            </w:r>
          </w:p>
        </w:tc>
        <w:tc>
          <w:tcPr>
            <w:tcW w:w="242" w:type="dxa"/>
            <w:tcBorders>
              <w:top w:val="nil"/>
              <w:left w:val="nil"/>
              <w:bottom w:val="single" w:sz="4" w:space="0" w:color="auto"/>
              <w:right w:val="single" w:sz="4" w:space="0" w:color="auto"/>
            </w:tcBorders>
          </w:tcPr>
          <w:p w14:paraId="72940123" w14:textId="77777777" w:rsidR="00185A1C" w:rsidRDefault="00185A1C" w:rsidP="00CB5948">
            <w:pPr>
              <w:jc w:val="right"/>
              <w:textAlignment w:val="bottom"/>
              <w:rPr>
                <w:rFonts w:ascii="Calibri" w:eastAsia="SimSun" w:hAnsi="Calibri" w:cs="Calibri"/>
                <w:color w:val="000000"/>
                <w:lang w:eastAsia="zh-CN"/>
              </w:rPr>
            </w:pPr>
          </w:p>
        </w:tc>
      </w:tr>
      <w:tr w:rsidR="00185A1C" w14:paraId="504E30BC"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1E38CC17"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49</w:t>
            </w:r>
          </w:p>
        </w:tc>
        <w:tc>
          <w:tcPr>
            <w:tcW w:w="0" w:type="auto"/>
            <w:tcBorders>
              <w:top w:val="nil"/>
              <w:left w:val="nil"/>
              <w:bottom w:val="single" w:sz="4" w:space="0" w:color="auto"/>
              <w:right w:val="single" w:sz="4" w:space="0" w:color="auto"/>
            </w:tcBorders>
            <w:noWrap/>
            <w:vAlign w:val="center"/>
          </w:tcPr>
          <w:p w14:paraId="03FA5A56" w14:textId="77777777" w:rsidR="00185A1C" w:rsidRDefault="00185A1C" w:rsidP="00CB5948">
            <w:pPr>
              <w:jc w:val="right"/>
              <w:textAlignment w:val="center"/>
              <w:rPr>
                <w:rFonts w:ascii="Calibri" w:hAnsi="Calibri" w:cs="Calibri"/>
                <w:color w:val="000000"/>
              </w:rPr>
            </w:pPr>
            <w:r>
              <w:rPr>
                <w:rFonts w:ascii="Trebuchet MS" w:hAnsi="Trebuchet MS"/>
                <w:color w:val="222222"/>
                <w:sz w:val="16"/>
                <w:szCs w:val="16"/>
              </w:rPr>
              <w:t>111725039049</w:t>
            </w:r>
          </w:p>
        </w:tc>
        <w:tc>
          <w:tcPr>
            <w:tcW w:w="3279" w:type="dxa"/>
            <w:tcBorders>
              <w:top w:val="nil"/>
              <w:left w:val="nil"/>
              <w:bottom w:val="single" w:sz="4" w:space="0" w:color="auto"/>
              <w:right w:val="single" w:sz="4" w:space="0" w:color="auto"/>
            </w:tcBorders>
            <w:noWrap/>
            <w:vAlign w:val="center"/>
          </w:tcPr>
          <w:p w14:paraId="36684FC3" w14:textId="77777777" w:rsidR="00185A1C" w:rsidRDefault="00185A1C" w:rsidP="00CB5948">
            <w:pPr>
              <w:textAlignment w:val="center"/>
              <w:rPr>
                <w:rFonts w:ascii="Calibri" w:hAnsi="Calibri" w:cs="Calibri"/>
                <w:color w:val="000000"/>
              </w:rPr>
            </w:pPr>
            <w:r>
              <w:rPr>
                <w:rFonts w:ascii="Trebuchet MS" w:hAnsi="Trebuchet MS"/>
                <w:color w:val="222222"/>
                <w:sz w:val="16"/>
                <w:szCs w:val="16"/>
              </w:rPr>
              <w:t>TULA SRI RAM</w:t>
            </w:r>
          </w:p>
        </w:tc>
        <w:tc>
          <w:tcPr>
            <w:tcW w:w="917" w:type="dxa"/>
            <w:tcBorders>
              <w:top w:val="nil"/>
              <w:left w:val="nil"/>
              <w:bottom w:val="single" w:sz="4" w:space="0" w:color="auto"/>
              <w:right w:val="nil"/>
            </w:tcBorders>
          </w:tcPr>
          <w:p w14:paraId="5AC8C05C"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62885F10"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24B3DA42"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22</w:t>
            </w:r>
          </w:p>
        </w:tc>
        <w:tc>
          <w:tcPr>
            <w:tcW w:w="876" w:type="dxa"/>
            <w:tcBorders>
              <w:top w:val="nil"/>
              <w:left w:val="nil"/>
              <w:bottom w:val="single" w:sz="4" w:space="0" w:color="auto"/>
              <w:right w:val="nil"/>
            </w:tcBorders>
            <w:vAlign w:val="bottom"/>
          </w:tcPr>
          <w:p w14:paraId="22C8C99B"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32</w:t>
            </w:r>
          </w:p>
        </w:tc>
        <w:tc>
          <w:tcPr>
            <w:tcW w:w="242" w:type="dxa"/>
            <w:tcBorders>
              <w:top w:val="nil"/>
              <w:left w:val="nil"/>
              <w:bottom w:val="single" w:sz="4" w:space="0" w:color="auto"/>
              <w:right w:val="single" w:sz="4" w:space="0" w:color="auto"/>
            </w:tcBorders>
          </w:tcPr>
          <w:p w14:paraId="0BEAF88F" w14:textId="77777777" w:rsidR="00185A1C" w:rsidRDefault="00185A1C" w:rsidP="00CB5948">
            <w:pPr>
              <w:jc w:val="right"/>
              <w:textAlignment w:val="bottom"/>
              <w:rPr>
                <w:rFonts w:ascii="Calibri" w:eastAsia="SimSun" w:hAnsi="Calibri" w:cs="Calibri"/>
                <w:color w:val="000000"/>
                <w:lang w:eastAsia="zh-CN"/>
              </w:rPr>
            </w:pPr>
          </w:p>
        </w:tc>
      </w:tr>
      <w:tr w:rsidR="00185A1C" w14:paraId="6BE326FD" w14:textId="77777777" w:rsidTr="00CB5948">
        <w:trPr>
          <w:trHeight w:val="273"/>
        </w:trPr>
        <w:tc>
          <w:tcPr>
            <w:tcW w:w="0" w:type="auto"/>
            <w:tcBorders>
              <w:top w:val="nil"/>
              <w:left w:val="single" w:sz="4" w:space="0" w:color="auto"/>
              <w:bottom w:val="single" w:sz="4" w:space="0" w:color="auto"/>
              <w:right w:val="single" w:sz="4" w:space="0" w:color="auto"/>
            </w:tcBorders>
            <w:noWrap/>
            <w:vAlign w:val="bottom"/>
          </w:tcPr>
          <w:p w14:paraId="62B06B45"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50</w:t>
            </w:r>
          </w:p>
        </w:tc>
        <w:tc>
          <w:tcPr>
            <w:tcW w:w="0" w:type="auto"/>
            <w:tcBorders>
              <w:top w:val="nil"/>
              <w:left w:val="nil"/>
              <w:bottom w:val="single" w:sz="4" w:space="0" w:color="auto"/>
              <w:right w:val="single" w:sz="4" w:space="0" w:color="auto"/>
            </w:tcBorders>
            <w:noWrap/>
            <w:vAlign w:val="center"/>
          </w:tcPr>
          <w:p w14:paraId="25102124" w14:textId="77777777" w:rsidR="00185A1C" w:rsidRDefault="00185A1C" w:rsidP="00CB5948">
            <w:pPr>
              <w:jc w:val="right"/>
              <w:textAlignment w:val="center"/>
              <w:rPr>
                <w:rFonts w:ascii="Calibri" w:hAnsi="Calibri" w:cs="Calibri"/>
                <w:color w:val="000000"/>
              </w:rPr>
            </w:pPr>
            <w:r>
              <w:rPr>
                <w:rFonts w:ascii="Trebuchet MS" w:hAnsi="Trebuchet MS"/>
                <w:color w:val="000000"/>
                <w:sz w:val="16"/>
                <w:szCs w:val="16"/>
              </w:rPr>
              <w:t>111725039050</w:t>
            </w:r>
          </w:p>
        </w:tc>
        <w:tc>
          <w:tcPr>
            <w:tcW w:w="3279" w:type="dxa"/>
            <w:tcBorders>
              <w:top w:val="nil"/>
              <w:left w:val="nil"/>
              <w:bottom w:val="single" w:sz="4" w:space="0" w:color="auto"/>
              <w:right w:val="single" w:sz="4" w:space="0" w:color="auto"/>
            </w:tcBorders>
            <w:noWrap/>
            <w:vAlign w:val="center"/>
          </w:tcPr>
          <w:p w14:paraId="76D42B35" w14:textId="77777777" w:rsidR="00185A1C" w:rsidRDefault="00185A1C" w:rsidP="00CB5948">
            <w:pPr>
              <w:textAlignment w:val="center"/>
              <w:rPr>
                <w:rFonts w:ascii="Calibri" w:hAnsi="Calibri" w:cs="Calibri"/>
                <w:color w:val="000000"/>
              </w:rPr>
            </w:pPr>
            <w:r>
              <w:rPr>
                <w:rFonts w:ascii="Trebuchet MS" w:hAnsi="Trebuchet MS"/>
                <w:color w:val="000000"/>
                <w:sz w:val="16"/>
                <w:szCs w:val="16"/>
              </w:rPr>
              <w:t>VEDANTHAM PAWAN KUMAR</w:t>
            </w:r>
          </w:p>
        </w:tc>
        <w:tc>
          <w:tcPr>
            <w:tcW w:w="917" w:type="dxa"/>
            <w:tcBorders>
              <w:top w:val="nil"/>
              <w:left w:val="nil"/>
              <w:bottom w:val="single" w:sz="4" w:space="0" w:color="auto"/>
              <w:right w:val="nil"/>
            </w:tcBorders>
          </w:tcPr>
          <w:p w14:paraId="448A74E2" w14:textId="77777777" w:rsidR="00185A1C" w:rsidRDefault="00185A1C" w:rsidP="00CB5948">
            <w:pPr>
              <w:jc w:val="right"/>
              <w:textAlignment w:val="bottom"/>
              <w:rPr>
                <w:rFonts w:ascii="Calibri" w:eastAsia="SimSun" w:hAnsi="Calibri" w:cs="Calibri"/>
                <w:color w:val="000000"/>
                <w:lang w:eastAsia="zh-CN"/>
              </w:rPr>
            </w:pPr>
          </w:p>
        </w:tc>
        <w:tc>
          <w:tcPr>
            <w:tcW w:w="0" w:type="auto"/>
            <w:tcBorders>
              <w:top w:val="nil"/>
              <w:left w:val="nil"/>
              <w:bottom w:val="single" w:sz="4" w:space="0" w:color="auto"/>
              <w:right w:val="nil"/>
            </w:tcBorders>
          </w:tcPr>
          <w:p w14:paraId="0EB2D9D9" w14:textId="77777777" w:rsidR="00185A1C" w:rsidRDefault="00185A1C" w:rsidP="00CB5948">
            <w:pPr>
              <w:jc w:val="right"/>
              <w:textAlignment w:val="bottom"/>
              <w:rPr>
                <w:rFonts w:ascii="Calibri" w:eastAsia="SimSun" w:hAnsi="Calibri" w:cs="Calibri"/>
                <w:color w:val="000000"/>
                <w:lang w:eastAsia="zh-CN"/>
              </w:rPr>
            </w:pPr>
          </w:p>
        </w:tc>
        <w:tc>
          <w:tcPr>
            <w:tcW w:w="867" w:type="dxa"/>
            <w:tcBorders>
              <w:top w:val="nil"/>
              <w:left w:val="nil"/>
              <w:bottom w:val="single" w:sz="4" w:space="0" w:color="auto"/>
              <w:right w:val="single" w:sz="4" w:space="0" w:color="auto"/>
            </w:tcBorders>
            <w:noWrap/>
            <w:vAlign w:val="bottom"/>
          </w:tcPr>
          <w:p w14:paraId="7E5C01D7" w14:textId="77777777" w:rsidR="00185A1C" w:rsidRDefault="00185A1C" w:rsidP="00CB5948">
            <w:pPr>
              <w:jc w:val="right"/>
              <w:textAlignment w:val="bottom"/>
              <w:rPr>
                <w:rFonts w:ascii="Calibri" w:hAnsi="Calibri" w:cs="Calibri"/>
                <w:color w:val="000000"/>
              </w:rPr>
            </w:pPr>
            <w:r>
              <w:rPr>
                <w:rFonts w:ascii="Calibri" w:eastAsia="SimSun" w:hAnsi="Calibri" w:cs="Calibri"/>
                <w:color w:val="000000"/>
                <w:lang w:eastAsia="zh-CN"/>
              </w:rPr>
              <w:t>15</w:t>
            </w:r>
          </w:p>
        </w:tc>
        <w:tc>
          <w:tcPr>
            <w:tcW w:w="876" w:type="dxa"/>
            <w:tcBorders>
              <w:top w:val="nil"/>
              <w:left w:val="nil"/>
              <w:bottom w:val="single" w:sz="4" w:space="0" w:color="auto"/>
              <w:right w:val="nil"/>
            </w:tcBorders>
            <w:vAlign w:val="bottom"/>
          </w:tcPr>
          <w:p w14:paraId="2ABF9529" w14:textId="77777777" w:rsidR="00185A1C" w:rsidRDefault="00185A1C" w:rsidP="00CB5948">
            <w:pPr>
              <w:jc w:val="right"/>
              <w:textAlignment w:val="bottom"/>
              <w:rPr>
                <w:rFonts w:ascii="Calibri" w:eastAsia="SimSun" w:hAnsi="Calibri" w:cs="Calibri"/>
                <w:color w:val="000000"/>
                <w:lang w:eastAsia="zh-CN"/>
              </w:rPr>
            </w:pPr>
            <w:r>
              <w:rPr>
                <w:rFonts w:ascii="Calibri" w:eastAsia="SimSun" w:hAnsi="Calibri" w:cs="Calibri"/>
                <w:color w:val="000000"/>
                <w:lang w:eastAsia="zh-CN"/>
              </w:rPr>
              <w:t>35</w:t>
            </w:r>
          </w:p>
        </w:tc>
        <w:tc>
          <w:tcPr>
            <w:tcW w:w="242" w:type="dxa"/>
            <w:tcBorders>
              <w:top w:val="nil"/>
              <w:left w:val="nil"/>
              <w:bottom w:val="single" w:sz="4" w:space="0" w:color="auto"/>
              <w:right w:val="single" w:sz="4" w:space="0" w:color="auto"/>
            </w:tcBorders>
          </w:tcPr>
          <w:p w14:paraId="12CA09B5" w14:textId="77777777" w:rsidR="00185A1C" w:rsidRDefault="00185A1C" w:rsidP="00CB5948">
            <w:pPr>
              <w:jc w:val="right"/>
              <w:textAlignment w:val="bottom"/>
              <w:rPr>
                <w:rFonts w:ascii="Calibri" w:eastAsia="SimSun" w:hAnsi="Calibri" w:cs="Calibri"/>
                <w:color w:val="000000"/>
                <w:lang w:eastAsia="zh-CN"/>
              </w:rPr>
            </w:pPr>
          </w:p>
        </w:tc>
      </w:tr>
    </w:tbl>
    <w:p w14:paraId="74636BC6" w14:textId="77777777" w:rsidR="00185A1C" w:rsidRDefault="00185A1C" w:rsidP="00185A1C">
      <w:pPr>
        <w:rPr>
          <w:b/>
          <w:bCs/>
          <w:sz w:val="28"/>
          <w:szCs w:val="28"/>
          <w:u w:val="single"/>
        </w:rPr>
      </w:pPr>
    </w:p>
    <w:p w14:paraId="252A9300" w14:textId="77777777" w:rsidR="00185A1C" w:rsidRDefault="00185A1C" w:rsidP="00185A1C">
      <w:pPr>
        <w:rPr>
          <w:b/>
          <w:bCs/>
          <w:sz w:val="28"/>
          <w:szCs w:val="28"/>
          <w:u w:val="single"/>
        </w:rPr>
      </w:pPr>
      <w:r>
        <w:rPr>
          <w:b/>
          <w:bCs/>
          <w:sz w:val="28"/>
          <w:szCs w:val="28"/>
          <w:u w:val="single"/>
        </w:rPr>
        <w:t>ATTENDANCE SIGNING SHEET</w:t>
      </w:r>
    </w:p>
    <w:p w14:paraId="6D563B71" w14:textId="77777777" w:rsidR="00185A1C" w:rsidRDefault="00185A1C" w:rsidP="00185A1C">
      <w:pPr>
        <w:rPr>
          <w:b/>
          <w:bCs/>
          <w:sz w:val="28"/>
          <w:szCs w:val="28"/>
          <w:u w:val="single"/>
        </w:rPr>
      </w:pPr>
      <w:r>
        <w:rPr>
          <w:b/>
          <w:bCs/>
          <w:noProof/>
          <w:sz w:val="28"/>
          <w:szCs w:val="28"/>
          <w:u w:val="single"/>
        </w:rPr>
        <w:lastRenderedPageBreak/>
        <w:drawing>
          <wp:inline distT="0" distB="0" distL="0" distR="0" wp14:anchorId="2E107E64" wp14:editId="49CD8B88">
            <wp:extent cx="5953125" cy="6680000"/>
            <wp:effectExtent l="1905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a:srcRect/>
                    <a:stretch>
                      <a:fillRect/>
                    </a:stretch>
                  </pic:blipFill>
                  <pic:spPr bwMode="auto">
                    <a:xfrm>
                      <a:off x="0" y="0"/>
                      <a:ext cx="5953125" cy="6680000"/>
                    </a:xfrm>
                    <a:prstGeom prst="rect">
                      <a:avLst/>
                    </a:prstGeom>
                    <a:noFill/>
                    <a:ln w="9525">
                      <a:noFill/>
                      <a:miter lim="800000"/>
                      <a:headEnd/>
                      <a:tailEnd/>
                    </a:ln>
                  </pic:spPr>
                </pic:pic>
              </a:graphicData>
            </a:graphic>
          </wp:inline>
        </w:drawing>
      </w:r>
    </w:p>
    <w:p w14:paraId="20335317" w14:textId="77777777" w:rsidR="00185A1C" w:rsidRDefault="00185A1C" w:rsidP="00185A1C">
      <w:pPr>
        <w:rPr>
          <w:b/>
          <w:bCs/>
          <w:sz w:val="28"/>
          <w:szCs w:val="28"/>
          <w:u w:val="single"/>
        </w:rPr>
      </w:pPr>
    </w:p>
    <w:p w14:paraId="6C0768B4" w14:textId="77777777" w:rsidR="00185A1C" w:rsidRDefault="00185A1C" w:rsidP="00185A1C">
      <w:pPr>
        <w:rPr>
          <w:b/>
          <w:bCs/>
          <w:sz w:val="28"/>
          <w:szCs w:val="28"/>
          <w:u w:val="single"/>
        </w:rPr>
      </w:pPr>
    </w:p>
    <w:p w14:paraId="45860097" w14:textId="23653C39" w:rsidR="00185A1C" w:rsidRDefault="00185A1C" w:rsidP="00185A1C">
      <w:pPr>
        <w:rPr>
          <w:b/>
          <w:bCs/>
          <w:sz w:val="28"/>
          <w:szCs w:val="28"/>
          <w:u w:val="single"/>
        </w:rPr>
      </w:pPr>
      <w:r>
        <w:rPr>
          <w:b/>
          <w:bCs/>
          <w:noProof/>
          <w:sz w:val="28"/>
          <w:szCs w:val="28"/>
          <w:u w:val="single"/>
        </w:rPr>
        <w:lastRenderedPageBreak/>
        <w:drawing>
          <wp:inline distT="0" distB="0" distL="0" distR="0" wp14:anchorId="6D6ECC00" wp14:editId="4E9515E8">
            <wp:extent cx="5943600" cy="3287554"/>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srcRect/>
                    <a:stretch>
                      <a:fillRect/>
                    </a:stretch>
                  </pic:blipFill>
                  <pic:spPr bwMode="auto">
                    <a:xfrm>
                      <a:off x="0" y="0"/>
                      <a:ext cx="5943600" cy="3287554"/>
                    </a:xfrm>
                    <a:prstGeom prst="rect">
                      <a:avLst/>
                    </a:prstGeom>
                    <a:noFill/>
                    <a:ln w="9525">
                      <a:noFill/>
                      <a:miter lim="800000"/>
                      <a:headEnd/>
                      <a:tailEnd/>
                    </a:ln>
                  </pic:spPr>
                </pic:pic>
              </a:graphicData>
            </a:graphic>
          </wp:inline>
        </w:drawing>
      </w:r>
    </w:p>
    <w:p w14:paraId="7A3132DB" w14:textId="77777777" w:rsidR="00894FE2" w:rsidRDefault="00894FE2" w:rsidP="00894FE2"/>
    <w:p w14:paraId="4C78F983" w14:textId="77777777" w:rsidR="00894FE2" w:rsidRPr="00AA6AE0" w:rsidRDefault="00894FE2" w:rsidP="00A673B0">
      <w:pPr>
        <w:rPr>
          <w:rFonts w:ascii="Times New Roman" w:hAnsi="Times New Roman" w:cs="Times New Roman"/>
          <w:b/>
          <w:bCs/>
          <w:sz w:val="28"/>
          <w:szCs w:val="28"/>
        </w:rPr>
      </w:pPr>
      <w:r w:rsidRPr="00AA6AE0">
        <w:rPr>
          <w:rFonts w:ascii="Times New Roman" w:hAnsi="Times New Roman" w:cs="Times New Roman"/>
          <w:b/>
          <w:bCs/>
          <w:sz w:val="28"/>
          <w:szCs w:val="28"/>
        </w:rPr>
        <w:t>Add on Course Report-UNIX Shell Programming</w:t>
      </w:r>
    </w:p>
    <w:p w14:paraId="5808FD77" w14:textId="77777777" w:rsidR="00894FE2" w:rsidRDefault="00894FE2" w:rsidP="00894FE2"/>
    <w:p w14:paraId="6BF0A721" w14:textId="77777777" w:rsidR="00894FE2" w:rsidRPr="00AA6AE0" w:rsidRDefault="00894FE2" w:rsidP="00894FE2">
      <w:pPr>
        <w:rPr>
          <w:rFonts w:ascii="Times New Roman" w:hAnsi="Times New Roman" w:cs="Times New Roman"/>
          <w:sz w:val="24"/>
          <w:szCs w:val="24"/>
        </w:rPr>
      </w:pPr>
      <w:r w:rsidRPr="00AA6AE0">
        <w:rPr>
          <w:rFonts w:ascii="Times New Roman" w:hAnsi="Times New Roman" w:cs="Times New Roman"/>
          <w:sz w:val="24"/>
          <w:szCs w:val="24"/>
        </w:rPr>
        <w:t xml:space="preserve">The Department of </w:t>
      </w:r>
      <w:proofErr w:type="spellStart"/>
      <w:proofErr w:type="gramStart"/>
      <w:r w:rsidRPr="00AA6AE0">
        <w:rPr>
          <w:rFonts w:ascii="Times New Roman" w:hAnsi="Times New Roman" w:cs="Times New Roman"/>
          <w:sz w:val="24"/>
          <w:szCs w:val="24"/>
        </w:rPr>
        <w:t>B.Sc</w:t>
      </w:r>
      <w:proofErr w:type="spellEnd"/>
      <w:proofErr w:type="gramEnd"/>
      <w:r w:rsidRPr="00AA6AE0">
        <w:rPr>
          <w:rFonts w:ascii="Times New Roman" w:hAnsi="Times New Roman" w:cs="Times New Roman"/>
          <w:sz w:val="24"/>
          <w:szCs w:val="24"/>
        </w:rPr>
        <w:t xml:space="preserve">(Computer </w:t>
      </w:r>
      <w:proofErr w:type="gramStart"/>
      <w:r w:rsidRPr="00AA6AE0">
        <w:rPr>
          <w:rFonts w:ascii="Times New Roman" w:hAnsi="Times New Roman" w:cs="Times New Roman"/>
          <w:sz w:val="24"/>
          <w:szCs w:val="24"/>
        </w:rPr>
        <w:t>Science  &amp;</w:t>
      </w:r>
      <w:proofErr w:type="gramEnd"/>
      <w:r w:rsidRPr="00AA6AE0">
        <w:rPr>
          <w:rFonts w:ascii="Times New Roman" w:hAnsi="Times New Roman" w:cs="Times New Roman"/>
          <w:sz w:val="24"/>
          <w:szCs w:val="24"/>
        </w:rPr>
        <w:t xml:space="preserve"> Cyber </w:t>
      </w:r>
      <w:proofErr w:type="gramStart"/>
      <w:r w:rsidRPr="00AA6AE0">
        <w:rPr>
          <w:rFonts w:ascii="Times New Roman" w:hAnsi="Times New Roman" w:cs="Times New Roman"/>
          <w:sz w:val="24"/>
          <w:szCs w:val="24"/>
        </w:rPr>
        <w:t>Security)offered</w:t>
      </w:r>
      <w:proofErr w:type="gramEnd"/>
      <w:r w:rsidRPr="00AA6AE0">
        <w:rPr>
          <w:rFonts w:ascii="Times New Roman" w:hAnsi="Times New Roman" w:cs="Times New Roman"/>
          <w:sz w:val="24"/>
          <w:szCs w:val="24"/>
        </w:rPr>
        <w:t xml:space="preserve"> Add-on course for the </w:t>
      </w:r>
      <w:proofErr w:type="gramStart"/>
      <w:r w:rsidRPr="00AA6AE0">
        <w:rPr>
          <w:rFonts w:ascii="Times New Roman" w:hAnsi="Times New Roman" w:cs="Times New Roman"/>
          <w:sz w:val="24"/>
          <w:szCs w:val="24"/>
        </w:rPr>
        <w:t>third year</w:t>
      </w:r>
      <w:proofErr w:type="gramEnd"/>
      <w:r w:rsidRPr="00AA6AE0">
        <w:rPr>
          <w:rFonts w:ascii="Times New Roman" w:hAnsi="Times New Roman" w:cs="Times New Roman"/>
          <w:sz w:val="24"/>
          <w:szCs w:val="24"/>
        </w:rPr>
        <w:t xml:space="preserve"> </w:t>
      </w:r>
      <w:proofErr w:type="spellStart"/>
      <w:proofErr w:type="gramStart"/>
      <w:r w:rsidRPr="00AA6AE0">
        <w:rPr>
          <w:rFonts w:ascii="Times New Roman" w:hAnsi="Times New Roman" w:cs="Times New Roman"/>
          <w:sz w:val="24"/>
          <w:szCs w:val="24"/>
        </w:rPr>
        <w:t>students,titled</w:t>
      </w:r>
      <w:proofErr w:type="spellEnd"/>
      <w:proofErr w:type="gramEnd"/>
      <w:r w:rsidRPr="00AA6AE0">
        <w:rPr>
          <w:rFonts w:ascii="Times New Roman" w:hAnsi="Times New Roman" w:cs="Times New Roman"/>
          <w:sz w:val="24"/>
          <w:szCs w:val="24"/>
        </w:rPr>
        <w:t xml:space="preserve"> as UNIX Shell Programming taught by Faculty Mrs. S. </w:t>
      </w:r>
      <w:proofErr w:type="gramStart"/>
      <w:r w:rsidRPr="00AA6AE0">
        <w:rPr>
          <w:rFonts w:ascii="Times New Roman" w:hAnsi="Times New Roman" w:cs="Times New Roman"/>
          <w:sz w:val="24"/>
          <w:szCs w:val="24"/>
        </w:rPr>
        <w:t>Kavitha .This</w:t>
      </w:r>
      <w:proofErr w:type="gramEnd"/>
      <w:r w:rsidRPr="00AA6AE0">
        <w:rPr>
          <w:rFonts w:ascii="Times New Roman" w:hAnsi="Times New Roman" w:cs="Times New Roman"/>
          <w:sz w:val="24"/>
          <w:szCs w:val="24"/>
        </w:rPr>
        <w:t xml:space="preserve"> is an additional course to the students which will be helpful to them to create files.</w:t>
      </w:r>
    </w:p>
    <w:p w14:paraId="0A488238" w14:textId="77777777" w:rsidR="00894FE2" w:rsidRPr="00AA6AE0" w:rsidRDefault="00894FE2" w:rsidP="00894FE2">
      <w:pPr>
        <w:rPr>
          <w:rFonts w:ascii="Times New Roman" w:hAnsi="Times New Roman" w:cs="Times New Roman"/>
          <w:sz w:val="24"/>
          <w:szCs w:val="24"/>
        </w:rPr>
      </w:pPr>
      <w:r w:rsidRPr="00AA6AE0">
        <w:rPr>
          <w:rFonts w:ascii="Times New Roman" w:hAnsi="Times New Roman" w:cs="Times New Roman"/>
          <w:sz w:val="24"/>
          <w:szCs w:val="24"/>
        </w:rPr>
        <w:t>Objective:</w:t>
      </w:r>
    </w:p>
    <w:p w14:paraId="1AB8611C" w14:textId="77777777" w:rsidR="00894FE2" w:rsidRPr="00AA6AE0" w:rsidRDefault="00894FE2" w:rsidP="00894FE2">
      <w:pPr>
        <w:rPr>
          <w:rFonts w:ascii="Times New Roman" w:hAnsi="Times New Roman" w:cs="Times New Roman"/>
          <w:sz w:val="24"/>
          <w:szCs w:val="24"/>
        </w:rPr>
      </w:pPr>
      <w:r w:rsidRPr="00AA6AE0">
        <w:rPr>
          <w:rFonts w:ascii="Times New Roman" w:hAnsi="Times New Roman" w:cs="Times New Roman"/>
          <w:sz w:val="24"/>
          <w:szCs w:val="24"/>
        </w:rPr>
        <w:t>The main objective of this program is to enhance the skills of   how to create the files &amp; Directories.</w:t>
      </w:r>
    </w:p>
    <w:p w14:paraId="2E721C94" w14:textId="77777777" w:rsidR="00894FE2" w:rsidRPr="00AA6AE0" w:rsidRDefault="00894FE2" w:rsidP="00894FE2">
      <w:pPr>
        <w:rPr>
          <w:rFonts w:ascii="Times New Roman" w:hAnsi="Times New Roman" w:cs="Times New Roman"/>
          <w:sz w:val="24"/>
          <w:szCs w:val="24"/>
        </w:rPr>
      </w:pPr>
      <w:r w:rsidRPr="00AA6AE0">
        <w:rPr>
          <w:rFonts w:ascii="Times New Roman" w:hAnsi="Times New Roman" w:cs="Times New Roman"/>
          <w:sz w:val="24"/>
          <w:szCs w:val="24"/>
        </w:rPr>
        <w:t xml:space="preserve">We have conducted the </w:t>
      </w:r>
      <w:proofErr w:type="gramStart"/>
      <w:r w:rsidRPr="00AA6AE0">
        <w:rPr>
          <w:rFonts w:ascii="Times New Roman" w:hAnsi="Times New Roman" w:cs="Times New Roman"/>
          <w:sz w:val="24"/>
          <w:szCs w:val="24"/>
        </w:rPr>
        <w:t>Course  on</w:t>
      </w:r>
      <w:proofErr w:type="gramEnd"/>
      <w:r w:rsidRPr="00AA6AE0">
        <w:rPr>
          <w:rFonts w:ascii="Times New Roman" w:hAnsi="Times New Roman" w:cs="Times New Roman"/>
          <w:sz w:val="24"/>
          <w:szCs w:val="24"/>
        </w:rPr>
        <w:t xml:space="preserve">  every week 6th hour.</w:t>
      </w:r>
    </w:p>
    <w:p w14:paraId="6ABF3673" w14:textId="77777777" w:rsidR="00894FE2" w:rsidRPr="00AA6AE0" w:rsidRDefault="00894FE2" w:rsidP="00894FE2">
      <w:pPr>
        <w:rPr>
          <w:rFonts w:ascii="Times New Roman" w:hAnsi="Times New Roman" w:cs="Times New Roman"/>
          <w:sz w:val="24"/>
          <w:szCs w:val="24"/>
        </w:rPr>
      </w:pPr>
      <w:r w:rsidRPr="00AA6AE0">
        <w:rPr>
          <w:rFonts w:ascii="Times New Roman" w:hAnsi="Times New Roman" w:cs="Times New Roman"/>
          <w:sz w:val="24"/>
          <w:szCs w:val="24"/>
        </w:rPr>
        <w:t>•</w:t>
      </w:r>
      <w:r w:rsidRPr="00AA6AE0">
        <w:rPr>
          <w:rFonts w:ascii="Times New Roman" w:hAnsi="Times New Roman" w:cs="Times New Roman"/>
          <w:sz w:val="24"/>
          <w:szCs w:val="24"/>
        </w:rPr>
        <w:tab/>
        <w:t xml:space="preserve">The following topics have </w:t>
      </w:r>
      <w:proofErr w:type="gramStart"/>
      <w:r w:rsidRPr="00AA6AE0">
        <w:rPr>
          <w:rFonts w:ascii="Times New Roman" w:hAnsi="Times New Roman" w:cs="Times New Roman"/>
          <w:sz w:val="24"/>
          <w:szCs w:val="24"/>
        </w:rPr>
        <w:t>been  covered</w:t>
      </w:r>
      <w:proofErr w:type="gramEnd"/>
      <w:r w:rsidRPr="00AA6AE0">
        <w:rPr>
          <w:rFonts w:ascii="Times New Roman" w:hAnsi="Times New Roman" w:cs="Times New Roman"/>
          <w:sz w:val="24"/>
          <w:szCs w:val="24"/>
        </w:rPr>
        <w:t>:</w:t>
      </w:r>
    </w:p>
    <w:p w14:paraId="4498CE11" w14:textId="77777777" w:rsidR="00894FE2" w:rsidRPr="00AA6AE0" w:rsidRDefault="00894FE2" w:rsidP="00894FE2">
      <w:pPr>
        <w:rPr>
          <w:rFonts w:ascii="Times New Roman" w:hAnsi="Times New Roman" w:cs="Times New Roman"/>
          <w:sz w:val="24"/>
          <w:szCs w:val="24"/>
        </w:rPr>
      </w:pPr>
      <w:r w:rsidRPr="00AA6AE0">
        <w:rPr>
          <w:rFonts w:ascii="Times New Roman" w:hAnsi="Times New Roman" w:cs="Times New Roman"/>
          <w:sz w:val="24"/>
          <w:szCs w:val="24"/>
        </w:rPr>
        <w:t>1.</w:t>
      </w:r>
      <w:r w:rsidRPr="00AA6AE0">
        <w:rPr>
          <w:rFonts w:ascii="Times New Roman" w:hAnsi="Times New Roman" w:cs="Times New Roman"/>
          <w:sz w:val="24"/>
          <w:szCs w:val="24"/>
        </w:rPr>
        <w:tab/>
        <w:t>Overview of UNIX</w:t>
      </w:r>
    </w:p>
    <w:p w14:paraId="3526386B" w14:textId="77777777" w:rsidR="00894FE2" w:rsidRPr="00AA6AE0" w:rsidRDefault="00894FE2" w:rsidP="00894FE2">
      <w:pPr>
        <w:rPr>
          <w:rFonts w:ascii="Times New Roman" w:hAnsi="Times New Roman" w:cs="Times New Roman"/>
          <w:sz w:val="24"/>
          <w:szCs w:val="24"/>
        </w:rPr>
      </w:pPr>
      <w:r w:rsidRPr="00AA6AE0">
        <w:rPr>
          <w:rFonts w:ascii="Times New Roman" w:hAnsi="Times New Roman" w:cs="Times New Roman"/>
          <w:sz w:val="24"/>
          <w:szCs w:val="24"/>
        </w:rPr>
        <w:t>2.</w:t>
      </w:r>
      <w:r w:rsidRPr="00AA6AE0">
        <w:rPr>
          <w:rFonts w:ascii="Times New Roman" w:hAnsi="Times New Roman" w:cs="Times New Roman"/>
          <w:sz w:val="24"/>
          <w:szCs w:val="24"/>
        </w:rPr>
        <w:tab/>
      </w:r>
      <w:proofErr w:type="gramStart"/>
      <w:r w:rsidRPr="00AA6AE0">
        <w:rPr>
          <w:rFonts w:ascii="Times New Roman" w:hAnsi="Times New Roman" w:cs="Times New Roman"/>
          <w:sz w:val="24"/>
          <w:szCs w:val="24"/>
        </w:rPr>
        <w:t>Basic  Commands</w:t>
      </w:r>
      <w:proofErr w:type="gramEnd"/>
      <w:r w:rsidRPr="00AA6AE0">
        <w:rPr>
          <w:rFonts w:ascii="Times New Roman" w:hAnsi="Times New Roman" w:cs="Times New Roman"/>
          <w:sz w:val="24"/>
          <w:szCs w:val="24"/>
        </w:rPr>
        <w:t xml:space="preserve"> of UNIX</w:t>
      </w:r>
    </w:p>
    <w:p w14:paraId="164F3D56" w14:textId="77777777" w:rsidR="00894FE2" w:rsidRPr="00AA6AE0" w:rsidRDefault="00894FE2" w:rsidP="00894FE2">
      <w:pPr>
        <w:rPr>
          <w:rFonts w:ascii="Times New Roman" w:hAnsi="Times New Roman" w:cs="Times New Roman"/>
          <w:sz w:val="24"/>
          <w:szCs w:val="24"/>
        </w:rPr>
      </w:pPr>
      <w:r w:rsidRPr="00AA6AE0">
        <w:rPr>
          <w:rFonts w:ascii="Times New Roman" w:hAnsi="Times New Roman" w:cs="Times New Roman"/>
          <w:sz w:val="24"/>
          <w:szCs w:val="24"/>
        </w:rPr>
        <w:t>3.</w:t>
      </w:r>
      <w:r w:rsidRPr="00AA6AE0">
        <w:rPr>
          <w:rFonts w:ascii="Times New Roman" w:hAnsi="Times New Roman" w:cs="Times New Roman"/>
          <w:sz w:val="24"/>
          <w:szCs w:val="24"/>
        </w:rPr>
        <w:tab/>
        <w:t>Working with Files &amp; Directories</w:t>
      </w:r>
    </w:p>
    <w:p w14:paraId="78F0C542" w14:textId="77777777" w:rsidR="00894FE2" w:rsidRPr="00AA6AE0" w:rsidRDefault="00894FE2" w:rsidP="00894FE2">
      <w:pPr>
        <w:rPr>
          <w:rFonts w:ascii="Times New Roman" w:hAnsi="Times New Roman" w:cs="Times New Roman"/>
          <w:sz w:val="24"/>
          <w:szCs w:val="24"/>
        </w:rPr>
      </w:pPr>
      <w:r w:rsidRPr="00AA6AE0">
        <w:rPr>
          <w:rFonts w:ascii="Times New Roman" w:hAnsi="Times New Roman" w:cs="Times New Roman"/>
          <w:sz w:val="24"/>
          <w:szCs w:val="24"/>
        </w:rPr>
        <w:t>4.</w:t>
      </w:r>
      <w:r w:rsidRPr="00AA6AE0">
        <w:rPr>
          <w:rFonts w:ascii="Times New Roman" w:hAnsi="Times New Roman" w:cs="Times New Roman"/>
          <w:sz w:val="24"/>
          <w:szCs w:val="24"/>
        </w:rPr>
        <w:tab/>
        <w:t>Implementing the various programs using Mathematical Functions &amp; Strings</w:t>
      </w:r>
    </w:p>
    <w:p w14:paraId="47CC7DF2" w14:textId="77777777" w:rsidR="00894FE2" w:rsidRPr="00AA6AE0" w:rsidRDefault="00894FE2" w:rsidP="00894FE2">
      <w:pPr>
        <w:rPr>
          <w:rFonts w:ascii="Times New Roman" w:hAnsi="Times New Roman" w:cs="Times New Roman"/>
          <w:sz w:val="24"/>
          <w:szCs w:val="24"/>
        </w:rPr>
      </w:pPr>
    </w:p>
    <w:p w14:paraId="0B088841" w14:textId="77777777" w:rsidR="00894FE2" w:rsidRPr="00AA6AE0" w:rsidRDefault="00894FE2" w:rsidP="00894FE2">
      <w:pPr>
        <w:rPr>
          <w:rFonts w:ascii="Times New Roman" w:hAnsi="Times New Roman" w:cs="Times New Roman"/>
          <w:sz w:val="24"/>
          <w:szCs w:val="24"/>
        </w:rPr>
      </w:pPr>
      <w:r w:rsidRPr="00AA6AE0">
        <w:rPr>
          <w:rFonts w:ascii="Times New Roman" w:hAnsi="Times New Roman" w:cs="Times New Roman"/>
          <w:sz w:val="24"/>
          <w:szCs w:val="24"/>
        </w:rPr>
        <w:t>•</w:t>
      </w:r>
      <w:r w:rsidRPr="00AA6AE0">
        <w:rPr>
          <w:rFonts w:ascii="Times New Roman" w:hAnsi="Times New Roman" w:cs="Times New Roman"/>
          <w:sz w:val="24"/>
          <w:szCs w:val="24"/>
        </w:rPr>
        <w:tab/>
        <w:t xml:space="preserve">We have given the Information and knowledge regarding these </w:t>
      </w:r>
      <w:proofErr w:type="spellStart"/>
      <w:proofErr w:type="gramStart"/>
      <w:r w:rsidRPr="00AA6AE0">
        <w:rPr>
          <w:rFonts w:ascii="Times New Roman" w:hAnsi="Times New Roman" w:cs="Times New Roman"/>
          <w:sz w:val="24"/>
          <w:szCs w:val="24"/>
        </w:rPr>
        <w:t>topics.The</w:t>
      </w:r>
      <w:proofErr w:type="spellEnd"/>
      <w:proofErr w:type="gramEnd"/>
      <w:r w:rsidRPr="00AA6AE0">
        <w:rPr>
          <w:rFonts w:ascii="Times New Roman" w:hAnsi="Times New Roman" w:cs="Times New Roman"/>
          <w:sz w:val="24"/>
          <w:szCs w:val="24"/>
        </w:rPr>
        <w:t xml:space="preserve"> students performed tasks which </w:t>
      </w:r>
      <w:proofErr w:type="gramStart"/>
      <w:r w:rsidRPr="00AA6AE0">
        <w:rPr>
          <w:rFonts w:ascii="Times New Roman" w:hAnsi="Times New Roman" w:cs="Times New Roman"/>
          <w:sz w:val="24"/>
          <w:szCs w:val="24"/>
        </w:rPr>
        <w:t>is  given</w:t>
      </w:r>
      <w:proofErr w:type="gramEnd"/>
      <w:r w:rsidRPr="00AA6AE0">
        <w:rPr>
          <w:rFonts w:ascii="Times New Roman" w:hAnsi="Times New Roman" w:cs="Times New Roman"/>
          <w:sz w:val="24"/>
          <w:szCs w:val="24"/>
        </w:rPr>
        <w:t xml:space="preserve"> to them. They have shown the Keen interest in learning the subject </w:t>
      </w:r>
      <w:proofErr w:type="gramStart"/>
      <w:r w:rsidRPr="00AA6AE0">
        <w:rPr>
          <w:rFonts w:ascii="Times New Roman" w:hAnsi="Times New Roman" w:cs="Times New Roman"/>
          <w:sz w:val="24"/>
          <w:szCs w:val="24"/>
        </w:rPr>
        <w:t>and  doing</w:t>
      </w:r>
      <w:proofErr w:type="gramEnd"/>
      <w:r w:rsidRPr="00AA6AE0">
        <w:rPr>
          <w:rFonts w:ascii="Times New Roman" w:hAnsi="Times New Roman" w:cs="Times New Roman"/>
          <w:sz w:val="24"/>
          <w:szCs w:val="24"/>
        </w:rPr>
        <w:t xml:space="preserve"> the tasks. The performance of the students was quite impressive.</w:t>
      </w:r>
    </w:p>
    <w:p w14:paraId="615FE932" w14:textId="77777777" w:rsidR="00894FE2" w:rsidRPr="00AA6AE0" w:rsidRDefault="00894FE2" w:rsidP="00894FE2">
      <w:pPr>
        <w:rPr>
          <w:rFonts w:ascii="Times New Roman" w:hAnsi="Times New Roman" w:cs="Times New Roman"/>
          <w:sz w:val="24"/>
          <w:szCs w:val="24"/>
        </w:rPr>
      </w:pPr>
      <w:r w:rsidRPr="00AA6AE0">
        <w:rPr>
          <w:rFonts w:ascii="Times New Roman" w:hAnsi="Times New Roman" w:cs="Times New Roman"/>
          <w:sz w:val="24"/>
          <w:szCs w:val="24"/>
        </w:rPr>
        <w:t>Outcome:</w:t>
      </w:r>
    </w:p>
    <w:p w14:paraId="37821D39" w14:textId="77777777" w:rsidR="00894FE2" w:rsidRPr="00AA6AE0" w:rsidRDefault="00894FE2" w:rsidP="00894FE2">
      <w:pPr>
        <w:rPr>
          <w:rFonts w:ascii="Times New Roman" w:hAnsi="Times New Roman" w:cs="Times New Roman"/>
          <w:sz w:val="24"/>
          <w:szCs w:val="24"/>
        </w:rPr>
      </w:pPr>
      <w:r w:rsidRPr="00AA6AE0">
        <w:rPr>
          <w:rFonts w:ascii="Times New Roman" w:hAnsi="Times New Roman" w:cs="Times New Roman"/>
          <w:sz w:val="24"/>
          <w:szCs w:val="24"/>
        </w:rPr>
        <w:lastRenderedPageBreak/>
        <w:t>•</w:t>
      </w:r>
      <w:r w:rsidRPr="00AA6AE0">
        <w:rPr>
          <w:rFonts w:ascii="Times New Roman" w:hAnsi="Times New Roman" w:cs="Times New Roman"/>
          <w:sz w:val="24"/>
          <w:szCs w:val="24"/>
        </w:rPr>
        <w:tab/>
        <w:t xml:space="preserve">Students </w:t>
      </w:r>
      <w:proofErr w:type="gramStart"/>
      <w:r w:rsidRPr="00AA6AE0">
        <w:rPr>
          <w:rFonts w:ascii="Times New Roman" w:hAnsi="Times New Roman" w:cs="Times New Roman"/>
          <w:sz w:val="24"/>
          <w:szCs w:val="24"/>
        </w:rPr>
        <w:t>are able to</w:t>
      </w:r>
      <w:proofErr w:type="gramEnd"/>
      <w:r w:rsidRPr="00AA6AE0">
        <w:rPr>
          <w:rFonts w:ascii="Times New Roman" w:hAnsi="Times New Roman" w:cs="Times New Roman"/>
          <w:sz w:val="24"/>
          <w:szCs w:val="24"/>
        </w:rPr>
        <w:t xml:space="preserve"> write a sample </w:t>
      </w:r>
      <w:proofErr w:type="gramStart"/>
      <w:r w:rsidRPr="00AA6AE0">
        <w:rPr>
          <w:rFonts w:ascii="Times New Roman" w:hAnsi="Times New Roman" w:cs="Times New Roman"/>
          <w:sz w:val="24"/>
          <w:szCs w:val="24"/>
        </w:rPr>
        <w:t>program  like</w:t>
      </w:r>
      <w:proofErr w:type="gramEnd"/>
      <w:r w:rsidRPr="00AA6AE0">
        <w:rPr>
          <w:rFonts w:ascii="Times New Roman" w:hAnsi="Times New Roman" w:cs="Times New Roman"/>
          <w:sz w:val="24"/>
          <w:szCs w:val="24"/>
        </w:rPr>
        <w:t xml:space="preserve"> creating and working with some basic commands &amp; simple programs on control statements like if and for.</w:t>
      </w:r>
    </w:p>
    <w:p w14:paraId="15A7E96E" w14:textId="77777777" w:rsidR="00894FE2" w:rsidRPr="00AA6AE0" w:rsidRDefault="00894FE2" w:rsidP="00894FE2">
      <w:pPr>
        <w:rPr>
          <w:rFonts w:ascii="Times New Roman" w:hAnsi="Times New Roman" w:cs="Times New Roman"/>
          <w:sz w:val="24"/>
          <w:szCs w:val="24"/>
        </w:rPr>
      </w:pPr>
    </w:p>
    <w:p w14:paraId="65B2CCA4" w14:textId="77777777" w:rsidR="00894FE2" w:rsidRPr="00AA6AE0" w:rsidRDefault="00894FE2" w:rsidP="00894FE2">
      <w:pPr>
        <w:rPr>
          <w:rFonts w:ascii="Times New Roman" w:hAnsi="Times New Roman" w:cs="Times New Roman"/>
          <w:sz w:val="24"/>
          <w:szCs w:val="24"/>
        </w:rPr>
      </w:pPr>
    </w:p>
    <w:p w14:paraId="1761ABD0" w14:textId="77777777" w:rsidR="00894FE2" w:rsidRDefault="00894FE2" w:rsidP="00894FE2"/>
    <w:p w14:paraId="1909042F" w14:textId="77777777" w:rsidR="00894FE2" w:rsidRDefault="00894FE2" w:rsidP="00894FE2">
      <w:r>
        <w:rPr>
          <w:noProof/>
        </w:rPr>
        <w:drawing>
          <wp:inline distT="0" distB="0" distL="114300" distR="114300" wp14:anchorId="0ACBEA98" wp14:editId="4BF383E3">
            <wp:extent cx="4065905" cy="2611755"/>
            <wp:effectExtent l="0" t="0" r="3175" b="9525"/>
            <wp:docPr id="1800414235" name="Picture 1800414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10"/>
                    <a:stretch>
                      <a:fillRect/>
                    </a:stretch>
                  </pic:blipFill>
                  <pic:spPr>
                    <a:xfrm>
                      <a:off x="0" y="0"/>
                      <a:ext cx="4065905" cy="2611755"/>
                    </a:xfrm>
                    <a:prstGeom prst="rect">
                      <a:avLst/>
                    </a:prstGeom>
                    <a:noFill/>
                    <a:ln>
                      <a:noFill/>
                    </a:ln>
                  </pic:spPr>
                </pic:pic>
              </a:graphicData>
            </a:graphic>
          </wp:inline>
        </w:drawing>
      </w:r>
    </w:p>
    <w:p w14:paraId="09F24CB4" w14:textId="77777777" w:rsidR="00894FE2" w:rsidRDefault="00894FE2" w:rsidP="00894FE2"/>
    <w:p w14:paraId="2F754FC3" w14:textId="77777777" w:rsidR="00894FE2" w:rsidRDefault="00894FE2" w:rsidP="00894FE2"/>
    <w:p w14:paraId="4281B26C" w14:textId="77777777" w:rsidR="00894FE2" w:rsidRPr="00AA6AE0" w:rsidRDefault="00894FE2" w:rsidP="00894FE2">
      <w:pPr>
        <w:spacing w:after="0"/>
      </w:pPr>
      <w:r w:rsidRPr="00AA6AE0">
        <w:rPr>
          <w:noProof/>
        </w:rPr>
        <w:drawing>
          <wp:inline distT="0" distB="0" distL="0" distR="0" wp14:anchorId="58177DEB" wp14:editId="29C3B2E9">
            <wp:extent cx="4222143" cy="3956050"/>
            <wp:effectExtent l="0" t="0" r="6985" b="6350"/>
            <wp:docPr id="10229456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223383" cy="3957212"/>
                    </a:xfrm>
                    <a:prstGeom prst="rect">
                      <a:avLst/>
                    </a:prstGeom>
                    <a:noFill/>
                    <a:ln>
                      <a:noFill/>
                    </a:ln>
                  </pic:spPr>
                </pic:pic>
              </a:graphicData>
            </a:graphic>
          </wp:inline>
        </w:drawing>
      </w:r>
    </w:p>
    <w:p w14:paraId="29D19DD8" w14:textId="77777777" w:rsidR="00795B9D" w:rsidRDefault="00795B9D" w:rsidP="00795B9D">
      <w:pPr>
        <w:rPr>
          <w:b/>
          <w:bCs/>
          <w:sz w:val="28"/>
          <w:szCs w:val="28"/>
          <w:u w:val="single"/>
        </w:rPr>
      </w:pPr>
    </w:p>
    <w:p w14:paraId="5D994708" w14:textId="5C46F92A" w:rsidR="00795B9D" w:rsidRDefault="00795B9D" w:rsidP="00795B9D">
      <w:pPr>
        <w:rPr>
          <w:b/>
          <w:bCs/>
          <w:sz w:val="28"/>
          <w:szCs w:val="28"/>
          <w:u w:val="single"/>
        </w:rPr>
      </w:pPr>
      <w:r>
        <w:rPr>
          <w:b/>
          <w:bCs/>
          <w:sz w:val="28"/>
          <w:szCs w:val="28"/>
          <w:u w:val="single"/>
        </w:rPr>
        <w:lastRenderedPageBreak/>
        <w:t>ATTENDANCE SIGNING SHEET</w:t>
      </w:r>
    </w:p>
    <w:p w14:paraId="04A6B720" w14:textId="77777777" w:rsidR="00894FE2" w:rsidRDefault="00894FE2" w:rsidP="00894FE2"/>
    <w:p w14:paraId="01A622FF" w14:textId="77777777" w:rsidR="00795B9D" w:rsidRDefault="00795B9D" w:rsidP="00226B14">
      <w:pPr>
        <w:rPr>
          <w:noProof/>
        </w:rPr>
      </w:pPr>
    </w:p>
    <w:p w14:paraId="68F73688" w14:textId="495FF77C" w:rsidR="00226B14" w:rsidRDefault="004936D8" w:rsidP="00226B14">
      <w:pPr>
        <w:rPr>
          <w:rFonts w:ascii="Times New Roman" w:hAnsi="Times New Roman" w:cs="Times New Roman"/>
          <w:b/>
          <w:bCs/>
          <w:sz w:val="36"/>
          <w:szCs w:val="36"/>
          <w:lang w:val="en-GB"/>
        </w:rPr>
      </w:pPr>
      <w:r w:rsidRPr="0006517E">
        <w:rPr>
          <w:noProof/>
        </w:rPr>
        <w:drawing>
          <wp:inline distT="0" distB="0" distL="0" distR="0" wp14:anchorId="7DD25765" wp14:editId="096FC4F1">
            <wp:extent cx="4039164" cy="6106377"/>
            <wp:effectExtent l="0" t="0" r="0" b="0"/>
            <wp:docPr id="4556119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611960" name=""/>
                    <pic:cNvPicPr/>
                  </pic:nvPicPr>
                  <pic:blipFill>
                    <a:blip r:embed="rId112"/>
                    <a:stretch>
                      <a:fillRect/>
                    </a:stretch>
                  </pic:blipFill>
                  <pic:spPr>
                    <a:xfrm>
                      <a:off x="0" y="0"/>
                      <a:ext cx="4039164" cy="6106377"/>
                    </a:xfrm>
                    <a:prstGeom prst="rect">
                      <a:avLst/>
                    </a:prstGeom>
                  </pic:spPr>
                </pic:pic>
              </a:graphicData>
            </a:graphic>
          </wp:inline>
        </w:drawing>
      </w:r>
    </w:p>
    <w:p w14:paraId="6992AE09" w14:textId="77777777" w:rsidR="00795B9D" w:rsidRDefault="00795B9D" w:rsidP="00226B14">
      <w:pPr>
        <w:rPr>
          <w:rFonts w:ascii="Times New Roman" w:hAnsi="Times New Roman" w:cs="Times New Roman"/>
          <w:b/>
          <w:bCs/>
          <w:sz w:val="36"/>
          <w:szCs w:val="36"/>
          <w:lang w:val="en-GB"/>
        </w:rPr>
      </w:pPr>
    </w:p>
    <w:p w14:paraId="0C7D3C90" w14:textId="77777777" w:rsidR="00795B9D" w:rsidRDefault="00795B9D" w:rsidP="00226B14">
      <w:pPr>
        <w:rPr>
          <w:rFonts w:ascii="Times New Roman" w:hAnsi="Times New Roman" w:cs="Times New Roman"/>
          <w:b/>
          <w:bCs/>
          <w:sz w:val="36"/>
          <w:szCs w:val="36"/>
          <w:lang w:val="en-GB"/>
        </w:rPr>
      </w:pPr>
    </w:p>
    <w:p w14:paraId="1389EC6A" w14:textId="77777777" w:rsidR="00795B9D" w:rsidRDefault="00795B9D" w:rsidP="00226B14">
      <w:pPr>
        <w:rPr>
          <w:rFonts w:ascii="Times New Roman" w:hAnsi="Times New Roman" w:cs="Times New Roman"/>
          <w:b/>
          <w:bCs/>
          <w:sz w:val="36"/>
          <w:szCs w:val="36"/>
          <w:lang w:val="en-GB"/>
        </w:rPr>
      </w:pPr>
    </w:p>
    <w:p w14:paraId="70B7A809" w14:textId="77777777" w:rsidR="00795B9D" w:rsidRDefault="00795B9D" w:rsidP="00226B14">
      <w:pPr>
        <w:rPr>
          <w:rFonts w:ascii="Times New Roman" w:hAnsi="Times New Roman" w:cs="Times New Roman"/>
          <w:b/>
          <w:bCs/>
          <w:sz w:val="36"/>
          <w:szCs w:val="36"/>
          <w:lang w:val="en-GB"/>
        </w:rPr>
      </w:pPr>
    </w:p>
    <w:p w14:paraId="51663B71" w14:textId="2D3F4E9D" w:rsidR="00894FE2" w:rsidRPr="00795B9D" w:rsidRDefault="008D62E9" w:rsidP="00226B14">
      <w:pPr>
        <w:rPr>
          <w:rFonts w:ascii="Times New Roman" w:hAnsi="Times New Roman" w:cs="Times New Roman"/>
          <w:b/>
          <w:bCs/>
          <w:sz w:val="28"/>
          <w:szCs w:val="28"/>
          <w:lang w:val="en-GB"/>
        </w:rPr>
      </w:pPr>
      <w:r w:rsidRPr="00795B9D">
        <w:rPr>
          <w:rFonts w:ascii="Times New Roman" w:hAnsi="Times New Roman" w:cs="Times New Roman"/>
          <w:b/>
          <w:bCs/>
          <w:sz w:val="28"/>
          <w:szCs w:val="28"/>
          <w:lang w:val="en-GB"/>
        </w:rPr>
        <w:lastRenderedPageBreak/>
        <w:t>Add On Marks</w:t>
      </w:r>
    </w:p>
    <w:tbl>
      <w:tblPr>
        <w:tblW w:w="7400" w:type="dxa"/>
        <w:tblLook w:val="04A0" w:firstRow="1" w:lastRow="0" w:firstColumn="1" w:lastColumn="0" w:noHBand="0" w:noVBand="1"/>
      </w:tblPr>
      <w:tblGrid>
        <w:gridCol w:w="700"/>
        <w:gridCol w:w="2380"/>
        <w:gridCol w:w="3080"/>
        <w:gridCol w:w="1240"/>
      </w:tblGrid>
      <w:tr w:rsidR="008D62E9" w:rsidRPr="008D62E9" w14:paraId="66B21E59" w14:textId="77777777" w:rsidTr="008D62E9">
        <w:trPr>
          <w:trHeight w:val="300"/>
        </w:trPr>
        <w:tc>
          <w:tcPr>
            <w:tcW w:w="700" w:type="dxa"/>
            <w:tcBorders>
              <w:top w:val="single" w:sz="4" w:space="0" w:color="auto"/>
              <w:left w:val="single" w:sz="4" w:space="0" w:color="auto"/>
              <w:bottom w:val="single" w:sz="4" w:space="0" w:color="auto"/>
              <w:right w:val="single" w:sz="4" w:space="0" w:color="auto"/>
            </w:tcBorders>
            <w:noWrap/>
            <w:vAlign w:val="bottom"/>
            <w:hideMark/>
          </w:tcPr>
          <w:p w14:paraId="6E5030ED" w14:textId="77777777" w:rsidR="008D62E9" w:rsidRPr="008D62E9" w:rsidRDefault="008D62E9" w:rsidP="008D62E9">
            <w:pPr>
              <w:spacing w:after="0" w:line="240" w:lineRule="auto"/>
              <w:jc w:val="center"/>
              <w:rPr>
                <w:rFonts w:ascii="Calibri" w:eastAsia="Times New Roman" w:hAnsi="Calibri" w:cs="Calibri"/>
                <w:b/>
                <w:bCs/>
                <w:color w:val="000000"/>
                <w:kern w:val="0"/>
                <w:lang w:eastAsia="en-IN"/>
                <w14:ligatures w14:val="none"/>
              </w:rPr>
            </w:pPr>
            <w:r w:rsidRPr="008D62E9">
              <w:rPr>
                <w:rFonts w:ascii="Calibri" w:eastAsia="Times New Roman" w:hAnsi="Calibri" w:cs="Calibri"/>
                <w:b/>
                <w:bCs/>
                <w:color w:val="000000"/>
                <w:kern w:val="0"/>
                <w:lang w:eastAsia="en-IN"/>
                <w14:ligatures w14:val="none"/>
              </w:rPr>
              <w:t>S.NO</w:t>
            </w:r>
          </w:p>
        </w:tc>
        <w:tc>
          <w:tcPr>
            <w:tcW w:w="2380" w:type="dxa"/>
            <w:tcBorders>
              <w:top w:val="single" w:sz="4" w:space="0" w:color="auto"/>
              <w:left w:val="nil"/>
              <w:bottom w:val="single" w:sz="4" w:space="0" w:color="auto"/>
              <w:right w:val="single" w:sz="4" w:space="0" w:color="auto"/>
            </w:tcBorders>
            <w:noWrap/>
            <w:vAlign w:val="bottom"/>
            <w:hideMark/>
          </w:tcPr>
          <w:p w14:paraId="1571F880" w14:textId="77777777" w:rsidR="008D62E9" w:rsidRPr="008D62E9" w:rsidRDefault="008D62E9" w:rsidP="008D62E9">
            <w:pPr>
              <w:spacing w:after="0" w:line="240" w:lineRule="auto"/>
              <w:jc w:val="center"/>
              <w:rPr>
                <w:rFonts w:ascii="Calibri" w:eastAsia="Times New Roman" w:hAnsi="Calibri" w:cs="Calibri"/>
                <w:b/>
                <w:bCs/>
                <w:color w:val="000000"/>
                <w:kern w:val="0"/>
                <w:lang w:eastAsia="en-IN"/>
                <w14:ligatures w14:val="none"/>
              </w:rPr>
            </w:pPr>
            <w:r w:rsidRPr="008D62E9">
              <w:rPr>
                <w:rFonts w:ascii="Calibri" w:eastAsia="Times New Roman" w:hAnsi="Calibri" w:cs="Calibri"/>
                <w:b/>
                <w:bCs/>
                <w:color w:val="000000"/>
                <w:kern w:val="0"/>
                <w:lang w:eastAsia="en-IN"/>
                <w14:ligatures w14:val="none"/>
              </w:rPr>
              <w:t>UID</w:t>
            </w:r>
          </w:p>
        </w:tc>
        <w:tc>
          <w:tcPr>
            <w:tcW w:w="3080" w:type="dxa"/>
            <w:tcBorders>
              <w:top w:val="single" w:sz="4" w:space="0" w:color="auto"/>
              <w:left w:val="nil"/>
              <w:bottom w:val="single" w:sz="4" w:space="0" w:color="auto"/>
              <w:right w:val="single" w:sz="4" w:space="0" w:color="auto"/>
            </w:tcBorders>
            <w:noWrap/>
            <w:vAlign w:val="bottom"/>
            <w:hideMark/>
          </w:tcPr>
          <w:p w14:paraId="5056F87A" w14:textId="77777777" w:rsidR="008D62E9" w:rsidRPr="008D62E9" w:rsidRDefault="008D62E9" w:rsidP="008D62E9">
            <w:pPr>
              <w:spacing w:after="0" w:line="240" w:lineRule="auto"/>
              <w:jc w:val="center"/>
              <w:rPr>
                <w:rFonts w:ascii="Calibri" w:eastAsia="Times New Roman" w:hAnsi="Calibri" w:cs="Calibri"/>
                <w:b/>
                <w:bCs/>
                <w:color w:val="000000"/>
                <w:kern w:val="0"/>
                <w:lang w:eastAsia="en-IN"/>
                <w14:ligatures w14:val="none"/>
              </w:rPr>
            </w:pPr>
            <w:r w:rsidRPr="008D62E9">
              <w:rPr>
                <w:rFonts w:ascii="Calibri" w:eastAsia="Times New Roman" w:hAnsi="Calibri" w:cs="Calibri"/>
                <w:b/>
                <w:bCs/>
                <w:color w:val="000000"/>
                <w:kern w:val="0"/>
                <w:lang w:eastAsia="en-IN"/>
                <w14:ligatures w14:val="none"/>
              </w:rPr>
              <w:t>NAME</w:t>
            </w:r>
          </w:p>
        </w:tc>
        <w:tc>
          <w:tcPr>
            <w:tcW w:w="1240" w:type="dxa"/>
            <w:tcBorders>
              <w:top w:val="single" w:sz="4" w:space="0" w:color="auto"/>
              <w:left w:val="nil"/>
              <w:bottom w:val="single" w:sz="4" w:space="0" w:color="auto"/>
              <w:right w:val="single" w:sz="4" w:space="0" w:color="auto"/>
            </w:tcBorders>
            <w:noWrap/>
            <w:vAlign w:val="bottom"/>
            <w:hideMark/>
          </w:tcPr>
          <w:p w14:paraId="33874014" w14:textId="77777777" w:rsidR="008D62E9" w:rsidRPr="008D62E9" w:rsidRDefault="008D62E9" w:rsidP="008D62E9">
            <w:pPr>
              <w:spacing w:after="0" w:line="240" w:lineRule="auto"/>
              <w:jc w:val="center"/>
              <w:rPr>
                <w:rFonts w:ascii="Calibri" w:eastAsia="Times New Roman" w:hAnsi="Calibri" w:cs="Calibri"/>
                <w:b/>
                <w:bCs/>
                <w:color w:val="000000"/>
                <w:kern w:val="0"/>
                <w:lang w:eastAsia="en-IN"/>
                <w14:ligatures w14:val="none"/>
              </w:rPr>
            </w:pPr>
            <w:r w:rsidRPr="008D62E9">
              <w:rPr>
                <w:rFonts w:ascii="Calibri" w:eastAsia="Times New Roman" w:hAnsi="Calibri" w:cs="Calibri"/>
                <w:b/>
                <w:bCs/>
                <w:color w:val="000000"/>
                <w:kern w:val="0"/>
                <w:lang w:eastAsia="en-IN"/>
                <w14:ligatures w14:val="none"/>
              </w:rPr>
              <w:t>MARKS</w:t>
            </w:r>
          </w:p>
        </w:tc>
      </w:tr>
      <w:tr w:rsidR="008D62E9" w:rsidRPr="008D62E9" w14:paraId="71FD5273" w14:textId="77777777" w:rsidTr="008D62E9">
        <w:trPr>
          <w:trHeight w:val="300"/>
        </w:trPr>
        <w:tc>
          <w:tcPr>
            <w:tcW w:w="700" w:type="dxa"/>
            <w:tcBorders>
              <w:top w:val="nil"/>
              <w:left w:val="single" w:sz="4" w:space="0" w:color="auto"/>
              <w:bottom w:val="single" w:sz="4" w:space="0" w:color="auto"/>
              <w:right w:val="single" w:sz="4" w:space="0" w:color="auto"/>
            </w:tcBorders>
            <w:noWrap/>
            <w:vAlign w:val="bottom"/>
            <w:hideMark/>
          </w:tcPr>
          <w:p w14:paraId="5A43296D" w14:textId="77777777" w:rsidR="008D62E9" w:rsidRPr="008D62E9" w:rsidRDefault="008D62E9" w:rsidP="008D62E9">
            <w:pPr>
              <w:spacing w:after="0" w:line="240" w:lineRule="auto"/>
              <w:jc w:val="right"/>
              <w:rPr>
                <w:rFonts w:ascii="Calibri" w:eastAsia="Times New Roman" w:hAnsi="Calibri" w:cs="Calibri"/>
                <w:color w:val="000000"/>
                <w:kern w:val="0"/>
                <w:lang w:eastAsia="en-IN"/>
                <w14:ligatures w14:val="none"/>
              </w:rPr>
            </w:pPr>
            <w:r w:rsidRPr="008D62E9">
              <w:rPr>
                <w:rFonts w:ascii="Calibri" w:eastAsia="Times New Roman" w:hAnsi="Calibri" w:cs="Calibri"/>
                <w:color w:val="000000"/>
                <w:kern w:val="0"/>
                <w:lang w:eastAsia="en-IN"/>
                <w14:ligatures w14:val="none"/>
              </w:rPr>
              <w:t>1</w:t>
            </w:r>
          </w:p>
        </w:tc>
        <w:tc>
          <w:tcPr>
            <w:tcW w:w="2380" w:type="dxa"/>
            <w:tcBorders>
              <w:top w:val="nil"/>
              <w:left w:val="nil"/>
              <w:bottom w:val="single" w:sz="4" w:space="0" w:color="auto"/>
              <w:right w:val="single" w:sz="4" w:space="0" w:color="auto"/>
            </w:tcBorders>
            <w:shd w:val="clear" w:color="000000" w:fill="FFFFFF"/>
            <w:vAlign w:val="center"/>
            <w:hideMark/>
          </w:tcPr>
          <w:p w14:paraId="5D99266B"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111723039001</w:t>
            </w:r>
          </w:p>
        </w:tc>
        <w:tc>
          <w:tcPr>
            <w:tcW w:w="3080" w:type="dxa"/>
            <w:tcBorders>
              <w:top w:val="nil"/>
              <w:left w:val="nil"/>
              <w:bottom w:val="single" w:sz="4" w:space="0" w:color="auto"/>
              <w:right w:val="single" w:sz="4" w:space="0" w:color="auto"/>
            </w:tcBorders>
            <w:shd w:val="clear" w:color="000000" w:fill="FFFFFF"/>
            <w:vAlign w:val="center"/>
            <w:hideMark/>
          </w:tcPr>
          <w:p w14:paraId="5763BF52"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ANEVOINA SOWMYA</w:t>
            </w:r>
          </w:p>
        </w:tc>
        <w:tc>
          <w:tcPr>
            <w:tcW w:w="1240" w:type="dxa"/>
            <w:tcBorders>
              <w:top w:val="nil"/>
              <w:left w:val="nil"/>
              <w:bottom w:val="single" w:sz="4" w:space="0" w:color="auto"/>
              <w:right w:val="single" w:sz="4" w:space="0" w:color="auto"/>
            </w:tcBorders>
            <w:shd w:val="clear" w:color="000000" w:fill="FFFFFF"/>
            <w:noWrap/>
            <w:vAlign w:val="bottom"/>
            <w:hideMark/>
          </w:tcPr>
          <w:p w14:paraId="28AF8E92" w14:textId="77777777" w:rsidR="008D62E9" w:rsidRPr="008D62E9" w:rsidRDefault="008D62E9" w:rsidP="008D62E9">
            <w:pPr>
              <w:spacing w:after="0" w:line="240" w:lineRule="auto"/>
              <w:jc w:val="right"/>
              <w:rPr>
                <w:rFonts w:ascii="Calibri" w:eastAsia="Times New Roman" w:hAnsi="Calibri" w:cs="Calibri"/>
                <w:color w:val="000000"/>
                <w:kern w:val="0"/>
                <w:lang w:eastAsia="en-IN"/>
                <w14:ligatures w14:val="none"/>
              </w:rPr>
            </w:pPr>
            <w:r w:rsidRPr="008D62E9">
              <w:rPr>
                <w:rFonts w:ascii="Calibri" w:eastAsia="Times New Roman" w:hAnsi="Calibri" w:cs="Calibri"/>
                <w:color w:val="000000"/>
                <w:kern w:val="0"/>
                <w:lang w:eastAsia="en-IN"/>
                <w14:ligatures w14:val="none"/>
              </w:rPr>
              <w:t>49</w:t>
            </w:r>
          </w:p>
        </w:tc>
      </w:tr>
      <w:tr w:rsidR="008D62E9" w:rsidRPr="008D62E9" w14:paraId="79E2DE9D"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1E50F6B2"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2</w:t>
            </w:r>
          </w:p>
        </w:tc>
        <w:tc>
          <w:tcPr>
            <w:tcW w:w="2380" w:type="dxa"/>
            <w:tcBorders>
              <w:top w:val="nil"/>
              <w:left w:val="nil"/>
              <w:bottom w:val="single" w:sz="4" w:space="0" w:color="auto"/>
              <w:right w:val="single" w:sz="4" w:space="0" w:color="auto"/>
            </w:tcBorders>
            <w:shd w:val="clear" w:color="000000" w:fill="FFFFFF"/>
            <w:vAlign w:val="center"/>
            <w:hideMark/>
          </w:tcPr>
          <w:p w14:paraId="2314DA51"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111723039002</w:t>
            </w:r>
          </w:p>
        </w:tc>
        <w:tc>
          <w:tcPr>
            <w:tcW w:w="3080" w:type="dxa"/>
            <w:tcBorders>
              <w:top w:val="nil"/>
              <w:left w:val="nil"/>
              <w:bottom w:val="single" w:sz="4" w:space="0" w:color="auto"/>
              <w:right w:val="single" w:sz="4" w:space="0" w:color="auto"/>
            </w:tcBorders>
            <w:shd w:val="clear" w:color="000000" w:fill="FFFFFF"/>
            <w:vAlign w:val="center"/>
            <w:hideMark/>
          </w:tcPr>
          <w:p w14:paraId="72080C1F"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BANALA YAMINI SRI</w:t>
            </w:r>
          </w:p>
        </w:tc>
        <w:tc>
          <w:tcPr>
            <w:tcW w:w="1240" w:type="dxa"/>
            <w:tcBorders>
              <w:top w:val="nil"/>
              <w:left w:val="nil"/>
              <w:bottom w:val="single" w:sz="4" w:space="0" w:color="auto"/>
              <w:right w:val="single" w:sz="4" w:space="0" w:color="auto"/>
            </w:tcBorders>
            <w:shd w:val="clear" w:color="000000" w:fill="FFFFFF"/>
            <w:vAlign w:val="center"/>
            <w:hideMark/>
          </w:tcPr>
          <w:p w14:paraId="39C5F208"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38</w:t>
            </w:r>
          </w:p>
        </w:tc>
      </w:tr>
      <w:tr w:rsidR="008D62E9" w:rsidRPr="008D62E9" w14:paraId="05E07FF5"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0F8338B4"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w:t>
            </w:r>
          </w:p>
        </w:tc>
        <w:tc>
          <w:tcPr>
            <w:tcW w:w="2380" w:type="dxa"/>
            <w:tcBorders>
              <w:top w:val="nil"/>
              <w:left w:val="nil"/>
              <w:bottom w:val="single" w:sz="4" w:space="0" w:color="auto"/>
              <w:right w:val="single" w:sz="4" w:space="0" w:color="auto"/>
            </w:tcBorders>
            <w:shd w:val="clear" w:color="000000" w:fill="FFFFFF"/>
            <w:vAlign w:val="center"/>
            <w:hideMark/>
          </w:tcPr>
          <w:p w14:paraId="38231B0C"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111723039003</w:t>
            </w:r>
          </w:p>
        </w:tc>
        <w:tc>
          <w:tcPr>
            <w:tcW w:w="3080" w:type="dxa"/>
            <w:tcBorders>
              <w:top w:val="nil"/>
              <w:left w:val="nil"/>
              <w:bottom w:val="single" w:sz="4" w:space="0" w:color="auto"/>
              <w:right w:val="single" w:sz="4" w:space="0" w:color="auto"/>
            </w:tcBorders>
            <w:shd w:val="clear" w:color="000000" w:fill="FFFFFF"/>
            <w:vAlign w:val="center"/>
            <w:hideMark/>
          </w:tcPr>
          <w:p w14:paraId="35D1640A"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BHAVYA UNNI</w:t>
            </w:r>
          </w:p>
        </w:tc>
        <w:tc>
          <w:tcPr>
            <w:tcW w:w="1240" w:type="dxa"/>
            <w:tcBorders>
              <w:top w:val="nil"/>
              <w:left w:val="nil"/>
              <w:bottom w:val="single" w:sz="4" w:space="0" w:color="auto"/>
              <w:right w:val="single" w:sz="4" w:space="0" w:color="auto"/>
            </w:tcBorders>
            <w:shd w:val="clear" w:color="000000" w:fill="FFFFFF"/>
            <w:vAlign w:val="center"/>
            <w:hideMark/>
          </w:tcPr>
          <w:p w14:paraId="3CF7B4D1"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40</w:t>
            </w:r>
          </w:p>
        </w:tc>
      </w:tr>
      <w:tr w:rsidR="008D62E9" w:rsidRPr="008D62E9" w14:paraId="06C6B813"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10999F2A"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w:t>
            </w:r>
          </w:p>
        </w:tc>
        <w:tc>
          <w:tcPr>
            <w:tcW w:w="2380" w:type="dxa"/>
            <w:tcBorders>
              <w:top w:val="nil"/>
              <w:left w:val="nil"/>
              <w:bottom w:val="single" w:sz="4" w:space="0" w:color="auto"/>
              <w:right w:val="single" w:sz="4" w:space="0" w:color="auto"/>
            </w:tcBorders>
            <w:shd w:val="clear" w:color="000000" w:fill="FFFFFF"/>
            <w:vAlign w:val="center"/>
            <w:hideMark/>
          </w:tcPr>
          <w:p w14:paraId="707BDAD5"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111723039004</w:t>
            </w:r>
          </w:p>
        </w:tc>
        <w:tc>
          <w:tcPr>
            <w:tcW w:w="3080" w:type="dxa"/>
            <w:tcBorders>
              <w:top w:val="nil"/>
              <w:left w:val="nil"/>
              <w:bottom w:val="single" w:sz="4" w:space="0" w:color="auto"/>
              <w:right w:val="single" w:sz="4" w:space="0" w:color="auto"/>
            </w:tcBorders>
            <w:shd w:val="clear" w:color="000000" w:fill="FFFFFF"/>
            <w:vAlign w:val="center"/>
            <w:hideMark/>
          </w:tcPr>
          <w:p w14:paraId="5A870FA5"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BIYYANI RISHIKASRI</w:t>
            </w:r>
          </w:p>
        </w:tc>
        <w:tc>
          <w:tcPr>
            <w:tcW w:w="1240" w:type="dxa"/>
            <w:tcBorders>
              <w:top w:val="nil"/>
              <w:left w:val="nil"/>
              <w:bottom w:val="single" w:sz="4" w:space="0" w:color="auto"/>
              <w:right w:val="single" w:sz="4" w:space="0" w:color="auto"/>
            </w:tcBorders>
            <w:shd w:val="clear" w:color="000000" w:fill="FFFFFF"/>
            <w:vAlign w:val="center"/>
            <w:hideMark/>
          </w:tcPr>
          <w:p w14:paraId="0A7006EF"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38</w:t>
            </w:r>
          </w:p>
        </w:tc>
      </w:tr>
      <w:tr w:rsidR="008D62E9" w:rsidRPr="008D62E9" w14:paraId="1257B217"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10905BB1"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5</w:t>
            </w:r>
          </w:p>
        </w:tc>
        <w:tc>
          <w:tcPr>
            <w:tcW w:w="2380" w:type="dxa"/>
            <w:tcBorders>
              <w:top w:val="nil"/>
              <w:left w:val="nil"/>
              <w:bottom w:val="single" w:sz="4" w:space="0" w:color="auto"/>
              <w:right w:val="single" w:sz="4" w:space="0" w:color="auto"/>
            </w:tcBorders>
            <w:shd w:val="clear" w:color="000000" w:fill="FFFFFF"/>
            <w:vAlign w:val="center"/>
            <w:hideMark/>
          </w:tcPr>
          <w:p w14:paraId="0D1A3DEA"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111723039005</w:t>
            </w:r>
          </w:p>
        </w:tc>
        <w:tc>
          <w:tcPr>
            <w:tcW w:w="3080" w:type="dxa"/>
            <w:tcBorders>
              <w:top w:val="nil"/>
              <w:left w:val="nil"/>
              <w:bottom w:val="single" w:sz="4" w:space="0" w:color="auto"/>
              <w:right w:val="single" w:sz="4" w:space="0" w:color="auto"/>
            </w:tcBorders>
            <w:shd w:val="clear" w:color="000000" w:fill="FFFFFF"/>
            <w:vAlign w:val="center"/>
            <w:hideMark/>
          </w:tcPr>
          <w:p w14:paraId="42C5FEB8"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CHEKELEA ALICE SALONI</w:t>
            </w:r>
          </w:p>
        </w:tc>
        <w:tc>
          <w:tcPr>
            <w:tcW w:w="1240" w:type="dxa"/>
            <w:tcBorders>
              <w:top w:val="nil"/>
              <w:left w:val="nil"/>
              <w:bottom w:val="single" w:sz="4" w:space="0" w:color="auto"/>
              <w:right w:val="single" w:sz="4" w:space="0" w:color="auto"/>
            </w:tcBorders>
            <w:shd w:val="clear" w:color="000000" w:fill="FFFFFF"/>
            <w:vAlign w:val="center"/>
            <w:hideMark/>
          </w:tcPr>
          <w:p w14:paraId="40C9A1F9"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40</w:t>
            </w:r>
          </w:p>
        </w:tc>
      </w:tr>
      <w:tr w:rsidR="008D62E9" w:rsidRPr="008D62E9" w14:paraId="728B48F7"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4957CDA8"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6</w:t>
            </w:r>
          </w:p>
        </w:tc>
        <w:tc>
          <w:tcPr>
            <w:tcW w:w="2380" w:type="dxa"/>
            <w:tcBorders>
              <w:top w:val="nil"/>
              <w:left w:val="nil"/>
              <w:bottom w:val="single" w:sz="4" w:space="0" w:color="auto"/>
              <w:right w:val="single" w:sz="4" w:space="0" w:color="auto"/>
            </w:tcBorders>
            <w:shd w:val="clear" w:color="000000" w:fill="FFFFFF"/>
            <w:vAlign w:val="center"/>
            <w:hideMark/>
          </w:tcPr>
          <w:p w14:paraId="487993CD"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111723039006</w:t>
            </w:r>
          </w:p>
        </w:tc>
        <w:tc>
          <w:tcPr>
            <w:tcW w:w="3080" w:type="dxa"/>
            <w:tcBorders>
              <w:top w:val="nil"/>
              <w:left w:val="nil"/>
              <w:bottom w:val="single" w:sz="4" w:space="0" w:color="auto"/>
              <w:right w:val="single" w:sz="4" w:space="0" w:color="auto"/>
            </w:tcBorders>
            <w:shd w:val="clear" w:color="000000" w:fill="FFFFFF"/>
            <w:vAlign w:val="center"/>
            <w:hideMark/>
          </w:tcPr>
          <w:p w14:paraId="7B27FD48"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DHAYYA JHANSI</w:t>
            </w:r>
          </w:p>
        </w:tc>
        <w:tc>
          <w:tcPr>
            <w:tcW w:w="1240" w:type="dxa"/>
            <w:tcBorders>
              <w:top w:val="nil"/>
              <w:left w:val="nil"/>
              <w:bottom w:val="single" w:sz="4" w:space="0" w:color="auto"/>
              <w:right w:val="single" w:sz="4" w:space="0" w:color="auto"/>
            </w:tcBorders>
            <w:shd w:val="clear" w:color="000000" w:fill="FFFFFF"/>
            <w:vAlign w:val="center"/>
            <w:hideMark/>
          </w:tcPr>
          <w:p w14:paraId="482C9CE1"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28</w:t>
            </w:r>
          </w:p>
        </w:tc>
      </w:tr>
      <w:tr w:rsidR="008D62E9" w:rsidRPr="008D62E9" w14:paraId="1B650135"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647B14C7"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7</w:t>
            </w:r>
          </w:p>
        </w:tc>
        <w:tc>
          <w:tcPr>
            <w:tcW w:w="2380" w:type="dxa"/>
            <w:tcBorders>
              <w:top w:val="nil"/>
              <w:left w:val="nil"/>
              <w:bottom w:val="single" w:sz="4" w:space="0" w:color="auto"/>
              <w:right w:val="single" w:sz="4" w:space="0" w:color="auto"/>
            </w:tcBorders>
            <w:shd w:val="clear" w:color="000000" w:fill="FFFFFF"/>
            <w:vAlign w:val="center"/>
            <w:hideMark/>
          </w:tcPr>
          <w:p w14:paraId="60D9099B"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111723039007</w:t>
            </w:r>
          </w:p>
        </w:tc>
        <w:tc>
          <w:tcPr>
            <w:tcW w:w="3080" w:type="dxa"/>
            <w:tcBorders>
              <w:top w:val="nil"/>
              <w:left w:val="nil"/>
              <w:bottom w:val="single" w:sz="4" w:space="0" w:color="auto"/>
              <w:right w:val="single" w:sz="4" w:space="0" w:color="auto"/>
            </w:tcBorders>
            <w:shd w:val="clear" w:color="000000" w:fill="FFFFFF"/>
            <w:vAlign w:val="center"/>
            <w:hideMark/>
          </w:tcPr>
          <w:p w14:paraId="01526E0F"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GIDIGAM AKSHITHA</w:t>
            </w:r>
          </w:p>
        </w:tc>
        <w:tc>
          <w:tcPr>
            <w:tcW w:w="1240" w:type="dxa"/>
            <w:tcBorders>
              <w:top w:val="nil"/>
              <w:left w:val="nil"/>
              <w:bottom w:val="single" w:sz="4" w:space="0" w:color="auto"/>
              <w:right w:val="single" w:sz="4" w:space="0" w:color="auto"/>
            </w:tcBorders>
            <w:shd w:val="clear" w:color="000000" w:fill="FFFFFF"/>
            <w:vAlign w:val="center"/>
            <w:hideMark/>
          </w:tcPr>
          <w:p w14:paraId="5254D465"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42</w:t>
            </w:r>
          </w:p>
        </w:tc>
      </w:tr>
      <w:tr w:rsidR="008D62E9" w:rsidRPr="008D62E9" w14:paraId="4C6A6486"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0CEC1D62"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8</w:t>
            </w:r>
          </w:p>
        </w:tc>
        <w:tc>
          <w:tcPr>
            <w:tcW w:w="2380" w:type="dxa"/>
            <w:tcBorders>
              <w:top w:val="nil"/>
              <w:left w:val="nil"/>
              <w:bottom w:val="single" w:sz="4" w:space="0" w:color="auto"/>
              <w:right w:val="single" w:sz="4" w:space="0" w:color="auto"/>
            </w:tcBorders>
            <w:shd w:val="clear" w:color="000000" w:fill="FFFFFF"/>
            <w:vAlign w:val="center"/>
            <w:hideMark/>
          </w:tcPr>
          <w:p w14:paraId="592FE4E2"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111723039008</w:t>
            </w:r>
          </w:p>
        </w:tc>
        <w:tc>
          <w:tcPr>
            <w:tcW w:w="3080" w:type="dxa"/>
            <w:tcBorders>
              <w:top w:val="nil"/>
              <w:left w:val="nil"/>
              <w:bottom w:val="single" w:sz="4" w:space="0" w:color="auto"/>
              <w:right w:val="single" w:sz="4" w:space="0" w:color="auto"/>
            </w:tcBorders>
            <w:shd w:val="clear" w:color="000000" w:fill="FFFFFF"/>
            <w:vAlign w:val="center"/>
            <w:hideMark/>
          </w:tcPr>
          <w:p w14:paraId="1D6C995B"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KORE MOUNIKA</w:t>
            </w:r>
          </w:p>
        </w:tc>
        <w:tc>
          <w:tcPr>
            <w:tcW w:w="1240" w:type="dxa"/>
            <w:tcBorders>
              <w:top w:val="nil"/>
              <w:left w:val="nil"/>
              <w:bottom w:val="single" w:sz="4" w:space="0" w:color="auto"/>
              <w:right w:val="single" w:sz="4" w:space="0" w:color="auto"/>
            </w:tcBorders>
            <w:shd w:val="clear" w:color="000000" w:fill="FFFFFF"/>
            <w:vAlign w:val="center"/>
            <w:hideMark/>
          </w:tcPr>
          <w:p w14:paraId="6A43F712"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43</w:t>
            </w:r>
          </w:p>
        </w:tc>
      </w:tr>
      <w:tr w:rsidR="008D62E9" w:rsidRPr="008D62E9" w14:paraId="507CF069"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289F539B"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9</w:t>
            </w:r>
          </w:p>
        </w:tc>
        <w:tc>
          <w:tcPr>
            <w:tcW w:w="2380" w:type="dxa"/>
            <w:tcBorders>
              <w:top w:val="nil"/>
              <w:left w:val="nil"/>
              <w:bottom w:val="single" w:sz="4" w:space="0" w:color="auto"/>
              <w:right w:val="single" w:sz="4" w:space="0" w:color="auto"/>
            </w:tcBorders>
            <w:shd w:val="clear" w:color="000000" w:fill="FFFFFF"/>
            <w:vAlign w:val="center"/>
            <w:hideMark/>
          </w:tcPr>
          <w:p w14:paraId="03571C82"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111723039009</w:t>
            </w:r>
          </w:p>
        </w:tc>
        <w:tc>
          <w:tcPr>
            <w:tcW w:w="3080" w:type="dxa"/>
            <w:tcBorders>
              <w:top w:val="nil"/>
              <w:left w:val="nil"/>
              <w:bottom w:val="single" w:sz="4" w:space="0" w:color="auto"/>
              <w:right w:val="single" w:sz="4" w:space="0" w:color="auto"/>
            </w:tcBorders>
            <w:shd w:val="clear" w:color="000000" w:fill="FFFFFF"/>
            <w:vAlign w:val="center"/>
            <w:hideMark/>
          </w:tcPr>
          <w:p w14:paraId="3FED475F"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LAKSHMI RAJA RANI</w:t>
            </w:r>
          </w:p>
        </w:tc>
        <w:tc>
          <w:tcPr>
            <w:tcW w:w="1240" w:type="dxa"/>
            <w:tcBorders>
              <w:top w:val="nil"/>
              <w:left w:val="nil"/>
              <w:bottom w:val="single" w:sz="4" w:space="0" w:color="auto"/>
              <w:right w:val="single" w:sz="4" w:space="0" w:color="auto"/>
            </w:tcBorders>
            <w:shd w:val="clear" w:color="000000" w:fill="FFFFFF"/>
            <w:vAlign w:val="center"/>
            <w:hideMark/>
          </w:tcPr>
          <w:p w14:paraId="0CD7DE6F"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40</w:t>
            </w:r>
          </w:p>
        </w:tc>
      </w:tr>
      <w:tr w:rsidR="008D62E9" w:rsidRPr="008D62E9" w14:paraId="5F99E402"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641FCCCD"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10</w:t>
            </w:r>
          </w:p>
        </w:tc>
        <w:tc>
          <w:tcPr>
            <w:tcW w:w="2380" w:type="dxa"/>
            <w:tcBorders>
              <w:top w:val="nil"/>
              <w:left w:val="nil"/>
              <w:bottom w:val="single" w:sz="4" w:space="0" w:color="auto"/>
              <w:right w:val="single" w:sz="4" w:space="0" w:color="auto"/>
            </w:tcBorders>
            <w:shd w:val="clear" w:color="000000" w:fill="FFFFFF"/>
            <w:vAlign w:val="center"/>
            <w:hideMark/>
          </w:tcPr>
          <w:p w14:paraId="3300BA74"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111723039010</w:t>
            </w:r>
          </w:p>
        </w:tc>
        <w:tc>
          <w:tcPr>
            <w:tcW w:w="3080" w:type="dxa"/>
            <w:tcBorders>
              <w:top w:val="nil"/>
              <w:left w:val="nil"/>
              <w:bottom w:val="single" w:sz="4" w:space="0" w:color="auto"/>
              <w:right w:val="single" w:sz="4" w:space="0" w:color="auto"/>
            </w:tcBorders>
            <w:shd w:val="clear" w:color="000000" w:fill="FFFFFF"/>
            <w:vAlign w:val="center"/>
            <w:hideMark/>
          </w:tcPr>
          <w:p w14:paraId="3DFDAFC9"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MOHAMMED RAZIYA BANU</w:t>
            </w:r>
          </w:p>
        </w:tc>
        <w:tc>
          <w:tcPr>
            <w:tcW w:w="1240" w:type="dxa"/>
            <w:tcBorders>
              <w:top w:val="nil"/>
              <w:left w:val="nil"/>
              <w:bottom w:val="single" w:sz="4" w:space="0" w:color="auto"/>
              <w:right w:val="single" w:sz="4" w:space="0" w:color="auto"/>
            </w:tcBorders>
            <w:shd w:val="clear" w:color="000000" w:fill="FFFFFF"/>
            <w:vAlign w:val="center"/>
            <w:hideMark/>
          </w:tcPr>
          <w:p w14:paraId="484D7BF9"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39</w:t>
            </w:r>
          </w:p>
        </w:tc>
      </w:tr>
      <w:tr w:rsidR="008D62E9" w:rsidRPr="008D62E9" w14:paraId="49254FFC"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2DCD17CA"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w:t>
            </w:r>
          </w:p>
        </w:tc>
        <w:tc>
          <w:tcPr>
            <w:tcW w:w="2380" w:type="dxa"/>
            <w:tcBorders>
              <w:top w:val="nil"/>
              <w:left w:val="nil"/>
              <w:bottom w:val="single" w:sz="4" w:space="0" w:color="auto"/>
              <w:right w:val="single" w:sz="4" w:space="0" w:color="auto"/>
            </w:tcBorders>
            <w:shd w:val="clear" w:color="000000" w:fill="FFFFFF"/>
            <w:vAlign w:val="center"/>
            <w:hideMark/>
          </w:tcPr>
          <w:p w14:paraId="30166BE9"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111723039011</w:t>
            </w:r>
          </w:p>
        </w:tc>
        <w:tc>
          <w:tcPr>
            <w:tcW w:w="3080" w:type="dxa"/>
            <w:tcBorders>
              <w:top w:val="nil"/>
              <w:left w:val="nil"/>
              <w:bottom w:val="single" w:sz="4" w:space="0" w:color="auto"/>
              <w:right w:val="single" w:sz="4" w:space="0" w:color="auto"/>
            </w:tcBorders>
            <w:shd w:val="clear" w:color="000000" w:fill="FFFFFF"/>
            <w:vAlign w:val="center"/>
            <w:hideMark/>
          </w:tcPr>
          <w:p w14:paraId="6736A714"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NEERATI MANASA</w:t>
            </w:r>
          </w:p>
        </w:tc>
        <w:tc>
          <w:tcPr>
            <w:tcW w:w="1240" w:type="dxa"/>
            <w:tcBorders>
              <w:top w:val="nil"/>
              <w:left w:val="nil"/>
              <w:bottom w:val="single" w:sz="4" w:space="0" w:color="auto"/>
              <w:right w:val="single" w:sz="4" w:space="0" w:color="auto"/>
            </w:tcBorders>
            <w:shd w:val="clear" w:color="000000" w:fill="FFFFFF"/>
            <w:vAlign w:val="center"/>
            <w:hideMark/>
          </w:tcPr>
          <w:p w14:paraId="36B49783"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42</w:t>
            </w:r>
          </w:p>
        </w:tc>
      </w:tr>
      <w:tr w:rsidR="008D62E9" w:rsidRPr="008D62E9" w14:paraId="5AD506A0"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377A56C1"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12</w:t>
            </w:r>
          </w:p>
        </w:tc>
        <w:tc>
          <w:tcPr>
            <w:tcW w:w="2380" w:type="dxa"/>
            <w:tcBorders>
              <w:top w:val="nil"/>
              <w:left w:val="nil"/>
              <w:bottom w:val="single" w:sz="4" w:space="0" w:color="auto"/>
              <w:right w:val="single" w:sz="4" w:space="0" w:color="auto"/>
            </w:tcBorders>
            <w:shd w:val="clear" w:color="000000" w:fill="FFFFFF"/>
            <w:vAlign w:val="center"/>
            <w:hideMark/>
          </w:tcPr>
          <w:p w14:paraId="6B5F0CA4"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111723039012</w:t>
            </w:r>
          </w:p>
        </w:tc>
        <w:tc>
          <w:tcPr>
            <w:tcW w:w="3080" w:type="dxa"/>
            <w:tcBorders>
              <w:top w:val="nil"/>
              <w:left w:val="nil"/>
              <w:bottom w:val="single" w:sz="4" w:space="0" w:color="auto"/>
              <w:right w:val="single" w:sz="4" w:space="0" w:color="auto"/>
            </w:tcBorders>
            <w:shd w:val="clear" w:color="000000" w:fill="FFFFFF"/>
            <w:vAlign w:val="center"/>
            <w:hideMark/>
          </w:tcPr>
          <w:p w14:paraId="3874EA50"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RAIPOLE SUDHIKSHA</w:t>
            </w:r>
          </w:p>
        </w:tc>
        <w:tc>
          <w:tcPr>
            <w:tcW w:w="1240" w:type="dxa"/>
            <w:tcBorders>
              <w:top w:val="nil"/>
              <w:left w:val="nil"/>
              <w:bottom w:val="single" w:sz="4" w:space="0" w:color="auto"/>
              <w:right w:val="single" w:sz="4" w:space="0" w:color="auto"/>
            </w:tcBorders>
            <w:shd w:val="clear" w:color="000000" w:fill="FFFFFF"/>
            <w:vAlign w:val="center"/>
            <w:hideMark/>
          </w:tcPr>
          <w:p w14:paraId="784DC6EA"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38</w:t>
            </w:r>
          </w:p>
        </w:tc>
      </w:tr>
      <w:tr w:rsidR="008D62E9" w:rsidRPr="008D62E9" w14:paraId="1979707A"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396C1FA3"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13</w:t>
            </w:r>
          </w:p>
        </w:tc>
        <w:tc>
          <w:tcPr>
            <w:tcW w:w="2380" w:type="dxa"/>
            <w:tcBorders>
              <w:top w:val="nil"/>
              <w:left w:val="nil"/>
              <w:bottom w:val="single" w:sz="4" w:space="0" w:color="auto"/>
              <w:right w:val="single" w:sz="4" w:space="0" w:color="auto"/>
            </w:tcBorders>
            <w:shd w:val="clear" w:color="000000" w:fill="FFFFFF"/>
            <w:vAlign w:val="center"/>
            <w:hideMark/>
          </w:tcPr>
          <w:p w14:paraId="04067F31"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111723039013</w:t>
            </w:r>
          </w:p>
        </w:tc>
        <w:tc>
          <w:tcPr>
            <w:tcW w:w="3080" w:type="dxa"/>
            <w:tcBorders>
              <w:top w:val="nil"/>
              <w:left w:val="nil"/>
              <w:bottom w:val="single" w:sz="4" w:space="0" w:color="auto"/>
              <w:right w:val="single" w:sz="4" w:space="0" w:color="auto"/>
            </w:tcBorders>
            <w:shd w:val="clear" w:color="000000" w:fill="FFFFFF"/>
            <w:vAlign w:val="center"/>
            <w:hideMark/>
          </w:tcPr>
          <w:p w14:paraId="084A3F84"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SHAIK RUBEENA SULTHANA</w:t>
            </w:r>
          </w:p>
        </w:tc>
        <w:tc>
          <w:tcPr>
            <w:tcW w:w="1240" w:type="dxa"/>
            <w:tcBorders>
              <w:top w:val="nil"/>
              <w:left w:val="nil"/>
              <w:bottom w:val="single" w:sz="4" w:space="0" w:color="auto"/>
              <w:right w:val="single" w:sz="4" w:space="0" w:color="auto"/>
            </w:tcBorders>
            <w:shd w:val="clear" w:color="000000" w:fill="FFFFFF"/>
            <w:vAlign w:val="center"/>
            <w:hideMark/>
          </w:tcPr>
          <w:p w14:paraId="23734DB9"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39</w:t>
            </w:r>
          </w:p>
        </w:tc>
      </w:tr>
      <w:tr w:rsidR="008D62E9" w:rsidRPr="008D62E9" w14:paraId="5EE33E8B"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62DCA99F"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14</w:t>
            </w:r>
          </w:p>
        </w:tc>
        <w:tc>
          <w:tcPr>
            <w:tcW w:w="2380" w:type="dxa"/>
            <w:tcBorders>
              <w:top w:val="nil"/>
              <w:left w:val="nil"/>
              <w:bottom w:val="single" w:sz="4" w:space="0" w:color="auto"/>
              <w:right w:val="single" w:sz="4" w:space="0" w:color="auto"/>
            </w:tcBorders>
            <w:shd w:val="clear" w:color="000000" w:fill="FFFFFF"/>
            <w:vAlign w:val="center"/>
            <w:hideMark/>
          </w:tcPr>
          <w:p w14:paraId="46642688"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111723039014</w:t>
            </w:r>
          </w:p>
        </w:tc>
        <w:tc>
          <w:tcPr>
            <w:tcW w:w="3080" w:type="dxa"/>
            <w:tcBorders>
              <w:top w:val="nil"/>
              <w:left w:val="nil"/>
              <w:bottom w:val="single" w:sz="4" w:space="0" w:color="auto"/>
              <w:right w:val="single" w:sz="4" w:space="0" w:color="auto"/>
            </w:tcBorders>
            <w:shd w:val="clear" w:color="000000" w:fill="FFFFFF"/>
            <w:vAlign w:val="center"/>
            <w:hideMark/>
          </w:tcPr>
          <w:p w14:paraId="0B270D38"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SHAMALA LASYA REDDY</w:t>
            </w:r>
          </w:p>
        </w:tc>
        <w:tc>
          <w:tcPr>
            <w:tcW w:w="1240" w:type="dxa"/>
            <w:tcBorders>
              <w:top w:val="nil"/>
              <w:left w:val="nil"/>
              <w:bottom w:val="single" w:sz="4" w:space="0" w:color="auto"/>
              <w:right w:val="single" w:sz="4" w:space="0" w:color="auto"/>
            </w:tcBorders>
            <w:shd w:val="clear" w:color="000000" w:fill="FFFFFF"/>
            <w:vAlign w:val="center"/>
            <w:hideMark/>
          </w:tcPr>
          <w:p w14:paraId="7432E0B4"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40</w:t>
            </w:r>
          </w:p>
        </w:tc>
      </w:tr>
      <w:tr w:rsidR="008D62E9" w:rsidRPr="008D62E9" w14:paraId="1E01BC2F"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4EE33CBA"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15</w:t>
            </w:r>
          </w:p>
        </w:tc>
        <w:tc>
          <w:tcPr>
            <w:tcW w:w="2380" w:type="dxa"/>
            <w:tcBorders>
              <w:top w:val="nil"/>
              <w:left w:val="nil"/>
              <w:bottom w:val="single" w:sz="4" w:space="0" w:color="auto"/>
              <w:right w:val="single" w:sz="4" w:space="0" w:color="auto"/>
            </w:tcBorders>
            <w:shd w:val="clear" w:color="000000" w:fill="FFFFFF"/>
            <w:vAlign w:val="center"/>
            <w:hideMark/>
          </w:tcPr>
          <w:p w14:paraId="7E9D8A6D"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111723039016</w:t>
            </w:r>
          </w:p>
        </w:tc>
        <w:tc>
          <w:tcPr>
            <w:tcW w:w="3080" w:type="dxa"/>
            <w:tcBorders>
              <w:top w:val="nil"/>
              <w:left w:val="nil"/>
              <w:bottom w:val="single" w:sz="4" w:space="0" w:color="auto"/>
              <w:right w:val="single" w:sz="4" w:space="0" w:color="auto"/>
            </w:tcBorders>
            <w:shd w:val="clear" w:color="000000" w:fill="FFFFFF"/>
            <w:vAlign w:val="center"/>
            <w:hideMark/>
          </w:tcPr>
          <w:p w14:paraId="7CD47626"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TAJ FATIMA</w:t>
            </w:r>
          </w:p>
        </w:tc>
        <w:tc>
          <w:tcPr>
            <w:tcW w:w="1240" w:type="dxa"/>
            <w:tcBorders>
              <w:top w:val="nil"/>
              <w:left w:val="nil"/>
              <w:bottom w:val="single" w:sz="4" w:space="0" w:color="auto"/>
              <w:right w:val="single" w:sz="4" w:space="0" w:color="auto"/>
            </w:tcBorders>
            <w:shd w:val="clear" w:color="000000" w:fill="FFFFFF"/>
            <w:vAlign w:val="center"/>
            <w:hideMark/>
          </w:tcPr>
          <w:p w14:paraId="7DC58810"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42</w:t>
            </w:r>
          </w:p>
        </w:tc>
      </w:tr>
      <w:tr w:rsidR="008D62E9" w:rsidRPr="008D62E9" w14:paraId="3A9C2237"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439D1FFB"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16</w:t>
            </w:r>
          </w:p>
        </w:tc>
        <w:tc>
          <w:tcPr>
            <w:tcW w:w="2380" w:type="dxa"/>
            <w:tcBorders>
              <w:top w:val="nil"/>
              <w:left w:val="nil"/>
              <w:bottom w:val="single" w:sz="4" w:space="0" w:color="auto"/>
              <w:right w:val="single" w:sz="4" w:space="0" w:color="auto"/>
            </w:tcBorders>
            <w:shd w:val="clear" w:color="000000" w:fill="FFFFFF"/>
            <w:vAlign w:val="center"/>
            <w:hideMark/>
          </w:tcPr>
          <w:p w14:paraId="7DE0AFE7"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111723039017</w:t>
            </w:r>
          </w:p>
        </w:tc>
        <w:tc>
          <w:tcPr>
            <w:tcW w:w="3080" w:type="dxa"/>
            <w:tcBorders>
              <w:top w:val="nil"/>
              <w:left w:val="nil"/>
              <w:bottom w:val="single" w:sz="4" w:space="0" w:color="auto"/>
              <w:right w:val="single" w:sz="4" w:space="0" w:color="auto"/>
            </w:tcBorders>
            <w:shd w:val="clear" w:color="000000" w:fill="FFFFFF"/>
            <w:vAlign w:val="center"/>
            <w:hideMark/>
          </w:tcPr>
          <w:p w14:paraId="2FC93B50"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ABRAHAM A WALLACE</w:t>
            </w:r>
          </w:p>
        </w:tc>
        <w:tc>
          <w:tcPr>
            <w:tcW w:w="1240" w:type="dxa"/>
            <w:tcBorders>
              <w:top w:val="nil"/>
              <w:left w:val="nil"/>
              <w:bottom w:val="single" w:sz="4" w:space="0" w:color="auto"/>
              <w:right w:val="single" w:sz="4" w:space="0" w:color="auto"/>
            </w:tcBorders>
            <w:shd w:val="clear" w:color="000000" w:fill="FFFFFF"/>
            <w:vAlign w:val="center"/>
            <w:hideMark/>
          </w:tcPr>
          <w:p w14:paraId="55F5326B"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22</w:t>
            </w:r>
          </w:p>
        </w:tc>
      </w:tr>
      <w:tr w:rsidR="008D62E9" w:rsidRPr="008D62E9" w14:paraId="3D8263A5"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12D96EAD"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17</w:t>
            </w:r>
          </w:p>
        </w:tc>
        <w:tc>
          <w:tcPr>
            <w:tcW w:w="2380" w:type="dxa"/>
            <w:tcBorders>
              <w:top w:val="nil"/>
              <w:left w:val="nil"/>
              <w:bottom w:val="single" w:sz="4" w:space="0" w:color="auto"/>
              <w:right w:val="single" w:sz="4" w:space="0" w:color="auto"/>
            </w:tcBorders>
            <w:shd w:val="clear" w:color="000000" w:fill="FFFFFF"/>
            <w:vAlign w:val="center"/>
            <w:hideMark/>
          </w:tcPr>
          <w:p w14:paraId="3A779C65"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111723039018</w:t>
            </w:r>
          </w:p>
        </w:tc>
        <w:tc>
          <w:tcPr>
            <w:tcW w:w="3080" w:type="dxa"/>
            <w:tcBorders>
              <w:top w:val="nil"/>
              <w:left w:val="nil"/>
              <w:bottom w:val="single" w:sz="4" w:space="0" w:color="auto"/>
              <w:right w:val="single" w:sz="4" w:space="0" w:color="auto"/>
            </w:tcBorders>
            <w:shd w:val="clear" w:color="000000" w:fill="FFFFFF"/>
            <w:vAlign w:val="center"/>
            <w:hideMark/>
          </w:tcPr>
          <w:p w14:paraId="19B7955A"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ADITYA KISHORE SINGH</w:t>
            </w:r>
          </w:p>
        </w:tc>
        <w:tc>
          <w:tcPr>
            <w:tcW w:w="1240" w:type="dxa"/>
            <w:tcBorders>
              <w:top w:val="nil"/>
              <w:left w:val="nil"/>
              <w:bottom w:val="single" w:sz="4" w:space="0" w:color="auto"/>
              <w:right w:val="single" w:sz="4" w:space="0" w:color="auto"/>
            </w:tcBorders>
            <w:shd w:val="clear" w:color="000000" w:fill="FFFFFF"/>
            <w:vAlign w:val="center"/>
            <w:hideMark/>
          </w:tcPr>
          <w:p w14:paraId="32E95C30"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32</w:t>
            </w:r>
          </w:p>
        </w:tc>
      </w:tr>
      <w:tr w:rsidR="008D62E9" w:rsidRPr="008D62E9" w14:paraId="1F5BCBFE"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4E359259"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18</w:t>
            </w:r>
          </w:p>
        </w:tc>
        <w:tc>
          <w:tcPr>
            <w:tcW w:w="2380" w:type="dxa"/>
            <w:tcBorders>
              <w:top w:val="nil"/>
              <w:left w:val="nil"/>
              <w:bottom w:val="single" w:sz="4" w:space="0" w:color="auto"/>
              <w:right w:val="single" w:sz="4" w:space="0" w:color="auto"/>
            </w:tcBorders>
            <w:shd w:val="clear" w:color="000000" w:fill="FFFFFF"/>
            <w:vAlign w:val="center"/>
            <w:hideMark/>
          </w:tcPr>
          <w:p w14:paraId="783C3F43"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111723039019</w:t>
            </w:r>
          </w:p>
        </w:tc>
        <w:tc>
          <w:tcPr>
            <w:tcW w:w="3080" w:type="dxa"/>
            <w:tcBorders>
              <w:top w:val="nil"/>
              <w:left w:val="nil"/>
              <w:bottom w:val="single" w:sz="4" w:space="0" w:color="auto"/>
              <w:right w:val="single" w:sz="4" w:space="0" w:color="auto"/>
            </w:tcBorders>
            <w:shd w:val="clear" w:color="000000" w:fill="FFFFFF"/>
            <w:vAlign w:val="center"/>
            <w:hideMark/>
          </w:tcPr>
          <w:p w14:paraId="3A53F2DD"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ARYAN GUPTA</w:t>
            </w:r>
          </w:p>
        </w:tc>
        <w:tc>
          <w:tcPr>
            <w:tcW w:w="1240" w:type="dxa"/>
            <w:tcBorders>
              <w:top w:val="nil"/>
              <w:left w:val="nil"/>
              <w:bottom w:val="single" w:sz="4" w:space="0" w:color="auto"/>
              <w:right w:val="single" w:sz="4" w:space="0" w:color="auto"/>
            </w:tcBorders>
            <w:shd w:val="clear" w:color="000000" w:fill="FFFFFF"/>
            <w:vAlign w:val="center"/>
            <w:hideMark/>
          </w:tcPr>
          <w:p w14:paraId="4198D623"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42</w:t>
            </w:r>
          </w:p>
        </w:tc>
      </w:tr>
      <w:tr w:rsidR="008D62E9" w:rsidRPr="008D62E9" w14:paraId="592304A8"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1FAD897F"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19</w:t>
            </w:r>
          </w:p>
        </w:tc>
        <w:tc>
          <w:tcPr>
            <w:tcW w:w="2380" w:type="dxa"/>
            <w:tcBorders>
              <w:top w:val="nil"/>
              <w:left w:val="nil"/>
              <w:bottom w:val="single" w:sz="4" w:space="0" w:color="auto"/>
              <w:right w:val="single" w:sz="4" w:space="0" w:color="auto"/>
            </w:tcBorders>
            <w:shd w:val="clear" w:color="000000" w:fill="FFFFFF"/>
            <w:vAlign w:val="center"/>
            <w:hideMark/>
          </w:tcPr>
          <w:p w14:paraId="5F8085C8"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111723039020</w:t>
            </w:r>
          </w:p>
        </w:tc>
        <w:tc>
          <w:tcPr>
            <w:tcW w:w="3080" w:type="dxa"/>
            <w:tcBorders>
              <w:top w:val="nil"/>
              <w:left w:val="nil"/>
              <w:bottom w:val="single" w:sz="4" w:space="0" w:color="auto"/>
              <w:right w:val="single" w:sz="4" w:space="0" w:color="auto"/>
            </w:tcBorders>
            <w:shd w:val="clear" w:color="000000" w:fill="FFFFFF"/>
            <w:vAlign w:val="center"/>
            <w:hideMark/>
          </w:tcPr>
          <w:p w14:paraId="60992FC8"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BATTHULA VAMSHI</w:t>
            </w:r>
          </w:p>
        </w:tc>
        <w:tc>
          <w:tcPr>
            <w:tcW w:w="1240" w:type="dxa"/>
            <w:tcBorders>
              <w:top w:val="nil"/>
              <w:left w:val="nil"/>
              <w:bottom w:val="single" w:sz="4" w:space="0" w:color="auto"/>
              <w:right w:val="single" w:sz="4" w:space="0" w:color="auto"/>
            </w:tcBorders>
            <w:shd w:val="clear" w:color="000000" w:fill="FFFFFF"/>
            <w:vAlign w:val="center"/>
            <w:hideMark/>
          </w:tcPr>
          <w:p w14:paraId="6FCAFB99"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39</w:t>
            </w:r>
          </w:p>
        </w:tc>
      </w:tr>
      <w:tr w:rsidR="008D62E9" w:rsidRPr="008D62E9" w14:paraId="3BA2C687"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2F768669"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20</w:t>
            </w:r>
          </w:p>
        </w:tc>
        <w:tc>
          <w:tcPr>
            <w:tcW w:w="2380" w:type="dxa"/>
            <w:tcBorders>
              <w:top w:val="nil"/>
              <w:left w:val="nil"/>
              <w:bottom w:val="single" w:sz="4" w:space="0" w:color="auto"/>
              <w:right w:val="single" w:sz="4" w:space="0" w:color="auto"/>
            </w:tcBorders>
            <w:shd w:val="clear" w:color="000000" w:fill="FFFFFF"/>
            <w:vAlign w:val="center"/>
            <w:hideMark/>
          </w:tcPr>
          <w:p w14:paraId="710F3AC4"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111723039021</w:t>
            </w:r>
          </w:p>
        </w:tc>
        <w:tc>
          <w:tcPr>
            <w:tcW w:w="3080" w:type="dxa"/>
            <w:tcBorders>
              <w:top w:val="nil"/>
              <w:left w:val="nil"/>
              <w:bottom w:val="single" w:sz="4" w:space="0" w:color="auto"/>
              <w:right w:val="single" w:sz="4" w:space="0" w:color="auto"/>
            </w:tcBorders>
            <w:shd w:val="clear" w:color="000000" w:fill="FFFFFF"/>
            <w:vAlign w:val="center"/>
            <w:hideMark/>
          </w:tcPr>
          <w:p w14:paraId="704E5C20"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B K RISHIKESH REDDY</w:t>
            </w:r>
          </w:p>
        </w:tc>
        <w:tc>
          <w:tcPr>
            <w:tcW w:w="1240" w:type="dxa"/>
            <w:tcBorders>
              <w:top w:val="nil"/>
              <w:left w:val="nil"/>
              <w:bottom w:val="single" w:sz="4" w:space="0" w:color="auto"/>
              <w:right w:val="single" w:sz="4" w:space="0" w:color="auto"/>
            </w:tcBorders>
            <w:shd w:val="clear" w:color="000000" w:fill="FFFFFF"/>
            <w:vAlign w:val="center"/>
            <w:hideMark/>
          </w:tcPr>
          <w:p w14:paraId="09311943"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35</w:t>
            </w:r>
          </w:p>
        </w:tc>
      </w:tr>
      <w:tr w:rsidR="008D62E9" w:rsidRPr="008D62E9" w14:paraId="0DBC29BB"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6EA702CE"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21</w:t>
            </w:r>
          </w:p>
        </w:tc>
        <w:tc>
          <w:tcPr>
            <w:tcW w:w="2380" w:type="dxa"/>
            <w:tcBorders>
              <w:top w:val="nil"/>
              <w:left w:val="nil"/>
              <w:bottom w:val="single" w:sz="4" w:space="0" w:color="auto"/>
              <w:right w:val="single" w:sz="4" w:space="0" w:color="auto"/>
            </w:tcBorders>
            <w:shd w:val="clear" w:color="000000" w:fill="FFFFFF"/>
            <w:vAlign w:val="center"/>
            <w:hideMark/>
          </w:tcPr>
          <w:p w14:paraId="182389E8"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111723039022</w:t>
            </w:r>
          </w:p>
        </w:tc>
        <w:tc>
          <w:tcPr>
            <w:tcW w:w="3080" w:type="dxa"/>
            <w:tcBorders>
              <w:top w:val="nil"/>
              <w:left w:val="nil"/>
              <w:bottom w:val="single" w:sz="4" w:space="0" w:color="auto"/>
              <w:right w:val="single" w:sz="4" w:space="0" w:color="auto"/>
            </w:tcBorders>
            <w:shd w:val="clear" w:color="000000" w:fill="FFFFFF"/>
            <w:vAlign w:val="center"/>
            <w:hideMark/>
          </w:tcPr>
          <w:p w14:paraId="266E4081"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CHINNA BATTINI SIRIL ANUSH</w:t>
            </w:r>
          </w:p>
        </w:tc>
        <w:tc>
          <w:tcPr>
            <w:tcW w:w="1240" w:type="dxa"/>
            <w:tcBorders>
              <w:top w:val="nil"/>
              <w:left w:val="nil"/>
              <w:bottom w:val="single" w:sz="4" w:space="0" w:color="auto"/>
              <w:right w:val="single" w:sz="4" w:space="0" w:color="auto"/>
            </w:tcBorders>
            <w:shd w:val="clear" w:color="000000" w:fill="FFFFFF"/>
            <w:vAlign w:val="center"/>
            <w:hideMark/>
          </w:tcPr>
          <w:p w14:paraId="6EAD69AE"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30</w:t>
            </w:r>
          </w:p>
        </w:tc>
      </w:tr>
      <w:tr w:rsidR="008D62E9" w:rsidRPr="008D62E9" w14:paraId="286BA4D9"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0699A59B"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22</w:t>
            </w:r>
          </w:p>
        </w:tc>
        <w:tc>
          <w:tcPr>
            <w:tcW w:w="2380" w:type="dxa"/>
            <w:tcBorders>
              <w:top w:val="nil"/>
              <w:left w:val="nil"/>
              <w:bottom w:val="single" w:sz="4" w:space="0" w:color="auto"/>
              <w:right w:val="single" w:sz="4" w:space="0" w:color="auto"/>
            </w:tcBorders>
            <w:shd w:val="clear" w:color="000000" w:fill="FFFFFF"/>
            <w:vAlign w:val="center"/>
            <w:hideMark/>
          </w:tcPr>
          <w:p w14:paraId="4F72E767"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111723039023</w:t>
            </w:r>
          </w:p>
        </w:tc>
        <w:tc>
          <w:tcPr>
            <w:tcW w:w="3080" w:type="dxa"/>
            <w:tcBorders>
              <w:top w:val="nil"/>
              <w:left w:val="nil"/>
              <w:bottom w:val="single" w:sz="4" w:space="0" w:color="auto"/>
              <w:right w:val="single" w:sz="4" w:space="0" w:color="auto"/>
            </w:tcBorders>
            <w:shd w:val="clear" w:color="000000" w:fill="FFFFFF"/>
            <w:vAlign w:val="center"/>
            <w:hideMark/>
          </w:tcPr>
          <w:p w14:paraId="062427D3"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CLEMENCE KERRON</w:t>
            </w:r>
          </w:p>
        </w:tc>
        <w:tc>
          <w:tcPr>
            <w:tcW w:w="1240" w:type="dxa"/>
            <w:tcBorders>
              <w:top w:val="nil"/>
              <w:left w:val="nil"/>
              <w:bottom w:val="single" w:sz="4" w:space="0" w:color="auto"/>
              <w:right w:val="single" w:sz="4" w:space="0" w:color="auto"/>
            </w:tcBorders>
            <w:shd w:val="clear" w:color="000000" w:fill="FFFFFF"/>
            <w:vAlign w:val="center"/>
            <w:hideMark/>
          </w:tcPr>
          <w:p w14:paraId="34186F1E"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40</w:t>
            </w:r>
          </w:p>
        </w:tc>
      </w:tr>
      <w:tr w:rsidR="008D62E9" w:rsidRPr="008D62E9" w14:paraId="0DDEB3AA"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449FCF3B"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23</w:t>
            </w:r>
          </w:p>
        </w:tc>
        <w:tc>
          <w:tcPr>
            <w:tcW w:w="2380" w:type="dxa"/>
            <w:tcBorders>
              <w:top w:val="nil"/>
              <w:left w:val="nil"/>
              <w:bottom w:val="single" w:sz="4" w:space="0" w:color="auto"/>
              <w:right w:val="single" w:sz="4" w:space="0" w:color="auto"/>
            </w:tcBorders>
            <w:shd w:val="clear" w:color="000000" w:fill="FFFFFF"/>
            <w:vAlign w:val="center"/>
            <w:hideMark/>
          </w:tcPr>
          <w:p w14:paraId="41DDDF54"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111723039024</w:t>
            </w:r>
          </w:p>
        </w:tc>
        <w:tc>
          <w:tcPr>
            <w:tcW w:w="3080" w:type="dxa"/>
            <w:tcBorders>
              <w:top w:val="nil"/>
              <w:left w:val="nil"/>
              <w:bottom w:val="single" w:sz="4" w:space="0" w:color="auto"/>
              <w:right w:val="single" w:sz="4" w:space="0" w:color="auto"/>
            </w:tcBorders>
            <w:shd w:val="clear" w:color="000000" w:fill="FFFFFF"/>
            <w:vAlign w:val="center"/>
            <w:hideMark/>
          </w:tcPr>
          <w:p w14:paraId="77CD6BA2"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DASARAPALLI DURGA PRASAD</w:t>
            </w:r>
          </w:p>
        </w:tc>
        <w:tc>
          <w:tcPr>
            <w:tcW w:w="1240" w:type="dxa"/>
            <w:tcBorders>
              <w:top w:val="nil"/>
              <w:left w:val="nil"/>
              <w:bottom w:val="single" w:sz="4" w:space="0" w:color="auto"/>
              <w:right w:val="single" w:sz="4" w:space="0" w:color="auto"/>
            </w:tcBorders>
            <w:shd w:val="clear" w:color="000000" w:fill="FFFFFF"/>
            <w:vAlign w:val="center"/>
            <w:hideMark/>
          </w:tcPr>
          <w:p w14:paraId="1EA7290E"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39</w:t>
            </w:r>
          </w:p>
        </w:tc>
      </w:tr>
      <w:tr w:rsidR="008D62E9" w:rsidRPr="008D62E9" w14:paraId="69FB68B2"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339F2F5D"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24</w:t>
            </w:r>
          </w:p>
        </w:tc>
        <w:tc>
          <w:tcPr>
            <w:tcW w:w="2380" w:type="dxa"/>
            <w:tcBorders>
              <w:top w:val="nil"/>
              <w:left w:val="nil"/>
              <w:bottom w:val="single" w:sz="4" w:space="0" w:color="auto"/>
              <w:right w:val="single" w:sz="4" w:space="0" w:color="auto"/>
            </w:tcBorders>
            <w:shd w:val="clear" w:color="000000" w:fill="FFFFFF"/>
            <w:vAlign w:val="center"/>
            <w:hideMark/>
          </w:tcPr>
          <w:p w14:paraId="7CE8DBDF"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111723039025</w:t>
            </w:r>
          </w:p>
        </w:tc>
        <w:tc>
          <w:tcPr>
            <w:tcW w:w="3080" w:type="dxa"/>
            <w:tcBorders>
              <w:top w:val="nil"/>
              <w:left w:val="nil"/>
              <w:bottom w:val="single" w:sz="4" w:space="0" w:color="auto"/>
              <w:right w:val="single" w:sz="4" w:space="0" w:color="auto"/>
            </w:tcBorders>
            <w:shd w:val="clear" w:color="000000" w:fill="FFFFFF"/>
            <w:vAlign w:val="center"/>
            <w:hideMark/>
          </w:tcPr>
          <w:p w14:paraId="0C47F918"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GABBULA SAI TEJA</w:t>
            </w:r>
          </w:p>
        </w:tc>
        <w:tc>
          <w:tcPr>
            <w:tcW w:w="1240" w:type="dxa"/>
            <w:tcBorders>
              <w:top w:val="nil"/>
              <w:left w:val="nil"/>
              <w:bottom w:val="single" w:sz="4" w:space="0" w:color="auto"/>
              <w:right w:val="single" w:sz="4" w:space="0" w:color="auto"/>
            </w:tcBorders>
            <w:shd w:val="clear" w:color="000000" w:fill="FFFFFF"/>
            <w:vAlign w:val="center"/>
            <w:hideMark/>
          </w:tcPr>
          <w:p w14:paraId="402BC398"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40</w:t>
            </w:r>
          </w:p>
        </w:tc>
      </w:tr>
      <w:tr w:rsidR="008D62E9" w:rsidRPr="008D62E9" w14:paraId="16A38B13"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6CEC63A1"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25</w:t>
            </w:r>
          </w:p>
        </w:tc>
        <w:tc>
          <w:tcPr>
            <w:tcW w:w="2380" w:type="dxa"/>
            <w:tcBorders>
              <w:top w:val="nil"/>
              <w:left w:val="nil"/>
              <w:bottom w:val="single" w:sz="4" w:space="0" w:color="auto"/>
              <w:right w:val="single" w:sz="4" w:space="0" w:color="auto"/>
            </w:tcBorders>
            <w:shd w:val="clear" w:color="000000" w:fill="FFFFFF"/>
            <w:vAlign w:val="center"/>
            <w:hideMark/>
          </w:tcPr>
          <w:p w14:paraId="43B71811"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111723039026</w:t>
            </w:r>
          </w:p>
        </w:tc>
        <w:tc>
          <w:tcPr>
            <w:tcW w:w="3080" w:type="dxa"/>
            <w:tcBorders>
              <w:top w:val="nil"/>
              <w:left w:val="nil"/>
              <w:bottom w:val="single" w:sz="4" w:space="0" w:color="auto"/>
              <w:right w:val="single" w:sz="4" w:space="0" w:color="auto"/>
            </w:tcBorders>
            <w:shd w:val="clear" w:color="000000" w:fill="FFFFFF"/>
            <w:vAlign w:val="center"/>
            <w:hideMark/>
          </w:tcPr>
          <w:p w14:paraId="62231253"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GOWRIGARI PAUL THOMAS</w:t>
            </w:r>
          </w:p>
        </w:tc>
        <w:tc>
          <w:tcPr>
            <w:tcW w:w="1240" w:type="dxa"/>
            <w:tcBorders>
              <w:top w:val="nil"/>
              <w:left w:val="nil"/>
              <w:bottom w:val="single" w:sz="4" w:space="0" w:color="auto"/>
              <w:right w:val="single" w:sz="4" w:space="0" w:color="auto"/>
            </w:tcBorders>
            <w:shd w:val="clear" w:color="000000" w:fill="FFFFFF"/>
            <w:vAlign w:val="center"/>
            <w:hideMark/>
          </w:tcPr>
          <w:p w14:paraId="7682E54C"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36</w:t>
            </w:r>
          </w:p>
        </w:tc>
      </w:tr>
      <w:tr w:rsidR="008D62E9" w:rsidRPr="008D62E9" w14:paraId="2C2B36F9"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1B1B1220"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26</w:t>
            </w:r>
          </w:p>
        </w:tc>
        <w:tc>
          <w:tcPr>
            <w:tcW w:w="2380" w:type="dxa"/>
            <w:tcBorders>
              <w:top w:val="nil"/>
              <w:left w:val="nil"/>
              <w:bottom w:val="single" w:sz="4" w:space="0" w:color="auto"/>
              <w:right w:val="single" w:sz="4" w:space="0" w:color="auto"/>
            </w:tcBorders>
            <w:shd w:val="clear" w:color="000000" w:fill="FFFFFF"/>
            <w:vAlign w:val="center"/>
            <w:hideMark/>
          </w:tcPr>
          <w:p w14:paraId="78930E45"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111723039027</w:t>
            </w:r>
          </w:p>
        </w:tc>
        <w:tc>
          <w:tcPr>
            <w:tcW w:w="3080" w:type="dxa"/>
            <w:tcBorders>
              <w:top w:val="nil"/>
              <w:left w:val="nil"/>
              <w:bottom w:val="single" w:sz="4" w:space="0" w:color="auto"/>
              <w:right w:val="single" w:sz="4" w:space="0" w:color="auto"/>
            </w:tcBorders>
            <w:shd w:val="clear" w:color="000000" w:fill="FFFFFF"/>
            <w:vAlign w:val="center"/>
            <w:hideMark/>
          </w:tcPr>
          <w:p w14:paraId="3C975332"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HAMAD SALEH MAHFOOZ</w:t>
            </w:r>
          </w:p>
        </w:tc>
        <w:tc>
          <w:tcPr>
            <w:tcW w:w="1240" w:type="dxa"/>
            <w:tcBorders>
              <w:top w:val="nil"/>
              <w:left w:val="nil"/>
              <w:bottom w:val="single" w:sz="4" w:space="0" w:color="auto"/>
              <w:right w:val="single" w:sz="4" w:space="0" w:color="auto"/>
            </w:tcBorders>
            <w:shd w:val="clear" w:color="000000" w:fill="FFFFFF"/>
            <w:vAlign w:val="center"/>
            <w:hideMark/>
          </w:tcPr>
          <w:p w14:paraId="145F6ED2"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40</w:t>
            </w:r>
          </w:p>
        </w:tc>
      </w:tr>
      <w:tr w:rsidR="008D62E9" w:rsidRPr="008D62E9" w14:paraId="2E5A1DFB"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10E8A947"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27</w:t>
            </w:r>
          </w:p>
        </w:tc>
        <w:tc>
          <w:tcPr>
            <w:tcW w:w="2380" w:type="dxa"/>
            <w:tcBorders>
              <w:top w:val="nil"/>
              <w:left w:val="nil"/>
              <w:bottom w:val="single" w:sz="4" w:space="0" w:color="auto"/>
              <w:right w:val="single" w:sz="4" w:space="0" w:color="auto"/>
            </w:tcBorders>
            <w:shd w:val="clear" w:color="000000" w:fill="FFFFFF"/>
            <w:vAlign w:val="center"/>
            <w:hideMark/>
          </w:tcPr>
          <w:p w14:paraId="48B2D2D2"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111723039028</w:t>
            </w:r>
          </w:p>
        </w:tc>
        <w:tc>
          <w:tcPr>
            <w:tcW w:w="3080" w:type="dxa"/>
            <w:tcBorders>
              <w:top w:val="nil"/>
              <w:left w:val="nil"/>
              <w:bottom w:val="single" w:sz="4" w:space="0" w:color="auto"/>
              <w:right w:val="single" w:sz="4" w:space="0" w:color="auto"/>
            </w:tcBorders>
            <w:shd w:val="clear" w:color="000000" w:fill="FFFFFF"/>
            <w:vAlign w:val="center"/>
            <w:hideMark/>
          </w:tcPr>
          <w:p w14:paraId="0F4EADD1"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JAMPANA SATHISH</w:t>
            </w:r>
          </w:p>
        </w:tc>
        <w:tc>
          <w:tcPr>
            <w:tcW w:w="1240" w:type="dxa"/>
            <w:tcBorders>
              <w:top w:val="nil"/>
              <w:left w:val="nil"/>
              <w:bottom w:val="single" w:sz="4" w:space="0" w:color="auto"/>
              <w:right w:val="single" w:sz="4" w:space="0" w:color="auto"/>
            </w:tcBorders>
            <w:shd w:val="clear" w:color="000000" w:fill="FFFFFF"/>
            <w:vAlign w:val="center"/>
            <w:hideMark/>
          </w:tcPr>
          <w:p w14:paraId="586ED123"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39</w:t>
            </w:r>
          </w:p>
        </w:tc>
      </w:tr>
      <w:tr w:rsidR="008D62E9" w:rsidRPr="008D62E9" w14:paraId="698494F7"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523D0019"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28</w:t>
            </w:r>
          </w:p>
        </w:tc>
        <w:tc>
          <w:tcPr>
            <w:tcW w:w="2380" w:type="dxa"/>
            <w:tcBorders>
              <w:top w:val="nil"/>
              <w:left w:val="nil"/>
              <w:bottom w:val="single" w:sz="4" w:space="0" w:color="auto"/>
              <w:right w:val="single" w:sz="4" w:space="0" w:color="auto"/>
            </w:tcBorders>
            <w:shd w:val="clear" w:color="000000" w:fill="FFFFFF"/>
            <w:vAlign w:val="center"/>
            <w:hideMark/>
          </w:tcPr>
          <w:p w14:paraId="093997BA"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111723039030</w:t>
            </w:r>
          </w:p>
        </w:tc>
        <w:tc>
          <w:tcPr>
            <w:tcW w:w="3080" w:type="dxa"/>
            <w:tcBorders>
              <w:top w:val="nil"/>
              <w:left w:val="nil"/>
              <w:bottom w:val="single" w:sz="4" w:space="0" w:color="auto"/>
              <w:right w:val="single" w:sz="4" w:space="0" w:color="auto"/>
            </w:tcBorders>
            <w:shd w:val="clear" w:color="000000" w:fill="FFFFFF"/>
            <w:vAlign w:val="center"/>
            <w:hideMark/>
          </w:tcPr>
          <w:p w14:paraId="017E697B"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KOTHAKOTA VARUN RAJU</w:t>
            </w:r>
          </w:p>
        </w:tc>
        <w:tc>
          <w:tcPr>
            <w:tcW w:w="1240" w:type="dxa"/>
            <w:tcBorders>
              <w:top w:val="nil"/>
              <w:left w:val="nil"/>
              <w:bottom w:val="single" w:sz="4" w:space="0" w:color="auto"/>
              <w:right w:val="single" w:sz="4" w:space="0" w:color="auto"/>
            </w:tcBorders>
            <w:shd w:val="clear" w:color="000000" w:fill="FFFFFF"/>
            <w:vAlign w:val="center"/>
            <w:hideMark/>
          </w:tcPr>
          <w:p w14:paraId="69A13BEB"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30</w:t>
            </w:r>
          </w:p>
        </w:tc>
      </w:tr>
      <w:tr w:rsidR="008D62E9" w:rsidRPr="008D62E9" w14:paraId="02A96B8B"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1E53B0EF"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29</w:t>
            </w:r>
          </w:p>
        </w:tc>
        <w:tc>
          <w:tcPr>
            <w:tcW w:w="2380" w:type="dxa"/>
            <w:tcBorders>
              <w:top w:val="nil"/>
              <w:left w:val="nil"/>
              <w:bottom w:val="single" w:sz="4" w:space="0" w:color="auto"/>
              <w:right w:val="single" w:sz="4" w:space="0" w:color="auto"/>
            </w:tcBorders>
            <w:shd w:val="clear" w:color="000000" w:fill="FFFFFF"/>
            <w:vAlign w:val="center"/>
            <w:hideMark/>
          </w:tcPr>
          <w:p w14:paraId="0BB77534"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111723039031</w:t>
            </w:r>
          </w:p>
        </w:tc>
        <w:tc>
          <w:tcPr>
            <w:tcW w:w="3080" w:type="dxa"/>
            <w:tcBorders>
              <w:top w:val="nil"/>
              <w:left w:val="nil"/>
              <w:bottom w:val="single" w:sz="4" w:space="0" w:color="auto"/>
              <w:right w:val="single" w:sz="4" w:space="0" w:color="auto"/>
            </w:tcBorders>
            <w:shd w:val="clear" w:color="000000" w:fill="FFFFFF"/>
            <w:vAlign w:val="center"/>
            <w:hideMark/>
          </w:tcPr>
          <w:p w14:paraId="1817FE18"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KURMA SAMPATH</w:t>
            </w:r>
          </w:p>
        </w:tc>
        <w:tc>
          <w:tcPr>
            <w:tcW w:w="1240" w:type="dxa"/>
            <w:tcBorders>
              <w:top w:val="nil"/>
              <w:left w:val="nil"/>
              <w:bottom w:val="single" w:sz="4" w:space="0" w:color="auto"/>
              <w:right w:val="single" w:sz="4" w:space="0" w:color="auto"/>
            </w:tcBorders>
            <w:shd w:val="clear" w:color="000000" w:fill="FFFFFF"/>
            <w:vAlign w:val="center"/>
            <w:hideMark/>
          </w:tcPr>
          <w:p w14:paraId="6B7BAD04"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31</w:t>
            </w:r>
          </w:p>
        </w:tc>
      </w:tr>
      <w:tr w:rsidR="008D62E9" w:rsidRPr="008D62E9" w14:paraId="3B1CA2EF"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388F54FD"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30</w:t>
            </w:r>
          </w:p>
        </w:tc>
        <w:tc>
          <w:tcPr>
            <w:tcW w:w="2380" w:type="dxa"/>
            <w:tcBorders>
              <w:top w:val="nil"/>
              <w:left w:val="nil"/>
              <w:bottom w:val="single" w:sz="4" w:space="0" w:color="auto"/>
              <w:right w:val="single" w:sz="4" w:space="0" w:color="auto"/>
            </w:tcBorders>
            <w:shd w:val="clear" w:color="000000" w:fill="FFFFFF"/>
            <w:vAlign w:val="center"/>
            <w:hideMark/>
          </w:tcPr>
          <w:p w14:paraId="6DBC4F2B"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111723039033</w:t>
            </w:r>
          </w:p>
        </w:tc>
        <w:tc>
          <w:tcPr>
            <w:tcW w:w="3080" w:type="dxa"/>
            <w:tcBorders>
              <w:top w:val="nil"/>
              <w:left w:val="nil"/>
              <w:bottom w:val="single" w:sz="4" w:space="0" w:color="auto"/>
              <w:right w:val="single" w:sz="4" w:space="0" w:color="auto"/>
            </w:tcBorders>
            <w:shd w:val="clear" w:color="000000" w:fill="FFFFFF"/>
            <w:vAlign w:val="center"/>
            <w:hideMark/>
          </w:tcPr>
          <w:p w14:paraId="6C360C9F"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MANDHA MANOJ KUMAR</w:t>
            </w:r>
          </w:p>
        </w:tc>
        <w:tc>
          <w:tcPr>
            <w:tcW w:w="1240" w:type="dxa"/>
            <w:tcBorders>
              <w:top w:val="nil"/>
              <w:left w:val="nil"/>
              <w:bottom w:val="single" w:sz="4" w:space="0" w:color="auto"/>
              <w:right w:val="single" w:sz="4" w:space="0" w:color="auto"/>
            </w:tcBorders>
            <w:shd w:val="clear" w:color="000000" w:fill="FFFFFF"/>
            <w:vAlign w:val="center"/>
            <w:hideMark/>
          </w:tcPr>
          <w:p w14:paraId="708F0E18"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30</w:t>
            </w:r>
          </w:p>
        </w:tc>
      </w:tr>
      <w:tr w:rsidR="008D62E9" w:rsidRPr="008D62E9" w14:paraId="3E7E3BD4"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54A37A2C"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31</w:t>
            </w:r>
          </w:p>
        </w:tc>
        <w:tc>
          <w:tcPr>
            <w:tcW w:w="2380" w:type="dxa"/>
            <w:tcBorders>
              <w:top w:val="nil"/>
              <w:left w:val="nil"/>
              <w:bottom w:val="single" w:sz="4" w:space="0" w:color="auto"/>
              <w:right w:val="single" w:sz="4" w:space="0" w:color="auto"/>
            </w:tcBorders>
            <w:shd w:val="clear" w:color="000000" w:fill="FFFFFF"/>
            <w:vAlign w:val="center"/>
            <w:hideMark/>
          </w:tcPr>
          <w:p w14:paraId="1E92D18A"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111723039034</w:t>
            </w:r>
          </w:p>
        </w:tc>
        <w:tc>
          <w:tcPr>
            <w:tcW w:w="3080" w:type="dxa"/>
            <w:tcBorders>
              <w:top w:val="nil"/>
              <w:left w:val="nil"/>
              <w:bottom w:val="single" w:sz="4" w:space="0" w:color="auto"/>
              <w:right w:val="single" w:sz="4" w:space="0" w:color="auto"/>
            </w:tcBorders>
            <w:shd w:val="clear" w:color="000000" w:fill="FFFFFF"/>
            <w:vAlign w:val="center"/>
            <w:hideMark/>
          </w:tcPr>
          <w:p w14:paraId="017D4FA9"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MANDHA YASWANTH</w:t>
            </w:r>
          </w:p>
        </w:tc>
        <w:tc>
          <w:tcPr>
            <w:tcW w:w="1240" w:type="dxa"/>
            <w:tcBorders>
              <w:top w:val="nil"/>
              <w:left w:val="nil"/>
              <w:bottom w:val="single" w:sz="4" w:space="0" w:color="auto"/>
              <w:right w:val="single" w:sz="4" w:space="0" w:color="auto"/>
            </w:tcBorders>
            <w:shd w:val="clear" w:color="000000" w:fill="FFFFFF"/>
            <w:vAlign w:val="center"/>
            <w:hideMark/>
          </w:tcPr>
          <w:p w14:paraId="3F65C689"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30</w:t>
            </w:r>
          </w:p>
        </w:tc>
      </w:tr>
      <w:tr w:rsidR="008D62E9" w:rsidRPr="008D62E9" w14:paraId="7F75F094"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0BCA12F4"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32</w:t>
            </w:r>
          </w:p>
        </w:tc>
        <w:tc>
          <w:tcPr>
            <w:tcW w:w="2380" w:type="dxa"/>
            <w:tcBorders>
              <w:top w:val="nil"/>
              <w:left w:val="nil"/>
              <w:bottom w:val="single" w:sz="4" w:space="0" w:color="auto"/>
              <w:right w:val="single" w:sz="4" w:space="0" w:color="auto"/>
            </w:tcBorders>
            <w:shd w:val="clear" w:color="000000" w:fill="FFFFFF"/>
            <w:vAlign w:val="center"/>
            <w:hideMark/>
          </w:tcPr>
          <w:p w14:paraId="6245D36F"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111723039035</w:t>
            </w:r>
          </w:p>
        </w:tc>
        <w:tc>
          <w:tcPr>
            <w:tcW w:w="3080" w:type="dxa"/>
            <w:tcBorders>
              <w:top w:val="nil"/>
              <w:left w:val="nil"/>
              <w:bottom w:val="single" w:sz="4" w:space="0" w:color="auto"/>
              <w:right w:val="single" w:sz="4" w:space="0" w:color="auto"/>
            </w:tcBorders>
            <w:shd w:val="clear" w:color="000000" w:fill="FFFFFF"/>
            <w:vAlign w:val="center"/>
            <w:hideMark/>
          </w:tcPr>
          <w:p w14:paraId="2BCD3D64"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MANIKANTA REDDY ANUGULA</w:t>
            </w:r>
          </w:p>
        </w:tc>
        <w:tc>
          <w:tcPr>
            <w:tcW w:w="1240" w:type="dxa"/>
            <w:tcBorders>
              <w:top w:val="nil"/>
              <w:left w:val="nil"/>
              <w:bottom w:val="single" w:sz="4" w:space="0" w:color="auto"/>
              <w:right w:val="single" w:sz="4" w:space="0" w:color="auto"/>
            </w:tcBorders>
            <w:shd w:val="clear" w:color="000000" w:fill="FFFFFF"/>
            <w:vAlign w:val="center"/>
            <w:hideMark/>
          </w:tcPr>
          <w:p w14:paraId="7BB8E6AA"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34</w:t>
            </w:r>
          </w:p>
        </w:tc>
      </w:tr>
      <w:tr w:rsidR="008D62E9" w:rsidRPr="008D62E9" w14:paraId="37F99883"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6A9B6276"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33</w:t>
            </w:r>
          </w:p>
        </w:tc>
        <w:tc>
          <w:tcPr>
            <w:tcW w:w="2380" w:type="dxa"/>
            <w:tcBorders>
              <w:top w:val="nil"/>
              <w:left w:val="nil"/>
              <w:bottom w:val="single" w:sz="4" w:space="0" w:color="auto"/>
              <w:right w:val="single" w:sz="4" w:space="0" w:color="auto"/>
            </w:tcBorders>
            <w:shd w:val="clear" w:color="000000" w:fill="FFFFFF"/>
            <w:vAlign w:val="center"/>
            <w:hideMark/>
          </w:tcPr>
          <w:p w14:paraId="661D3D14"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111723039037</w:t>
            </w:r>
          </w:p>
        </w:tc>
        <w:tc>
          <w:tcPr>
            <w:tcW w:w="3080" w:type="dxa"/>
            <w:tcBorders>
              <w:top w:val="nil"/>
              <w:left w:val="nil"/>
              <w:bottom w:val="single" w:sz="4" w:space="0" w:color="auto"/>
              <w:right w:val="single" w:sz="4" w:space="0" w:color="auto"/>
            </w:tcBorders>
            <w:shd w:val="clear" w:color="000000" w:fill="FFFFFF"/>
            <w:vAlign w:val="center"/>
            <w:hideMark/>
          </w:tcPr>
          <w:p w14:paraId="0ABD1DE8"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MIRUDUDDI SAMPATH KUMAR</w:t>
            </w:r>
          </w:p>
        </w:tc>
        <w:tc>
          <w:tcPr>
            <w:tcW w:w="1240" w:type="dxa"/>
            <w:tcBorders>
              <w:top w:val="nil"/>
              <w:left w:val="nil"/>
              <w:bottom w:val="single" w:sz="4" w:space="0" w:color="auto"/>
              <w:right w:val="single" w:sz="4" w:space="0" w:color="auto"/>
            </w:tcBorders>
            <w:shd w:val="clear" w:color="000000" w:fill="FFFFFF"/>
            <w:vAlign w:val="center"/>
            <w:hideMark/>
          </w:tcPr>
          <w:p w14:paraId="14310781"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28</w:t>
            </w:r>
          </w:p>
        </w:tc>
      </w:tr>
      <w:tr w:rsidR="008D62E9" w:rsidRPr="008D62E9" w14:paraId="13DC1CE0"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7D5C995A"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34</w:t>
            </w:r>
          </w:p>
        </w:tc>
        <w:tc>
          <w:tcPr>
            <w:tcW w:w="2380" w:type="dxa"/>
            <w:tcBorders>
              <w:top w:val="nil"/>
              <w:left w:val="nil"/>
              <w:bottom w:val="single" w:sz="4" w:space="0" w:color="auto"/>
              <w:right w:val="single" w:sz="4" w:space="0" w:color="auto"/>
            </w:tcBorders>
            <w:shd w:val="clear" w:color="000000" w:fill="FFFFFF"/>
            <w:vAlign w:val="center"/>
            <w:hideMark/>
          </w:tcPr>
          <w:p w14:paraId="647401A3"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111723039038</w:t>
            </w:r>
          </w:p>
        </w:tc>
        <w:tc>
          <w:tcPr>
            <w:tcW w:w="3080" w:type="dxa"/>
            <w:tcBorders>
              <w:top w:val="nil"/>
              <w:left w:val="nil"/>
              <w:bottom w:val="single" w:sz="4" w:space="0" w:color="auto"/>
              <w:right w:val="single" w:sz="4" w:space="0" w:color="auto"/>
            </w:tcBorders>
            <w:shd w:val="clear" w:color="000000" w:fill="FFFFFF"/>
            <w:vAlign w:val="center"/>
            <w:hideMark/>
          </w:tcPr>
          <w:p w14:paraId="516FB270"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MUZAMMIL K M-</w:t>
            </w:r>
          </w:p>
        </w:tc>
        <w:tc>
          <w:tcPr>
            <w:tcW w:w="1240" w:type="dxa"/>
            <w:tcBorders>
              <w:top w:val="nil"/>
              <w:left w:val="nil"/>
              <w:bottom w:val="single" w:sz="4" w:space="0" w:color="auto"/>
              <w:right w:val="single" w:sz="4" w:space="0" w:color="auto"/>
            </w:tcBorders>
            <w:shd w:val="clear" w:color="000000" w:fill="FFFFFF"/>
            <w:vAlign w:val="center"/>
            <w:hideMark/>
          </w:tcPr>
          <w:p w14:paraId="451D65ED"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30</w:t>
            </w:r>
          </w:p>
        </w:tc>
      </w:tr>
      <w:tr w:rsidR="008D62E9" w:rsidRPr="008D62E9" w14:paraId="7AC10FAD"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7E4C86CD"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35</w:t>
            </w:r>
          </w:p>
        </w:tc>
        <w:tc>
          <w:tcPr>
            <w:tcW w:w="2380" w:type="dxa"/>
            <w:tcBorders>
              <w:top w:val="nil"/>
              <w:left w:val="nil"/>
              <w:bottom w:val="single" w:sz="4" w:space="0" w:color="auto"/>
              <w:right w:val="single" w:sz="4" w:space="0" w:color="auto"/>
            </w:tcBorders>
            <w:shd w:val="clear" w:color="000000" w:fill="FFFFFF"/>
            <w:vAlign w:val="center"/>
            <w:hideMark/>
          </w:tcPr>
          <w:p w14:paraId="58DC66F9"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111723039039</w:t>
            </w:r>
          </w:p>
        </w:tc>
        <w:tc>
          <w:tcPr>
            <w:tcW w:w="3080" w:type="dxa"/>
            <w:tcBorders>
              <w:top w:val="nil"/>
              <w:left w:val="nil"/>
              <w:bottom w:val="single" w:sz="4" w:space="0" w:color="auto"/>
              <w:right w:val="single" w:sz="4" w:space="0" w:color="auto"/>
            </w:tcBorders>
            <w:shd w:val="clear" w:color="000000" w:fill="FFFFFF"/>
            <w:vAlign w:val="center"/>
            <w:hideMark/>
          </w:tcPr>
          <w:p w14:paraId="1A674C14"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NALLA MANIKANTA</w:t>
            </w:r>
          </w:p>
        </w:tc>
        <w:tc>
          <w:tcPr>
            <w:tcW w:w="1240" w:type="dxa"/>
            <w:tcBorders>
              <w:top w:val="nil"/>
              <w:left w:val="nil"/>
              <w:bottom w:val="single" w:sz="4" w:space="0" w:color="auto"/>
              <w:right w:val="single" w:sz="4" w:space="0" w:color="auto"/>
            </w:tcBorders>
            <w:shd w:val="clear" w:color="000000" w:fill="FFFFFF"/>
            <w:vAlign w:val="center"/>
            <w:hideMark/>
          </w:tcPr>
          <w:p w14:paraId="07DE6B25"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33</w:t>
            </w:r>
          </w:p>
        </w:tc>
      </w:tr>
      <w:tr w:rsidR="008D62E9" w:rsidRPr="008D62E9" w14:paraId="18F19358"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5B836A9D"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36</w:t>
            </w:r>
          </w:p>
        </w:tc>
        <w:tc>
          <w:tcPr>
            <w:tcW w:w="2380" w:type="dxa"/>
            <w:tcBorders>
              <w:top w:val="nil"/>
              <w:left w:val="nil"/>
              <w:bottom w:val="single" w:sz="4" w:space="0" w:color="auto"/>
              <w:right w:val="single" w:sz="4" w:space="0" w:color="auto"/>
            </w:tcBorders>
            <w:shd w:val="clear" w:color="000000" w:fill="FFFFFF"/>
            <w:vAlign w:val="center"/>
            <w:hideMark/>
          </w:tcPr>
          <w:p w14:paraId="5B9DF228"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111723039040</w:t>
            </w:r>
          </w:p>
        </w:tc>
        <w:tc>
          <w:tcPr>
            <w:tcW w:w="3080" w:type="dxa"/>
            <w:tcBorders>
              <w:top w:val="nil"/>
              <w:left w:val="nil"/>
              <w:bottom w:val="single" w:sz="4" w:space="0" w:color="auto"/>
              <w:right w:val="single" w:sz="4" w:space="0" w:color="auto"/>
            </w:tcBorders>
            <w:shd w:val="clear" w:color="000000" w:fill="FFFFFF"/>
            <w:vAlign w:val="center"/>
            <w:hideMark/>
          </w:tcPr>
          <w:p w14:paraId="555FE2AA"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PASALA VARSHITH</w:t>
            </w:r>
          </w:p>
        </w:tc>
        <w:tc>
          <w:tcPr>
            <w:tcW w:w="1240" w:type="dxa"/>
            <w:tcBorders>
              <w:top w:val="nil"/>
              <w:left w:val="nil"/>
              <w:bottom w:val="single" w:sz="4" w:space="0" w:color="auto"/>
              <w:right w:val="single" w:sz="4" w:space="0" w:color="auto"/>
            </w:tcBorders>
            <w:shd w:val="clear" w:color="000000" w:fill="FFFFFF"/>
            <w:vAlign w:val="center"/>
            <w:hideMark/>
          </w:tcPr>
          <w:p w14:paraId="5A877071"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30</w:t>
            </w:r>
          </w:p>
        </w:tc>
      </w:tr>
      <w:tr w:rsidR="008D62E9" w:rsidRPr="008D62E9" w14:paraId="2DAA920F"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06AE46DA"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37</w:t>
            </w:r>
          </w:p>
        </w:tc>
        <w:tc>
          <w:tcPr>
            <w:tcW w:w="2380" w:type="dxa"/>
            <w:tcBorders>
              <w:top w:val="nil"/>
              <w:left w:val="nil"/>
              <w:bottom w:val="single" w:sz="4" w:space="0" w:color="auto"/>
              <w:right w:val="single" w:sz="4" w:space="0" w:color="auto"/>
            </w:tcBorders>
            <w:shd w:val="clear" w:color="000000" w:fill="FFFFFF"/>
            <w:vAlign w:val="center"/>
            <w:hideMark/>
          </w:tcPr>
          <w:p w14:paraId="66E0CF4B"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111723039041</w:t>
            </w:r>
          </w:p>
        </w:tc>
        <w:tc>
          <w:tcPr>
            <w:tcW w:w="3080" w:type="dxa"/>
            <w:tcBorders>
              <w:top w:val="nil"/>
              <w:left w:val="nil"/>
              <w:bottom w:val="single" w:sz="4" w:space="0" w:color="auto"/>
              <w:right w:val="single" w:sz="4" w:space="0" w:color="auto"/>
            </w:tcBorders>
            <w:shd w:val="clear" w:color="000000" w:fill="FFFFFF"/>
            <w:vAlign w:val="center"/>
            <w:hideMark/>
          </w:tcPr>
          <w:p w14:paraId="597D4FA1"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PHILIP PAUL JAMES</w:t>
            </w:r>
          </w:p>
        </w:tc>
        <w:tc>
          <w:tcPr>
            <w:tcW w:w="1240" w:type="dxa"/>
            <w:tcBorders>
              <w:top w:val="nil"/>
              <w:left w:val="nil"/>
              <w:bottom w:val="single" w:sz="4" w:space="0" w:color="auto"/>
              <w:right w:val="single" w:sz="4" w:space="0" w:color="auto"/>
            </w:tcBorders>
            <w:shd w:val="clear" w:color="000000" w:fill="FFFFFF"/>
            <w:vAlign w:val="center"/>
            <w:hideMark/>
          </w:tcPr>
          <w:p w14:paraId="3764B618"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30</w:t>
            </w:r>
          </w:p>
        </w:tc>
      </w:tr>
      <w:tr w:rsidR="008D62E9" w:rsidRPr="008D62E9" w14:paraId="1E9C0786"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03B20D0A"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38</w:t>
            </w:r>
          </w:p>
        </w:tc>
        <w:tc>
          <w:tcPr>
            <w:tcW w:w="2380" w:type="dxa"/>
            <w:tcBorders>
              <w:top w:val="nil"/>
              <w:left w:val="nil"/>
              <w:bottom w:val="single" w:sz="4" w:space="0" w:color="auto"/>
              <w:right w:val="single" w:sz="4" w:space="0" w:color="auto"/>
            </w:tcBorders>
            <w:shd w:val="clear" w:color="000000" w:fill="FFFFFF"/>
            <w:vAlign w:val="center"/>
            <w:hideMark/>
          </w:tcPr>
          <w:p w14:paraId="60AAE5F6"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111723039042</w:t>
            </w:r>
          </w:p>
        </w:tc>
        <w:tc>
          <w:tcPr>
            <w:tcW w:w="3080" w:type="dxa"/>
            <w:tcBorders>
              <w:top w:val="nil"/>
              <w:left w:val="nil"/>
              <w:bottom w:val="single" w:sz="4" w:space="0" w:color="auto"/>
              <w:right w:val="single" w:sz="4" w:space="0" w:color="auto"/>
            </w:tcBorders>
            <w:shd w:val="clear" w:color="000000" w:fill="FFFFFF"/>
            <w:vAlign w:val="center"/>
            <w:hideMark/>
          </w:tcPr>
          <w:p w14:paraId="17450A74"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POTULA MANIKANTA</w:t>
            </w:r>
          </w:p>
        </w:tc>
        <w:tc>
          <w:tcPr>
            <w:tcW w:w="1240" w:type="dxa"/>
            <w:tcBorders>
              <w:top w:val="nil"/>
              <w:left w:val="nil"/>
              <w:bottom w:val="single" w:sz="4" w:space="0" w:color="auto"/>
              <w:right w:val="single" w:sz="4" w:space="0" w:color="auto"/>
            </w:tcBorders>
            <w:shd w:val="clear" w:color="000000" w:fill="FFFFFF"/>
            <w:vAlign w:val="center"/>
            <w:hideMark/>
          </w:tcPr>
          <w:p w14:paraId="4EAEAFD3"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38</w:t>
            </w:r>
          </w:p>
        </w:tc>
      </w:tr>
      <w:tr w:rsidR="008D62E9" w:rsidRPr="008D62E9" w14:paraId="1CBB469D"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62D9594C"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39</w:t>
            </w:r>
          </w:p>
        </w:tc>
        <w:tc>
          <w:tcPr>
            <w:tcW w:w="2380" w:type="dxa"/>
            <w:tcBorders>
              <w:top w:val="nil"/>
              <w:left w:val="nil"/>
              <w:bottom w:val="single" w:sz="4" w:space="0" w:color="auto"/>
              <w:right w:val="single" w:sz="4" w:space="0" w:color="auto"/>
            </w:tcBorders>
            <w:shd w:val="clear" w:color="000000" w:fill="FFFFFF"/>
            <w:vAlign w:val="center"/>
            <w:hideMark/>
          </w:tcPr>
          <w:p w14:paraId="4743AC99"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111723039043</w:t>
            </w:r>
          </w:p>
        </w:tc>
        <w:tc>
          <w:tcPr>
            <w:tcW w:w="3080" w:type="dxa"/>
            <w:tcBorders>
              <w:top w:val="nil"/>
              <w:left w:val="nil"/>
              <w:bottom w:val="single" w:sz="4" w:space="0" w:color="auto"/>
              <w:right w:val="single" w:sz="4" w:space="0" w:color="auto"/>
            </w:tcBorders>
            <w:shd w:val="clear" w:color="000000" w:fill="FFFFFF"/>
            <w:vAlign w:val="center"/>
            <w:hideMark/>
          </w:tcPr>
          <w:p w14:paraId="0A414A51"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P S SHIVA KUMAR</w:t>
            </w:r>
          </w:p>
        </w:tc>
        <w:tc>
          <w:tcPr>
            <w:tcW w:w="1240" w:type="dxa"/>
            <w:tcBorders>
              <w:top w:val="nil"/>
              <w:left w:val="nil"/>
              <w:bottom w:val="single" w:sz="4" w:space="0" w:color="auto"/>
              <w:right w:val="single" w:sz="4" w:space="0" w:color="auto"/>
            </w:tcBorders>
            <w:shd w:val="clear" w:color="000000" w:fill="FFFFFF"/>
            <w:vAlign w:val="center"/>
            <w:hideMark/>
          </w:tcPr>
          <w:p w14:paraId="05CCCC03"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30</w:t>
            </w:r>
          </w:p>
        </w:tc>
      </w:tr>
      <w:tr w:rsidR="008D62E9" w:rsidRPr="008D62E9" w14:paraId="50BB2E31"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5790BF5D"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40</w:t>
            </w:r>
          </w:p>
        </w:tc>
        <w:tc>
          <w:tcPr>
            <w:tcW w:w="2380" w:type="dxa"/>
            <w:tcBorders>
              <w:top w:val="nil"/>
              <w:left w:val="nil"/>
              <w:bottom w:val="single" w:sz="4" w:space="0" w:color="auto"/>
              <w:right w:val="single" w:sz="4" w:space="0" w:color="auto"/>
            </w:tcBorders>
            <w:shd w:val="clear" w:color="000000" w:fill="FFFFFF"/>
            <w:vAlign w:val="center"/>
            <w:hideMark/>
          </w:tcPr>
          <w:p w14:paraId="670A33D1"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111723039044</w:t>
            </w:r>
          </w:p>
        </w:tc>
        <w:tc>
          <w:tcPr>
            <w:tcW w:w="3080" w:type="dxa"/>
            <w:tcBorders>
              <w:top w:val="nil"/>
              <w:left w:val="nil"/>
              <w:bottom w:val="single" w:sz="4" w:space="0" w:color="auto"/>
              <w:right w:val="single" w:sz="4" w:space="0" w:color="auto"/>
            </w:tcBorders>
            <w:shd w:val="clear" w:color="000000" w:fill="FFFFFF"/>
            <w:vAlign w:val="center"/>
            <w:hideMark/>
          </w:tcPr>
          <w:p w14:paraId="0D72BB63"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ROHITH KUMAR SINGH</w:t>
            </w:r>
          </w:p>
        </w:tc>
        <w:tc>
          <w:tcPr>
            <w:tcW w:w="1240" w:type="dxa"/>
            <w:tcBorders>
              <w:top w:val="nil"/>
              <w:left w:val="nil"/>
              <w:bottom w:val="single" w:sz="4" w:space="0" w:color="auto"/>
              <w:right w:val="single" w:sz="4" w:space="0" w:color="auto"/>
            </w:tcBorders>
            <w:shd w:val="clear" w:color="000000" w:fill="FFFFFF"/>
            <w:vAlign w:val="center"/>
            <w:hideMark/>
          </w:tcPr>
          <w:p w14:paraId="058B6C02"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39</w:t>
            </w:r>
          </w:p>
        </w:tc>
      </w:tr>
      <w:tr w:rsidR="008D62E9" w:rsidRPr="008D62E9" w14:paraId="578E01A4"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37E7E0BF"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41</w:t>
            </w:r>
          </w:p>
        </w:tc>
        <w:tc>
          <w:tcPr>
            <w:tcW w:w="2380" w:type="dxa"/>
            <w:tcBorders>
              <w:top w:val="nil"/>
              <w:left w:val="nil"/>
              <w:bottom w:val="single" w:sz="4" w:space="0" w:color="auto"/>
              <w:right w:val="single" w:sz="4" w:space="0" w:color="auto"/>
            </w:tcBorders>
            <w:shd w:val="clear" w:color="000000" w:fill="FFFFFF"/>
            <w:vAlign w:val="center"/>
            <w:hideMark/>
          </w:tcPr>
          <w:p w14:paraId="55A5DC26"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111723039045</w:t>
            </w:r>
          </w:p>
        </w:tc>
        <w:tc>
          <w:tcPr>
            <w:tcW w:w="3080" w:type="dxa"/>
            <w:tcBorders>
              <w:top w:val="nil"/>
              <w:left w:val="nil"/>
              <w:bottom w:val="single" w:sz="4" w:space="0" w:color="auto"/>
              <w:right w:val="single" w:sz="4" w:space="0" w:color="auto"/>
            </w:tcBorders>
            <w:shd w:val="clear" w:color="000000" w:fill="FFFFFF"/>
            <w:vAlign w:val="center"/>
            <w:hideMark/>
          </w:tcPr>
          <w:p w14:paraId="56FB72B3"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RUDRABOINA SAI KISHOR</w:t>
            </w:r>
          </w:p>
        </w:tc>
        <w:tc>
          <w:tcPr>
            <w:tcW w:w="1240" w:type="dxa"/>
            <w:tcBorders>
              <w:top w:val="nil"/>
              <w:left w:val="nil"/>
              <w:bottom w:val="single" w:sz="4" w:space="0" w:color="auto"/>
              <w:right w:val="single" w:sz="4" w:space="0" w:color="auto"/>
            </w:tcBorders>
            <w:shd w:val="clear" w:color="000000" w:fill="FFFFFF"/>
            <w:vAlign w:val="center"/>
            <w:hideMark/>
          </w:tcPr>
          <w:p w14:paraId="076C0F27"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34</w:t>
            </w:r>
          </w:p>
        </w:tc>
      </w:tr>
      <w:tr w:rsidR="008D62E9" w:rsidRPr="008D62E9" w14:paraId="6A38BDE8"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7DE1CC70"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42</w:t>
            </w:r>
          </w:p>
        </w:tc>
        <w:tc>
          <w:tcPr>
            <w:tcW w:w="2380" w:type="dxa"/>
            <w:tcBorders>
              <w:top w:val="nil"/>
              <w:left w:val="nil"/>
              <w:bottom w:val="single" w:sz="4" w:space="0" w:color="auto"/>
              <w:right w:val="single" w:sz="4" w:space="0" w:color="auto"/>
            </w:tcBorders>
            <w:shd w:val="clear" w:color="000000" w:fill="FFFFFF"/>
            <w:vAlign w:val="center"/>
            <w:hideMark/>
          </w:tcPr>
          <w:p w14:paraId="5A6CD90D"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111723039046</w:t>
            </w:r>
          </w:p>
        </w:tc>
        <w:tc>
          <w:tcPr>
            <w:tcW w:w="3080" w:type="dxa"/>
            <w:tcBorders>
              <w:top w:val="nil"/>
              <w:left w:val="nil"/>
              <w:bottom w:val="single" w:sz="4" w:space="0" w:color="auto"/>
              <w:right w:val="single" w:sz="4" w:space="0" w:color="auto"/>
            </w:tcBorders>
            <w:shd w:val="clear" w:color="000000" w:fill="FFFFFF"/>
            <w:vAlign w:val="center"/>
            <w:hideMark/>
          </w:tcPr>
          <w:p w14:paraId="1CCFA503"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SOURAPPA JOHN VIJAY</w:t>
            </w:r>
          </w:p>
        </w:tc>
        <w:tc>
          <w:tcPr>
            <w:tcW w:w="1240" w:type="dxa"/>
            <w:tcBorders>
              <w:top w:val="nil"/>
              <w:left w:val="nil"/>
              <w:bottom w:val="single" w:sz="4" w:space="0" w:color="auto"/>
              <w:right w:val="single" w:sz="4" w:space="0" w:color="auto"/>
            </w:tcBorders>
            <w:shd w:val="clear" w:color="000000" w:fill="FFFFFF"/>
            <w:vAlign w:val="center"/>
            <w:hideMark/>
          </w:tcPr>
          <w:p w14:paraId="64FA1D09"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29</w:t>
            </w:r>
          </w:p>
        </w:tc>
      </w:tr>
      <w:tr w:rsidR="008D62E9" w:rsidRPr="008D62E9" w14:paraId="1EA4F0AF"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1DDA4CBE"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lastRenderedPageBreak/>
              <w:t>43</w:t>
            </w:r>
          </w:p>
        </w:tc>
        <w:tc>
          <w:tcPr>
            <w:tcW w:w="2380" w:type="dxa"/>
            <w:tcBorders>
              <w:top w:val="nil"/>
              <w:left w:val="nil"/>
              <w:bottom w:val="single" w:sz="4" w:space="0" w:color="auto"/>
              <w:right w:val="single" w:sz="4" w:space="0" w:color="auto"/>
            </w:tcBorders>
            <w:shd w:val="clear" w:color="000000" w:fill="FFFFFF"/>
            <w:vAlign w:val="center"/>
            <w:hideMark/>
          </w:tcPr>
          <w:p w14:paraId="5ABED83C"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111723039047</w:t>
            </w:r>
          </w:p>
        </w:tc>
        <w:tc>
          <w:tcPr>
            <w:tcW w:w="3080" w:type="dxa"/>
            <w:tcBorders>
              <w:top w:val="nil"/>
              <w:left w:val="nil"/>
              <w:bottom w:val="single" w:sz="4" w:space="0" w:color="auto"/>
              <w:right w:val="single" w:sz="4" w:space="0" w:color="auto"/>
            </w:tcBorders>
            <w:shd w:val="clear" w:color="000000" w:fill="FFFFFF"/>
            <w:vAlign w:val="center"/>
            <w:hideMark/>
          </w:tcPr>
          <w:p w14:paraId="667A4D03"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TIRUMANI RAJU</w:t>
            </w:r>
          </w:p>
        </w:tc>
        <w:tc>
          <w:tcPr>
            <w:tcW w:w="1240" w:type="dxa"/>
            <w:tcBorders>
              <w:top w:val="nil"/>
              <w:left w:val="nil"/>
              <w:bottom w:val="single" w:sz="4" w:space="0" w:color="auto"/>
              <w:right w:val="single" w:sz="4" w:space="0" w:color="auto"/>
            </w:tcBorders>
            <w:shd w:val="clear" w:color="000000" w:fill="FFFFFF"/>
            <w:vAlign w:val="center"/>
            <w:hideMark/>
          </w:tcPr>
          <w:p w14:paraId="7CE95669"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28</w:t>
            </w:r>
          </w:p>
        </w:tc>
      </w:tr>
      <w:tr w:rsidR="008D62E9" w:rsidRPr="008D62E9" w14:paraId="37290D35"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38B22AD6"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44</w:t>
            </w:r>
          </w:p>
        </w:tc>
        <w:tc>
          <w:tcPr>
            <w:tcW w:w="2380" w:type="dxa"/>
            <w:tcBorders>
              <w:top w:val="nil"/>
              <w:left w:val="nil"/>
              <w:bottom w:val="single" w:sz="4" w:space="0" w:color="auto"/>
              <w:right w:val="single" w:sz="4" w:space="0" w:color="auto"/>
            </w:tcBorders>
            <w:shd w:val="clear" w:color="000000" w:fill="FFFFFF"/>
            <w:vAlign w:val="center"/>
            <w:hideMark/>
          </w:tcPr>
          <w:p w14:paraId="2622359A"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111723039048</w:t>
            </w:r>
          </w:p>
        </w:tc>
        <w:tc>
          <w:tcPr>
            <w:tcW w:w="3080" w:type="dxa"/>
            <w:tcBorders>
              <w:top w:val="nil"/>
              <w:left w:val="nil"/>
              <w:bottom w:val="single" w:sz="4" w:space="0" w:color="auto"/>
              <w:right w:val="single" w:sz="4" w:space="0" w:color="auto"/>
            </w:tcBorders>
            <w:shd w:val="clear" w:color="000000" w:fill="FFFFFF"/>
            <w:vAlign w:val="center"/>
            <w:hideMark/>
          </w:tcPr>
          <w:p w14:paraId="096F10F7"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VADDEMANI JASON</w:t>
            </w:r>
          </w:p>
        </w:tc>
        <w:tc>
          <w:tcPr>
            <w:tcW w:w="1240" w:type="dxa"/>
            <w:tcBorders>
              <w:top w:val="nil"/>
              <w:left w:val="nil"/>
              <w:bottom w:val="single" w:sz="4" w:space="0" w:color="auto"/>
              <w:right w:val="single" w:sz="4" w:space="0" w:color="auto"/>
            </w:tcBorders>
            <w:shd w:val="clear" w:color="000000" w:fill="FFFFFF"/>
            <w:vAlign w:val="center"/>
            <w:hideMark/>
          </w:tcPr>
          <w:p w14:paraId="04EA9A2B"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40</w:t>
            </w:r>
          </w:p>
        </w:tc>
      </w:tr>
      <w:tr w:rsidR="008D62E9" w:rsidRPr="008D62E9" w14:paraId="52A03380"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3CEC7CD3"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45</w:t>
            </w:r>
          </w:p>
        </w:tc>
        <w:tc>
          <w:tcPr>
            <w:tcW w:w="2380" w:type="dxa"/>
            <w:tcBorders>
              <w:top w:val="nil"/>
              <w:left w:val="nil"/>
              <w:bottom w:val="single" w:sz="4" w:space="0" w:color="auto"/>
              <w:right w:val="single" w:sz="4" w:space="0" w:color="auto"/>
            </w:tcBorders>
            <w:shd w:val="clear" w:color="000000" w:fill="FFFFFF"/>
            <w:vAlign w:val="center"/>
            <w:hideMark/>
          </w:tcPr>
          <w:p w14:paraId="577D8AEF"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111723039049</w:t>
            </w:r>
          </w:p>
        </w:tc>
        <w:tc>
          <w:tcPr>
            <w:tcW w:w="3080" w:type="dxa"/>
            <w:tcBorders>
              <w:top w:val="nil"/>
              <w:left w:val="nil"/>
              <w:bottom w:val="single" w:sz="4" w:space="0" w:color="auto"/>
              <w:right w:val="single" w:sz="4" w:space="0" w:color="auto"/>
            </w:tcBorders>
            <w:shd w:val="clear" w:color="000000" w:fill="FFFFFF"/>
            <w:vAlign w:val="center"/>
            <w:hideMark/>
          </w:tcPr>
          <w:p w14:paraId="0647DC54" w14:textId="77777777" w:rsidR="008D62E9" w:rsidRPr="008D62E9" w:rsidRDefault="008D62E9" w:rsidP="008D62E9">
            <w:pPr>
              <w:spacing w:after="0" w:line="240" w:lineRule="auto"/>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VEMPATI SRUJAN</w:t>
            </w:r>
          </w:p>
        </w:tc>
        <w:tc>
          <w:tcPr>
            <w:tcW w:w="1240" w:type="dxa"/>
            <w:tcBorders>
              <w:top w:val="nil"/>
              <w:left w:val="nil"/>
              <w:bottom w:val="single" w:sz="4" w:space="0" w:color="auto"/>
              <w:right w:val="single" w:sz="4" w:space="0" w:color="auto"/>
            </w:tcBorders>
            <w:shd w:val="clear" w:color="000000" w:fill="FFFFFF"/>
            <w:vAlign w:val="center"/>
            <w:hideMark/>
          </w:tcPr>
          <w:p w14:paraId="0DDC2C67"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41</w:t>
            </w:r>
          </w:p>
        </w:tc>
      </w:tr>
      <w:tr w:rsidR="008D62E9" w:rsidRPr="008D62E9" w14:paraId="5CC89A47" w14:textId="77777777" w:rsidTr="008D62E9">
        <w:trPr>
          <w:trHeight w:val="300"/>
        </w:trPr>
        <w:tc>
          <w:tcPr>
            <w:tcW w:w="700" w:type="dxa"/>
            <w:tcBorders>
              <w:top w:val="nil"/>
              <w:left w:val="single" w:sz="4" w:space="0" w:color="auto"/>
              <w:bottom w:val="single" w:sz="4" w:space="0" w:color="auto"/>
              <w:right w:val="single" w:sz="4" w:space="0" w:color="auto"/>
            </w:tcBorders>
            <w:shd w:val="clear" w:color="000000" w:fill="FFFFFF"/>
            <w:vAlign w:val="center"/>
            <w:hideMark/>
          </w:tcPr>
          <w:p w14:paraId="66E4854C" w14:textId="77777777" w:rsidR="008D62E9" w:rsidRPr="008D62E9" w:rsidRDefault="008D62E9" w:rsidP="008D62E9">
            <w:pPr>
              <w:spacing w:after="0" w:line="240" w:lineRule="auto"/>
              <w:jc w:val="right"/>
              <w:rPr>
                <w:rFonts w:ascii="Trebuchet MS" w:eastAsia="Times New Roman" w:hAnsi="Trebuchet MS" w:cs="Calibri"/>
                <w:color w:val="000000"/>
                <w:kern w:val="0"/>
                <w:sz w:val="20"/>
                <w:szCs w:val="20"/>
                <w:lang w:eastAsia="en-IN"/>
                <w14:ligatures w14:val="none"/>
              </w:rPr>
            </w:pPr>
            <w:r w:rsidRPr="008D62E9">
              <w:rPr>
                <w:rFonts w:ascii="Trebuchet MS" w:eastAsia="Times New Roman" w:hAnsi="Trebuchet MS" w:cs="Calibri"/>
                <w:color w:val="000000"/>
                <w:kern w:val="0"/>
                <w:sz w:val="20"/>
                <w:szCs w:val="20"/>
                <w:lang w:eastAsia="en-IN"/>
                <w14:ligatures w14:val="none"/>
              </w:rPr>
              <w:t>46</w:t>
            </w:r>
          </w:p>
        </w:tc>
        <w:tc>
          <w:tcPr>
            <w:tcW w:w="2380" w:type="dxa"/>
            <w:tcBorders>
              <w:top w:val="nil"/>
              <w:left w:val="nil"/>
              <w:bottom w:val="single" w:sz="4" w:space="0" w:color="auto"/>
              <w:right w:val="single" w:sz="4" w:space="0" w:color="auto"/>
            </w:tcBorders>
            <w:noWrap/>
            <w:vAlign w:val="bottom"/>
            <w:hideMark/>
          </w:tcPr>
          <w:p w14:paraId="67DA9F9B" w14:textId="77777777" w:rsidR="008D62E9" w:rsidRPr="008D62E9" w:rsidRDefault="008D62E9" w:rsidP="008D62E9">
            <w:pPr>
              <w:spacing w:after="0" w:line="240" w:lineRule="auto"/>
              <w:jc w:val="right"/>
              <w:rPr>
                <w:rFonts w:ascii="Calibri" w:eastAsia="Times New Roman" w:hAnsi="Calibri" w:cs="Calibri"/>
                <w:color w:val="000000"/>
                <w:kern w:val="0"/>
                <w:lang w:eastAsia="en-IN"/>
                <w14:ligatures w14:val="none"/>
              </w:rPr>
            </w:pPr>
            <w:r w:rsidRPr="008D62E9">
              <w:rPr>
                <w:rFonts w:ascii="Calibri" w:eastAsia="Times New Roman" w:hAnsi="Calibri" w:cs="Calibri"/>
                <w:color w:val="000000"/>
                <w:kern w:val="0"/>
                <w:lang w:eastAsia="en-IN"/>
                <w14:ligatures w14:val="none"/>
              </w:rPr>
              <w:t>111723039050</w:t>
            </w:r>
          </w:p>
        </w:tc>
        <w:tc>
          <w:tcPr>
            <w:tcW w:w="3080" w:type="dxa"/>
            <w:tcBorders>
              <w:top w:val="nil"/>
              <w:left w:val="nil"/>
              <w:bottom w:val="single" w:sz="4" w:space="0" w:color="auto"/>
              <w:right w:val="single" w:sz="4" w:space="0" w:color="auto"/>
            </w:tcBorders>
            <w:noWrap/>
            <w:vAlign w:val="bottom"/>
            <w:hideMark/>
          </w:tcPr>
          <w:p w14:paraId="4929E5D5" w14:textId="77777777" w:rsidR="008D62E9" w:rsidRPr="008D62E9" w:rsidRDefault="008D62E9" w:rsidP="008D62E9">
            <w:pPr>
              <w:spacing w:after="0" w:line="240" w:lineRule="auto"/>
              <w:rPr>
                <w:rFonts w:ascii="Calibri" w:eastAsia="Times New Roman" w:hAnsi="Calibri" w:cs="Calibri"/>
                <w:color w:val="000000"/>
                <w:kern w:val="0"/>
                <w:lang w:eastAsia="en-IN"/>
                <w14:ligatures w14:val="none"/>
              </w:rPr>
            </w:pPr>
            <w:r w:rsidRPr="008D62E9">
              <w:rPr>
                <w:rFonts w:ascii="Calibri" w:eastAsia="Times New Roman" w:hAnsi="Calibri" w:cs="Calibri"/>
                <w:color w:val="000000"/>
                <w:kern w:val="0"/>
                <w:lang w:eastAsia="en-IN"/>
                <w14:ligatures w14:val="none"/>
              </w:rPr>
              <w:t>YADAGANI BHANUPREETHAM</w:t>
            </w:r>
          </w:p>
        </w:tc>
        <w:tc>
          <w:tcPr>
            <w:tcW w:w="1240" w:type="dxa"/>
            <w:tcBorders>
              <w:top w:val="nil"/>
              <w:left w:val="nil"/>
              <w:bottom w:val="single" w:sz="4" w:space="0" w:color="auto"/>
              <w:right w:val="single" w:sz="4" w:space="0" w:color="auto"/>
            </w:tcBorders>
            <w:noWrap/>
            <w:vAlign w:val="bottom"/>
            <w:hideMark/>
          </w:tcPr>
          <w:p w14:paraId="67630520" w14:textId="77777777" w:rsidR="008D62E9" w:rsidRPr="008D62E9" w:rsidRDefault="008D62E9" w:rsidP="008D62E9">
            <w:pPr>
              <w:spacing w:after="0" w:line="240" w:lineRule="auto"/>
              <w:jc w:val="right"/>
              <w:rPr>
                <w:rFonts w:ascii="Calibri" w:eastAsia="Times New Roman" w:hAnsi="Calibri" w:cs="Calibri"/>
                <w:color w:val="000000"/>
                <w:kern w:val="0"/>
                <w:lang w:eastAsia="en-IN"/>
                <w14:ligatures w14:val="none"/>
              </w:rPr>
            </w:pPr>
            <w:r w:rsidRPr="008D62E9">
              <w:rPr>
                <w:rFonts w:ascii="Calibri" w:eastAsia="Times New Roman" w:hAnsi="Calibri" w:cs="Calibri"/>
                <w:color w:val="000000"/>
                <w:kern w:val="0"/>
                <w:lang w:eastAsia="en-IN"/>
                <w14:ligatures w14:val="none"/>
              </w:rPr>
              <w:t>41</w:t>
            </w:r>
          </w:p>
        </w:tc>
      </w:tr>
    </w:tbl>
    <w:p w14:paraId="477E6345" w14:textId="77777777" w:rsidR="00894FE2" w:rsidRDefault="00894FE2" w:rsidP="00226B14">
      <w:pPr>
        <w:rPr>
          <w:rFonts w:ascii="Times New Roman" w:hAnsi="Times New Roman" w:cs="Times New Roman"/>
          <w:b/>
          <w:bCs/>
          <w:sz w:val="36"/>
          <w:szCs w:val="36"/>
          <w:lang w:val="en-GB"/>
        </w:rPr>
      </w:pPr>
    </w:p>
    <w:p w14:paraId="5FF1CEBD" w14:textId="77777777" w:rsidR="00894FE2" w:rsidRDefault="00894FE2" w:rsidP="00226B14">
      <w:pPr>
        <w:rPr>
          <w:rFonts w:ascii="Times New Roman" w:hAnsi="Times New Roman" w:cs="Times New Roman"/>
          <w:b/>
          <w:bCs/>
          <w:sz w:val="36"/>
          <w:szCs w:val="36"/>
          <w:lang w:val="en-GB"/>
        </w:rPr>
      </w:pPr>
    </w:p>
    <w:p w14:paraId="26A6BF76" w14:textId="233AFFB6" w:rsidR="00894FE2" w:rsidRDefault="002A3527" w:rsidP="00226B14">
      <w:pPr>
        <w:rPr>
          <w:rFonts w:ascii="Times New Roman" w:hAnsi="Times New Roman" w:cs="Times New Roman"/>
          <w:b/>
          <w:bCs/>
          <w:sz w:val="36"/>
          <w:szCs w:val="36"/>
          <w:lang w:val="en-GB"/>
        </w:rPr>
      </w:pPr>
      <w:proofErr w:type="spellStart"/>
      <w:r>
        <w:rPr>
          <w:rFonts w:ascii="Times New Roman" w:hAnsi="Times New Roman" w:cs="Times New Roman"/>
          <w:b/>
          <w:bCs/>
          <w:sz w:val="36"/>
          <w:szCs w:val="36"/>
          <w:lang w:val="en-GB"/>
        </w:rPr>
        <w:t>Self Study</w:t>
      </w:r>
      <w:proofErr w:type="spellEnd"/>
      <w:r>
        <w:rPr>
          <w:rFonts w:ascii="Times New Roman" w:hAnsi="Times New Roman" w:cs="Times New Roman"/>
          <w:b/>
          <w:bCs/>
          <w:sz w:val="36"/>
          <w:szCs w:val="36"/>
          <w:lang w:val="en-GB"/>
        </w:rPr>
        <w:t xml:space="preserve"> Report:</w:t>
      </w:r>
    </w:p>
    <w:p w14:paraId="4281ABFE" w14:textId="77777777" w:rsidR="002A3527" w:rsidRDefault="002A3527" w:rsidP="00226B14">
      <w:pPr>
        <w:rPr>
          <w:rFonts w:ascii="Times New Roman" w:hAnsi="Times New Roman" w:cs="Times New Roman"/>
          <w:b/>
          <w:bCs/>
          <w:sz w:val="36"/>
          <w:szCs w:val="36"/>
          <w:lang w:val="en-GB"/>
        </w:rPr>
      </w:pPr>
    </w:p>
    <w:p w14:paraId="1EDE785F" w14:textId="77777777" w:rsidR="002A3527" w:rsidRDefault="002A3527" w:rsidP="002A3527">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Department of </w:t>
      </w:r>
      <w:proofErr w:type="spellStart"/>
      <w:proofErr w:type="gramStart"/>
      <w:r>
        <w:rPr>
          <w:rFonts w:ascii="Times New Roman" w:eastAsia="Times New Roman" w:hAnsi="Times New Roman" w:cs="Times New Roman"/>
          <w:sz w:val="24"/>
          <w:szCs w:val="24"/>
        </w:rPr>
        <w:t>B.Sc</w:t>
      </w:r>
      <w:proofErr w:type="spellEnd"/>
      <w:proofErr w:type="gramEnd"/>
      <w:r>
        <w:rPr>
          <w:rFonts w:ascii="Times New Roman" w:eastAsia="Times New Roman" w:hAnsi="Times New Roman" w:cs="Times New Roman"/>
          <w:sz w:val="24"/>
          <w:szCs w:val="24"/>
        </w:rPr>
        <w:t xml:space="preserve">(Computer Science and Cyber </w:t>
      </w:r>
      <w:proofErr w:type="gramStart"/>
      <w:r>
        <w:rPr>
          <w:rFonts w:ascii="Times New Roman" w:eastAsia="Times New Roman" w:hAnsi="Times New Roman" w:cs="Times New Roman"/>
          <w:sz w:val="24"/>
          <w:szCs w:val="24"/>
        </w:rPr>
        <w:t>Security )</w:t>
      </w:r>
      <w:proofErr w:type="gramEnd"/>
      <w:r>
        <w:rPr>
          <w:rFonts w:ascii="Times New Roman" w:eastAsia="Times New Roman" w:hAnsi="Times New Roman" w:cs="Times New Roman"/>
          <w:sz w:val="24"/>
          <w:szCs w:val="24"/>
        </w:rPr>
        <w:t xml:space="preserve"> offered Self Study course for the </w:t>
      </w:r>
      <w:proofErr w:type="gramStart"/>
      <w:r>
        <w:rPr>
          <w:rFonts w:ascii="Times New Roman" w:eastAsia="Times New Roman" w:hAnsi="Times New Roman" w:cs="Times New Roman"/>
          <w:sz w:val="24"/>
          <w:szCs w:val="24"/>
        </w:rPr>
        <w:t>Second year</w:t>
      </w:r>
      <w:proofErr w:type="gramEnd"/>
      <w:r>
        <w:rPr>
          <w:rFonts w:ascii="Times New Roman" w:eastAsia="Times New Roman" w:hAnsi="Times New Roman" w:cs="Times New Roman"/>
          <w:sz w:val="24"/>
          <w:szCs w:val="24"/>
        </w:rPr>
        <w:t xml:space="preserve"> students, titled as Intrusion Detection </w:t>
      </w:r>
      <w:proofErr w:type="gramStart"/>
      <w:r>
        <w:rPr>
          <w:rFonts w:ascii="Times New Roman" w:eastAsia="Times New Roman" w:hAnsi="Times New Roman" w:cs="Times New Roman"/>
          <w:sz w:val="24"/>
          <w:szCs w:val="24"/>
        </w:rPr>
        <w:t>Systems .This</w:t>
      </w:r>
      <w:proofErr w:type="gramEnd"/>
      <w:r>
        <w:rPr>
          <w:rFonts w:ascii="Times New Roman" w:eastAsia="Times New Roman" w:hAnsi="Times New Roman" w:cs="Times New Roman"/>
          <w:sz w:val="24"/>
          <w:szCs w:val="24"/>
        </w:rPr>
        <w:t xml:space="preserve"> is an additional course to the students which will be helpful to them to learn about</w:t>
      </w:r>
      <w:r>
        <w:rPr>
          <w:rFonts w:ascii="Times New Roman" w:eastAsia="Times New Roman" w:hAnsi="Times New Roman" w:cs="Times New Roman"/>
          <w:sz w:val="24"/>
          <w:szCs w:val="24"/>
        </w:rPr>
        <w:tab/>
        <w:t xml:space="preserve">Intrusion Detection Systems. </w:t>
      </w:r>
    </w:p>
    <w:p w14:paraId="57BC9134" w14:textId="77777777" w:rsidR="002A3527" w:rsidRDefault="002A3527" w:rsidP="002A3527">
      <w:pPr>
        <w:pStyle w:val="Normal1"/>
        <w:rPr>
          <w:rFonts w:ascii="Times New Roman" w:eastAsia="Times New Roman" w:hAnsi="Times New Roman" w:cs="Times New Roman"/>
          <w:b/>
          <w:bCs/>
          <w:sz w:val="28"/>
          <w:szCs w:val="28"/>
          <w:u w:val="single"/>
        </w:rPr>
      </w:pPr>
      <w:r>
        <w:rPr>
          <w:rFonts w:ascii="Times New Roman" w:eastAsia="Times New Roman" w:hAnsi="Times New Roman" w:cs="Times New Roman"/>
          <w:b/>
          <w:bCs/>
          <w:sz w:val="28"/>
          <w:szCs w:val="28"/>
          <w:u w:val="single"/>
        </w:rPr>
        <w:t xml:space="preserve">Overview and Features of </w:t>
      </w:r>
      <w:proofErr w:type="spellStart"/>
      <w:r>
        <w:rPr>
          <w:rFonts w:ascii="Times New Roman" w:eastAsia="Times New Roman" w:hAnsi="Times New Roman" w:cs="Times New Roman"/>
          <w:b/>
          <w:bCs/>
          <w:sz w:val="32"/>
          <w:szCs w:val="32"/>
          <w:u w:val="single"/>
        </w:rPr>
        <w:t>Intrustion</w:t>
      </w:r>
      <w:proofErr w:type="spellEnd"/>
      <w:r>
        <w:rPr>
          <w:rFonts w:ascii="Times New Roman" w:eastAsia="Times New Roman" w:hAnsi="Times New Roman" w:cs="Times New Roman"/>
          <w:b/>
          <w:bCs/>
          <w:sz w:val="32"/>
          <w:szCs w:val="32"/>
          <w:u w:val="single"/>
        </w:rPr>
        <w:t xml:space="preserve"> Detection Systems</w:t>
      </w:r>
      <w:r>
        <w:rPr>
          <w:rFonts w:ascii="Times New Roman" w:eastAsia="Times New Roman" w:hAnsi="Times New Roman" w:cs="Times New Roman"/>
          <w:b/>
          <w:bCs/>
          <w:sz w:val="28"/>
          <w:szCs w:val="28"/>
          <w:u w:val="single"/>
        </w:rPr>
        <w:t xml:space="preserve">: </w:t>
      </w:r>
    </w:p>
    <w:p w14:paraId="781B56AC" w14:textId="77777777" w:rsidR="002A3527" w:rsidRDefault="002A3527" w:rsidP="002A3527">
      <w:pPr>
        <w:pStyle w:val="Normal1"/>
        <w:spacing w:after="0" w:line="360" w:lineRule="auto"/>
      </w:pPr>
      <w:r>
        <w:t xml:space="preserve">An </w:t>
      </w:r>
      <w:r>
        <w:rPr>
          <w:rStyle w:val="Strong"/>
        </w:rPr>
        <w:t>IDS</w:t>
      </w:r>
      <w:r>
        <w:t xml:space="preserve"> continuously </w:t>
      </w:r>
      <w:r>
        <w:rPr>
          <w:rStyle w:val="Strong"/>
        </w:rPr>
        <w:t>analyzes network packets, system logs, and user activities</w:t>
      </w:r>
      <w:r>
        <w:t xml:space="preserve"> to detect potential security threats such as hacking attempts, malware infections, or abnormal behavior.</w:t>
      </w:r>
    </w:p>
    <w:p w14:paraId="4BD8FC12" w14:textId="77777777" w:rsidR="002A3527" w:rsidRDefault="002A3527" w:rsidP="002A3527">
      <w:pPr>
        <w:pStyle w:val="Normal1"/>
        <w:spacing w:after="0" w:line="360" w:lineRule="auto"/>
      </w:pPr>
      <w:r>
        <w:t>Features of IDS:</w:t>
      </w:r>
    </w:p>
    <w:p w14:paraId="5E4B147B" w14:textId="77777777" w:rsidR="002A3527" w:rsidRDefault="002A3527">
      <w:pPr>
        <w:pStyle w:val="Normal1"/>
        <w:numPr>
          <w:ilvl w:val="0"/>
          <w:numId w:val="71"/>
        </w:numPr>
        <w:spacing w:after="0" w:line="360" w:lineRule="auto"/>
      </w:pPr>
      <w:r>
        <w:t xml:space="preserve">Real-Time </w:t>
      </w:r>
      <w:proofErr w:type="gramStart"/>
      <w:r>
        <w:t xml:space="preserve">Monitoring </w:t>
      </w:r>
      <w:r>
        <w:rPr>
          <w:b/>
        </w:rPr>
        <w:t>:</w:t>
      </w:r>
      <w:r>
        <w:t>IDS</w:t>
      </w:r>
      <w:proofErr w:type="gramEnd"/>
      <w:r>
        <w:t xml:space="preserve"> continuously monitors </w:t>
      </w:r>
      <w:r>
        <w:rPr>
          <w:rStyle w:val="Strong"/>
          <w:b w:val="0"/>
        </w:rPr>
        <w:t>network traffic and system activities</w:t>
      </w:r>
      <w:r>
        <w:t xml:space="preserve"> in real time to identify suspicious behavior or possible attacks.</w:t>
      </w:r>
    </w:p>
    <w:p w14:paraId="015D99A4" w14:textId="77777777" w:rsidR="002A3527" w:rsidRDefault="002A3527">
      <w:pPr>
        <w:pStyle w:val="Normal1"/>
        <w:numPr>
          <w:ilvl w:val="0"/>
          <w:numId w:val="71"/>
        </w:numPr>
        <w:spacing w:after="0" w:line="360" w:lineRule="auto"/>
      </w:pPr>
      <w:r>
        <w:t xml:space="preserve"> Intrusion </w:t>
      </w:r>
      <w:proofErr w:type="gramStart"/>
      <w:r>
        <w:t>Detection :It</w:t>
      </w:r>
      <w:proofErr w:type="gramEnd"/>
      <w:r>
        <w:t xml:space="preserve"> detects different types of intrusions such as Unauthorized </w:t>
      </w:r>
      <w:proofErr w:type="spellStart"/>
      <w:proofErr w:type="gramStart"/>
      <w:r>
        <w:t>access,Malware</w:t>
      </w:r>
      <w:proofErr w:type="spellEnd"/>
      <w:proofErr w:type="gramEnd"/>
      <w:r>
        <w:t xml:space="preserve"> </w:t>
      </w:r>
      <w:proofErr w:type="spellStart"/>
      <w:proofErr w:type="gramStart"/>
      <w:r>
        <w:t>activity,Network</w:t>
      </w:r>
      <w:proofErr w:type="spellEnd"/>
      <w:proofErr w:type="gramEnd"/>
      <w:r>
        <w:t xml:space="preserve"> </w:t>
      </w:r>
      <w:proofErr w:type="spellStart"/>
      <w:proofErr w:type="gramStart"/>
      <w:r>
        <w:t>attacks,Policy</w:t>
      </w:r>
      <w:proofErr w:type="spellEnd"/>
      <w:proofErr w:type="gramEnd"/>
      <w:r>
        <w:t xml:space="preserve"> violations.</w:t>
      </w:r>
    </w:p>
    <w:p w14:paraId="7EDBCBB7" w14:textId="77777777" w:rsidR="002A3527" w:rsidRDefault="002A3527">
      <w:pPr>
        <w:pStyle w:val="Normal1"/>
        <w:numPr>
          <w:ilvl w:val="0"/>
          <w:numId w:val="71"/>
        </w:numPr>
        <w:spacing w:after="0" w:line="360" w:lineRule="auto"/>
      </w:pPr>
      <w:r>
        <w:t xml:space="preserve"> Alert and Notification </w:t>
      </w:r>
      <w:proofErr w:type="gramStart"/>
      <w:r>
        <w:t>System :When</w:t>
      </w:r>
      <w:proofErr w:type="gramEnd"/>
      <w:r>
        <w:t xml:space="preserve"> suspicious activity is detected, IDS </w:t>
      </w:r>
      <w:r>
        <w:rPr>
          <w:rStyle w:val="Strong"/>
          <w:b w:val="0"/>
        </w:rPr>
        <w:t>generates alerts or warnings</w:t>
      </w:r>
      <w:r>
        <w:t xml:space="preserve"> to inform system administrators so they can </w:t>
      </w:r>
      <w:proofErr w:type="gramStart"/>
      <w:r>
        <w:t>take action</w:t>
      </w:r>
      <w:proofErr w:type="gramEnd"/>
      <w:r>
        <w:t>.</w:t>
      </w:r>
    </w:p>
    <w:p w14:paraId="512332F4" w14:textId="77777777" w:rsidR="002A3527" w:rsidRDefault="002A3527">
      <w:pPr>
        <w:pStyle w:val="Normal1"/>
        <w:numPr>
          <w:ilvl w:val="0"/>
          <w:numId w:val="71"/>
        </w:numPr>
        <w:spacing w:after="0" w:line="360" w:lineRule="auto"/>
      </w:pPr>
      <w:r>
        <w:t xml:space="preserve"> Log and Event </w:t>
      </w:r>
      <w:proofErr w:type="gramStart"/>
      <w:r>
        <w:t>Recording :IDS</w:t>
      </w:r>
      <w:proofErr w:type="gramEnd"/>
      <w:r>
        <w:t xml:space="preserve"> keeps </w:t>
      </w:r>
      <w:r>
        <w:rPr>
          <w:rStyle w:val="Strong"/>
          <w:b w:val="0"/>
        </w:rPr>
        <w:t>detailed logs of all network events and security incidents</w:t>
      </w:r>
      <w:r>
        <w:t>, which helps in investigation and auditing.</w:t>
      </w:r>
    </w:p>
    <w:p w14:paraId="4E66893D" w14:textId="77777777" w:rsidR="002A3527" w:rsidRDefault="002A3527">
      <w:pPr>
        <w:pStyle w:val="Normal1"/>
        <w:numPr>
          <w:ilvl w:val="0"/>
          <w:numId w:val="71"/>
        </w:numPr>
        <w:spacing w:after="0" w:line="360" w:lineRule="auto"/>
      </w:pPr>
      <w:r>
        <w:t xml:space="preserve"> Signature-Based </w:t>
      </w:r>
      <w:proofErr w:type="spellStart"/>
      <w:proofErr w:type="gramStart"/>
      <w:r>
        <w:t>Detection:It</w:t>
      </w:r>
      <w:proofErr w:type="spellEnd"/>
      <w:proofErr w:type="gramEnd"/>
      <w:r>
        <w:t xml:space="preserve"> compares network traffic with a </w:t>
      </w:r>
      <w:r>
        <w:rPr>
          <w:rStyle w:val="Strong"/>
          <w:b w:val="0"/>
        </w:rPr>
        <w:t>database of known attack signatures</w:t>
      </w:r>
      <w:r>
        <w:t xml:space="preserve"> to detect previously identified threats.</w:t>
      </w:r>
    </w:p>
    <w:p w14:paraId="4EABD7C1" w14:textId="77777777" w:rsidR="002A3527" w:rsidRDefault="002A3527">
      <w:pPr>
        <w:pStyle w:val="Normal1"/>
        <w:numPr>
          <w:ilvl w:val="0"/>
          <w:numId w:val="71"/>
        </w:numPr>
        <w:spacing w:after="0" w:line="360" w:lineRule="auto"/>
      </w:pPr>
      <w:r>
        <w:t xml:space="preserve">Anomaly </w:t>
      </w:r>
      <w:proofErr w:type="spellStart"/>
      <w:proofErr w:type="gramStart"/>
      <w:r>
        <w:t>Detection:IDS</w:t>
      </w:r>
      <w:proofErr w:type="spellEnd"/>
      <w:proofErr w:type="gramEnd"/>
      <w:r>
        <w:t xml:space="preserve"> can identify </w:t>
      </w:r>
      <w:r>
        <w:rPr>
          <w:rStyle w:val="Strong"/>
          <w:b w:val="0"/>
        </w:rPr>
        <w:t>abnormal behavior</w:t>
      </w:r>
      <w:r>
        <w:t xml:space="preserve"> by comparing current activity with normal network patterns.</w:t>
      </w:r>
    </w:p>
    <w:p w14:paraId="3180E4DA" w14:textId="77777777" w:rsidR="002A3527" w:rsidRDefault="002A3527">
      <w:pPr>
        <w:pStyle w:val="Normal1"/>
        <w:numPr>
          <w:ilvl w:val="0"/>
          <w:numId w:val="71"/>
        </w:numPr>
        <w:spacing w:after="0" w:line="360" w:lineRule="auto"/>
      </w:pPr>
      <w:r>
        <w:t xml:space="preserve"> Traffic </w:t>
      </w:r>
      <w:proofErr w:type="gramStart"/>
      <w:r>
        <w:t>Analysis :It</w:t>
      </w:r>
      <w:proofErr w:type="gramEnd"/>
      <w:r>
        <w:t xml:space="preserve"> analyzes </w:t>
      </w:r>
      <w:r>
        <w:rPr>
          <w:rStyle w:val="Strong"/>
          <w:b w:val="0"/>
        </w:rPr>
        <w:t>network packets and data flow</w:t>
      </w:r>
      <w:r>
        <w:t xml:space="preserve"> to detect malicious activities like scanning or suspicious communication</w:t>
      </w:r>
    </w:p>
    <w:p w14:paraId="38D83B97" w14:textId="77777777" w:rsidR="002A3527" w:rsidRDefault="002A3527">
      <w:pPr>
        <w:pStyle w:val="Normal1"/>
        <w:numPr>
          <w:ilvl w:val="0"/>
          <w:numId w:val="71"/>
        </w:numPr>
        <w:spacing w:after="0" w:line="360" w:lineRule="auto"/>
      </w:pPr>
      <w:r>
        <w:t xml:space="preserve"> Integration with Security </w:t>
      </w:r>
      <w:proofErr w:type="gramStart"/>
      <w:r>
        <w:t>Tools :IDS</w:t>
      </w:r>
      <w:proofErr w:type="gramEnd"/>
      <w:r>
        <w:t xml:space="preserve"> can integrate with other security technologies such as </w:t>
      </w:r>
      <w:r>
        <w:rPr>
          <w:rStyle w:val="whitespace-normal"/>
        </w:rPr>
        <w:t>Security Information and Event Management</w:t>
      </w:r>
      <w:r>
        <w:rPr>
          <w:rStyle w:val="Strong"/>
          <w:b w:val="0"/>
        </w:rPr>
        <w:t xml:space="preserve"> (SIEM)</w:t>
      </w:r>
      <w:r>
        <w:t xml:space="preserve"> systems, firewalls, and other monitoring tools.</w:t>
      </w:r>
    </w:p>
    <w:p w14:paraId="5A72D2C4" w14:textId="77777777" w:rsidR="002A3527" w:rsidRDefault="002A3527">
      <w:pPr>
        <w:pStyle w:val="Normal1"/>
        <w:numPr>
          <w:ilvl w:val="0"/>
          <w:numId w:val="71"/>
        </w:numPr>
        <w:spacing w:after="0" w:line="360" w:lineRule="auto"/>
      </w:pPr>
      <w:r>
        <w:lastRenderedPageBreak/>
        <w:t xml:space="preserve"> Forensic </w:t>
      </w:r>
      <w:proofErr w:type="gramStart"/>
      <w:r>
        <w:t>Support :The</w:t>
      </w:r>
      <w:proofErr w:type="gramEnd"/>
      <w:r>
        <w:t xml:space="preserve"> collected logs and alerts help in </w:t>
      </w:r>
      <w:r>
        <w:rPr>
          <w:rStyle w:val="Strong"/>
          <w:b w:val="0"/>
        </w:rPr>
        <w:t>investigating security incidents</w:t>
      </w:r>
      <w:r>
        <w:t xml:space="preserve"> and understanding how an attack occurred.</w:t>
      </w:r>
    </w:p>
    <w:p w14:paraId="020C8AEA" w14:textId="77777777" w:rsidR="002A3527" w:rsidRDefault="002A3527" w:rsidP="002A3527">
      <w:pPr>
        <w:pStyle w:val="Normal1"/>
        <w:spacing w:after="0" w:line="360" w:lineRule="auto"/>
        <w:rPr>
          <w:rFonts w:ascii="Times New Roman" w:eastAsia="Times New Roman" w:hAnsi="Times New Roman" w:cs="Times New Roman"/>
          <w:b/>
          <w:bCs/>
          <w:sz w:val="24"/>
          <w:szCs w:val="24"/>
          <w:u w:val="single"/>
        </w:rPr>
      </w:pPr>
      <w:r>
        <w:rPr>
          <w:rFonts w:ascii="Times New Roman" w:eastAsia="Times New Roman" w:hAnsi="Times New Roman" w:cs="Times New Roman"/>
          <w:b/>
          <w:bCs/>
          <w:sz w:val="36"/>
          <w:szCs w:val="36"/>
          <w:u w:val="single"/>
        </w:rPr>
        <w:br/>
      </w:r>
      <w:r>
        <w:rPr>
          <w:rFonts w:ascii="Times New Roman" w:eastAsia="Times New Roman" w:hAnsi="Times New Roman" w:cs="Times New Roman"/>
          <w:b/>
          <w:bCs/>
          <w:sz w:val="24"/>
          <w:szCs w:val="24"/>
          <w:u w:val="single"/>
        </w:rPr>
        <w:t>Objective:</w:t>
      </w:r>
    </w:p>
    <w:p w14:paraId="3639E117" w14:textId="77777777" w:rsidR="002A3527" w:rsidRDefault="002A3527">
      <w:pPr>
        <w:pStyle w:val="Normal1"/>
        <w:numPr>
          <w:ilvl w:val="0"/>
          <w:numId w:val="72"/>
        </w:numPr>
        <w:spacing w:after="0" w:line="360" w:lineRule="auto"/>
      </w:pPr>
      <w:r>
        <w:t>Identify users or attackers trying to access systems or data without permission.</w:t>
      </w:r>
    </w:p>
    <w:p w14:paraId="657CFE08" w14:textId="77777777" w:rsidR="002A3527" w:rsidRDefault="002A3527">
      <w:pPr>
        <w:pStyle w:val="Normal1"/>
        <w:numPr>
          <w:ilvl w:val="0"/>
          <w:numId w:val="72"/>
        </w:numPr>
        <w:spacing w:after="0" w:line="360" w:lineRule="auto"/>
      </w:pPr>
      <w:r>
        <w:t>Continuously watch network traffic and system operations for suspicious behavior.</w:t>
      </w:r>
    </w:p>
    <w:p w14:paraId="072A5F1D" w14:textId="77777777" w:rsidR="002A3527" w:rsidRDefault="002A3527">
      <w:pPr>
        <w:pStyle w:val="Normal1"/>
        <w:numPr>
          <w:ilvl w:val="0"/>
          <w:numId w:val="72"/>
        </w:numPr>
        <w:spacing w:after="0" w:line="360" w:lineRule="auto"/>
      </w:pPr>
      <w:r>
        <w:t>Detect attacks such as malware, hacking attempts, or unusual activities.</w:t>
      </w:r>
    </w:p>
    <w:p w14:paraId="7F8F85B7" w14:textId="77777777" w:rsidR="002A3527" w:rsidRDefault="002A3527">
      <w:pPr>
        <w:pStyle w:val="Normal1"/>
        <w:numPr>
          <w:ilvl w:val="0"/>
          <w:numId w:val="72"/>
        </w:numPr>
        <w:spacing w:after="0" w:line="360" w:lineRule="auto"/>
      </w:pPr>
      <w:r>
        <w:t>Notify system administrators when a potential intrusion or attack is detected.</w:t>
      </w:r>
    </w:p>
    <w:p w14:paraId="4009C7CC" w14:textId="77777777" w:rsidR="002A3527" w:rsidRDefault="002A3527">
      <w:pPr>
        <w:pStyle w:val="Normal1"/>
        <w:numPr>
          <w:ilvl w:val="0"/>
          <w:numId w:val="72"/>
        </w:numPr>
        <w:spacing w:after="0" w:line="360" w:lineRule="auto"/>
      </w:pPr>
      <w:r>
        <w:t>Help prevent unauthorized users from stealing or modifying important information.</w:t>
      </w:r>
    </w:p>
    <w:p w14:paraId="5242C2F0" w14:textId="77777777" w:rsidR="002A3527" w:rsidRDefault="002A3527">
      <w:pPr>
        <w:pStyle w:val="Normal1"/>
        <w:numPr>
          <w:ilvl w:val="0"/>
          <w:numId w:val="72"/>
        </w:numPr>
        <w:spacing w:after="0" w:line="360" w:lineRule="auto"/>
      </w:pPr>
      <w:r>
        <w:t>Ensure that system files and configurations are not altered by attackers.</w:t>
      </w:r>
    </w:p>
    <w:p w14:paraId="663D4541" w14:textId="77777777" w:rsidR="002A3527" w:rsidRDefault="002A3527">
      <w:pPr>
        <w:pStyle w:val="Normal1"/>
        <w:numPr>
          <w:ilvl w:val="0"/>
          <w:numId w:val="72"/>
        </w:numPr>
        <w:spacing w:after="0" w:line="360" w:lineRule="auto"/>
      </w:pPr>
      <w:r>
        <w:t>Log activities and incidents for analysis, investigation, and auditing.</w:t>
      </w:r>
    </w:p>
    <w:p w14:paraId="5796C72C" w14:textId="77777777" w:rsidR="002A3527" w:rsidRDefault="002A3527">
      <w:pPr>
        <w:pStyle w:val="Normal1"/>
        <w:numPr>
          <w:ilvl w:val="0"/>
          <w:numId w:val="72"/>
        </w:numPr>
        <w:spacing w:after="0" w:line="360" w:lineRule="auto"/>
      </w:pPr>
      <w:r>
        <w:t>Provide information that helps security teams respond quickly to attacks.</w:t>
      </w:r>
    </w:p>
    <w:p w14:paraId="4E63C6CA" w14:textId="77777777" w:rsidR="002A3527" w:rsidRDefault="002A3527">
      <w:pPr>
        <w:pStyle w:val="Normal1"/>
        <w:numPr>
          <w:ilvl w:val="0"/>
          <w:numId w:val="72"/>
        </w:numPr>
        <w:spacing w:after="0" w:line="360" w:lineRule="auto"/>
        <w:rPr>
          <w:rFonts w:ascii="Times New Roman" w:eastAsia="Times New Roman" w:hAnsi="Times New Roman" w:cs="Times New Roman"/>
          <w:sz w:val="24"/>
          <w:szCs w:val="24"/>
        </w:rPr>
      </w:pPr>
      <w:r>
        <w:t>Help organizations understand vulnerabilities and strengthen their security systems.</w:t>
      </w:r>
    </w:p>
    <w:p w14:paraId="64CE0B1F" w14:textId="77777777" w:rsidR="002A3527" w:rsidRDefault="002A3527" w:rsidP="002A3527">
      <w:pPr>
        <w:pStyle w:val="Normal1"/>
        <w:rPr>
          <w:rFonts w:ascii="Times New Roman" w:eastAsia="Times New Roman" w:hAnsi="Times New Roman" w:cs="Times New Roman"/>
          <w:b/>
          <w:bCs/>
          <w:sz w:val="24"/>
          <w:szCs w:val="24"/>
          <w:u w:val="single"/>
        </w:rPr>
      </w:pPr>
      <w:r>
        <w:rPr>
          <w:rFonts w:ascii="Times New Roman" w:eastAsia="Times New Roman" w:hAnsi="Times New Roman" w:cs="Times New Roman"/>
          <w:b/>
          <w:bCs/>
          <w:sz w:val="24"/>
          <w:szCs w:val="24"/>
          <w:u w:val="single"/>
        </w:rPr>
        <w:t>Outcome:</w:t>
      </w:r>
    </w:p>
    <w:p w14:paraId="4F8D9900" w14:textId="77777777" w:rsidR="002A3527" w:rsidRDefault="002A3527" w:rsidP="002A3527">
      <w:pPr>
        <w:pStyle w:val="Normal1"/>
        <w:rPr>
          <w:sz w:val="24"/>
          <w:szCs w:val="24"/>
        </w:rPr>
      </w:pPr>
      <w:r>
        <w:rPr>
          <w:rStyle w:val="Strong"/>
        </w:rPr>
        <w:t>It helps the students</w:t>
      </w:r>
      <w:r>
        <w:t xml:space="preserve"> to understand how computer systems and networks are protected from </w:t>
      </w:r>
      <w:proofErr w:type="spellStart"/>
      <w:r>
        <w:t>cyber attacks</w:t>
      </w:r>
      <w:proofErr w:type="spellEnd"/>
      <w:r>
        <w:t>. Students gain knowledge about detecting unauthorized access, monitoring network activities, and identifying security threats. This understanding improves their awareness of cybersecurity concepts and teaches them how security tools work in real-world environments. Learning IDS also helps students develop analytical and problem-solving skills related to network security. As a result, students become better prepared for careers in cybersecurity, network administration, and information security, and they learn how to design and manage secure systems.</w:t>
      </w:r>
      <w:r>
        <w:rPr>
          <w:sz w:val="24"/>
          <w:szCs w:val="24"/>
        </w:rPr>
        <w:t xml:space="preserve">               </w:t>
      </w:r>
    </w:p>
    <w:p w14:paraId="06336EB1" w14:textId="77777777" w:rsidR="002A3527" w:rsidRDefault="002A3527" w:rsidP="002A3527">
      <w:pPr>
        <w:pStyle w:val="Normal1"/>
        <w:rPr>
          <w:sz w:val="24"/>
          <w:szCs w:val="24"/>
        </w:rPr>
      </w:pPr>
      <w:r>
        <w:rPr>
          <w:sz w:val="24"/>
          <w:szCs w:val="24"/>
        </w:rPr>
        <w:t xml:space="preserve">             </w:t>
      </w:r>
    </w:p>
    <w:p w14:paraId="7E2A4008" w14:textId="77777777" w:rsidR="002A3527" w:rsidRDefault="002A3527" w:rsidP="002A3527">
      <w:pPr>
        <w:pStyle w:val="Normal1"/>
        <w:rPr>
          <w:b/>
          <w:bCs/>
          <w:sz w:val="24"/>
          <w:szCs w:val="24"/>
        </w:rPr>
      </w:pPr>
      <w:r>
        <w:rPr>
          <w:sz w:val="24"/>
          <w:szCs w:val="24"/>
        </w:rPr>
        <w:t xml:space="preserve"> </w:t>
      </w:r>
      <w:r>
        <w:rPr>
          <w:b/>
          <w:bCs/>
          <w:sz w:val="24"/>
          <w:szCs w:val="24"/>
        </w:rPr>
        <w:t>A.Y 2025-2026</w:t>
      </w:r>
    </w:p>
    <w:p w14:paraId="35E77AE7" w14:textId="77777777" w:rsidR="002A3527" w:rsidRDefault="002A3527" w:rsidP="002A3527">
      <w:pPr>
        <w:pStyle w:val="Normal1"/>
        <w:rPr>
          <w:b/>
          <w:bCs/>
          <w:sz w:val="24"/>
          <w:szCs w:val="24"/>
        </w:rPr>
      </w:pPr>
      <w:r>
        <w:rPr>
          <w:b/>
          <w:bCs/>
          <w:sz w:val="24"/>
          <w:szCs w:val="24"/>
        </w:rPr>
        <w:t>SELF STUDY COURSE</w:t>
      </w:r>
    </w:p>
    <w:p w14:paraId="0C62BD79" w14:textId="77777777" w:rsidR="002A3527" w:rsidRDefault="002A3527" w:rsidP="002A3527">
      <w:pPr>
        <w:pStyle w:val="Normal1"/>
        <w:rPr>
          <w:b/>
          <w:bCs/>
          <w:sz w:val="24"/>
          <w:szCs w:val="24"/>
        </w:rPr>
      </w:pPr>
      <w:r>
        <w:rPr>
          <w:b/>
          <w:bCs/>
          <w:sz w:val="24"/>
          <w:szCs w:val="24"/>
        </w:rPr>
        <w:t>COURSE</w:t>
      </w:r>
      <w:proofErr w:type="gramStart"/>
      <w:r>
        <w:rPr>
          <w:b/>
          <w:bCs/>
          <w:sz w:val="24"/>
          <w:szCs w:val="24"/>
        </w:rPr>
        <w:t>:  INTRUSION</w:t>
      </w:r>
      <w:proofErr w:type="gramEnd"/>
      <w:r>
        <w:rPr>
          <w:b/>
          <w:bCs/>
          <w:sz w:val="24"/>
          <w:szCs w:val="24"/>
        </w:rPr>
        <w:t xml:space="preserve"> DETECTION SYSTEM</w:t>
      </w:r>
    </w:p>
    <w:p w14:paraId="430B7E5C" w14:textId="77777777" w:rsidR="002A3527" w:rsidRDefault="002A3527" w:rsidP="002A3527">
      <w:pPr>
        <w:pStyle w:val="Normal1"/>
        <w:rPr>
          <w:b/>
          <w:bCs/>
          <w:sz w:val="24"/>
          <w:szCs w:val="24"/>
        </w:rPr>
      </w:pPr>
      <w:r>
        <w:rPr>
          <w:b/>
          <w:bCs/>
          <w:sz w:val="24"/>
          <w:szCs w:val="24"/>
        </w:rPr>
        <w:t xml:space="preserve">DATE OF </w:t>
      </w:r>
      <w:proofErr w:type="gramStart"/>
      <w:r>
        <w:rPr>
          <w:b/>
          <w:bCs/>
          <w:sz w:val="24"/>
          <w:szCs w:val="24"/>
        </w:rPr>
        <w:t>EXAM :</w:t>
      </w:r>
      <w:proofErr w:type="gramEnd"/>
      <w:r>
        <w:rPr>
          <w:b/>
          <w:bCs/>
          <w:sz w:val="24"/>
          <w:szCs w:val="24"/>
        </w:rPr>
        <w:t xml:space="preserve">   09-03-2026</w:t>
      </w:r>
    </w:p>
    <w:p w14:paraId="2AFB5A21" w14:textId="77777777" w:rsidR="002A3527" w:rsidRDefault="002A3527" w:rsidP="002A3527">
      <w:pPr>
        <w:pStyle w:val="Normal1"/>
        <w:rPr>
          <w:b/>
          <w:bCs/>
          <w:sz w:val="24"/>
          <w:szCs w:val="24"/>
        </w:rPr>
      </w:pPr>
      <w:proofErr w:type="spellStart"/>
      <w:r>
        <w:rPr>
          <w:b/>
          <w:bCs/>
          <w:sz w:val="24"/>
          <w:szCs w:val="24"/>
        </w:rPr>
        <w:t>Max.Marks</w:t>
      </w:r>
      <w:proofErr w:type="spellEnd"/>
      <w:r>
        <w:rPr>
          <w:b/>
          <w:bCs/>
          <w:sz w:val="24"/>
          <w:szCs w:val="24"/>
        </w:rPr>
        <w:t>:   50</w:t>
      </w:r>
    </w:p>
    <w:p w14:paraId="07BD5B24" w14:textId="77777777" w:rsidR="002A3527" w:rsidRDefault="002A3527" w:rsidP="002A3527">
      <w:pPr>
        <w:pStyle w:val="Normal1"/>
        <w:rPr>
          <w:b/>
          <w:bCs/>
          <w:sz w:val="24"/>
          <w:szCs w:val="24"/>
        </w:rPr>
      </w:pPr>
      <w:r>
        <w:rPr>
          <w:b/>
          <w:bCs/>
          <w:noProof/>
          <w:sz w:val="24"/>
          <w:szCs w:val="24"/>
        </w:rPr>
        <w:lastRenderedPageBreak/>
        <w:drawing>
          <wp:inline distT="0" distB="0" distL="0" distR="0" wp14:anchorId="4C82E696" wp14:editId="54D4F6B6">
            <wp:extent cx="5435600" cy="4076700"/>
            <wp:effectExtent l="19050" t="0" r="0" b="0"/>
            <wp:docPr id="1566336414" name="Picture 4" descr="WhatsApp Image 2026-02-25 at 3.06.1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WhatsApp Image 2026-02-25 at 3.06.19 PM.jpeg"/>
                    <pic:cNvPicPr>
                      <a:picLocks noChangeAspect="1"/>
                    </pic:cNvPicPr>
                  </pic:nvPicPr>
                  <pic:blipFill>
                    <a:blip r:embed="rId113" cstate="print"/>
                    <a:stretch>
                      <a:fillRect/>
                    </a:stretch>
                  </pic:blipFill>
                  <pic:spPr>
                    <a:xfrm>
                      <a:off x="0" y="0"/>
                      <a:ext cx="5433965" cy="4075474"/>
                    </a:xfrm>
                    <a:prstGeom prst="rect">
                      <a:avLst/>
                    </a:prstGeom>
                  </pic:spPr>
                </pic:pic>
              </a:graphicData>
            </a:graphic>
          </wp:inline>
        </w:drawing>
      </w:r>
    </w:p>
    <w:p w14:paraId="065E1B92" w14:textId="77777777" w:rsidR="002A3527" w:rsidRDefault="002A3527" w:rsidP="002A3527">
      <w:pPr>
        <w:pStyle w:val="Normal1"/>
        <w:rPr>
          <w:b/>
          <w:bCs/>
          <w:sz w:val="24"/>
          <w:szCs w:val="24"/>
        </w:rPr>
      </w:pPr>
      <w:r>
        <w:rPr>
          <w:b/>
          <w:bCs/>
          <w:noProof/>
          <w:sz w:val="24"/>
          <w:szCs w:val="24"/>
        </w:rPr>
        <w:drawing>
          <wp:inline distT="0" distB="0" distL="0" distR="0" wp14:anchorId="09098561" wp14:editId="4D4E84DF">
            <wp:extent cx="5591175" cy="3695700"/>
            <wp:effectExtent l="19050" t="0" r="9525" b="0"/>
            <wp:docPr id="504846028" name="Picture 5" descr="WhatsApp Image 2026-02-25 at 3.06.2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WhatsApp Image 2026-02-25 at 3.06.20 PM.jpeg"/>
                    <pic:cNvPicPr>
                      <a:picLocks noChangeAspect="1"/>
                    </pic:cNvPicPr>
                  </pic:nvPicPr>
                  <pic:blipFill>
                    <a:blip r:embed="rId114" cstate="print"/>
                    <a:stretch>
                      <a:fillRect/>
                    </a:stretch>
                  </pic:blipFill>
                  <pic:spPr>
                    <a:xfrm>
                      <a:off x="0" y="0"/>
                      <a:ext cx="5589494" cy="3694589"/>
                    </a:xfrm>
                    <a:prstGeom prst="rect">
                      <a:avLst/>
                    </a:prstGeom>
                  </pic:spPr>
                </pic:pic>
              </a:graphicData>
            </a:graphic>
          </wp:inline>
        </w:drawing>
      </w:r>
    </w:p>
    <w:p w14:paraId="635458F3" w14:textId="77777777" w:rsidR="002A3527" w:rsidRDefault="002A3527" w:rsidP="002A3527">
      <w:pPr>
        <w:pStyle w:val="Normal1"/>
        <w:rPr>
          <w:b/>
          <w:bCs/>
          <w:sz w:val="24"/>
          <w:szCs w:val="24"/>
        </w:rPr>
      </w:pPr>
    </w:p>
    <w:p w14:paraId="35E542DC" w14:textId="77777777" w:rsidR="002A3527" w:rsidRDefault="002A3527" w:rsidP="002A3527">
      <w:pPr>
        <w:pStyle w:val="Normal1"/>
        <w:rPr>
          <w:b/>
          <w:bCs/>
          <w:sz w:val="24"/>
          <w:szCs w:val="24"/>
        </w:rPr>
      </w:pPr>
    </w:p>
    <w:tbl>
      <w:tblPr>
        <w:tblpPr w:leftFromText="180" w:rightFromText="180" w:vertAnchor="page" w:horzAnchor="margin" w:tblpY="1855"/>
        <w:tblW w:w="86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37"/>
        <w:gridCol w:w="3827"/>
        <w:gridCol w:w="2436"/>
      </w:tblGrid>
      <w:tr w:rsidR="002A3527" w14:paraId="12F62C67" w14:textId="77777777" w:rsidTr="0098246D">
        <w:trPr>
          <w:trHeight w:val="300"/>
        </w:trPr>
        <w:tc>
          <w:tcPr>
            <w:tcW w:w="2337" w:type="dxa"/>
            <w:shd w:val="clear" w:color="000000" w:fill="FFFFFF"/>
          </w:tcPr>
          <w:p w14:paraId="3742D0EF" w14:textId="77777777" w:rsidR="002A3527" w:rsidRDefault="002A3527" w:rsidP="0098246D">
            <w:pPr>
              <w:spacing w:after="0" w:line="240" w:lineRule="auto"/>
              <w:jc w:val="center"/>
              <w:rPr>
                <w:rFonts w:ascii="Tahoma" w:eastAsia="Times New Roman" w:hAnsi="Tahoma" w:cs="Tahoma"/>
                <w:b/>
                <w:color w:val="000000"/>
                <w:sz w:val="16"/>
                <w:szCs w:val="24"/>
              </w:rPr>
            </w:pPr>
            <w:r>
              <w:rPr>
                <w:rFonts w:ascii="Tahoma" w:eastAsia="Times New Roman" w:hAnsi="Tahoma" w:cs="Tahoma"/>
                <w:b/>
                <w:color w:val="000000"/>
                <w:sz w:val="16"/>
                <w:szCs w:val="24"/>
              </w:rPr>
              <w:lastRenderedPageBreak/>
              <w:t>UID</w:t>
            </w:r>
          </w:p>
        </w:tc>
        <w:tc>
          <w:tcPr>
            <w:tcW w:w="3827" w:type="dxa"/>
            <w:shd w:val="clear" w:color="000000" w:fill="FFFFFF"/>
          </w:tcPr>
          <w:p w14:paraId="19562097" w14:textId="77777777" w:rsidR="002A3527" w:rsidRDefault="002A3527" w:rsidP="0098246D">
            <w:pPr>
              <w:spacing w:after="0" w:line="240" w:lineRule="auto"/>
              <w:jc w:val="center"/>
              <w:rPr>
                <w:rFonts w:ascii="Tahoma" w:eastAsia="Times New Roman" w:hAnsi="Tahoma" w:cs="Tahoma"/>
                <w:b/>
                <w:color w:val="000000"/>
                <w:sz w:val="16"/>
                <w:szCs w:val="24"/>
              </w:rPr>
            </w:pPr>
            <w:r>
              <w:rPr>
                <w:rFonts w:ascii="Tahoma" w:eastAsia="Times New Roman" w:hAnsi="Tahoma" w:cs="Tahoma"/>
                <w:b/>
                <w:color w:val="000000"/>
                <w:sz w:val="16"/>
                <w:szCs w:val="24"/>
              </w:rPr>
              <w:t>Name</w:t>
            </w:r>
          </w:p>
        </w:tc>
        <w:tc>
          <w:tcPr>
            <w:tcW w:w="2436" w:type="dxa"/>
            <w:shd w:val="clear" w:color="000000" w:fill="FFFFFF"/>
          </w:tcPr>
          <w:p w14:paraId="182D0A70" w14:textId="77777777" w:rsidR="002A3527" w:rsidRDefault="002A3527" w:rsidP="0098246D">
            <w:pPr>
              <w:spacing w:after="0" w:line="240" w:lineRule="auto"/>
              <w:jc w:val="center"/>
              <w:rPr>
                <w:rFonts w:ascii="Tahoma" w:eastAsia="Times New Roman" w:hAnsi="Tahoma" w:cs="Tahoma"/>
                <w:b/>
                <w:color w:val="000000"/>
                <w:sz w:val="16"/>
                <w:szCs w:val="24"/>
              </w:rPr>
            </w:pPr>
            <w:r>
              <w:rPr>
                <w:rFonts w:ascii="Tahoma" w:eastAsia="Times New Roman" w:hAnsi="Tahoma" w:cs="Tahoma"/>
                <w:b/>
                <w:color w:val="000000"/>
                <w:sz w:val="16"/>
                <w:szCs w:val="24"/>
              </w:rPr>
              <w:t>Marks</w:t>
            </w:r>
          </w:p>
        </w:tc>
      </w:tr>
      <w:tr w:rsidR="002A3527" w14:paraId="5705AD18" w14:textId="77777777" w:rsidTr="0098246D">
        <w:trPr>
          <w:trHeight w:val="300"/>
        </w:trPr>
        <w:tc>
          <w:tcPr>
            <w:tcW w:w="2337" w:type="dxa"/>
            <w:shd w:val="clear" w:color="000000" w:fill="FFFFFF"/>
          </w:tcPr>
          <w:p w14:paraId="09122A5D"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111723039032</w:t>
            </w:r>
          </w:p>
        </w:tc>
        <w:tc>
          <w:tcPr>
            <w:tcW w:w="3827" w:type="dxa"/>
            <w:shd w:val="clear" w:color="000000" w:fill="FFFFFF"/>
          </w:tcPr>
          <w:p w14:paraId="18EFD514"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Sathwik</w:t>
            </w:r>
          </w:p>
        </w:tc>
        <w:tc>
          <w:tcPr>
            <w:tcW w:w="2436" w:type="dxa"/>
            <w:shd w:val="clear" w:color="000000" w:fill="FFFFFF"/>
          </w:tcPr>
          <w:p w14:paraId="43CE28F2"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20</w:t>
            </w:r>
          </w:p>
        </w:tc>
      </w:tr>
      <w:tr w:rsidR="002A3527" w14:paraId="2BD3BA94" w14:textId="77777777" w:rsidTr="0098246D">
        <w:trPr>
          <w:trHeight w:val="300"/>
        </w:trPr>
        <w:tc>
          <w:tcPr>
            <w:tcW w:w="2337" w:type="dxa"/>
            <w:shd w:val="clear" w:color="000000" w:fill="FFFFFF"/>
          </w:tcPr>
          <w:p w14:paraId="0FCE621D"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111724039001</w:t>
            </w:r>
          </w:p>
        </w:tc>
        <w:tc>
          <w:tcPr>
            <w:tcW w:w="3827" w:type="dxa"/>
            <w:shd w:val="clear" w:color="000000" w:fill="FFFFFF"/>
          </w:tcPr>
          <w:p w14:paraId="7B96B7B1"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ARDHI PRAVALIKA</w:t>
            </w:r>
          </w:p>
        </w:tc>
        <w:tc>
          <w:tcPr>
            <w:tcW w:w="2436" w:type="dxa"/>
            <w:shd w:val="clear" w:color="000000" w:fill="FFFFFF"/>
          </w:tcPr>
          <w:p w14:paraId="6011F43D"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27 </w:t>
            </w:r>
          </w:p>
        </w:tc>
      </w:tr>
      <w:tr w:rsidR="002A3527" w14:paraId="4C606199" w14:textId="77777777" w:rsidTr="0098246D">
        <w:trPr>
          <w:trHeight w:val="300"/>
        </w:trPr>
        <w:tc>
          <w:tcPr>
            <w:tcW w:w="2337" w:type="dxa"/>
            <w:shd w:val="clear" w:color="000000" w:fill="FFFFFF"/>
          </w:tcPr>
          <w:p w14:paraId="74A98140"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111724039002</w:t>
            </w:r>
          </w:p>
        </w:tc>
        <w:tc>
          <w:tcPr>
            <w:tcW w:w="3827" w:type="dxa"/>
            <w:shd w:val="clear" w:color="000000" w:fill="FFFFFF"/>
          </w:tcPr>
          <w:p w14:paraId="25D06B03"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BETHAPALLI NAGA MALLESWARI</w:t>
            </w:r>
          </w:p>
        </w:tc>
        <w:tc>
          <w:tcPr>
            <w:tcW w:w="2436" w:type="dxa"/>
            <w:shd w:val="clear" w:color="000000" w:fill="FFFFFF"/>
          </w:tcPr>
          <w:p w14:paraId="47A6282F"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26 </w:t>
            </w:r>
          </w:p>
        </w:tc>
      </w:tr>
      <w:tr w:rsidR="002A3527" w14:paraId="60405704" w14:textId="77777777" w:rsidTr="0098246D">
        <w:trPr>
          <w:trHeight w:val="300"/>
        </w:trPr>
        <w:tc>
          <w:tcPr>
            <w:tcW w:w="2337" w:type="dxa"/>
            <w:shd w:val="clear" w:color="000000" w:fill="FFFFFF"/>
          </w:tcPr>
          <w:p w14:paraId="288D1236"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111724039003</w:t>
            </w:r>
          </w:p>
        </w:tc>
        <w:tc>
          <w:tcPr>
            <w:tcW w:w="3827" w:type="dxa"/>
            <w:shd w:val="clear" w:color="000000" w:fill="FFFFFF"/>
          </w:tcPr>
          <w:p w14:paraId="47005D1C"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B SHRUTHI</w:t>
            </w:r>
          </w:p>
        </w:tc>
        <w:tc>
          <w:tcPr>
            <w:tcW w:w="2436" w:type="dxa"/>
            <w:shd w:val="clear" w:color="000000" w:fill="FFFFFF"/>
          </w:tcPr>
          <w:p w14:paraId="7400DD8D"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31 </w:t>
            </w:r>
          </w:p>
        </w:tc>
      </w:tr>
      <w:tr w:rsidR="002A3527" w14:paraId="27232831" w14:textId="77777777" w:rsidTr="0098246D">
        <w:trPr>
          <w:trHeight w:val="300"/>
        </w:trPr>
        <w:tc>
          <w:tcPr>
            <w:tcW w:w="2337" w:type="dxa"/>
            <w:shd w:val="clear" w:color="000000" w:fill="FFFFFF"/>
          </w:tcPr>
          <w:p w14:paraId="1F572AC4"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111724039004</w:t>
            </w:r>
          </w:p>
        </w:tc>
        <w:tc>
          <w:tcPr>
            <w:tcW w:w="3827" w:type="dxa"/>
            <w:shd w:val="clear" w:color="000000" w:fill="FFFFFF"/>
          </w:tcPr>
          <w:p w14:paraId="6E1073C6"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DANDOTKAR SANJANA</w:t>
            </w:r>
          </w:p>
        </w:tc>
        <w:tc>
          <w:tcPr>
            <w:tcW w:w="2436" w:type="dxa"/>
            <w:shd w:val="clear" w:color="000000" w:fill="FFFFFF"/>
          </w:tcPr>
          <w:p w14:paraId="08365337"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31 </w:t>
            </w:r>
          </w:p>
        </w:tc>
      </w:tr>
      <w:tr w:rsidR="002A3527" w14:paraId="63E304DB" w14:textId="77777777" w:rsidTr="0098246D">
        <w:trPr>
          <w:trHeight w:val="300"/>
        </w:trPr>
        <w:tc>
          <w:tcPr>
            <w:tcW w:w="2337" w:type="dxa"/>
            <w:shd w:val="clear" w:color="000000" w:fill="FFFFFF"/>
          </w:tcPr>
          <w:p w14:paraId="0AC9B705"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111724039005</w:t>
            </w:r>
          </w:p>
        </w:tc>
        <w:tc>
          <w:tcPr>
            <w:tcW w:w="3827" w:type="dxa"/>
            <w:shd w:val="clear" w:color="000000" w:fill="FFFFFF"/>
          </w:tcPr>
          <w:p w14:paraId="777EFEC6"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DUDUKA BHARGAVI</w:t>
            </w:r>
          </w:p>
        </w:tc>
        <w:tc>
          <w:tcPr>
            <w:tcW w:w="2436" w:type="dxa"/>
            <w:shd w:val="clear" w:color="000000" w:fill="FFFFFF"/>
          </w:tcPr>
          <w:p w14:paraId="5E00E877"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31 </w:t>
            </w:r>
          </w:p>
        </w:tc>
      </w:tr>
      <w:tr w:rsidR="002A3527" w14:paraId="5CE30E49" w14:textId="77777777" w:rsidTr="0098246D">
        <w:trPr>
          <w:trHeight w:val="300"/>
        </w:trPr>
        <w:tc>
          <w:tcPr>
            <w:tcW w:w="2337" w:type="dxa"/>
            <w:shd w:val="clear" w:color="000000" w:fill="FFFFFF"/>
          </w:tcPr>
          <w:p w14:paraId="173E276B"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111724039006</w:t>
            </w:r>
          </w:p>
        </w:tc>
        <w:tc>
          <w:tcPr>
            <w:tcW w:w="3827" w:type="dxa"/>
            <w:shd w:val="clear" w:color="000000" w:fill="FFFFFF"/>
          </w:tcPr>
          <w:p w14:paraId="467AEFE3"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GUGGILAM RAMYA MARY</w:t>
            </w:r>
          </w:p>
        </w:tc>
        <w:tc>
          <w:tcPr>
            <w:tcW w:w="2436" w:type="dxa"/>
            <w:shd w:val="clear" w:color="000000" w:fill="FFFFFF"/>
          </w:tcPr>
          <w:p w14:paraId="7551C442"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43 </w:t>
            </w:r>
          </w:p>
        </w:tc>
      </w:tr>
      <w:tr w:rsidR="002A3527" w14:paraId="5992D1BF" w14:textId="77777777" w:rsidTr="0098246D">
        <w:trPr>
          <w:trHeight w:val="300"/>
        </w:trPr>
        <w:tc>
          <w:tcPr>
            <w:tcW w:w="2337" w:type="dxa"/>
            <w:shd w:val="clear" w:color="000000" w:fill="FFFFFF"/>
          </w:tcPr>
          <w:p w14:paraId="0DA7FF88"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111724039007</w:t>
            </w:r>
          </w:p>
        </w:tc>
        <w:tc>
          <w:tcPr>
            <w:tcW w:w="3827" w:type="dxa"/>
            <w:shd w:val="clear" w:color="000000" w:fill="FFFFFF"/>
          </w:tcPr>
          <w:p w14:paraId="0102C54C"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GUJJA AKHILA</w:t>
            </w:r>
          </w:p>
        </w:tc>
        <w:tc>
          <w:tcPr>
            <w:tcW w:w="2436" w:type="dxa"/>
            <w:shd w:val="clear" w:color="000000" w:fill="FFFFFF"/>
          </w:tcPr>
          <w:p w14:paraId="6257B39F"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41 </w:t>
            </w:r>
          </w:p>
        </w:tc>
      </w:tr>
      <w:tr w:rsidR="002A3527" w14:paraId="2309C7DC" w14:textId="77777777" w:rsidTr="0098246D">
        <w:trPr>
          <w:trHeight w:val="300"/>
        </w:trPr>
        <w:tc>
          <w:tcPr>
            <w:tcW w:w="2337" w:type="dxa"/>
            <w:shd w:val="clear" w:color="000000" w:fill="FFFFFF"/>
          </w:tcPr>
          <w:p w14:paraId="708582C5"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111724039008</w:t>
            </w:r>
          </w:p>
        </w:tc>
        <w:tc>
          <w:tcPr>
            <w:tcW w:w="3827" w:type="dxa"/>
            <w:shd w:val="clear" w:color="000000" w:fill="FFFFFF"/>
          </w:tcPr>
          <w:p w14:paraId="4CF6BF78"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INALA HARSHA VARDHINI</w:t>
            </w:r>
          </w:p>
        </w:tc>
        <w:tc>
          <w:tcPr>
            <w:tcW w:w="2436" w:type="dxa"/>
            <w:shd w:val="clear" w:color="000000" w:fill="FFFFFF"/>
          </w:tcPr>
          <w:p w14:paraId="311C3AD5"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31 </w:t>
            </w:r>
          </w:p>
        </w:tc>
      </w:tr>
      <w:tr w:rsidR="002A3527" w14:paraId="252814D9" w14:textId="77777777" w:rsidTr="0098246D">
        <w:trPr>
          <w:trHeight w:val="300"/>
        </w:trPr>
        <w:tc>
          <w:tcPr>
            <w:tcW w:w="2337" w:type="dxa"/>
            <w:shd w:val="clear" w:color="000000" w:fill="FFFFFF"/>
          </w:tcPr>
          <w:p w14:paraId="49450B87"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111724039009</w:t>
            </w:r>
          </w:p>
        </w:tc>
        <w:tc>
          <w:tcPr>
            <w:tcW w:w="3827" w:type="dxa"/>
            <w:shd w:val="clear" w:color="000000" w:fill="FFFFFF"/>
          </w:tcPr>
          <w:p w14:paraId="78D81441"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JANGA SWETHIKA</w:t>
            </w:r>
          </w:p>
        </w:tc>
        <w:tc>
          <w:tcPr>
            <w:tcW w:w="2436" w:type="dxa"/>
            <w:shd w:val="clear" w:color="000000" w:fill="FFFFFF"/>
          </w:tcPr>
          <w:p w14:paraId="148DF621"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38 </w:t>
            </w:r>
          </w:p>
        </w:tc>
      </w:tr>
      <w:tr w:rsidR="002A3527" w14:paraId="63873175" w14:textId="77777777" w:rsidTr="0098246D">
        <w:trPr>
          <w:trHeight w:val="300"/>
        </w:trPr>
        <w:tc>
          <w:tcPr>
            <w:tcW w:w="2337" w:type="dxa"/>
            <w:shd w:val="clear" w:color="000000" w:fill="FFFFFF"/>
          </w:tcPr>
          <w:p w14:paraId="0DB49FE7"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111724039010</w:t>
            </w:r>
          </w:p>
        </w:tc>
        <w:tc>
          <w:tcPr>
            <w:tcW w:w="3827" w:type="dxa"/>
            <w:shd w:val="clear" w:color="000000" w:fill="FFFFFF"/>
          </w:tcPr>
          <w:p w14:paraId="656716F0"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KONDAVEETI SRAVANAJYOTHI</w:t>
            </w:r>
          </w:p>
        </w:tc>
        <w:tc>
          <w:tcPr>
            <w:tcW w:w="2436" w:type="dxa"/>
            <w:shd w:val="clear" w:color="000000" w:fill="FFFFFF"/>
          </w:tcPr>
          <w:p w14:paraId="3EE7F3F7"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38 </w:t>
            </w:r>
          </w:p>
        </w:tc>
      </w:tr>
      <w:tr w:rsidR="002A3527" w14:paraId="40B09B5C" w14:textId="77777777" w:rsidTr="0098246D">
        <w:trPr>
          <w:trHeight w:val="300"/>
        </w:trPr>
        <w:tc>
          <w:tcPr>
            <w:tcW w:w="2337" w:type="dxa"/>
            <w:shd w:val="clear" w:color="000000" w:fill="FFFFFF"/>
          </w:tcPr>
          <w:p w14:paraId="54813077"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111724039011</w:t>
            </w:r>
          </w:p>
        </w:tc>
        <w:tc>
          <w:tcPr>
            <w:tcW w:w="3827" w:type="dxa"/>
            <w:shd w:val="clear" w:color="000000" w:fill="FFFFFF"/>
          </w:tcPr>
          <w:p w14:paraId="7B2D32B3"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KOPPULA ASHRITHA</w:t>
            </w:r>
          </w:p>
        </w:tc>
        <w:tc>
          <w:tcPr>
            <w:tcW w:w="2436" w:type="dxa"/>
            <w:shd w:val="clear" w:color="000000" w:fill="FFFFFF"/>
          </w:tcPr>
          <w:p w14:paraId="0FFEE555"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34 </w:t>
            </w:r>
          </w:p>
        </w:tc>
      </w:tr>
      <w:tr w:rsidR="002A3527" w14:paraId="50105978" w14:textId="77777777" w:rsidTr="0098246D">
        <w:trPr>
          <w:trHeight w:val="300"/>
        </w:trPr>
        <w:tc>
          <w:tcPr>
            <w:tcW w:w="2337" w:type="dxa"/>
            <w:shd w:val="clear" w:color="000000" w:fill="FFFFFF"/>
          </w:tcPr>
          <w:p w14:paraId="5244FC13"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111724039012</w:t>
            </w:r>
          </w:p>
        </w:tc>
        <w:tc>
          <w:tcPr>
            <w:tcW w:w="3827" w:type="dxa"/>
            <w:shd w:val="clear" w:color="000000" w:fill="FFFFFF"/>
          </w:tcPr>
          <w:p w14:paraId="3B875512"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KORIVI SRI SAI VEDHA</w:t>
            </w:r>
          </w:p>
        </w:tc>
        <w:tc>
          <w:tcPr>
            <w:tcW w:w="2436" w:type="dxa"/>
            <w:shd w:val="clear" w:color="000000" w:fill="FFFFFF"/>
          </w:tcPr>
          <w:p w14:paraId="51D76A28"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40 </w:t>
            </w:r>
          </w:p>
        </w:tc>
      </w:tr>
      <w:tr w:rsidR="002A3527" w14:paraId="25E036D5" w14:textId="77777777" w:rsidTr="0098246D">
        <w:trPr>
          <w:trHeight w:val="300"/>
        </w:trPr>
        <w:tc>
          <w:tcPr>
            <w:tcW w:w="2337" w:type="dxa"/>
            <w:shd w:val="clear" w:color="000000" w:fill="FFFFFF"/>
          </w:tcPr>
          <w:p w14:paraId="1E4541BD"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111724039013</w:t>
            </w:r>
          </w:p>
        </w:tc>
        <w:tc>
          <w:tcPr>
            <w:tcW w:w="3827" w:type="dxa"/>
            <w:shd w:val="clear" w:color="000000" w:fill="FFFFFF"/>
          </w:tcPr>
          <w:p w14:paraId="61F7ADC6"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KUNDURU TEJA REDDY</w:t>
            </w:r>
          </w:p>
        </w:tc>
        <w:tc>
          <w:tcPr>
            <w:tcW w:w="2436" w:type="dxa"/>
            <w:shd w:val="clear" w:color="000000" w:fill="FFFFFF"/>
          </w:tcPr>
          <w:p w14:paraId="75D27505"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45 </w:t>
            </w:r>
          </w:p>
        </w:tc>
      </w:tr>
      <w:tr w:rsidR="002A3527" w14:paraId="5F8C4CCC" w14:textId="77777777" w:rsidTr="0098246D">
        <w:trPr>
          <w:trHeight w:val="300"/>
        </w:trPr>
        <w:tc>
          <w:tcPr>
            <w:tcW w:w="2337" w:type="dxa"/>
            <w:shd w:val="clear" w:color="000000" w:fill="FFFFFF"/>
          </w:tcPr>
          <w:p w14:paraId="25A44027"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111724039014</w:t>
            </w:r>
          </w:p>
        </w:tc>
        <w:tc>
          <w:tcPr>
            <w:tcW w:w="3827" w:type="dxa"/>
            <w:shd w:val="clear" w:color="000000" w:fill="FFFFFF"/>
          </w:tcPr>
          <w:p w14:paraId="293DE98B"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MARMAMLA SREENIDHI</w:t>
            </w:r>
          </w:p>
        </w:tc>
        <w:tc>
          <w:tcPr>
            <w:tcW w:w="2436" w:type="dxa"/>
            <w:shd w:val="clear" w:color="000000" w:fill="FFFFFF"/>
          </w:tcPr>
          <w:p w14:paraId="47353703"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36 </w:t>
            </w:r>
          </w:p>
        </w:tc>
      </w:tr>
      <w:tr w:rsidR="002A3527" w14:paraId="066278FE" w14:textId="77777777" w:rsidTr="0098246D">
        <w:trPr>
          <w:trHeight w:val="300"/>
        </w:trPr>
        <w:tc>
          <w:tcPr>
            <w:tcW w:w="2337" w:type="dxa"/>
            <w:shd w:val="clear" w:color="000000" w:fill="FFFFFF"/>
          </w:tcPr>
          <w:p w14:paraId="246B1EBB"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111724039015</w:t>
            </w:r>
          </w:p>
        </w:tc>
        <w:tc>
          <w:tcPr>
            <w:tcW w:w="3827" w:type="dxa"/>
            <w:shd w:val="clear" w:color="000000" w:fill="FFFFFF"/>
          </w:tcPr>
          <w:p w14:paraId="3C869FA2"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PIMPDAE TEJASWINI</w:t>
            </w:r>
          </w:p>
        </w:tc>
        <w:tc>
          <w:tcPr>
            <w:tcW w:w="2436" w:type="dxa"/>
            <w:shd w:val="clear" w:color="000000" w:fill="FFFFFF"/>
          </w:tcPr>
          <w:p w14:paraId="13A6F06E"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37 </w:t>
            </w:r>
          </w:p>
        </w:tc>
      </w:tr>
      <w:tr w:rsidR="002A3527" w14:paraId="654929F6" w14:textId="77777777" w:rsidTr="0098246D">
        <w:trPr>
          <w:trHeight w:val="300"/>
        </w:trPr>
        <w:tc>
          <w:tcPr>
            <w:tcW w:w="2337" w:type="dxa"/>
            <w:shd w:val="clear" w:color="000000" w:fill="FFFFFF"/>
          </w:tcPr>
          <w:p w14:paraId="0AC85143"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111724039016</w:t>
            </w:r>
          </w:p>
        </w:tc>
        <w:tc>
          <w:tcPr>
            <w:tcW w:w="3827" w:type="dxa"/>
            <w:shd w:val="clear" w:color="000000" w:fill="FFFFFF"/>
          </w:tcPr>
          <w:p w14:paraId="41E23887"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POOJA PAL</w:t>
            </w:r>
          </w:p>
        </w:tc>
        <w:tc>
          <w:tcPr>
            <w:tcW w:w="2436" w:type="dxa"/>
            <w:shd w:val="clear" w:color="000000" w:fill="FFFFFF"/>
          </w:tcPr>
          <w:p w14:paraId="1E9F6DEF"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30 </w:t>
            </w:r>
          </w:p>
        </w:tc>
      </w:tr>
      <w:tr w:rsidR="002A3527" w14:paraId="241D62ED" w14:textId="77777777" w:rsidTr="0098246D">
        <w:trPr>
          <w:trHeight w:val="300"/>
        </w:trPr>
        <w:tc>
          <w:tcPr>
            <w:tcW w:w="2337" w:type="dxa"/>
            <w:shd w:val="clear" w:color="000000" w:fill="FFFFFF"/>
          </w:tcPr>
          <w:p w14:paraId="42DBAECA"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111724039017</w:t>
            </w:r>
          </w:p>
        </w:tc>
        <w:tc>
          <w:tcPr>
            <w:tcW w:w="3827" w:type="dxa"/>
            <w:shd w:val="clear" w:color="000000" w:fill="FFFFFF"/>
          </w:tcPr>
          <w:p w14:paraId="00CD4EDB"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RYALI HARSHINI</w:t>
            </w:r>
          </w:p>
        </w:tc>
        <w:tc>
          <w:tcPr>
            <w:tcW w:w="2436" w:type="dxa"/>
            <w:shd w:val="clear" w:color="000000" w:fill="FFFFFF"/>
          </w:tcPr>
          <w:p w14:paraId="5F56E85F"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34 </w:t>
            </w:r>
          </w:p>
        </w:tc>
      </w:tr>
      <w:tr w:rsidR="002A3527" w14:paraId="6273CCB4" w14:textId="77777777" w:rsidTr="0098246D">
        <w:trPr>
          <w:trHeight w:val="300"/>
        </w:trPr>
        <w:tc>
          <w:tcPr>
            <w:tcW w:w="2337" w:type="dxa"/>
            <w:shd w:val="clear" w:color="000000" w:fill="FFFFFF"/>
          </w:tcPr>
          <w:p w14:paraId="1668D7F2"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111724039018</w:t>
            </w:r>
          </w:p>
        </w:tc>
        <w:tc>
          <w:tcPr>
            <w:tcW w:w="3827" w:type="dxa"/>
            <w:shd w:val="clear" w:color="000000" w:fill="FFFFFF"/>
          </w:tcPr>
          <w:p w14:paraId="4F311B15"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SILIVERI VARSHINI</w:t>
            </w:r>
          </w:p>
        </w:tc>
        <w:tc>
          <w:tcPr>
            <w:tcW w:w="2436" w:type="dxa"/>
            <w:shd w:val="clear" w:color="000000" w:fill="FFFFFF"/>
          </w:tcPr>
          <w:p w14:paraId="29E8C900"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40 </w:t>
            </w:r>
          </w:p>
        </w:tc>
      </w:tr>
      <w:tr w:rsidR="002A3527" w14:paraId="49EA25EE" w14:textId="77777777" w:rsidTr="0098246D">
        <w:trPr>
          <w:trHeight w:val="300"/>
        </w:trPr>
        <w:tc>
          <w:tcPr>
            <w:tcW w:w="2337" w:type="dxa"/>
            <w:shd w:val="clear" w:color="000000" w:fill="FFFFFF"/>
          </w:tcPr>
          <w:p w14:paraId="0F810F14"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111724039019</w:t>
            </w:r>
          </w:p>
        </w:tc>
        <w:tc>
          <w:tcPr>
            <w:tcW w:w="3827" w:type="dxa"/>
            <w:shd w:val="clear" w:color="000000" w:fill="FFFFFF"/>
          </w:tcPr>
          <w:p w14:paraId="652C2524"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THANNIRU NAMITHA SREE</w:t>
            </w:r>
          </w:p>
        </w:tc>
        <w:tc>
          <w:tcPr>
            <w:tcW w:w="2436" w:type="dxa"/>
            <w:shd w:val="clear" w:color="000000" w:fill="FFFFFF"/>
          </w:tcPr>
          <w:p w14:paraId="6999BCBA"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40 </w:t>
            </w:r>
          </w:p>
        </w:tc>
      </w:tr>
      <w:tr w:rsidR="002A3527" w14:paraId="16DD1691" w14:textId="77777777" w:rsidTr="0098246D">
        <w:trPr>
          <w:trHeight w:val="300"/>
        </w:trPr>
        <w:tc>
          <w:tcPr>
            <w:tcW w:w="2337" w:type="dxa"/>
            <w:shd w:val="clear" w:color="000000" w:fill="FFFFFF"/>
          </w:tcPr>
          <w:p w14:paraId="36BDE6B1"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111724039020</w:t>
            </w:r>
          </w:p>
        </w:tc>
        <w:tc>
          <w:tcPr>
            <w:tcW w:w="3827" w:type="dxa"/>
            <w:shd w:val="clear" w:color="000000" w:fill="FFFFFF"/>
          </w:tcPr>
          <w:p w14:paraId="2E47D5DD"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UPPUTURI VENKATA LAKSHMI SAHITI</w:t>
            </w:r>
          </w:p>
        </w:tc>
        <w:tc>
          <w:tcPr>
            <w:tcW w:w="2436" w:type="dxa"/>
            <w:shd w:val="clear" w:color="000000" w:fill="FFFFFF"/>
          </w:tcPr>
          <w:p w14:paraId="14E456A8"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39</w:t>
            </w:r>
          </w:p>
        </w:tc>
      </w:tr>
      <w:tr w:rsidR="002A3527" w14:paraId="44C757B8" w14:textId="77777777" w:rsidTr="0098246D">
        <w:trPr>
          <w:trHeight w:val="300"/>
        </w:trPr>
        <w:tc>
          <w:tcPr>
            <w:tcW w:w="2337" w:type="dxa"/>
            <w:shd w:val="clear" w:color="000000" w:fill="FFFFFF"/>
          </w:tcPr>
          <w:p w14:paraId="3AB7809C"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111724039021</w:t>
            </w:r>
          </w:p>
        </w:tc>
        <w:tc>
          <w:tcPr>
            <w:tcW w:w="3827" w:type="dxa"/>
            <w:shd w:val="clear" w:color="000000" w:fill="FFFFFF"/>
          </w:tcPr>
          <w:p w14:paraId="2CCDA289"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YAGNA GURUREDDY</w:t>
            </w:r>
          </w:p>
        </w:tc>
        <w:tc>
          <w:tcPr>
            <w:tcW w:w="2436" w:type="dxa"/>
            <w:shd w:val="clear" w:color="000000" w:fill="FFFFFF"/>
          </w:tcPr>
          <w:p w14:paraId="67E12EA5"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31 </w:t>
            </w:r>
          </w:p>
        </w:tc>
      </w:tr>
      <w:tr w:rsidR="002A3527" w14:paraId="23937D9D" w14:textId="77777777" w:rsidTr="0098246D">
        <w:trPr>
          <w:trHeight w:val="300"/>
        </w:trPr>
        <w:tc>
          <w:tcPr>
            <w:tcW w:w="2337" w:type="dxa"/>
            <w:shd w:val="clear" w:color="000000" w:fill="FFFFFF"/>
          </w:tcPr>
          <w:p w14:paraId="2E7CF746"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111724039022</w:t>
            </w:r>
          </w:p>
        </w:tc>
        <w:tc>
          <w:tcPr>
            <w:tcW w:w="3827" w:type="dxa"/>
            <w:shd w:val="clear" w:color="000000" w:fill="FFFFFF"/>
          </w:tcPr>
          <w:p w14:paraId="0B271292"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ARSHAD ALI</w:t>
            </w:r>
          </w:p>
        </w:tc>
        <w:tc>
          <w:tcPr>
            <w:tcW w:w="2436" w:type="dxa"/>
            <w:shd w:val="clear" w:color="000000" w:fill="FFFFFF"/>
          </w:tcPr>
          <w:p w14:paraId="75003238"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31 </w:t>
            </w:r>
          </w:p>
        </w:tc>
      </w:tr>
      <w:tr w:rsidR="002A3527" w14:paraId="6AF431E1" w14:textId="77777777" w:rsidTr="0098246D">
        <w:trPr>
          <w:trHeight w:val="300"/>
        </w:trPr>
        <w:tc>
          <w:tcPr>
            <w:tcW w:w="2337" w:type="dxa"/>
            <w:shd w:val="clear" w:color="000000" w:fill="FFFFFF"/>
          </w:tcPr>
          <w:p w14:paraId="6C46BFD5"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111724039023</w:t>
            </w:r>
          </w:p>
        </w:tc>
        <w:tc>
          <w:tcPr>
            <w:tcW w:w="3827" w:type="dxa"/>
            <w:shd w:val="clear" w:color="000000" w:fill="FFFFFF"/>
          </w:tcPr>
          <w:p w14:paraId="713A3960"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BHALLA SAI SAMPATH</w:t>
            </w:r>
          </w:p>
        </w:tc>
        <w:tc>
          <w:tcPr>
            <w:tcW w:w="2436" w:type="dxa"/>
            <w:shd w:val="clear" w:color="000000" w:fill="FFFFFF"/>
          </w:tcPr>
          <w:p w14:paraId="61B80066"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28 </w:t>
            </w:r>
          </w:p>
        </w:tc>
      </w:tr>
      <w:tr w:rsidR="002A3527" w14:paraId="7D04043B" w14:textId="77777777" w:rsidTr="0098246D">
        <w:trPr>
          <w:trHeight w:val="300"/>
        </w:trPr>
        <w:tc>
          <w:tcPr>
            <w:tcW w:w="2337" w:type="dxa"/>
            <w:shd w:val="clear" w:color="000000" w:fill="FFFFFF"/>
          </w:tcPr>
          <w:p w14:paraId="352A6300"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111724039024</w:t>
            </w:r>
          </w:p>
        </w:tc>
        <w:tc>
          <w:tcPr>
            <w:tcW w:w="3827" w:type="dxa"/>
            <w:shd w:val="clear" w:color="000000" w:fill="FFFFFF"/>
          </w:tcPr>
          <w:p w14:paraId="3624BDF5"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BOMMISETTY YOGI VENKATA SURYA PAVAN KUMAR</w:t>
            </w:r>
          </w:p>
        </w:tc>
        <w:tc>
          <w:tcPr>
            <w:tcW w:w="2436" w:type="dxa"/>
            <w:shd w:val="clear" w:color="000000" w:fill="FFFFFF"/>
          </w:tcPr>
          <w:p w14:paraId="3A983A5E"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38 </w:t>
            </w:r>
          </w:p>
        </w:tc>
      </w:tr>
      <w:tr w:rsidR="002A3527" w14:paraId="0A5FF652" w14:textId="77777777" w:rsidTr="0098246D">
        <w:trPr>
          <w:trHeight w:val="300"/>
        </w:trPr>
        <w:tc>
          <w:tcPr>
            <w:tcW w:w="2337" w:type="dxa"/>
            <w:shd w:val="clear" w:color="000000" w:fill="FFFFFF"/>
          </w:tcPr>
          <w:p w14:paraId="1E2354B4"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111724039025</w:t>
            </w:r>
          </w:p>
        </w:tc>
        <w:tc>
          <w:tcPr>
            <w:tcW w:w="3827" w:type="dxa"/>
            <w:shd w:val="clear" w:color="000000" w:fill="FFFFFF"/>
          </w:tcPr>
          <w:p w14:paraId="4C754E3D"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DASARI NAGA CHAITANYA</w:t>
            </w:r>
          </w:p>
        </w:tc>
        <w:tc>
          <w:tcPr>
            <w:tcW w:w="2436" w:type="dxa"/>
            <w:shd w:val="clear" w:color="000000" w:fill="FFFFFF"/>
          </w:tcPr>
          <w:p w14:paraId="4B4753A0"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29 </w:t>
            </w:r>
          </w:p>
        </w:tc>
      </w:tr>
      <w:tr w:rsidR="002A3527" w14:paraId="1E156A7A" w14:textId="77777777" w:rsidTr="0098246D">
        <w:trPr>
          <w:trHeight w:val="300"/>
        </w:trPr>
        <w:tc>
          <w:tcPr>
            <w:tcW w:w="2337" w:type="dxa"/>
            <w:shd w:val="clear" w:color="000000" w:fill="FFFFFF"/>
          </w:tcPr>
          <w:p w14:paraId="1E796F6C"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111724039026</w:t>
            </w:r>
          </w:p>
        </w:tc>
        <w:tc>
          <w:tcPr>
            <w:tcW w:w="3827" w:type="dxa"/>
            <w:shd w:val="clear" w:color="000000" w:fill="FFFFFF"/>
          </w:tcPr>
          <w:p w14:paraId="33B44E96"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DAYA SHANKAR</w:t>
            </w:r>
          </w:p>
        </w:tc>
        <w:tc>
          <w:tcPr>
            <w:tcW w:w="2436" w:type="dxa"/>
            <w:shd w:val="clear" w:color="000000" w:fill="FFFFFF"/>
          </w:tcPr>
          <w:p w14:paraId="2737ADDB"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35 </w:t>
            </w:r>
          </w:p>
        </w:tc>
      </w:tr>
      <w:tr w:rsidR="002A3527" w14:paraId="32875A4D" w14:textId="77777777" w:rsidTr="0098246D">
        <w:trPr>
          <w:trHeight w:val="300"/>
        </w:trPr>
        <w:tc>
          <w:tcPr>
            <w:tcW w:w="2337" w:type="dxa"/>
            <w:shd w:val="clear" w:color="000000" w:fill="FFFFFF"/>
          </w:tcPr>
          <w:p w14:paraId="36A27B79"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111724039027</w:t>
            </w:r>
          </w:p>
        </w:tc>
        <w:tc>
          <w:tcPr>
            <w:tcW w:w="3827" w:type="dxa"/>
            <w:shd w:val="clear" w:color="000000" w:fill="FFFFFF"/>
          </w:tcPr>
          <w:p w14:paraId="1267B0CB"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DUBBAKA SRINIVAS</w:t>
            </w:r>
          </w:p>
        </w:tc>
        <w:tc>
          <w:tcPr>
            <w:tcW w:w="2436" w:type="dxa"/>
            <w:shd w:val="clear" w:color="000000" w:fill="FFFFFF"/>
          </w:tcPr>
          <w:p w14:paraId="2EF61B70"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21 </w:t>
            </w:r>
          </w:p>
        </w:tc>
      </w:tr>
      <w:tr w:rsidR="002A3527" w14:paraId="75308285" w14:textId="77777777" w:rsidTr="0098246D">
        <w:trPr>
          <w:trHeight w:val="300"/>
        </w:trPr>
        <w:tc>
          <w:tcPr>
            <w:tcW w:w="2337" w:type="dxa"/>
            <w:shd w:val="clear" w:color="000000" w:fill="FFFFFF"/>
          </w:tcPr>
          <w:p w14:paraId="0DA001CF"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111724039028</w:t>
            </w:r>
          </w:p>
        </w:tc>
        <w:tc>
          <w:tcPr>
            <w:tcW w:w="3827" w:type="dxa"/>
            <w:shd w:val="clear" w:color="000000" w:fill="FFFFFF"/>
          </w:tcPr>
          <w:p w14:paraId="4E7220C4"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JEEDIMADLA JAGANMOHAN REDDY</w:t>
            </w:r>
          </w:p>
        </w:tc>
        <w:tc>
          <w:tcPr>
            <w:tcW w:w="2436" w:type="dxa"/>
            <w:shd w:val="clear" w:color="000000" w:fill="FFFFFF"/>
          </w:tcPr>
          <w:p w14:paraId="0B5FCC62"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25 </w:t>
            </w:r>
          </w:p>
        </w:tc>
      </w:tr>
      <w:tr w:rsidR="002A3527" w14:paraId="4D73CD00" w14:textId="77777777" w:rsidTr="0098246D">
        <w:trPr>
          <w:trHeight w:val="300"/>
        </w:trPr>
        <w:tc>
          <w:tcPr>
            <w:tcW w:w="2337" w:type="dxa"/>
            <w:shd w:val="clear" w:color="000000" w:fill="FFFFFF"/>
          </w:tcPr>
          <w:p w14:paraId="610C2DFD"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111724039029</w:t>
            </w:r>
          </w:p>
        </w:tc>
        <w:tc>
          <w:tcPr>
            <w:tcW w:w="3827" w:type="dxa"/>
            <w:shd w:val="clear" w:color="000000" w:fill="FFFFFF"/>
          </w:tcPr>
          <w:p w14:paraId="2B4D1E8D"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KAIRAMKONDA JAYANTH</w:t>
            </w:r>
          </w:p>
        </w:tc>
        <w:tc>
          <w:tcPr>
            <w:tcW w:w="2436" w:type="dxa"/>
            <w:shd w:val="clear" w:color="000000" w:fill="FFFFFF"/>
          </w:tcPr>
          <w:p w14:paraId="4899C051"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34 </w:t>
            </w:r>
          </w:p>
        </w:tc>
      </w:tr>
      <w:tr w:rsidR="002A3527" w14:paraId="076BBA94" w14:textId="77777777" w:rsidTr="0098246D">
        <w:trPr>
          <w:trHeight w:val="300"/>
        </w:trPr>
        <w:tc>
          <w:tcPr>
            <w:tcW w:w="2337" w:type="dxa"/>
            <w:shd w:val="clear" w:color="000000" w:fill="FFFFFF"/>
          </w:tcPr>
          <w:p w14:paraId="6E8C5037"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111724039030</w:t>
            </w:r>
          </w:p>
        </w:tc>
        <w:tc>
          <w:tcPr>
            <w:tcW w:w="3827" w:type="dxa"/>
            <w:shd w:val="clear" w:color="000000" w:fill="FFFFFF"/>
          </w:tcPr>
          <w:p w14:paraId="17EE384E"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KAMBHAM PRASHANTH</w:t>
            </w:r>
          </w:p>
        </w:tc>
        <w:tc>
          <w:tcPr>
            <w:tcW w:w="2436" w:type="dxa"/>
            <w:shd w:val="clear" w:color="000000" w:fill="FFFFFF"/>
          </w:tcPr>
          <w:p w14:paraId="28F2D896"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34 </w:t>
            </w:r>
          </w:p>
        </w:tc>
      </w:tr>
      <w:tr w:rsidR="002A3527" w14:paraId="18C4F0A5" w14:textId="77777777" w:rsidTr="0098246D">
        <w:trPr>
          <w:trHeight w:val="300"/>
        </w:trPr>
        <w:tc>
          <w:tcPr>
            <w:tcW w:w="2337" w:type="dxa"/>
            <w:shd w:val="clear" w:color="000000" w:fill="FFFFFF"/>
          </w:tcPr>
          <w:p w14:paraId="4AE16933"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111724039031</w:t>
            </w:r>
          </w:p>
        </w:tc>
        <w:tc>
          <w:tcPr>
            <w:tcW w:w="3827" w:type="dxa"/>
            <w:shd w:val="clear" w:color="000000" w:fill="FFFFFF"/>
          </w:tcPr>
          <w:p w14:paraId="448DB486"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KANCHERLA JOHN ADARSH</w:t>
            </w:r>
          </w:p>
        </w:tc>
        <w:tc>
          <w:tcPr>
            <w:tcW w:w="2436" w:type="dxa"/>
            <w:shd w:val="clear" w:color="000000" w:fill="FFFFFF"/>
          </w:tcPr>
          <w:p w14:paraId="0B536135"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28 </w:t>
            </w:r>
          </w:p>
        </w:tc>
      </w:tr>
      <w:tr w:rsidR="002A3527" w14:paraId="53CA3FDF" w14:textId="77777777" w:rsidTr="0098246D">
        <w:trPr>
          <w:trHeight w:val="300"/>
        </w:trPr>
        <w:tc>
          <w:tcPr>
            <w:tcW w:w="2337" w:type="dxa"/>
            <w:shd w:val="clear" w:color="000000" w:fill="FFFFFF"/>
          </w:tcPr>
          <w:p w14:paraId="56509ADE"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111724039032</w:t>
            </w:r>
          </w:p>
        </w:tc>
        <w:tc>
          <w:tcPr>
            <w:tcW w:w="3827" w:type="dxa"/>
            <w:shd w:val="clear" w:color="000000" w:fill="FFFFFF"/>
          </w:tcPr>
          <w:p w14:paraId="6D5227F0"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KARNATI SHARATH CHANDRA</w:t>
            </w:r>
          </w:p>
        </w:tc>
        <w:tc>
          <w:tcPr>
            <w:tcW w:w="2436" w:type="dxa"/>
            <w:shd w:val="clear" w:color="000000" w:fill="FFFFFF"/>
          </w:tcPr>
          <w:p w14:paraId="03D3149B"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35 </w:t>
            </w:r>
          </w:p>
        </w:tc>
      </w:tr>
      <w:tr w:rsidR="002A3527" w14:paraId="362CFC2B" w14:textId="77777777" w:rsidTr="0098246D">
        <w:trPr>
          <w:trHeight w:val="300"/>
        </w:trPr>
        <w:tc>
          <w:tcPr>
            <w:tcW w:w="2337" w:type="dxa"/>
            <w:shd w:val="clear" w:color="000000" w:fill="FFFFFF"/>
          </w:tcPr>
          <w:p w14:paraId="11012562"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111724039033</w:t>
            </w:r>
          </w:p>
        </w:tc>
        <w:tc>
          <w:tcPr>
            <w:tcW w:w="3827" w:type="dxa"/>
            <w:shd w:val="clear" w:color="000000" w:fill="FFFFFF"/>
          </w:tcPr>
          <w:p w14:paraId="7403CC22"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M CHETHAN YADAV</w:t>
            </w:r>
          </w:p>
        </w:tc>
        <w:tc>
          <w:tcPr>
            <w:tcW w:w="2436" w:type="dxa"/>
            <w:shd w:val="clear" w:color="000000" w:fill="FFFFFF"/>
          </w:tcPr>
          <w:p w14:paraId="50BB22A5"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28 </w:t>
            </w:r>
          </w:p>
        </w:tc>
      </w:tr>
      <w:tr w:rsidR="002A3527" w14:paraId="44524DB2" w14:textId="77777777" w:rsidTr="0098246D">
        <w:trPr>
          <w:trHeight w:val="300"/>
        </w:trPr>
        <w:tc>
          <w:tcPr>
            <w:tcW w:w="2337" w:type="dxa"/>
            <w:shd w:val="clear" w:color="000000" w:fill="FFFFFF"/>
          </w:tcPr>
          <w:p w14:paraId="76D2CA7F"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111724039034</w:t>
            </w:r>
          </w:p>
        </w:tc>
        <w:tc>
          <w:tcPr>
            <w:tcW w:w="3827" w:type="dxa"/>
            <w:shd w:val="clear" w:color="000000" w:fill="FFFFFF"/>
          </w:tcPr>
          <w:p w14:paraId="0FAF51EA"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M P DHEERAJ RAJ</w:t>
            </w:r>
          </w:p>
        </w:tc>
        <w:tc>
          <w:tcPr>
            <w:tcW w:w="2436" w:type="dxa"/>
            <w:shd w:val="clear" w:color="000000" w:fill="FFFFFF"/>
          </w:tcPr>
          <w:p w14:paraId="53E64783"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37 </w:t>
            </w:r>
          </w:p>
        </w:tc>
      </w:tr>
      <w:tr w:rsidR="002A3527" w14:paraId="5987AB4B" w14:textId="77777777" w:rsidTr="0098246D">
        <w:trPr>
          <w:trHeight w:val="300"/>
        </w:trPr>
        <w:tc>
          <w:tcPr>
            <w:tcW w:w="2337" w:type="dxa"/>
            <w:shd w:val="clear" w:color="000000" w:fill="FFFFFF"/>
          </w:tcPr>
          <w:p w14:paraId="247B8F17"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111724039035</w:t>
            </w:r>
          </w:p>
        </w:tc>
        <w:tc>
          <w:tcPr>
            <w:tcW w:w="3827" w:type="dxa"/>
            <w:shd w:val="clear" w:color="000000" w:fill="FFFFFF"/>
          </w:tcPr>
          <w:p w14:paraId="332D2EA3"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NASA KOUSHIK</w:t>
            </w:r>
          </w:p>
        </w:tc>
        <w:tc>
          <w:tcPr>
            <w:tcW w:w="2436" w:type="dxa"/>
            <w:shd w:val="clear" w:color="000000" w:fill="FFFFFF"/>
          </w:tcPr>
          <w:p w14:paraId="6762EF6A"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40 </w:t>
            </w:r>
          </w:p>
        </w:tc>
      </w:tr>
      <w:tr w:rsidR="002A3527" w14:paraId="5AA6F1FE" w14:textId="77777777" w:rsidTr="0098246D">
        <w:trPr>
          <w:trHeight w:val="300"/>
        </w:trPr>
        <w:tc>
          <w:tcPr>
            <w:tcW w:w="2337" w:type="dxa"/>
            <w:shd w:val="clear" w:color="000000" w:fill="FFFFFF"/>
          </w:tcPr>
          <w:p w14:paraId="44C34AC4"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111724039036</w:t>
            </w:r>
          </w:p>
        </w:tc>
        <w:tc>
          <w:tcPr>
            <w:tcW w:w="3827" w:type="dxa"/>
            <w:shd w:val="clear" w:color="000000" w:fill="FFFFFF"/>
          </w:tcPr>
          <w:p w14:paraId="131817F9"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PADAKANTI PREETHAM CHARY</w:t>
            </w:r>
          </w:p>
        </w:tc>
        <w:tc>
          <w:tcPr>
            <w:tcW w:w="2436" w:type="dxa"/>
            <w:shd w:val="clear" w:color="000000" w:fill="FFFFFF"/>
          </w:tcPr>
          <w:p w14:paraId="1E5C6BF9"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28 </w:t>
            </w:r>
          </w:p>
        </w:tc>
      </w:tr>
      <w:tr w:rsidR="002A3527" w14:paraId="398AD5FD" w14:textId="77777777" w:rsidTr="0098246D">
        <w:trPr>
          <w:trHeight w:val="300"/>
        </w:trPr>
        <w:tc>
          <w:tcPr>
            <w:tcW w:w="2337" w:type="dxa"/>
            <w:shd w:val="clear" w:color="000000" w:fill="FFFFFF"/>
          </w:tcPr>
          <w:p w14:paraId="519E8280"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111724039037</w:t>
            </w:r>
          </w:p>
        </w:tc>
        <w:tc>
          <w:tcPr>
            <w:tcW w:w="3827" w:type="dxa"/>
            <w:shd w:val="clear" w:color="000000" w:fill="FFFFFF"/>
          </w:tcPr>
          <w:p w14:paraId="4901518D"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PALARAM YUVARAJ</w:t>
            </w:r>
          </w:p>
        </w:tc>
        <w:tc>
          <w:tcPr>
            <w:tcW w:w="2436" w:type="dxa"/>
            <w:shd w:val="clear" w:color="000000" w:fill="FFFFFF"/>
          </w:tcPr>
          <w:p w14:paraId="52A25B06"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31 </w:t>
            </w:r>
          </w:p>
        </w:tc>
      </w:tr>
      <w:tr w:rsidR="002A3527" w14:paraId="37809219" w14:textId="77777777" w:rsidTr="0098246D">
        <w:trPr>
          <w:trHeight w:val="300"/>
        </w:trPr>
        <w:tc>
          <w:tcPr>
            <w:tcW w:w="2337" w:type="dxa"/>
            <w:shd w:val="clear" w:color="000000" w:fill="FFFFFF"/>
          </w:tcPr>
          <w:p w14:paraId="1E401877"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111724039038</w:t>
            </w:r>
          </w:p>
        </w:tc>
        <w:tc>
          <w:tcPr>
            <w:tcW w:w="3827" w:type="dxa"/>
            <w:shd w:val="clear" w:color="000000" w:fill="FFFFFF"/>
          </w:tcPr>
          <w:p w14:paraId="1BF740A2"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PULLAMCHERU BHAVANTEJA</w:t>
            </w:r>
          </w:p>
        </w:tc>
        <w:tc>
          <w:tcPr>
            <w:tcW w:w="2436" w:type="dxa"/>
            <w:shd w:val="clear" w:color="000000" w:fill="FFFFFF"/>
          </w:tcPr>
          <w:p w14:paraId="7777518D"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21 </w:t>
            </w:r>
          </w:p>
        </w:tc>
      </w:tr>
      <w:tr w:rsidR="002A3527" w14:paraId="2A7FA9C5" w14:textId="77777777" w:rsidTr="0098246D">
        <w:trPr>
          <w:trHeight w:val="54"/>
        </w:trPr>
        <w:tc>
          <w:tcPr>
            <w:tcW w:w="2337" w:type="dxa"/>
            <w:shd w:val="clear" w:color="000000" w:fill="FFFFFF"/>
          </w:tcPr>
          <w:p w14:paraId="5A7196EE"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111724039039</w:t>
            </w:r>
          </w:p>
        </w:tc>
        <w:tc>
          <w:tcPr>
            <w:tcW w:w="3827" w:type="dxa"/>
            <w:shd w:val="clear" w:color="000000" w:fill="FFFFFF"/>
          </w:tcPr>
          <w:p w14:paraId="52B81E19"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PAVAN KUMAVAT</w:t>
            </w:r>
          </w:p>
        </w:tc>
        <w:tc>
          <w:tcPr>
            <w:tcW w:w="2436" w:type="dxa"/>
            <w:shd w:val="clear" w:color="000000" w:fill="FFFFFF"/>
          </w:tcPr>
          <w:p w14:paraId="7C6785A9"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 28</w:t>
            </w:r>
          </w:p>
        </w:tc>
      </w:tr>
      <w:tr w:rsidR="002A3527" w14:paraId="2EC30AE3" w14:textId="77777777" w:rsidTr="0098246D">
        <w:trPr>
          <w:trHeight w:val="300"/>
        </w:trPr>
        <w:tc>
          <w:tcPr>
            <w:tcW w:w="2337" w:type="dxa"/>
            <w:shd w:val="clear" w:color="000000" w:fill="FFFFFF"/>
          </w:tcPr>
          <w:p w14:paraId="7EA0AA54"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111724039040</w:t>
            </w:r>
          </w:p>
        </w:tc>
        <w:tc>
          <w:tcPr>
            <w:tcW w:w="3827" w:type="dxa"/>
            <w:shd w:val="clear" w:color="000000" w:fill="FFFFFF"/>
          </w:tcPr>
          <w:p w14:paraId="74B34875"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PENDEM MANICHARAN</w:t>
            </w:r>
          </w:p>
        </w:tc>
        <w:tc>
          <w:tcPr>
            <w:tcW w:w="2436" w:type="dxa"/>
            <w:shd w:val="clear" w:color="000000" w:fill="FFFFFF"/>
          </w:tcPr>
          <w:p w14:paraId="1CEF98BB"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35 </w:t>
            </w:r>
          </w:p>
        </w:tc>
      </w:tr>
      <w:tr w:rsidR="002A3527" w14:paraId="43DAADE1" w14:textId="77777777" w:rsidTr="0098246D">
        <w:trPr>
          <w:trHeight w:val="300"/>
        </w:trPr>
        <w:tc>
          <w:tcPr>
            <w:tcW w:w="2337" w:type="dxa"/>
            <w:shd w:val="clear" w:color="000000" w:fill="FFFFFF"/>
          </w:tcPr>
          <w:p w14:paraId="0B856ED9"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111724039041</w:t>
            </w:r>
          </w:p>
        </w:tc>
        <w:tc>
          <w:tcPr>
            <w:tcW w:w="3827" w:type="dxa"/>
            <w:shd w:val="clear" w:color="000000" w:fill="FFFFFF"/>
          </w:tcPr>
          <w:p w14:paraId="18FA4025"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POTHARAJU ABHIRAM ADITHYA</w:t>
            </w:r>
          </w:p>
        </w:tc>
        <w:tc>
          <w:tcPr>
            <w:tcW w:w="2436" w:type="dxa"/>
            <w:shd w:val="clear" w:color="000000" w:fill="FFFFFF"/>
          </w:tcPr>
          <w:p w14:paraId="537B7F97"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36 </w:t>
            </w:r>
          </w:p>
        </w:tc>
      </w:tr>
      <w:tr w:rsidR="002A3527" w14:paraId="523762B8" w14:textId="77777777" w:rsidTr="0098246D">
        <w:trPr>
          <w:trHeight w:val="300"/>
        </w:trPr>
        <w:tc>
          <w:tcPr>
            <w:tcW w:w="2337" w:type="dxa"/>
            <w:shd w:val="clear" w:color="000000" w:fill="FFFFFF"/>
          </w:tcPr>
          <w:p w14:paraId="374D6B67"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lastRenderedPageBreak/>
              <w:t>111724039042</w:t>
            </w:r>
          </w:p>
        </w:tc>
        <w:tc>
          <w:tcPr>
            <w:tcW w:w="3827" w:type="dxa"/>
            <w:shd w:val="clear" w:color="000000" w:fill="FFFFFF"/>
          </w:tcPr>
          <w:p w14:paraId="301E2004"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PRETAM BERA</w:t>
            </w:r>
          </w:p>
        </w:tc>
        <w:tc>
          <w:tcPr>
            <w:tcW w:w="2436" w:type="dxa"/>
            <w:shd w:val="clear" w:color="000000" w:fill="FFFFFF"/>
          </w:tcPr>
          <w:p w14:paraId="0EBF0BE1"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28 </w:t>
            </w:r>
          </w:p>
        </w:tc>
      </w:tr>
      <w:tr w:rsidR="002A3527" w14:paraId="7EDA05B2" w14:textId="77777777" w:rsidTr="0098246D">
        <w:trPr>
          <w:trHeight w:val="300"/>
        </w:trPr>
        <w:tc>
          <w:tcPr>
            <w:tcW w:w="2337" w:type="dxa"/>
            <w:shd w:val="clear" w:color="000000" w:fill="FFFFFF"/>
          </w:tcPr>
          <w:p w14:paraId="31D31E96"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111724039043</w:t>
            </w:r>
          </w:p>
        </w:tc>
        <w:tc>
          <w:tcPr>
            <w:tcW w:w="3827" w:type="dxa"/>
            <w:shd w:val="clear" w:color="000000" w:fill="FFFFFF"/>
          </w:tcPr>
          <w:p w14:paraId="0B492FFF"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ROHIT SAHNI</w:t>
            </w:r>
          </w:p>
        </w:tc>
        <w:tc>
          <w:tcPr>
            <w:tcW w:w="2436" w:type="dxa"/>
            <w:shd w:val="clear" w:color="000000" w:fill="FFFFFF"/>
          </w:tcPr>
          <w:p w14:paraId="11C2F267"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36 </w:t>
            </w:r>
          </w:p>
        </w:tc>
      </w:tr>
      <w:tr w:rsidR="002A3527" w14:paraId="52E50903" w14:textId="77777777" w:rsidTr="0098246D">
        <w:trPr>
          <w:trHeight w:val="300"/>
        </w:trPr>
        <w:tc>
          <w:tcPr>
            <w:tcW w:w="2337" w:type="dxa"/>
            <w:shd w:val="clear" w:color="000000" w:fill="FFFFFF"/>
          </w:tcPr>
          <w:p w14:paraId="0D198B48"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111724039044</w:t>
            </w:r>
          </w:p>
        </w:tc>
        <w:tc>
          <w:tcPr>
            <w:tcW w:w="3827" w:type="dxa"/>
            <w:shd w:val="clear" w:color="000000" w:fill="FFFFFF"/>
          </w:tcPr>
          <w:p w14:paraId="28010853"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R VIKRAMADITYA WENCE</w:t>
            </w:r>
          </w:p>
        </w:tc>
        <w:tc>
          <w:tcPr>
            <w:tcW w:w="2436" w:type="dxa"/>
            <w:shd w:val="clear" w:color="000000" w:fill="FFFFFF"/>
          </w:tcPr>
          <w:p w14:paraId="4AA91059"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28 </w:t>
            </w:r>
          </w:p>
        </w:tc>
      </w:tr>
      <w:tr w:rsidR="002A3527" w14:paraId="39FE6C29" w14:textId="77777777" w:rsidTr="0098246D">
        <w:trPr>
          <w:trHeight w:val="300"/>
        </w:trPr>
        <w:tc>
          <w:tcPr>
            <w:tcW w:w="2337" w:type="dxa"/>
            <w:shd w:val="clear" w:color="000000" w:fill="FFFFFF"/>
          </w:tcPr>
          <w:p w14:paraId="37979A66"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111724039045</w:t>
            </w:r>
          </w:p>
        </w:tc>
        <w:tc>
          <w:tcPr>
            <w:tcW w:w="3827" w:type="dxa"/>
            <w:shd w:val="clear" w:color="000000" w:fill="FFFFFF"/>
          </w:tcPr>
          <w:p w14:paraId="4E0AFA85"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SHIRAPU HEMANTH REDDY</w:t>
            </w:r>
          </w:p>
        </w:tc>
        <w:tc>
          <w:tcPr>
            <w:tcW w:w="2436" w:type="dxa"/>
            <w:shd w:val="clear" w:color="000000" w:fill="FFFFFF"/>
          </w:tcPr>
          <w:p w14:paraId="16399464"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37 </w:t>
            </w:r>
          </w:p>
        </w:tc>
      </w:tr>
      <w:tr w:rsidR="002A3527" w14:paraId="6655CC1C" w14:textId="77777777" w:rsidTr="0098246D">
        <w:trPr>
          <w:trHeight w:val="300"/>
        </w:trPr>
        <w:tc>
          <w:tcPr>
            <w:tcW w:w="2337" w:type="dxa"/>
            <w:shd w:val="clear" w:color="000000" w:fill="FFFFFF"/>
          </w:tcPr>
          <w:p w14:paraId="708844B2"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111724039046</w:t>
            </w:r>
          </w:p>
        </w:tc>
        <w:tc>
          <w:tcPr>
            <w:tcW w:w="3827" w:type="dxa"/>
            <w:shd w:val="clear" w:color="000000" w:fill="FFFFFF"/>
          </w:tcPr>
          <w:p w14:paraId="36C05EC5"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SURAPANENI CHAITANYA</w:t>
            </w:r>
          </w:p>
        </w:tc>
        <w:tc>
          <w:tcPr>
            <w:tcW w:w="2436" w:type="dxa"/>
            <w:shd w:val="clear" w:color="000000" w:fill="FFFFFF"/>
          </w:tcPr>
          <w:p w14:paraId="0D007A05"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28 </w:t>
            </w:r>
          </w:p>
        </w:tc>
      </w:tr>
      <w:tr w:rsidR="002A3527" w14:paraId="60C81C81" w14:textId="77777777" w:rsidTr="0098246D">
        <w:trPr>
          <w:trHeight w:val="300"/>
        </w:trPr>
        <w:tc>
          <w:tcPr>
            <w:tcW w:w="2337" w:type="dxa"/>
            <w:shd w:val="clear" w:color="000000" w:fill="FFFFFF"/>
          </w:tcPr>
          <w:p w14:paraId="04843427"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111724039047</w:t>
            </w:r>
          </w:p>
        </w:tc>
        <w:tc>
          <w:tcPr>
            <w:tcW w:w="3827" w:type="dxa"/>
            <w:shd w:val="clear" w:color="000000" w:fill="FFFFFF"/>
          </w:tcPr>
          <w:p w14:paraId="5ED177CF"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VOOSA VIVEK</w:t>
            </w:r>
          </w:p>
        </w:tc>
        <w:tc>
          <w:tcPr>
            <w:tcW w:w="2436" w:type="dxa"/>
            <w:shd w:val="clear" w:color="000000" w:fill="FFFFFF"/>
          </w:tcPr>
          <w:p w14:paraId="24EE3085"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35 </w:t>
            </w:r>
          </w:p>
        </w:tc>
      </w:tr>
      <w:tr w:rsidR="002A3527" w14:paraId="7D8BD031" w14:textId="77777777" w:rsidTr="0098246D">
        <w:trPr>
          <w:trHeight w:val="300"/>
        </w:trPr>
        <w:tc>
          <w:tcPr>
            <w:tcW w:w="2337" w:type="dxa"/>
            <w:shd w:val="clear" w:color="000000" w:fill="FFFFFF"/>
          </w:tcPr>
          <w:p w14:paraId="77FA77EC"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111724039048</w:t>
            </w:r>
          </w:p>
        </w:tc>
        <w:tc>
          <w:tcPr>
            <w:tcW w:w="3827" w:type="dxa"/>
            <w:shd w:val="clear" w:color="000000" w:fill="FFFFFF"/>
          </w:tcPr>
          <w:p w14:paraId="5ED78AA0"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YANAGADDA SATYA SREE HARI PHANEENDRA</w:t>
            </w:r>
          </w:p>
        </w:tc>
        <w:tc>
          <w:tcPr>
            <w:tcW w:w="2436" w:type="dxa"/>
            <w:shd w:val="clear" w:color="000000" w:fill="FFFFFF"/>
          </w:tcPr>
          <w:p w14:paraId="0DEDF990"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32 </w:t>
            </w:r>
          </w:p>
        </w:tc>
      </w:tr>
      <w:tr w:rsidR="002A3527" w14:paraId="69A1E404" w14:textId="77777777" w:rsidTr="0098246D">
        <w:trPr>
          <w:trHeight w:val="300"/>
        </w:trPr>
        <w:tc>
          <w:tcPr>
            <w:tcW w:w="2337" w:type="dxa"/>
            <w:shd w:val="clear" w:color="000000" w:fill="FFFFFF"/>
          </w:tcPr>
          <w:p w14:paraId="77BEE18E"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111724039049</w:t>
            </w:r>
          </w:p>
        </w:tc>
        <w:tc>
          <w:tcPr>
            <w:tcW w:w="3827" w:type="dxa"/>
            <w:shd w:val="clear" w:color="000000" w:fill="FFFFFF"/>
          </w:tcPr>
          <w:p w14:paraId="70E00B3B"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NANDI PRAVEEN</w:t>
            </w:r>
          </w:p>
        </w:tc>
        <w:tc>
          <w:tcPr>
            <w:tcW w:w="2436" w:type="dxa"/>
            <w:shd w:val="clear" w:color="000000" w:fill="FFFFFF"/>
          </w:tcPr>
          <w:p w14:paraId="5E1BC002" w14:textId="77777777" w:rsidR="002A3527" w:rsidRDefault="002A3527" w:rsidP="0098246D">
            <w:pPr>
              <w:spacing w:after="0" w:line="240" w:lineRule="auto"/>
              <w:jc w:val="right"/>
              <w:rPr>
                <w:rFonts w:ascii="Tahoma" w:eastAsia="Times New Roman" w:hAnsi="Tahoma" w:cs="Tahoma"/>
                <w:color w:val="000000"/>
                <w:sz w:val="16"/>
                <w:szCs w:val="24"/>
              </w:rPr>
            </w:pPr>
            <w:r>
              <w:rPr>
                <w:rFonts w:ascii="Tahoma" w:eastAsia="Times New Roman" w:hAnsi="Tahoma" w:cs="Tahoma"/>
                <w:color w:val="000000"/>
                <w:sz w:val="16"/>
                <w:szCs w:val="24"/>
              </w:rPr>
              <w:t>34 </w:t>
            </w:r>
          </w:p>
        </w:tc>
      </w:tr>
      <w:tr w:rsidR="002A3527" w14:paraId="52895E87" w14:textId="77777777" w:rsidTr="0098246D">
        <w:trPr>
          <w:trHeight w:val="300"/>
        </w:trPr>
        <w:tc>
          <w:tcPr>
            <w:tcW w:w="2337" w:type="dxa"/>
            <w:shd w:val="clear" w:color="000000" w:fill="FFFFFF"/>
          </w:tcPr>
          <w:p w14:paraId="02B55EC0" w14:textId="77777777" w:rsidR="002A3527" w:rsidRDefault="002A3527" w:rsidP="0098246D">
            <w:pPr>
              <w:spacing w:after="0" w:line="240" w:lineRule="auto"/>
              <w:jc w:val="center"/>
              <w:rPr>
                <w:rFonts w:ascii="Tahoma" w:eastAsia="Times New Roman" w:hAnsi="Tahoma" w:cs="Tahoma"/>
                <w:color w:val="000000"/>
                <w:sz w:val="16"/>
                <w:szCs w:val="24"/>
              </w:rPr>
            </w:pPr>
            <w:r>
              <w:rPr>
                <w:rFonts w:ascii="Tahoma" w:eastAsia="Times New Roman" w:hAnsi="Tahoma" w:cs="Tahoma"/>
                <w:color w:val="000000"/>
                <w:sz w:val="16"/>
                <w:szCs w:val="24"/>
              </w:rPr>
              <w:t>111724039050</w:t>
            </w:r>
          </w:p>
        </w:tc>
        <w:tc>
          <w:tcPr>
            <w:tcW w:w="3827" w:type="dxa"/>
            <w:shd w:val="clear" w:color="000000" w:fill="FFFFFF"/>
          </w:tcPr>
          <w:p w14:paraId="03009171" w14:textId="77777777" w:rsidR="002A3527" w:rsidRDefault="002A3527" w:rsidP="0098246D">
            <w:pPr>
              <w:spacing w:after="0" w:line="240" w:lineRule="auto"/>
              <w:rPr>
                <w:rFonts w:ascii="Tahoma" w:eastAsia="Times New Roman" w:hAnsi="Tahoma" w:cs="Tahoma"/>
                <w:color w:val="000000"/>
                <w:sz w:val="16"/>
                <w:szCs w:val="24"/>
              </w:rPr>
            </w:pPr>
            <w:r>
              <w:rPr>
                <w:rFonts w:ascii="Tahoma" w:eastAsia="Times New Roman" w:hAnsi="Tahoma" w:cs="Tahoma"/>
                <w:color w:val="000000"/>
                <w:sz w:val="16"/>
                <w:szCs w:val="24"/>
              </w:rPr>
              <w:t>A ABIVARDHANA REDDY</w:t>
            </w:r>
          </w:p>
        </w:tc>
        <w:tc>
          <w:tcPr>
            <w:tcW w:w="2436" w:type="dxa"/>
            <w:shd w:val="clear" w:color="000000" w:fill="FFFFFF"/>
            <w:noWrap/>
            <w:vAlign w:val="bottom"/>
          </w:tcPr>
          <w:p w14:paraId="47D85D8A" w14:textId="77777777" w:rsidR="002A3527" w:rsidRDefault="002A3527" w:rsidP="0098246D">
            <w:pPr>
              <w:spacing w:after="0" w:line="240" w:lineRule="auto"/>
              <w:rPr>
                <w:rFonts w:eastAsia="Times New Roman"/>
                <w:color w:val="000000"/>
                <w:sz w:val="16"/>
              </w:rPr>
            </w:pPr>
            <w:r>
              <w:rPr>
                <w:rFonts w:eastAsia="Times New Roman"/>
                <w:color w:val="000000"/>
                <w:sz w:val="16"/>
              </w:rPr>
              <w:t>                                                      37</w:t>
            </w:r>
          </w:p>
        </w:tc>
      </w:tr>
      <w:tr w:rsidR="002A3527" w14:paraId="7C538245" w14:textId="77777777" w:rsidTr="0098246D">
        <w:trPr>
          <w:trHeight w:val="300"/>
        </w:trPr>
        <w:tc>
          <w:tcPr>
            <w:tcW w:w="2337" w:type="dxa"/>
            <w:noWrap/>
            <w:vAlign w:val="bottom"/>
          </w:tcPr>
          <w:p w14:paraId="7AFC4CB6" w14:textId="77777777" w:rsidR="002A3527" w:rsidRDefault="002A3527" w:rsidP="0098246D">
            <w:pPr>
              <w:spacing w:after="0" w:line="240" w:lineRule="auto"/>
              <w:rPr>
                <w:rFonts w:eastAsia="Times New Roman"/>
                <w:color w:val="000000"/>
                <w:sz w:val="16"/>
              </w:rPr>
            </w:pPr>
          </w:p>
        </w:tc>
        <w:tc>
          <w:tcPr>
            <w:tcW w:w="3827" w:type="dxa"/>
            <w:noWrap/>
            <w:vAlign w:val="bottom"/>
          </w:tcPr>
          <w:p w14:paraId="3C17E2FF" w14:textId="77777777" w:rsidR="002A3527" w:rsidRDefault="002A3527" w:rsidP="0098246D">
            <w:pPr>
              <w:spacing w:after="0" w:line="240" w:lineRule="auto"/>
              <w:rPr>
                <w:rFonts w:eastAsia="Times New Roman"/>
                <w:color w:val="000000"/>
                <w:sz w:val="16"/>
              </w:rPr>
            </w:pPr>
          </w:p>
        </w:tc>
        <w:tc>
          <w:tcPr>
            <w:tcW w:w="2436" w:type="dxa"/>
            <w:noWrap/>
            <w:vAlign w:val="bottom"/>
          </w:tcPr>
          <w:p w14:paraId="7B6C144B" w14:textId="77777777" w:rsidR="002A3527" w:rsidRDefault="002A3527" w:rsidP="0098246D">
            <w:pPr>
              <w:spacing w:after="0" w:line="240" w:lineRule="auto"/>
              <w:rPr>
                <w:rFonts w:eastAsia="Times New Roman"/>
                <w:color w:val="000000"/>
                <w:sz w:val="16"/>
              </w:rPr>
            </w:pPr>
          </w:p>
        </w:tc>
      </w:tr>
      <w:tr w:rsidR="002A3527" w14:paraId="25D81F62" w14:textId="77777777" w:rsidTr="0098246D">
        <w:trPr>
          <w:trHeight w:val="300"/>
        </w:trPr>
        <w:tc>
          <w:tcPr>
            <w:tcW w:w="2337" w:type="dxa"/>
            <w:noWrap/>
            <w:vAlign w:val="bottom"/>
          </w:tcPr>
          <w:p w14:paraId="2AB9892E" w14:textId="77777777" w:rsidR="002A3527" w:rsidRDefault="002A3527" w:rsidP="0098246D">
            <w:pPr>
              <w:spacing w:after="0" w:line="240" w:lineRule="auto"/>
              <w:rPr>
                <w:rFonts w:eastAsia="Times New Roman"/>
                <w:color w:val="000000"/>
                <w:sz w:val="16"/>
              </w:rPr>
            </w:pPr>
          </w:p>
          <w:p w14:paraId="2AD063C8" w14:textId="77777777" w:rsidR="002A3527" w:rsidRDefault="002A3527" w:rsidP="0098246D">
            <w:pPr>
              <w:spacing w:after="0" w:line="240" w:lineRule="auto"/>
              <w:rPr>
                <w:rFonts w:eastAsia="Times New Roman"/>
                <w:color w:val="000000"/>
                <w:sz w:val="16"/>
              </w:rPr>
            </w:pPr>
          </w:p>
        </w:tc>
        <w:tc>
          <w:tcPr>
            <w:tcW w:w="3827" w:type="dxa"/>
            <w:noWrap/>
            <w:vAlign w:val="bottom"/>
          </w:tcPr>
          <w:p w14:paraId="1790C0BB" w14:textId="77777777" w:rsidR="002A3527" w:rsidRDefault="002A3527" w:rsidP="0098246D">
            <w:pPr>
              <w:spacing w:after="0" w:line="240" w:lineRule="auto"/>
              <w:rPr>
                <w:rFonts w:eastAsia="Times New Roman"/>
                <w:color w:val="000000"/>
                <w:sz w:val="16"/>
              </w:rPr>
            </w:pPr>
          </w:p>
        </w:tc>
        <w:tc>
          <w:tcPr>
            <w:tcW w:w="2436" w:type="dxa"/>
            <w:noWrap/>
            <w:vAlign w:val="bottom"/>
          </w:tcPr>
          <w:p w14:paraId="273E8DF1" w14:textId="77777777" w:rsidR="002A3527" w:rsidRDefault="002A3527" w:rsidP="0098246D">
            <w:pPr>
              <w:spacing w:after="0" w:line="240" w:lineRule="auto"/>
              <w:rPr>
                <w:rFonts w:eastAsia="Times New Roman"/>
                <w:color w:val="000000"/>
                <w:sz w:val="16"/>
              </w:rPr>
            </w:pPr>
          </w:p>
        </w:tc>
      </w:tr>
    </w:tbl>
    <w:p w14:paraId="6F38BB5B" w14:textId="77777777" w:rsidR="002A3527" w:rsidRDefault="002A3527" w:rsidP="002A3527">
      <w:pPr>
        <w:pStyle w:val="Normal1"/>
        <w:rPr>
          <w:b/>
          <w:bCs/>
          <w:sz w:val="24"/>
          <w:szCs w:val="24"/>
        </w:rPr>
      </w:pPr>
    </w:p>
    <w:p w14:paraId="6E787A35" w14:textId="77777777" w:rsidR="002A3527" w:rsidRDefault="002A3527" w:rsidP="002A3527">
      <w:pPr>
        <w:pStyle w:val="Normal1"/>
        <w:rPr>
          <w:b/>
          <w:bCs/>
          <w:sz w:val="24"/>
          <w:szCs w:val="24"/>
        </w:rPr>
      </w:pPr>
    </w:p>
    <w:p w14:paraId="1EF52FAD" w14:textId="77777777" w:rsidR="002A3527" w:rsidRDefault="002A3527" w:rsidP="002A3527">
      <w:pPr>
        <w:pStyle w:val="Normal1"/>
        <w:rPr>
          <w:b/>
          <w:bCs/>
          <w:sz w:val="24"/>
          <w:szCs w:val="24"/>
        </w:rPr>
      </w:pPr>
    </w:p>
    <w:p w14:paraId="3F32D365" w14:textId="77777777" w:rsidR="002A3527" w:rsidRDefault="002A3527" w:rsidP="002A3527">
      <w:pPr>
        <w:pStyle w:val="Normal1"/>
        <w:rPr>
          <w:b/>
          <w:bCs/>
          <w:sz w:val="24"/>
          <w:szCs w:val="24"/>
        </w:rPr>
      </w:pPr>
    </w:p>
    <w:p w14:paraId="1BE4917A" w14:textId="77777777" w:rsidR="002A3527" w:rsidRDefault="002A3527" w:rsidP="002A3527">
      <w:pPr>
        <w:pStyle w:val="Normal1"/>
        <w:rPr>
          <w:b/>
          <w:bCs/>
          <w:sz w:val="24"/>
          <w:szCs w:val="24"/>
        </w:rPr>
      </w:pPr>
    </w:p>
    <w:p w14:paraId="2AADA93F" w14:textId="77777777" w:rsidR="002A3527" w:rsidRDefault="002A3527" w:rsidP="002A3527">
      <w:pPr>
        <w:pStyle w:val="Normal1"/>
        <w:rPr>
          <w:b/>
          <w:bCs/>
          <w:sz w:val="24"/>
          <w:szCs w:val="24"/>
        </w:rPr>
      </w:pPr>
    </w:p>
    <w:p w14:paraId="6342AB01" w14:textId="77777777" w:rsidR="002A3527" w:rsidRDefault="002A3527" w:rsidP="002A3527">
      <w:pPr>
        <w:pStyle w:val="Normal1"/>
        <w:rPr>
          <w:b/>
          <w:bCs/>
          <w:sz w:val="24"/>
          <w:szCs w:val="24"/>
        </w:rPr>
      </w:pPr>
    </w:p>
    <w:p w14:paraId="0FA72C65" w14:textId="77777777" w:rsidR="002A3527" w:rsidRDefault="002A3527" w:rsidP="002A3527">
      <w:pPr>
        <w:pStyle w:val="Normal1"/>
        <w:rPr>
          <w:b/>
          <w:bCs/>
          <w:smallCaps/>
          <w:sz w:val="24"/>
          <w:szCs w:val="24"/>
        </w:rPr>
      </w:pPr>
    </w:p>
    <w:p w14:paraId="1B5EC8CE" w14:textId="77777777" w:rsidR="002A3527" w:rsidRDefault="002A3527" w:rsidP="002A3527">
      <w:pPr>
        <w:pStyle w:val="Normal1"/>
        <w:rPr>
          <w:b/>
          <w:bCs/>
          <w:smallCaps/>
          <w:sz w:val="24"/>
          <w:szCs w:val="24"/>
        </w:rPr>
      </w:pPr>
    </w:p>
    <w:p w14:paraId="1E4A3D76" w14:textId="77777777" w:rsidR="002A3527" w:rsidRDefault="002A3527" w:rsidP="002A3527">
      <w:pPr>
        <w:pStyle w:val="Normal1"/>
        <w:rPr>
          <w:rFonts w:ascii="Times New Roman" w:eastAsia="Times New Roman" w:hAnsi="Times New Roman" w:cs="Times New Roman"/>
          <w:sz w:val="28"/>
          <w:szCs w:val="28"/>
        </w:rPr>
      </w:pPr>
    </w:p>
    <w:p w14:paraId="21249B4E" w14:textId="77777777" w:rsidR="002A3527" w:rsidRPr="002A4FA3" w:rsidRDefault="002A3527" w:rsidP="002A3527"/>
    <w:p w14:paraId="1466C519" w14:textId="77777777" w:rsidR="002A3527" w:rsidRPr="002A4FA3" w:rsidRDefault="002A3527" w:rsidP="002A3527"/>
    <w:p w14:paraId="45A407AE" w14:textId="77777777" w:rsidR="002A3527" w:rsidRPr="002A4FA3" w:rsidRDefault="002A3527" w:rsidP="002A3527"/>
    <w:p w14:paraId="40C76F82" w14:textId="77777777" w:rsidR="002A3527" w:rsidRPr="002A4FA3" w:rsidRDefault="002A3527" w:rsidP="002A3527"/>
    <w:p w14:paraId="3E0DAB23" w14:textId="77777777" w:rsidR="002A3527" w:rsidRPr="002A4FA3" w:rsidRDefault="002A3527" w:rsidP="002A3527"/>
    <w:p w14:paraId="2D6B408C" w14:textId="77777777" w:rsidR="002A3527" w:rsidRPr="002A4FA3" w:rsidRDefault="002A3527" w:rsidP="002A3527"/>
    <w:p w14:paraId="069804BE" w14:textId="77777777" w:rsidR="002A3527" w:rsidRPr="002A4FA3" w:rsidRDefault="002A3527" w:rsidP="002A3527"/>
    <w:p w14:paraId="10FAA440" w14:textId="77777777" w:rsidR="002A3527" w:rsidRPr="002A4FA3" w:rsidRDefault="002A3527" w:rsidP="002A3527"/>
    <w:p w14:paraId="7A7BD9B4" w14:textId="77777777" w:rsidR="002A3527" w:rsidRPr="002A4FA3" w:rsidRDefault="002A3527" w:rsidP="002A3527"/>
    <w:p w14:paraId="7C5BBFE7" w14:textId="0275E7CA" w:rsidR="002A3527" w:rsidRDefault="002A3527" w:rsidP="002A3527">
      <w:pPr>
        <w:tabs>
          <w:tab w:val="left" w:pos="1211"/>
        </w:tabs>
      </w:pPr>
      <w:r>
        <w:lastRenderedPageBreak/>
        <w:tab/>
      </w:r>
      <w:r w:rsidR="004936D8" w:rsidRPr="004936D8">
        <w:rPr>
          <w:noProof/>
        </w:rPr>
        <w:drawing>
          <wp:inline distT="0" distB="0" distL="0" distR="0" wp14:anchorId="0049D746" wp14:editId="2BD45653">
            <wp:extent cx="3705742" cy="5191850"/>
            <wp:effectExtent l="0" t="0" r="9525" b="8890"/>
            <wp:docPr id="2018077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077403" name=""/>
                    <pic:cNvPicPr/>
                  </pic:nvPicPr>
                  <pic:blipFill>
                    <a:blip r:embed="rId115"/>
                    <a:stretch>
                      <a:fillRect/>
                    </a:stretch>
                  </pic:blipFill>
                  <pic:spPr>
                    <a:xfrm>
                      <a:off x="0" y="0"/>
                      <a:ext cx="3705742" cy="5191850"/>
                    </a:xfrm>
                    <a:prstGeom prst="rect">
                      <a:avLst/>
                    </a:prstGeom>
                  </pic:spPr>
                </pic:pic>
              </a:graphicData>
            </a:graphic>
          </wp:inline>
        </w:drawing>
      </w:r>
    </w:p>
    <w:p w14:paraId="09542E83" w14:textId="77777777" w:rsidR="004936D8" w:rsidRDefault="004936D8" w:rsidP="002A3527">
      <w:pPr>
        <w:tabs>
          <w:tab w:val="left" w:pos="1211"/>
        </w:tabs>
      </w:pPr>
    </w:p>
    <w:p w14:paraId="7C4A0461" w14:textId="2AC09DB6" w:rsidR="00894FE2" w:rsidRPr="00795B9D" w:rsidRDefault="004936D8" w:rsidP="00795B9D">
      <w:pPr>
        <w:tabs>
          <w:tab w:val="left" w:pos="1211"/>
        </w:tabs>
      </w:pPr>
      <w:r>
        <w:rPr>
          <w:noProof/>
        </w:rPr>
        <w:lastRenderedPageBreak/>
        <w:drawing>
          <wp:inline distT="0" distB="0" distL="0" distR="0" wp14:anchorId="70EBE22E" wp14:editId="0D03B7A3">
            <wp:extent cx="5731510" cy="3316468"/>
            <wp:effectExtent l="0" t="0" r="2540" b="0"/>
            <wp:docPr id="382865455" name="Picture 7" descr="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PNG"/>
                    <pic:cNvPicPr/>
                  </pic:nvPicPr>
                  <pic:blipFill>
                    <a:blip r:embed="rId116" cstate="print"/>
                    <a:stretch>
                      <a:fillRect/>
                    </a:stretch>
                  </pic:blipFill>
                  <pic:spPr>
                    <a:xfrm>
                      <a:off x="0" y="0"/>
                      <a:ext cx="5731510" cy="3316468"/>
                    </a:xfrm>
                    <a:prstGeom prst="rect">
                      <a:avLst/>
                    </a:prstGeom>
                  </pic:spPr>
                </pic:pic>
              </a:graphicData>
            </a:graphic>
          </wp:inline>
        </w:drawing>
      </w:r>
    </w:p>
    <w:p w14:paraId="44AD97A1" w14:textId="77777777" w:rsidR="002A3527" w:rsidRDefault="002A3527" w:rsidP="00226B14">
      <w:pPr>
        <w:rPr>
          <w:rFonts w:ascii="Times New Roman" w:hAnsi="Times New Roman" w:cs="Times New Roman"/>
          <w:b/>
          <w:bCs/>
          <w:sz w:val="36"/>
          <w:szCs w:val="36"/>
          <w:lang w:val="en-GB"/>
        </w:rPr>
      </w:pPr>
    </w:p>
    <w:p w14:paraId="34EB1F04" w14:textId="4EBAA941" w:rsidR="008009CF" w:rsidRPr="00795B9D" w:rsidRDefault="007926BA" w:rsidP="001D435D">
      <w:pPr>
        <w:rPr>
          <w:rFonts w:ascii="Times New Roman" w:hAnsi="Times New Roman" w:cs="Times New Roman"/>
          <w:b/>
          <w:bCs/>
          <w:sz w:val="28"/>
          <w:szCs w:val="28"/>
          <w:lang w:val="en-GB"/>
        </w:rPr>
      </w:pPr>
      <w:r w:rsidRPr="00795B9D">
        <w:rPr>
          <w:rFonts w:ascii="Times New Roman" w:hAnsi="Times New Roman" w:cs="Times New Roman"/>
          <w:b/>
          <w:bCs/>
          <w:sz w:val="28"/>
          <w:szCs w:val="28"/>
          <w:lang w:val="en-GB"/>
        </w:rPr>
        <w:t>1</w:t>
      </w:r>
      <w:r w:rsidR="00CB4667">
        <w:rPr>
          <w:rFonts w:ascii="Times New Roman" w:hAnsi="Times New Roman" w:cs="Times New Roman"/>
          <w:b/>
          <w:bCs/>
          <w:sz w:val="28"/>
          <w:szCs w:val="28"/>
          <w:lang w:val="en-GB"/>
        </w:rPr>
        <w:t>8</w:t>
      </w:r>
      <w:r w:rsidRPr="00795B9D">
        <w:rPr>
          <w:rFonts w:ascii="Times New Roman" w:hAnsi="Times New Roman" w:cs="Times New Roman"/>
          <w:b/>
          <w:bCs/>
          <w:sz w:val="28"/>
          <w:szCs w:val="28"/>
          <w:lang w:val="en-GB"/>
        </w:rPr>
        <w:t>.PLANET</w:t>
      </w:r>
    </w:p>
    <w:p w14:paraId="4B65CDF0" w14:textId="3ADFC090" w:rsidR="001D435D" w:rsidRPr="00D62861" w:rsidRDefault="001D435D" w:rsidP="001D435D">
      <w:pPr>
        <w:rPr>
          <w:rFonts w:ascii="Times New Roman" w:hAnsi="Times New Roman" w:cs="Times New Roman"/>
          <w:sz w:val="24"/>
          <w:szCs w:val="24"/>
          <w:u w:val="thick"/>
        </w:rPr>
      </w:pPr>
      <w:r w:rsidRPr="00D62861">
        <w:rPr>
          <w:rFonts w:ascii="Times New Roman" w:hAnsi="Times New Roman" w:cs="Times New Roman"/>
          <w:sz w:val="24"/>
          <w:szCs w:val="24"/>
          <w:u w:val="thick"/>
        </w:rPr>
        <w:t>Event details:</w:t>
      </w:r>
    </w:p>
    <w:p w14:paraId="1B9A4CE0" w14:textId="77777777" w:rsidR="001D435D" w:rsidRPr="00D62861" w:rsidRDefault="001D435D">
      <w:pPr>
        <w:pStyle w:val="ListParagraph"/>
        <w:numPr>
          <w:ilvl w:val="0"/>
          <w:numId w:val="40"/>
        </w:numPr>
        <w:spacing w:line="278" w:lineRule="auto"/>
        <w:rPr>
          <w:rFonts w:ascii="Times New Roman" w:hAnsi="Times New Roman" w:cs="Times New Roman"/>
          <w:sz w:val="24"/>
          <w:szCs w:val="24"/>
          <w:u w:val="thick"/>
        </w:rPr>
      </w:pPr>
      <w:r w:rsidRPr="00D62861">
        <w:rPr>
          <w:rFonts w:ascii="Times New Roman" w:hAnsi="Times New Roman" w:cs="Times New Roman"/>
          <w:sz w:val="24"/>
          <w:szCs w:val="24"/>
          <w:u w:val="thick"/>
        </w:rPr>
        <w:t xml:space="preserve">Date: </w:t>
      </w:r>
      <w:r w:rsidRPr="00D62861">
        <w:rPr>
          <w:rFonts w:ascii="Times New Roman" w:hAnsi="Times New Roman" w:cs="Times New Roman"/>
          <w:sz w:val="24"/>
          <w:szCs w:val="24"/>
        </w:rPr>
        <w:t>March 10</w:t>
      </w:r>
      <w:r w:rsidRPr="00D62861">
        <w:rPr>
          <w:rFonts w:ascii="Times New Roman" w:hAnsi="Times New Roman" w:cs="Times New Roman"/>
          <w:sz w:val="24"/>
          <w:szCs w:val="24"/>
          <w:vertAlign w:val="superscript"/>
        </w:rPr>
        <w:t>th</w:t>
      </w:r>
      <w:r w:rsidRPr="00D62861">
        <w:rPr>
          <w:rFonts w:ascii="Times New Roman" w:hAnsi="Times New Roman" w:cs="Times New Roman"/>
          <w:sz w:val="24"/>
          <w:szCs w:val="24"/>
        </w:rPr>
        <w:t>, 2026</w:t>
      </w:r>
    </w:p>
    <w:p w14:paraId="0983FB4E" w14:textId="77777777" w:rsidR="001D435D" w:rsidRPr="00D62861" w:rsidRDefault="001D435D">
      <w:pPr>
        <w:pStyle w:val="ListParagraph"/>
        <w:numPr>
          <w:ilvl w:val="0"/>
          <w:numId w:val="40"/>
        </w:numPr>
        <w:spacing w:line="278" w:lineRule="auto"/>
        <w:rPr>
          <w:rFonts w:ascii="Times New Roman" w:hAnsi="Times New Roman" w:cs="Times New Roman"/>
          <w:sz w:val="24"/>
          <w:szCs w:val="24"/>
          <w:u w:val="thick"/>
        </w:rPr>
      </w:pPr>
      <w:r w:rsidRPr="00D62861">
        <w:rPr>
          <w:rFonts w:ascii="Times New Roman" w:hAnsi="Times New Roman" w:cs="Times New Roman"/>
          <w:sz w:val="24"/>
          <w:szCs w:val="24"/>
          <w:u w:val="thick"/>
        </w:rPr>
        <w:t>Venue:</w:t>
      </w:r>
      <w:r w:rsidRPr="00D62861">
        <w:rPr>
          <w:rFonts w:ascii="Times New Roman" w:hAnsi="Times New Roman" w:cs="Times New Roman"/>
          <w:sz w:val="24"/>
          <w:szCs w:val="24"/>
        </w:rPr>
        <w:t xml:space="preserve"> Second Chance Foundation Old Age Home </w:t>
      </w:r>
    </w:p>
    <w:p w14:paraId="274C8F38" w14:textId="77777777" w:rsidR="001D435D" w:rsidRPr="00D62861" w:rsidRDefault="001D435D">
      <w:pPr>
        <w:pStyle w:val="ListParagraph"/>
        <w:numPr>
          <w:ilvl w:val="0"/>
          <w:numId w:val="40"/>
        </w:numPr>
        <w:spacing w:line="278" w:lineRule="auto"/>
        <w:rPr>
          <w:rFonts w:ascii="Times New Roman" w:hAnsi="Times New Roman" w:cs="Times New Roman"/>
          <w:sz w:val="24"/>
          <w:szCs w:val="24"/>
          <w:u w:val="thick"/>
        </w:rPr>
      </w:pPr>
      <w:r w:rsidRPr="00D62861">
        <w:rPr>
          <w:rFonts w:ascii="Times New Roman" w:hAnsi="Times New Roman" w:cs="Times New Roman"/>
          <w:sz w:val="24"/>
          <w:szCs w:val="24"/>
          <w:u w:val="thick"/>
        </w:rPr>
        <w:t>Organizer:</w:t>
      </w:r>
      <w:r w:rsidRPr="00D62861">
        <w:rPr>
          <w:rFonts w:ascii="Times New Roman" w:hAnsi="Times New Roman" w:cs="Times New Roman"/>
          <w:sz w:val="24"/>
          <w:szCs w:val="24"/>
        </w:rPr>
        <w:t xml:space="preserve"> B.Sc. Computer Science and Cybersecurity department, Loyola Academy Degree and PG College </w:t>
      </w:r>
    </w:p>
    <w:p w14:paraId="3F1F0D71" w14:textId="77777777" w:rsidR="001D435D" w:rsidRPr="00D62861" w:rsidRDefault="001D435D">
      <w:pPr>
        <w:pStyle w:val="ListParagraph"/>
        <w:numPr>
          <w:ilvl w:val="0"/>
          <w:numId w:val="40"/>
        </w:numPr>
        <w:spacing w:line="278" w:lineRule="auto"/>
        <w:rPr>
          <w:rFonts w:ascii="Times New Roman" w:hAnsi="Times New Roman" w:cs="Times New Roman"/>
          <w:sz w:val="24"/>
          <w:szCs w:val="24"/>
          <w:u w:val="thick"/>
        </w:rPr>
      </w:pPr>
      <w:r w:rsidRPr="00D62861">
        <w:rPr>
          <w:rFonts w:ascii="Times New Roman" w:hAnsi="Times New Roman" w:cs="Times New Roman"/>
          <w:sz w:val="24"/>
          <w:szCs w:val="24"/>
          <w:u w:val="thick"/>
        </w:rPr>
        <w:t>Resource person:</w:t>
      </w:r>
      <w:r w:rsidRPr="00D62861">
        <w:rPr>
          <w:rFonts w:ascii="Times New Roman" w:hAnsi="Times New Roman" w:cs="Times New Roman"/>
          <w:sz w:val="24"/>
          <w:szCs w:val="24"/>
        </w:rPr>
        <w:t xml:space="preserve"> Ms. Blessy</w:t>
      </w:r>
    </w:p>
    <w:p w14:paraId="25538770" w14:textId="77777777" w:rsidR="001D435D" w:rsidRPr="00D62861" w:rsidRDefault="001D435D">
      <w:pPr>
        <w:pStyle w:val="ListParagraph"/>
        <w:numPr>
          <w:ilvl w:val="0"/>
          <w:numId w:val="40"/>
        </w:numPr>
        <w:spacing w:line="278" w:lineRule="auto"/>
        <w:rPr>
          <w:rFonts w:ascii="Times New Roman" w:hAnsi="Times New Roman" w:cs="Times New Roman"/>
          <w:sz w:val="24"/>
          <w:szCs w:val="24"/>
          <w:u w:val="thick"/>
        </w:rPr>
      </w:pPr>
      <w:r w:rsidRPr="00D62861">
        <w:rPr>
          <w:rFonts w:ascii="Times New Roman" w:hAnsi="Times New Roman" w:cs="Times New Roman"/>
          <w:sz w:val="24"/>
          <w:szCs w:val="24"/>
          <w:u w:val="thick"/>
        </w:rPr>
        <w:t xml:space="preserve">Target audience: </w:t>
      </w:r>
      <w:r w:rsidRPr="00D62861">
        <w:rPr>
          <w:rFonts w:ascii="Times New Roman" w:hAnsi="Times New Roman" w:cs="Times New Roman"/>
          <w:sz w:val="24"/>
          <w:szCs w:val="24"/>
        </w:rPr>
        <w:t>Old Age Home Residents, Volunteers and Students</w:t>
      </w:r>
    </w:p>
    <w:p w14:paraId="107F8FEF" w14:textId="77777777" w:rsidR="001D435D" w:rsidRPr="00D62861" w:rsidRDefault="001D435D" w:rsidP="001D435D">
      <w:pPr>
        <w:rPr>
          <w:rFonts w:ascii="Times New Roman" w:hAnsi="Times New Roman" w:cs="Times New Roman"/>
          <w:sz w:val="24"/>
          <w:szCs w:val="24"/>
          <w:u w:val="thick"/>
        </w:rPr>
      </w:pPr>
      <w:r w:rsidRPr="00D62861">
        <w:rPr>
          <w:rFonts w:ascii="Times New Roman" w:hAnsi="Times New Roman" w:cs="Times New Roman"/>
          <w:sz w:val="24"/>
          <w:szCs w:val="24"/>
          <w:u w:val="thick"/>
        </w:rPr>
        <w:t>Objectives of the event:</w:t>
      </w:r>
    </w:p>
    <w:p w14:paraId="08C178CD" w14:textId="77777777" w:rsidR="001D435D" w:rsidRPr="00D62861" w:rsidRDefault="001D435D">
      <w:pPr>
        <w:pStyle w:val="ListParagraph"/>
        <w:numPr>
          <w:ilvl w:val="0"/>
          <w:numId w:val="33"/>
        </w:numPr>
        <w:spacing w:line="278" w:lineRule="auto"/>
        <w:rPr>
          <w:rFonts w:ascii="Times New Roman" w:hAnsi="Times New Roman" w:cs="Times New Roman"/>
          <w:sz w:val="24"/>
          <w:szCs w:val="24"/>
          <w:u w:val="thick"/>
        </w:rPr>
      </w:pPr>
      <w:r w:rsidRPr="00D62861">
        <w:rPr>
          <w:rFonts w:ascii="Times New Roman" w:hAnsi="Times New Roman" w:cs="Times New Roman"/>
          <w:sz w:val="24"/>
          <w:szCs w:val="24"/>
        </w:rPr>
        <w:t>To spend quality time with Old Age Home Residents and bring joy to their lives.</w:t>
      </w:r>
    </w:p>
    <w:p w14:paraId="01441410" w14:textId="77777777" w:rsidR="001D435D" w:rsidRPr="00D62861" w:rsidRDefault="001D435D">
      <w:pPr>
        <w:pStyle w:val="ListParagraph"/>
        <w:numPr>
          <w:ilvl w:val="0"/>
          <w:numId w:val="33"/>
        </w:numPr>
        <w:spacing w:line="278" w:lineRule="auto"/>
        <w:rPr>
          <w:rFonts w:ascii="Times New Roman" w:hAnsi="Times New Roman" w:cs="Times New Roman"/>
          <w:sz w:val="24"/>
          <w:szCs w:val="24"/>
          <w:u w:val="thick"/>
        </w:rPr>
      </w:pPr>
      <w:r w:rsidRPr="00D62861">
        <w:rPr>
          <w:rFonts w:ascii="Times New Roman" w:hAnsi="Times New Roman" w:cs="Times New Roman"/>
          <w:sz w:val="24"/>
          <w:szCs w:val="24"/>
        </w:rPr>
        <w:t>To create awareness about social responsibility among students and volunteers.</w:t>
      </w:r>
    </w:p>
    <w:p w14:paraId="2BC25725" w14:textId="77777777" w:rsidR="001D435D" w:rsidRPr="00D62861" w:rsidRDefault="001D435D" w:rsidP="001D435D">
      <w:pPr>
        <w:jc w:val="center"/>
        <w:rPr>
          <w:rFonts w:ascii="Times New Roman" w:hAnsi="Times New Roman" w:cs="Times New Roman"/>
          <w:sz w:val="24"/>
          <w:szCs w:val="24"/>
          <w:u w:val="thick"/>
        </w:rPr>
      </w:pPr>
      <w:r w:rsidRPr="00D62861">
        <w:rPr>
          <w:rFonts w:ascii="Times New Roman" w:hAnsi="Times New Roman" w:cs="Times New Roman"/>
          <w:noProof/>
          <w:sz w:val="24"/>
          <w:szCs w:val="24"/>
          <w:u w:val="thick"/>
        </w:rPr>
        <w:lastRenderedPageBreak/>
        <w:drawing>
          <wp:inline distT="0" distB="0" distL="0" distR="0" wp14:anchorId="00B1EF9A" wp14:editId="4541A968">
            <wp:extent cx="3699600" cy="2393678"/>
            <wp:effectExtent l="0" t="0" r="0" b="6985"/>
            <wp:docPr id="11374920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907432" cy="2528147"/>
                    </a:xfrm>
                    <a:prstGeom prst="rect">
                      <a:avLst/>
                    </a:prstGeom>
                    <a:noFill/>
                  </pic:spPr>
                </pic:pic>
              </a:graphicData>
            </a:graphic>
          </wp:inline>
        </w:drawing>
      </w:r>
    </w:p>
    <w:p w14:paraId="5995FC29" w14:textId="77777777" w:rsidR="001D435D" w:rsidRPr="00D62861" w:rsidRDefault="001D435D" w:rsidP="001D435D">
      <w:pPr>
        <w:rPr>
          <w:rFonts w:ascii="Times New Roman" w:hAnsi="Times New Roman" w:cs="Times New Roman"/>
          <w:sz w:val="24"/>
          <w:szCs w:val="24"/>
          <w:u w:val="thick"/>
        </w:rPr>
      </w:pPr>
      <w:r w:rsidRPr="00D62861">
        <w:rPr>
          <w:rFonts w:ascii="Times New Roman" w:hAnsi="Times New Roman" w:cs="Times New Roman"/>
          <w:sz w:val="24"/>
          <w:szCs w:val="24"/>
          <w:u w:val="thick"/>
        </w:rPr>
        <w:t>Participant details:</w:t>
      </w:r>
    </w:p>
    <w:p w14:paraId="69F78E71" w14:textId="77777777" w:rsidR="001D435D" w:rsidRPr="00D62861" w:rsidRDefault="001D435D">
      <w:pPr>
        <w:pStyle w:val="ListParagraph"/>
        <w:numPr>
          <w:ilvl w:val="0"/>
          <w:numId w:val="41"/>
        </w:numPr>
        <w:spacing w:line="278" w:lineRule="auto"/>
        <w:rPr>
          <w:rFonts w:ascii="Times New Roman" w:hAnsi="Times New Roman" w:cs="Times New Roman"/>
          <w:sz w:val="24"/>
          <w:szCs w:val="24"/>
          <w:u w:val="thick"/>
        </w:rPr>
      </w:pPr>
      <w:r w:rsidRPr="00D62861">
        <w:rPr>
          <w:rFonts w:ascii="Times New Roman" w:hAnsi="Times New Roman" w:cs="Times New Roman"/>
          <w:sz w:val="24"/>
          <w:szCs w:val="24"/>
          <w:u w:val="thick"/>
        </w:rPr>
        <w:t xml:space="preserve">Total participants: </w:t>
      </w:r>
      <w:r w:rsidRPr="00D62861">
        <w:rPr>
          <w:rFonts w:ascii="Times New Roman" w:hAnsi="Times New Roman" w:cs="Times New Roman"/>
          <w:sz w:val="24"/>
          <w:szCs w:val="24"/>
        </w:rPr>
        <w:t>50</w:t>
      </w:r>
    </w:p>
    <w:p w14:paraId="5920699A" w14:textId="77777777" w:rsidR="001D435D" w:rsidRPr="00D62861" w:rsidRDefault="001D435D">
      <w:pPr>
        <w:pStyle w:val="ListParagraph"/>
        <w:numPr>
          <w:ilvl w:val="0"/>
          <w:numId w:val="41"/>
        </w:numPr>
        <w:spacing w:line="278" w:lineRule="auto"/>
        <w:rPr>
          <w:rFonts w:ascii="Times New Roman" w:hAnsi="Times New Roman" w:cs="Times New Roman"/>
          <w:sz w:val="24"/>
          <w:szCs w:val="24"/>
          <w:u w:val="thick"/>
        </w:rPr>
      </w:pPr>
      <w:r w:rsidRPr="00D62861">
        <w:rPr>
          <w:rFonts w:ascii="Times New Roman" w:hAnsi="Times New Roman" w:cs="Times New Roman"/>
          <w:sz w:val="24"/>
          <w:szCs w:val="24"/>
          <w:u w:val="thick"/>
        </w:rPr>
        <w:t xml:space="preserve">Demographics: </w:t>
      </w:r>
      <w:r w:rsidRPr="00D62861">
        <w:rPr>
          <w:rFonts w:ascii="Times New Roman" w:hAnsi="Times New Roman" w:cs="Times New Roman"/>
          <w:sz w:val="24"/>
          <w:szCs w:val="24"/>
        </w:rPr>
        <w:t xml:space="preserve">Students, Volunteers, and </w:t>
      </w:r>
      <w:proofErr w:type="gramStart"/>
      <w:r w:rsidRPr="00D62861">
        <w:rPr>
          <w:rFonts w:ascii="Times New Roman" w:hAnsi="Times New Roman" w:cs="Times New Roman"/>
          <w:sz w:val="24"/>
          <w:szCs w:val="24"/>
        </w:rPr>
        <w:t>Old</w:t>
      </w:r>
      <w:proofErr w:type="gramEnd"/>
      <w:r w:rsidRPr="00D62861">
        <w:rPr>
          <w:rFonts w:ascii="Times New Roman" w:hAnsi="Times New Roman" w:cs="Times New Roman"/>
          <w:sz w:val="24"/>
          <w:szCs w:val="24"/>
        </w:rPr>
        <w:t xml:space="preserve"> age home residents</w:t>
      </w:r>
    </w:p>
    <w:p w14:paraId="4B803002" w14:textId="77777777" w:rsidR="001D435D" w:rsidRPr="00D62861" w:rsidRDefault="001D435D">
      <w:pPr>
        <w:pStyle w:val="ListParagraph"/>
        <w:numPr>
          <w:ilvl w:val="0"/>
          <w:numId w:val="41"/>
        </w:numPr>
        <w:spacing w:line="278" w:lineRule="auto"/>
        <w:rPr>
          <w:rFonts w:ascii="Times New Roman" w:hAnsi="Times New Roman" w:cs="Times New Roman"/>
          <w:sz w:val="24"/>
          <w:szCs w:val="24"/>
          <w:u w:val="thick"/>
        </w:rPr>
      </w:pPr>
      <w:r w:rsidRPr="00D62861">
        <w:rPr>
          <w:rFonts w:ascii="Times New Roman" w:hAnsi="Times New Roman" w:cs="Times New Roman"/>
          <w:sz w:val="24"/>
          <w:szCs w:val="24"/>
          <w:u w:val="thick"/>
        </w:rPr>
        <w:t>Attendance percentage:</w:t>
      </w:r>
      <w:r>
        <w:rPr>
          <w:rFonts w:ascii="Times New Roman" w:hAnsi="Times New Roman" w:cs="Times New Roman"/>
        </w:rPr>
        <w:t>100</w:t>
      </w:r>
    </w:p>
    <w:p w14:paraId="0FBE8842" w14:textId="77777777" w:rsidR="001D435D" w:rsidRPr="00D62861" w:rsidRDefault="001D435D" w:rsidP="001D435D">
      <w:pPr>
        <w:jc w:val="center"/>
        <w:rPr>
          <w:rFonts w:ascii="Times New Roman" w:hAnsi="Times New Roman" w:cs="Times New Roman"/>
          <w:sz w:val="24"/>
          <w:szCs w:val="24"/>
          <w:u w:val="thick"/>
        </w:rPr>
      </w:pPr>
      <w:r w:rsidRPr="00D62861">
        <w:rPr>
          <w:rFonts w:ascii="Times New Roman" w:hAnsi="Times New Roman" w:cs="Times New Roman"/>
          <w:noProof/>
          <w:sz w:val="24"/>
          <w:szCs w:val="24"/>
          <w:u w:val="thick"/>
        </w:rPr>
        <w:drawing>
          <wp:inline distT="0" distB="0" distL="0" distR="0" wp14:anchorId="030CD90C" wp14:editId="1EEF4D45">
            <wp:extent cx="4149725" cy="2950029"/>
            <wp:effectExtent l="0" t="0" r="3175" b="3175"/>
            <wp:docPr id="19040449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202189" cy="2987326"/>
                    </a:xfrm>
                    <a:prstGeom prst="rect">
                      <a:avLst/>
                    </a:prstGeom>
                    <a:noFill/>
                  </pic:spPr>
                </pic:pic>
              </a:graphicData>
            </a:graphic>
          </wp:inline>
        </w:drawing>
      </w:r>
    </w:p>
    <w:p w14:paraId="1B7E030D" w14:textId="77777777" w:rsidR="001D435D" w:rsidRPr="00D62861" w:rsidRDefault="001D435D" w:rsidP="001D435D">
      <w:pPr>
        <w:tabs>
          <w:tab w:val="center" w:pos="3000"/>
        </w:tabs>
        <w:rPr>
          <w:rFonts w:ascii="Times New Roman" w:hAnsi="Times New Roman" w:cs="Times New Roman"/>
          <w:sz w:val="24"/>
          <w:szCs w:val="24"/>
          <w:u w:val="thick"/>
        </w:rPr>
      </w:pPr>
      <w:r w:rsidRPr="00D62861">
        <w:rPr>
          <w:rFonts w:ascii="Times New Roman" w:hAnsi="Times New Roman" w:cs="Times New Roman"/>
          <w:sz w:val="24"/>
          <w:szCs w:val="24"/>
          <w:u w:val="thick"/>
        </w:rPr>
        <w:t>Content evaluation:</w:t>
      </w:r>
    </w:p>
    <w:p w14:paraId="4C47D09B" w14:textId="77777777" w:rsidR="001D435D" w:rsidRPr="00D62861" w:rsidRDefault="001D435D">
      <w:pPr>
        <w:pStyle w:val="ListParagraph"/>
        <w:numPr>
          <w:ilvl w:val="0"/>
          <w:numId w:val="44"/>
        </w:numPr>
        <w:tabs>
          <w:tab w:val="center" w:pos="3000"/>
        </w:tabs>
        <w:spacing w:line="278" w:lineRule="auto"/>
        <w:rPr>
          <w:rFonts w:ascii="Times New Roman" w:hAnsi="Times New Roman" w:cs="Times New Roman"/>
          <w:sz w:val="24"/>
          <w:szCs w:val="24"/>
        </w:rPr>
      </w:pPr>
      <w:r w:rsidRPr="00D62861">
        <w:rPr>
          <w:rFonts w:ascii="Times New Roman" w:hAnsi="Times New Roman" w:cs="Times New Roman"/>
          <w:sz w:val="24"/>
          <w:szCs w:val="24"/>
          <w:u w:val="thick"/>
        </w:rPr>
        <w:t>Relevance of the Topic</w:t>
      </w:r>
      <w:r w:rsidRPr="00D62861">
        <w:rPr>
          <w:rFonts w:ascii="Times New Roman" w:hAnsi="Times New Roman" w:cs="Times New Roman"/>
          <w:sz w:val="24"/>
          <w:szCs w:val="24"/>
        </w:rPr>
        <w:t>: Highly Relevant (addressing social responsibility and Empathy)</w:t>
      </w:r>
    </w:p>
    <w:p w14:paraId="7A1A9DB3" w14:textId="77777777" w:rsidR="001D435D" w:rsidRPr="00D62861" w:rsidRDefault="001D435D" w:rsidP="001D435D">
      <w:pPr>
        <w:pStyle w:val="ListParagraph"/>
        <w:tabs>
          <w:tab w:val="center" w:pos="3000"/>
        </w:tabs>
        <w:rPr>
          <w:rFonts w:ascii="Times New Roman" w:hAnsi="Times New Roman" w:cs="Times New Roman"/>
          <w:sz w:val="24"/>
          <w:szCs w:val="24"/>
        </w:rPr>
      </w:pPr>
    </w:p>
    <w:p w14:paraId="6A20E299" w14:textId="77777777" w:rsidR="001D435D" w:rsidRPr="00D62861" w:rsidRDefault="001D435D">
      <w:pPr>
        <w:pStyle w:val="ListParagraph"/>
        <w:numPr>
          <w:ilvl w:val="0"/>
          <w:numId w:val="39"/>
        </w:numPr>
        <w:tabs>
          <w:tab w:val="center" w:pos="3000"/>
        </w:tabs>
        <w:spacing w:line="278" w:lineRule="auto"/>
        <w:rPr>
          <w:rFonts w:ascii="Times New Roman" w:hAnsi="Times New Roman" w:cs="Times New Roman"/>
          <w:sz w:val="24"/>
          <w:szCs w:val="24"/>
        </w:rPr>
      </w:pPr>
      <w:r w:rsidRPr="00D62861">
        <w:rPr>
          <w:rFonts w:ascii="Times New Roman" w:hAnsi="Times New Roman" w:cs="Times New Roman"/>
          <w:sz w:val="24"/>
          <w:szCs w:val="24"/>
          <w:u w:val="single"/>
        </w:rPr>
        <w:t>Engagement of Participants</w:t>
      </w:r>
      <w:r w:rsidRPr="00D62861">
        <w:rPr>
          <w:rFonts w:ascii="Times New Roman" w:hAnsi="Times New Roman" w:cs="Times New Roman"/>
          <w:sz w:val="24"/>
          <w:szCs w:val="24"/>
        </w:rPr>
        <w:t>: Highly Engaged (residents were thrilled with the interactions)</w:t>
      </w:r>
    </w:p>
    <w:p w14:paraId="0AA1EA1E" w14:textId="77777777" w:rsidR="001D435D" w:rsidRPr="00D62861" w:rsidRDefault="001D435D" w:rsidP="001D435D">
      <w:pPr>
        <w:tabs>
          <w:tab w:val="center" w:pos="3000"/>
        </w:tabs>
        <w:rPr>
          <w:rFonts w:ascii="Times New Roman" w:hAnsi="Times New Roman" w:cs="Times New Roman"/>
          <w:sz w:val="24"/>
          <w:szCs w:val="24"/>
          <w:u w:val="thick"/>
        </w:rPr>
      </w:pPr>
      <w:r w:rsidRPr="00D62861">
        <w:rPr>
          <w:rFonts w:ascii="Times New Roman" w:hAnsi="Times New Roman" w:cs="Times New Roman"/>
          <w:sz w:val="24"/>
          <w:szCs w:val="24"/>
          <w:u w:val="thick"/>
        </w:rPr>
        <w:t>LEARNING OUTCOMES:</w:t>
      </w:r>
    </w:p>
    <w:p w14:paraId="009F2EE9" w14:textId="77777777" w:rsidR="001D435D" w:rsidRPr="00D62861" w:rsidRDefault="001D435D">
      <w:pPr>
        <w:pStyle w:val="ListParagraph"/>
        <w:numPr>
          <w:ilvl w:val="0"/>
          <w:numId w:val="34"/>
        </w:numPr>
        <w:tabs>
          <w:tab w:val="center" w:pos="3000"/>
        </w:tabs>
        <w:spacing w:line="278" w:lineRule="auto"/>
        <w:rPr>
          <w:rFonts w:ascii="Times New Roman" w:hAnsi="Times New Roman" w:cs="Times New Roman"/>
          <w:sz w:val="24"/>
          <w:szCs w:val="24"/>
        </w:rPr>
      </w:pPr>
      <w:r w:rsidRPr="00D62861">
        <w:rPr>
          <w:rFonts w:ascii="Times New Roman" w:hAnsi="Times New Roman" w:cs="Times New Roman"/>
          <w:sz w:val="24"/>
          <w:szCs w:val="24"/>
          <w:u w:val="single"/>
        </w:rPr>
        <w:t xml:space="preserve">Were the Learning Outcomes Met? </w:t>
      </w:r>
      <w:r w:rsidRPr="00D62861">
        <w:rPr>
          <w:rFonts w:ascii="Times New Roman" w:hAnsi="Times New Roman" w:cs="Times New Roman"/>
          <w:sz w:val="24"/>
          <w:szCs w:val="24"/>
        </w:rPr>
        <w:t>Yes</w:t>
      </w:r>
    </w:p>
    <w:p w14:paraId="75D741FC" w14:textId="77777777" w:rsidR="001D435D" w:rsidRPr="00D62861" w:rsidRDefault="001D435D">
      <w:pPr>
        <w:pStyle w:val="ListParagraph"/>
        <w:numPr>
          <w:ilvl w:val="0"/>
          <w:numId w:val="34"/>
        </w:numPr>
        <w:tabs>
          <w:tab w:val="center" w:pos="3000"/>
        </w:tabs>
        <w:spacing w:line="278" w:lineRule="auto"/>
        <w:rPr>
          <w:rFonts w:ascii="Times New Roman" w:hAnsi="Times New Roman" w:cs="Times New Roman"/>
          <w:sz w:val="24"/>
          <w:szCs w:val="24"/>
        </w:rPr>
      </w:pPr>
      <w:r w:rsidRPr="00D62861">
        <w:rPr>
          <w:rFonts w:ascii="Times New Roman" w:hAnsi="Times New Roman" w:cs="Times New Roman"/>
          <w:sz w:val="24"/>
          <w:szCs w:val="24"/>
          <w:u w:val="single"/>
        </w:rPr>
        <w:t>Key Takeaways for Participants</w:t>
      </w:r>
      <w:r w:rsidRPr="00D62861">
        <w:rPr>
          <w:rFonts w:ascii="Times New Roman" w:hAnsi="Times New Roman" w:cs="Times New Roman"/>
          <w:sz w:val="24"/>
          <w:szCs w:val="24"/>
        </w:rPr>
        <w:t>:</w:t>
      </w:r>
    </w:p>
    <w:p w14:paraId="5E0B5A3B" w14:textId="77777777" w:rsidR="001D435D" w:rsidRPr="00D62861" w:rsidRDefault="001D435D">
      <w:pPr>
        <w:pStyle w:val="ListParagraph"/>
        <w:numPr>
          <w:ilvl w:val="0"/>
          <w:numId w:val="42"/>
        </w:numPr>
        <w:tabs>
          <w:tab w:val="center" w:pos="3000"/>
        </w:tabs>
        <w:spacing w:line="278" w:lineRule="auto"/>
        <w:rPr>
          <w:rFonts w:ascii="Times New Roman" w:hAnsi="Times New Roman" w:cs="Times New Roman"/>
          <w:sz w:val="24"/>
          <w:szCs w:val="24"/>
        </w:rPr>
      </w:pPr>
      <w:r w:rsidRPr="00D62861">
        <w:rPr>
          <w:rFonts w:ascii="Times New Roman" w:hAnsi="Times New Roman" w:cs="Times New Roman"/>
          <w:sz w:val="24"/>
          <w:szCs w:val="24"/>
        </w:rPr>
        <w:lastRenderedPageBreak/>
        <w:t>Understanding the needs and challenges of old age home residents.</w:t>
      </w:r>
    </w:p>
    <w:p w14:paraId="74916E36" w14:textId="77777777" w:rsidR="001D435D" w:rsidRPr="00D62861" w:rsidRDefault="001D435D">
      <w:pPr>
        <w:pStyle w:val="ListParagraph"/>
        <w:numPr>
          <w:ilvl w:val="0"/>
          <w:numId w:val="42"/>
        </w:numPr>
        <w:tabs>
          <w:tab w:val="center" w:pos="3000"/>
        </w:tabs>
        <w:spacing w:line="278" w:lineRule="auto"/>
        <w:rPr>
          <w:rFonts w:ascii="Times New Roman" w:hAnsi="Times New Roman" w:cs="Times New Roman"/>
          <w:sz w:val="24"/>
          <w:szCs w:val="24"/>
        </w:rPr>
      </w:pPr>
      <w:r w:rsidRPr="00D62861">
        <w:rPr>
          <w:rFonts w:ascii="Times New Roman" w:hAnsi="Times New Roman" w:cs="Times New Roman"/>
          <w:sz w:val="24"/>
          <w:szCs w:val="24"/>
        </w:rPr>
        <w:t>Value of social responsibility and community service.</w:t>
      </w:r>
    </w:p>
    <w:p w14:paraId="0A3DF339" w14:textId="77777777" w:rsidR="001D435D" w:rsidRPr="00D62861" w:rsidRDefault="001D435D">
      <w:pPr>
        <w:pStyle w:val="ListParagraph"/>
        <w:numPr>
          <w:ilvl w:val="0"/>
          <w:numId w:val="42"/>
        </w:numPr>
        <w:tabs>
          <w:tab w:val="center" w:pos="3000"/>
        </w:tabs>
        <w:spacing w:line="278" w:lineRule="auto"/>
        <w:rPr>
          <w:rFonts w:ascii="Times New Roman" w:hAnsi="Times New Roman" w:cs="Times New Roman"/>
          <w:sz w:val="24"/>
          <w:szCs w:val="24"/>
        </w:rPr>
      </w:pPr>
      <w:r w:rsidRPr="00D62861">
        <w:rPr>
          <w:rFonts w:ascii="Times New Roman" w:hAnsi="Times New Roman" w:cs="Times New Roman"/>
          <w:sz w:val="24"/>
          <w:szCs w:val="24"/>
        </w:rPr>
        <w:t>Importance of empathy and compassion towards elderly.</w:t>
      </w:r>
    </w:p>
    <w:p w14:paraId="05A890E0" w14:textId="77777777" w:rsidR="001D435D" w:rsidRPr="00D62861" w:rsidRDefault="001D435D" w:rsidP="001D435D">
      <w:pPr>
        <w:tabs>
          <w:tab w:val="center" w:pos="3000"/>
        </w:tabs>
        <w:jc w:val="center"/>
        <w:rPr>
          <w:rFonts w:ascii="Times New Roman" w:hAnsi="Times New Roman" w:cs="Times New Roman"/>
          <w:sz w:val="24"/>
          <w:szCs w:val="24"/>
          <w:u w:val="thick"/>
        </w:rPr>
      </w:pPr>
      <w:r w:rsidRPr="00D62861">
        <w:rPr>
          <w:rFonts w:ascii="Times New Roman" w:hAnsi="Times New Roman" w:cs="Times New Roman"/>
          <w:noProof/>
          <w:sz w:val="24"/>
          <w:szCs w:val="24"/>
          <w:u w:val="thick"/>
        </w:rPr>
        <w:drawing>
          <wp:inline distT="0" distB="0" distL="0" distR="0" wp14:anchorId="5D74147A" wp14:editId="494276F1">
            <wp:extent cx="4275880" cy="2862580"/>
            <wp:effectExtent l="0" t="0" r="0" b="0"/>
            <wp:docPr id="19434591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360754" cy="2919401"/>
                    </a:xfrm>
                    <a:prstGeom prst="rect">
                      <a:avLst/>
                    </a:prstGeom>
                    <a:noFill/>
                  </pic:spPr>
                </pic:pic>
              </a:graphicData>
            </a:graphic>
          </wp:inline>
        </w:drawing>
      </w:r>
    </w:p>
    <w:p w14:paraId="2ECA9993" w14:textId="77777777" w:rsidR="001D435D" w:rsidRPr="00D62861" w:rsidRDefault="001D435D" w:rsidP="001D435D">
      <w:pPr>
        <w:tabs>
          <w:tab w:val="center" w:pos="3000"/>
        </w:tabs>
        <w:jc w:val="center"/>
        <w:rPr>
          <w:rFonts w:ascii="Times New Roman" w:hAnsi="Times New Roman" w:cs="Times New Roman"/>
          <w:sz w:val="24"/>
          <w:szCs w:val="24"/>
          <w:u w:val="thick"/>
        </w:rPr>
      </w:pPr>
      <w:r w:rsidRPr="00D62861">
        <w:rPr>
          <w:rFonts w:ascii="Times New Roman" w:hAnsi="Times New Roman" w:cs="Times New Roman"/>
          <w:sz w:val="24"/>
          <w:szCs w:val="24"/>
          <w:u w:val="thick"/>
        </w:rPr>
        <w:t>Feedback analysis:</w:t>
      </w:r>
    </w:p>
    <w:p w14:paraId="2D7258B9" w14:textId="77777777" w:rsidR="001D435D" w:rsidRPr="00D62861" w:rsidRDefault="001D435D">
      <w:pPr>
        <w:pStyle w:val="ListParagraph"/>
        <w:numPr>
          <w:ilvl w:val="0"/>
          <w:numId w:val="35"/>
        </w:numPr>
        <w:tabs>
          <w:tab w:val="center" w:pos="3000"/>
        </w:tabs>
        <w:spacing w:line="278" w:lineRule="auto"/>
        <w:rPr>
          <w:rFonts w:ascii="Times New Roman" w:hAnsi="Times New Roman" w:cs="Times New Roman"/>
          <w:sz w:val="24"/>
          <w:szCs w:val="24"/>
          <w:u w:val="thick"/>
        </w:rPr>
      </w:pPr>
      <w:r w:rsidRPr="00D62861">
        <w:rPr>
          <w:rFonts w:ascii="Times New Roman" w:hAnsi="Times New Roman" w:cs="Times New Roman"/>
          <w:sz w:val="24"/>
          <w:szCs w:val="24"/>
          <w:u w:val="single"/>
        </w:rPr>
        <w:t>Method of Feedback Collection</w:t>
      </w:r>
      <w:r w:rsidRPr="00D62861">
        <w:rPr>
          <w:rFonts w:ascii="Times New Roman" w:hAnsi="Times New Roman" w:cs="Times New Roman"/>
          <w:sz w:val="24"/>
          <w:szCs w:val="24"/>
        </w:rPr>
        <w:t>: Verbal feedback from residents and volunteers.</w:t>
      </w:r>
    </w:p>
    <w:p w14:paraId="16C26D27" w14:textId="77777777" w:rsidR="001D435D" w:rsidRPr="00D62861" w:rsidRDefault="001D435D">
      <w:pPr>
        <w:pStyle w:val="ListParagraph"/>
        <w:numPr>
          <w:ilvl w:val="0"/>
          <w:numId w:val="35"/>
        </w:numPr>
        <w:tabs>
          <w:tab w:val="center" w:pos="3000"/>
        </w:tabs>
        <w:spacing w:line="278" w:lineRule="auto"/>
        <w:rPr>
          <w:rFonts w:ascii="Times New Roman" w:hAnsi="Times New Roman" w:cs="Times New Roman"/>
          <w:sz w:val="24"/>
          <w:szCs w:val="24"/>
          <w:u w:val="thick"/>
        </w:rPr>
      </w:pPr>
      <w:r w:rsidRPr="00D62861">
        <w:rPr>
          <w:rFonts w:ascii="Times New Roman" w:hAnsi="Times New Roman" w:cs="Times New Roman"/>
          <w:sz w:val="24"/>
          <w:szCs w:val="24"/>
          <w:u w:val="single"/>
        </w:rPr>
        <w:t>Key Feedback from participants</w:t>
      </w:r>
      <w:r w:rsidRPr="00D62861">
        <w:rPr>
          <w:rFonts w:ascii="Times New Roman" w:hAnsi="Times New Roman" w:cs="Times New Roman"/>
          <w:sz w:val="24"/>
          <w:szCs w:val="24"/>
        </w:rPr>
        <w:t>:</w:t>
      </w:r>
    </w:p>
    <w:p w14:paraId="3BE230A2" w14:textId="77777777" w:rsidR="001D435D" w:rsidRPr="00D62861" w:rsidRDefault="001D435D">
      <w:pPr>
        <w:pStyle w:val="ListParagraph"/>
        <w:numPr>
          <w:ilvl w:val="0"/>
          <w:numId w:val="43"/>
        </w:numPr>
        <w:tabs>
          <w:tab w:val="center" w:pos="3000"/>
        </w:tabs>
        <w:spacing w:line="278" w:lineRule="auto"/>
        <w:rPr>
          <w:rFonts w:ascii="Times New Roman" w:hAnsi="Times New Roman" w:cs="Times New Roman"/>
          <w:sz w:val="24"/>
          <w:szCs w:val="24"/>
          <w:u w:val="thick"/>
        </w:rPr>
      </w:pPr>
      <w:r w:rsidRPr="00D62861">
        <w:rPr>
          <w:rFonts w:ascii="Times New Roman" w:hAnsi="Times New Roman" w:cs="Times New Roman"/>
          <w:sz w:val="24"/>
          <w:szCs w:val="24"/>
        </w:rPr>
        <w:t>Positives: Residents felt happy and cared for; volunteers felt fulfilled.</w:t>
      </w:r>
    </w:p>
    <w:p w14:paraId="6F708AEB" w14:textId="77777777" w:rsidR="001D435D" w:rsidRPr="00D62861" w:rsidRDefault="001D435D">
      <w:pPr>
        <w:pStyle w:val="ListParagraph"/>
        <w:numPr>
          <w:ilvl w:val="0"/>
          <w:numId w:val="43"/>
        </w:numPr>
        <w:tabs>
          <w:tab w:val="center" w:pos="3000"/>
        </w:tabs>
        <w:spacing w:line="278" w:lineRule="auto"/>
        <w:rPr>
          <w:rFonts w:ascii="Times New Roman" w:hAnsi="Times New Roman" w:cs="Times New Roman"/>
          <w:sz w:val="24"/>
          <w:szCs w:val="24"/>
          <w:u w:val="thick"/>
        </w:rPr>
      </w:pPr>
      <w:r w:rsidRPr="00D62861">
        <w:rPr>
          <w:rFonts w:ascii="Times New Roman" w:hAnsi="Times New Roman" w:cs="Times New Roman"/>
          <w:sz w:val="24"/>
          <w:szCs w:val="24"/>
          <w:u w:val="single"/>
        </w:rPr>
        <w:t>Areas of Improvement</w:t>
      </w:r>
      <w:r w:rsidRPr="00D62861">
        <w:rPr>
          <w:rFonts w:ascii="Times New Roman" w:hAnsi="Times New Roman" w:cs="Times New Roman"/>
          <w:sz w:val="24"/>
          <w:szCs w:val="24"/>
        </w:rPr>
        <w:t>: More frequent visits and activities suggested.</w:t>
      </w:r>
    </w:p>
    <w:p w14:paraId="4B8E51EE" w14:textId="77777777" w:rsidR="001D435D" w:rsidRPr="00D62861" w:rsidRDefault="001D435D">
      <w:pPr>
        <w:pStyle w:val="ListParagraph"/>
        <w:numPr>
          <w:ilvl w:val="0"/>
          <w:numId w:val="35"/>
        </w:numPr>
        <w:tabs>
          <w:tab w:val="center" w:pos="3000"/>
        </w:tabs>
        <w:spacing w:line="278" w:lineRule="auto"/>
        <w:rPr>
          <w:rFonts w:ascii="Times New Roman" w:hAnsi="Times New Roman" w:cs="Times New Roman"/>
          <w:sz w:val="24"/>
          <w:szCs w:val="24"/>
          <w:u w:val="thick"/>
        </w:rPr>
      </w:pPr>
      <w:r w:rsidRPr="00D62861">
        <w:rPr>
          <w:rFonts w:ascii="Times New Roman" w:hAnsi="Times New Roman" w:cs="Times New Roman"/>
          <w:sz w:val="24"/>
          <w:szCs w:val="24"/>
          <w:u w:val="single"/>
        </w:rPr>
        <w:t>Rating on a scale of 1-5</w:t>
      </w:r>
      <w:r w:rsidRPr="00D62861">
        <w:rPr>
          <w:rFonts w:ascii="Times New Roman" w:hAnsi="Times New Roman" w:cs="Times New Roman"/>
          <w:sz w:val="24"/>
          <w:szCs w:val="24"/>
        </w:rPr>
        <w:t>: 4.8/5</w:t>
      </w:r>
    </w:p>
    <w:p w14:paraId="2DE9FB57" w14:textId="77777777" w:rsidR="001D435D" w:rsidRPr="00D62861" w:rsidRDefault="001D435D" w:rsidP="001D435D">
      <w:pPr>
        <w:tabs>
          <w:tab w:val="center" w:pos="3000"/>
        </w:tabs>
        <w:jc w:val="center"/>
        <w:rPr>
          <w:rFonts w:ascii="Times New Roman" w:hAnsi="Times New Roman" w:cs="Times New Roman"/>
          <w:sz w:val="24"/>
          <w:szCs w:val="24"/>
          <w:u w:val="thick"/>
        </w:rPr>
      </w:pPr>
      <w:r w:rsidRPr="00D62861">
        <w:rPr>
          <w:rFonts w:ascii="Times New Roman" w:hAnsi="Times New Roman" w:cs="Times New Roman"/>
          <w:noProof/>
          <w:sz w:val="24"/>
          <w:szCs w:val="24"/>
          <w:u w:val="thick"/>
        </w:rPr>
        <w:drawing>
          <wp:inline distT="0" distB="0" distL="0" distR="0" wp14:anchorId="15D9E79A" wp14:editId="6396AF92">
            <wp:extent cx="3795488" cy="2279650"/>
            <wp:effectExtent l="0" t="0" r="0" b="6350"/>
            <wp:docPr id="174153970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842378" cy="2307813"/>
                    </a:xfrm>
                    <a:prstGeom prst="rect">
                      <a:avLst/>
                    </a:prstGeom>
                    <a:noFill/>
                  </pic:spPr>
                </pic:pic>
              </a:graphicData>
            </a:graphic>
          </wp:inline>
        </w:drawing>
      </w:r>
    </w:p>
    <w:p w14:paraId="045C1752" w14:textId="77777777" w:rsidR="001D435D" w:rsidRPr="00D62861" w:rsidRDefault="001D435D" w:rsidP="001D435D">
      <w:pPr>
        <w:tabs>
          <w:tab w:val="center" w:pos="3000"/>
        </w:tabs>
        <w:rPr>
          <w:rFonts w:ascii="Times New Roman" w:hAnsi="Times New Roman" w:cs="Times New Roman"/>
          <w:sz w:val="24"/>
          <w:szCs w:val="24"/>
          <w:u w:val="thick"/>
        </w:rPr>
      </w:pPr>
      <w:r w:rsidRPr="00D62861">
        <w:rPr>
          <w:rFonts w:ascii="Times New Roman" w:hAnsi="Times New Roman" w:cs="Times New Roman"/>
          <w:sz w:val="24"/>
          <w:szCs w:val="24"/>
          <w:u w:val="thick"/>
        </w:rPr>
        <w:t>Impact on PARTICIPANTS:</w:t>
      </w:r>
    </w:p>
    <w:p w14:paraId="5BF748AE" w14:textId="77777777" w:rsidR="001D435D" w:rsidRPr="00D62861" w:rsidRDefault="001D435D">
      <w:pPr>
        <w:pStyle w:val="ListParagraph"/>
        <w:numPr>
          <w:ilvl w:val="0"/>
          <w:numId w:val="36"/>
        </w:numPr>
        <w:tabs>
          <w:tab w:val="center" w:pos="3000"/>
        </w:tabs>
        <w:spacing w:line="278" w:lineRule="auto"/>
        <w:rPr>
          <w:rFonts w:ascii="Times New Roman" w:hAnsi="Times New Roman" w:cs="Times New Roman"/>
          <w:sz w:val="24"/>
          <w:szCs w:val="24"/>
          <w:u w:val="thick"/>
        </w:rPr>
      </w:pPr>
      <w:r w:rsidRPr="00D62861">
        <w:rPr>
          <w:rFonts w:ascii="Times New Roman" w:hAnsi="Times New Roman" w:cs="Times New Roman"/>
          <w:sz w:val="24"/>
          <w:szCs w:val="24"/>
          <w:u w:val="single"/>
        </w:rPr>
        <w:t>Impact on student learning</w:t>
      </w:r>
      <w:r w:rsidRPr="00D62861">
        <w:rPr>
          <w:rFonts w:ascii="Times New Roman" w:hAnsi="Times New Roman" w:cs="Times New Roman"/>
          <w:sz w:val="24"/>
          <w:szCs w:val="24"/>
        </w:rPr>
        <w:t>: Increased empathy and sense of social responsibility.</w:t>
      </w:r>
    </w:p>
    <w:p w14:paraId="38AC1547" w14:textId="77777777" w:rsidR="001D435D" w:rsidRPr="00D62861" w:rsidRDefault="001D435D">
      <w:pPr>
        <w:pStyle w:val="ListParagraph"/>
        <w:numPr>
          <w:ilvl w:val="0"/>
          <w:numId w:val="36"/>
        </w:numPr>
        <w:tabs>
          <w:tab w:val="center" w:pos="3000"/>
        </w:tabs>
        <w:spacing w:line="278" w:lineRule="auto"/>
        <w:rPr>
          <w:rFonts w:ascii="Times New Roman" w:hAnsi="Times New Roman" w:cs="Times New Roman"/>
          <w:sz w:val="24"/>
          <w:szCs w:val="24"/>
          <w:u w:val="thick"/>
        </w:rPr>
      </w:pPr>
      <w:r w:rsidRPr="00D62861">
        <w:rPr>
          <w:rFonts w:ascii="Times New Roman" w:hAnsi="Times New Roman" w:cs="Times New Roman"/>
          <w:sz w:val="24"/>
          <w:szCs w:val="24"/>
          <w:u w:val="single"/>
        </w:rPr>
        <w:t>Impact on Residents</w:t>
      </w:r>
      <w:r w:rsidRPr="00D62861">
        <w:rPr>
          <w:rFonts w:ascii="Times New Roman" w:hAnsi="Times New Roman" w:cs="Times New Roman"/>
          <w:sz w:val="24"/>
          <w:szCs w:val="24"/>
        </w:rPr>
        <w:t>: Residents felt valued and connected.</w:t>
      </w:r>
    </w:p>
    <w:p w14:paraId="3CB90502" w14:textId="77777777" w:rsidR="001D435D" w:rsidRPr="00D62861" w:rsidRDefault="001D435D">
      <w:pPr>
        <w:pStyle w:val="ListParagraph"/>
        <w:numPr>
          <w:ilvl w:val="0"/>
          <w:numId w:val="36"/>
        </w:numPr>
        <w:tabs>
          <w:tab w:val="center" w:pos="3000"/>
        </w:tabs>
        <w:spacing w:line="278" w:lineRule="auto"/>
        <w:rPr>
          <w:rFonts w:ascii="Times New Roman" w:hAnsi="Times New Roman" w:cs="Times New Roman"/>
          <w:sz w:val="24"/>
          <w:szCs w:val="24"/>
          <w:u w:val="thick"/>
        </w:rPr>
      </w:pPr>
      <w:r w:rsidRPr="00D62861">
        <w:rPr>
          <w:rFonts w:ascii="Times New Roman" w:hAnsi="Times New Roman" w:cs="Times New Roman"/>
          <w:sz w:val="24"/>
          <w:szCs w:val="24"/>
          <w:u w:val="single"/>
        </w:rPr>
        <w:t>Suggestions for future events</w:t>
      </w:r>
      <w:r w:rsidRPr="00D62861">
        <w:rPr>
          <w:rFonts w:ascii="Times New Roman" w:hAnsi="Times New Roman" w:cs="Times New Roman"/>
          <w:sz w:val="24"/>
          <w:szCs w:val="24"/>
        </w:rPr>
        <w:t>: More visits, games, and cultural activities.</w:t>
      </w:r>
    </w:p>
    <w:p w14:paraId="2101EAC1" w14:textId="77777777" w:rsidR="001D435D" w:rsidRPr="00D62861" w:rsidRDefault="001D435D" w:rsidP="001D435D">
      <w:pPr>
        <w:pStyle w:val="ListParagraph"/>
        <w:tabs>
          <w:tab w:val="center" w:pos="3000"/>
        </w:tabs>
        <w:rPr>
          <w:rFonts w:ascii="Times New Roman" w:hAnsi="Times New Roman" w:cs="Times New Roman"/>
          <w:sz w:val="24"/>
          <w:szCs w:val="24"/>
          <w:u w:val="thick"/>
        </w:rPr>
      </w:pPr>
    </w:p>
    <w:p w14:paraId="6197BD76" w14:textId="77777777" w:rsidR="001D435D" w:rsidRPr="00D62861" w:rsidRDefault="001D435D">
      <w:pPr>
        <w:pStyle w:val="ListParagraph"/>
        <w:numPr>
          <w:ilvl w:val="0"/>
          <w:numId w:val="36"/>
        </w:numPr>
        <w:tabs>
          <w:tab w:val="center" w:pos="3000"/>
        </w:tabs>
        <w:spacing w:line="278" w:lineRule="auto"/>
        <w:rPr>
          <w:rFonts w:ascii="Times New Roman" w:hAnsi="Times New Roman" w:cs="Times New Roman"/>
          <w:sz w:val="24"/>
          <w:szCs w:val="24"/>
          <w:u w:val="thick"/>
        </w:rPr>
      </w:pPr>
      <w:r w:rsidRPr="00D62861">
        <w:rPr>
          <w:rFonts w:ascii="Times New Roman" w:hAnsi="Times New Roman" w:cs="Times New Roman"/>
          <w:sz w:val="24"/>
          <w:szCs w:val="24"/>
          <w:u w:val="thick"/>
        </w:rPr>
        <w:lastRenderedPageBreak/>
        <w:t>Quantitative analysis:</w:t>
      </w:r>
    </w:p>
    <w:p w14:paraId="154C3F6C" w14:textId="77777777" w:rsidR="001D435D" w:rsidRPr="00D62861" w:rsidRDefault="001D435D">
      <w:pPr>
        <w:pStyle w:val="ListParagraph"/>
        <w:numPr>
          <w:ilvl w:val="0"/>
          <w:numId w:val="37"/>
        </w:numPr>
        <w:tabs>
          <w:tab w:val="center" w:pos="3000"/>
        </w:tabs>
        <w:spacing w:line="278" w:lineRule="auto"/>
        <w:rPr>
          <w:rFonts w:ascii="Times New Roman" w:hAnsi="Times New Roman" w:cs="Times New Roman"/>
          <w:sz w:val="24"/>
          <w:szCs w:val="24"/>
        </w:rPr>
      </w:pPr>
      <w:r w:rsidRPr="00D62861">
        <w:rPr>
          <w:rFonts w:ascii="Times New Roman" w:hAnsi="Times New Roman" w:cs="Times New Roman"/>
          <w:sz w:val="24"/>
          <w:szCs w:val="24"/>
          <w:u w:val="single"/>
        </w:rPr>
        <w:t>Performance Improvement:</w:t>
      </w:r>
      <w:r w:rsidRPr="00D62861">
        <w:rPr>
          <w:rFonts w:ascii="Times New Roman" w:hAnsi="Times New Roman" w:cs="Times New Roman"/>
          <w:sz w:val="24"/>
          <w:szCs w:val="24"/>
        </w:rPr>
        <w:t xml:space="preserve"> 95% of residents appreciated the visit and interactions.</w:t>
      </w:r>
    </w:p>
    <w:p w14:paraId="2929C6C3" w14:textId="77777777" w:rsidR="001D435D" w:rsidRPr="00D62861" w:rsidRDefault="001D435D" w:rsidP="001D435D">
      <w:pPr>
        <w:tabs>
          <w:tab w:val="center" w:pos="3000"/>
        </w:tabs>
        <w:jc w:val="center"/>
        <w:rPr>
          <w:rFonts w:ascii="Times New Roman" w:hAnsi="Times New Roman" w:cs="Times New Roman"/>
          <w:sz w:val="24"/>
          <w:szCs w:val="24"/>
        </w:rPr>
      </w:pPr>
      <w:r w:rsidRPr="00D62861">
        <w:rPr>
          <w:rFonts w:ascii="Times New Roman" w:hAnsi="Times New Roman" w:cs="Times New Roman"/>
          <w:noProof/>
          <w:sz w:val="24"/>
          <w:szCs w:val="24"/>
        </w:rPr>
        <w:drawing>
          <wp:inline distT="0" distB="0" distL="0" distR="0" wp14:anchorId="26DA6FD3" wp14:editId="2500A7D4">
            <wp:extent cx="3375025" cy="2830286"/>
            <wp:effectExtent l="0" t="0" r="0" b="8255"/>
            <wp:docPr id="178831399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417202" cy="2865655"/>
                    </a:xfrm>
                    <a:prstGeom prst="rect">
                      <a:avLst/>
                    </a:prstGeom>
                    <a:noFill/>
                  </pic:spPr>
                </pic:pic>
              </a:graphicData>
            </a:graphic>
          </wp:inline>
        </w:drawing>
      </w:r>
    </w:p>
    <w:p w14:paraId="42BAE6FB" w14:textId="77777777" w:rsidR="001D435D" w:rsidRPr="00D62861" w:rsidRDefault="001D435D" w:rsidP="001D435D">
      <w:pPr>
        <w:tabs>
          <w:tab w:val="center" w:pos="3000"/>
        </w:tabs>
        <w:rPr>
          <w:rFonts w:ascii="Times New Roman" w:hAnsi="Times New Roman" w:cs="Times New Roman"/>
          <w:sz w:val="24"/>
          <w:szCs w:val="24"/>
          <w:u w:val="thick"/>
        </w:rPr>
      </w:pPr>
      <w:r w:rsidRPr="00D62861">
        <w:rPr>
          <w:rFonts w:ascii="Times New Roman" w:hAnsi="Times New Roman" w:cs="Times New Roman"/>
          <w:sz w:val="24"/>
          <w:szCs w:val="24"/>
          <w:u w:val="thick"/>
        </w:rPr>
        <w:t>Recommendations:</w:t>
      </w:r>
    </w:p>
    <w:p w14:paraId="173BF13F" w14:textId="77777777" w:rsidR="001D435D" w:rsidRPr="00D62861" w:rsidRDefault="001D435D">
      <w:pPr>
        <w:pStyle w:val="ListParagraph"/>
        <w:numPr>
          <w:ilvl w:val="0"/>
          <w:numId w:val="38"/>
        </w:numPr>
        <w:tabs>
          <w:tab w:val="center" w:pos="3000"/>
        </w:tabs>
        <w:spacing w:line="278" w:lineRule="auto"/>
        <w:rPr>
          <w:rFonts w:ascii="Times New Roman" w:hAnsi="Times New Roman" w:cs="Times New Roman"/>
          <w:sz w:val="24"/>
          <w:szCs w:val="24"/>
        </w:rPr>
      </w:pPr>
      <w:r w:rsidRPr="00D62861">
        <w:rPr>
          <w:rFonts w:ascii="Times New Roman" w:hAnsi="Times New Roman" w:cs="Times New Roman"/>
          <w:sz w:val="24"/>
          <w:szCs w:val="24"/>
          <w:u w:val="single"/>
        </w:rPr>
        <w:t>Future Improvements</w:t>
      </w:r>
      <w:r w:rsidRPr="00D62861">
        <w:rPr>
          <w:rFonts w:ascii="Times New Roman" w:hAnsi="Times New Roman" w:cs="Times New Roman"/>
          <w:sz w:val="24"/>
          <w:szCs w:val="24"/>
        </w:rPr>
        <w:t>: More frequent visits and activities</w:t>
      </w:r>
    </w:p>
    <w:p w14:paraId="71A2AAFE" w14:textId="77777777" w:rsidR="001D435D" w:rsidRPr="00D62861" w:rsidRDefault="001D435D">
      <w:pPr>
        <w:pStyle w:val="ListParagraph"/>
        <w:numPr>
          <w:ilvl w:val="0"/>
          <w:numId w:val="38"/>
        </w:numPr>
        <w:tabs>
          <w:tab w:val="center" w:pos="3000"/>
        </w:tabs>
        <w:spacing w:line="278" w:lineRule="auto"/>
        <w:rPr>
          <w:rFonts w:ascii="Times New Roman" w:hAnsi="Times New Roman" w:cs="Times New Roman"/>
          <w:sz w:val="24"/>
          <w:szCs w:val="24"/>
        </w:rPr>
      </w:pPr>
      <w:r w:rsidRPr="00D62861">
        <w:rPr>
          <w:rFonts w:ascii="Times New Roman" w:hAnsi="Times New Roman" w:cs="Times New Roman"/>
          <w:sz w:val="24"/>
          <w:szCs w:val="24"/>
          <w:u w:val="single"/>
        </w:rPr>
        <w:t>Recommended Topics for Future</w:t>
      </w:r>
      <w:r w:rsidRPr="00D62861">
        <w:rPr>
          <w:rFonts w:ascii="Times New Roman" w:hAnsi="Times New Roman" w:cs="Times New Roman"/>
          <w:sz w:val="24"/>
          <w:szCs w:val="24"/>
        </w:rPr>
        <w:t>: Health talks, cultural events, and skill-sharing sessions</w:t>
      </w:r>
    </w:p>
    <w:p w14:paraId="0886B974" w14:textId="77777777" w:rsidR="001D435D" w:rsidRPr="00D62861" w:rsidRDefault="001D435D">
      <w:pPr>
        <w:pStyle w:val="ListParagraph"/>
        <w:numPr>
          <w:ilvl w:val="0"/>
          <w:numId w:val="38"/>
        </w:numPr>
        <w:tabs>
          <w:tab w:val="center" w:pos="3000"/>
        </w:tabs>
        <w:spacing w:line="278" w:lineRule="auto"/>
        <w:rPr>
          <w:rFonts w:ascii="Times New Roman" w:hAnsi="Times New Roman" w:cs="Times New Roman"/>
          <w:sz w:val="24"/>
          <w:szCs w:val="24"/>
        </w:rPr>
      </w:pPr>
      <w:r w:rsidRPr="00D62861">
        <w:rPr>
          <w:rFonts w:ascii="Times New Roman" w:hAnsi="Times New Roman" w:cs="Times New Roman"/>
          <w:sz w:val="24"/>
          <w:szCs w:val="24"/>
          <w:u w:val="single"/>
        </w:rPr>
        <w:t>Potential for Recurrence of the event:</w:t>
      </w:r>
      <w:r w:rsidRPr="00D62861">
        <w:rPr>
          <w:rFonts w:ascii="Times New Roman" w:hAnsi="Times New Roman" w:cs="Times New Roman"/>
          <w:sz w:val="24"/>
          <w:szCs w:val="24"/>
        </w:rPr>
        <w:t xml:space="preserve"> Health talks, cultural events, and skill-sharing sessions.</w:t>
      </w:r>
    </w:p>
    <w:p w14:paraId="33854F43" w14:textId="77777777" w:rsidR="001D435D" w:rsidRPr="00D62861" w:rsidRDefault="001D435D" w:rsidP="001D435D">
      <w:pPr>
        <w:rPr>
          <w:rFonts w:ascii="Times New Roman" w:hAnsi="Times New Roman" w:cs="Times New Roman"/>
          <w:sz w:val="24"/>
          <w:szCs w:val="24"/>
          <w:u w:val="thick"/>
        </w:rPr>
      </w:pPr>
      <w:r w:rsidRPr="00D62861">
        <w:rPr>
          <w:rFonts w:ascii="Times New Roman" w:hAnsi="Times New Roman" w:cs="Times New Roman"/>
          <w:sz w:val="24"/>
          <w:szCs w:val="24"/>
          <w:u w:val="thick"/>
        </w:rPr>
        <w:t>Conclusion:</w:t>
      </w:r>
    </w:p>
    <w:p w14:paraId="1C3E990E" w14:textId="77777777" w:rsidR="001D435D" w:rsidRPr="00D62861" w:rsidRDefault="001D435D" w:rsidP="001D435D">
      <w:pPr>
        <w:rPr>
          <w:rFonts w:ascii="Times New Roman" w:hAnsi="Times New Roman" w:cs="Times New Roman"/>
          <w:sz w:val="24"/>
          <w:szCs w:val="24"/>
        </w:rPr>
      </w:pPr>
      <w:r w:rsidRPr="00D62861">
        <w:rPr>
          <w:rFonts w:ascii="Times New Roman" w:hAnsi="Times New Roman" w:cs="Times New Roman"/>
          <w:sz w:val="24"/>
          <w:szCs w:val="24"/>
        </w:rPr>
        <w:t>The PLANET Program was a heartwarming success, spreading joy to old age home residents.</w:t>
      </w:r>
    </w:p>
    <w:p w14:paraId="28826E27" w14:textId="77777777" w:rsidR="001D435D" w:rsidRPr="00D62861" w:rsidRDefault="001D435D" w:rsidP="001D435D">
      <w:pPr>
        <w:jc w:val="center"/>
        <w:rPr>
          <w:rFonts w:ascii="Times New Roman" w:hAnsi="Times New Roman" w:cs="Times New Roman"/>
          <w:noProof/>
          <w:sz w:val="24"/>
          <w:szCs w:val="24"/>
          <w:u w:val="thick"/>
        </w:rPr>
      </w:pPr>
      <w:r w:rsidRPr="00D62861">
        <w:rPr>
          <w:rFonts w:ascii="Times New Roman" w:hAnsi="Times New Roman" w:cs="Times New Roman"/>
          <w:noProof/>
          <w:sz w:val="24"/>
          <w:szCs w:val="24"/>
        </w:rPr>
        <w:lastRenderedPageBreak/>
        <w:drawing>
          <wp:inline distT="0" distB="0" distL="0" distR="0" wp14:anchorId="25333002" wp14:editId="37C574D9">
            <wp:extent cx="4929324" cy="3765967"/>
            <wp:effectExtent l="0" t="0" r="5080" b="6350"/>
            <wp:docPr id="169310249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974568" cy="3800533"/>
                    </a:xfrm>
                    <a:prstGeom prst="rect">
                      <a:avLst/>
                    </a:prstGeom>
                    <a:noFill/>
                  </pic:spPr>
                </pic:pic>
              </a:graphicData>
            </a:graphic>
          </wp:inline>
        </w:drawing>
      </w:r>
    </w:p>
    <w:p w14:paraId="5147316B" w14:textId="688F87DC" w:rsidR="007926BA" w:rsidRPr="002A3527" w:rsidRDefault="001D435D" w:rsidP="002A3527">
      <w:pPr>
        <w:tabs>
          <w:tab w:val="left" w:pos="5000"/>
        </w:tabs>
        <w:rPr>
          <w:rFonts w:ascii="Times New Roman" w:hAnsi="Times New Roman" w:cs="Times New Roman"/>
          <w:sz w:val="24"/>
          <w:szCs w:val="24"/>
          <w:u w:val="thick"/>
        </w:rPr>
      </w:pPr>
      <w:r w:rsidRPr="00D62861">
        <w:rPr>
          <w:rFonts w:ascii="Times New Roman" w:hAnsi="Times New Roman" w:cs="Times New Roman"/>
          <w:noProof/>
          <w:sz w:val="24"/>
          <w:szCs w:val="24"/>
          <w:u w:val="thick"/>
        </w:rPr>
        <w:drawing>
          <wp:inline distT="0" distB="0" distL="0" distR="0" wp14:anchorId="2D20848C" wp14:editId="5389AEEC">
            <wp:extent cx="3324225" cy="2854359"/>
            <wp:effectExtent l="0" t="0" r="0" b="3175"/>
            <wp:docPr id="12587625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328642" cy="2858152"/>
                    </a:xfrm>
                    <a:prstGeom prst="rect">
                      <a:avLst/>
                    </a:prstGeom>
                    <a:noFill/>
                  </pic:spPr>
                </pic:pic>
              </a:graphicData>
            </a:graphic>
          </wp:inline>
        </w:drawing>
      </w:r>
    </w:p>
    <w:p w14:paraId="688C4531" w14:textId="77777777" w:rsidR="00795B9D" w:rsidRDefault="00795B9D" w:rsidP="007926BA">
      <w:pPr>
        <w:rPr>
          <w:rFonts w:ascii="Times New Roman" w:hAnsi="Times New Roman" w:cs="Times New Roman"/>
          <w:b/>
          <w:bCs/>
          <w:sz w:val="28"/>
          <w:szCs w:val="28"/>
          <w:lang w:val="en-GB"/>
        </w:rPr>
      </w:pPr>
    </w:p>
    <w:p w14:paraId="134FA2AC" w14:textId="77777777" w:rsidR="00795B9D" w:rsidRDefault="00795B9D" w:rsidP="007926BA">
      <w:pPr>
        <w:rPr>
          <w:rFonts w:ascii="Times New Roman" w:hAnsi="Times New Roman" w:cs="Times New Roman"/>
          <w:b/>
          <w:bCs/>
          <w:sz w:val="28"/>
          <w:szCs w:val="28"/>
          <w:lang w:val="en-GB"/>
        </w:rPr>
      </w:pPr>
    </w:p>
    <w:p w14:paraId="01AEE59E" w14:textId="77777777" w:rsidR="00795B9D" w:rsidRDefault="00795B9D" w:rsidP="007926BA">
      <w:pPr>
        <w:rPr>
          <w:rFonts w:ascii="Times New Roman" w:hAnsi="Times New Roman" w:cs="Times New Roman"/>
          <w:b/>
          <w:bCs/>
          <w:sz w:val="28"/>
          <w:szCs w:val="28"/>
          <w:lang w:val="en-GB"/>
        </w:rPr>
      </w:pPr>
    </w:p>
    <w:p w14:paraId="2C07B908" w14:textId="77777777" w:rsidR="00795B9D" w:rsidRDefault="00795B9D" w:rsidP="007926BA">
      <w:pPr>
        <w:rPr>
          <w:rFonts w:ascii="Times New Roman" w:hAnsi="Times New Roman" w:cs="Times New Roman"/>
          <w:b/>
          <w:bCs/>
          <w:sz w:val="28"/>
          <w:szCs w:val="28"/>
          <w:lang w:val="en-GB"/>
        </w:rPr>
      </w:pPr>
    </w:p>
    <w:p w14:paraId="4EA0515D" w14:textId="77777777" w:rsidR="00795B9D" w:rsidRDefault="00795B9D" w:rsidP="007926BA">
      <w:pPr>
        <w:rPr>
          <w:rFonts w:ascii="Times New Roman" w:hAnsi="Times New Roman" w:cs="Times New Roman"/>
          <w:b/>
          <w:bCs/>
          <w:sz w:val="28"/>
          <w:szCs w:val="28"/>
          <w:lang w:val="en-GB"/>
        </w:rPr>
      </w:pPr>
    </w:p>
    <w:p w14:paraId="763134F9" w14:textId="77777777" w:rsidR="00795B9D" w:rsidRDefault="00795B9D" w:rsidP="007926BA">
      <w:pPr>
        <w:rPr>
          <w:rFonts w:ascii="Times New Roman" w:hAnsi="Times New Roman" w:cs="Times New Roman"/>
          <w:b/>
          <w:bCs/>
          <w:sz w:val="28"/>
          <w:szCs w:val="28"/>
          <w:lang w:val="en-GB"/>
        </w:rPr>
      </w:pPr>
    </w:p>
    <w:p w14:paraId="2CA691E7" w14:textId="00A48B2E" w:rsidR="007926BA" w:rsidRDefault="00CB4667" w:rsidP="007926BA">
      <w:pPr>
        <w:rPr>
          <w:rFonts w:ascii="Times New Roman" w:hAnsi="Times New Roman" w:cs="Times New Roman"/>
          <w:b/>
          <w:bCs/>
          <w:sz w:val="28"/>
          <w:szCs w:val="28"/>
          <w:lang w:val="en-GB"/>
        </w:rPr>
      </w:pPr>
      <w:r>
        <w:rPr>
          <w:rFonts w:ascii="Times New Roman" w:hAnsi="Times New Roman" w:cs="Times New Roman"/>
          <w:b/>
          <w:bCs/>
          <w:sz w:val="28"/>
          <w:szCs w:val="28"/>
          <w:lang w:val="en-GB"/>
        </w:rPr>
        <w:lastRenderedPageBreak/>
        <w:t>19</w:t>
      </w:r>
      <w:r w:rsidR="007926BA" w:rsidRPr="00795B9D">
        <w:rPr>
          <w:rFonts w:ascii="Times New Roman" w:hAnsi="Times New Roman" w:cs="Times New Roman"/>
          <w:b/>
          <w:bCs/>
          <w:sz w:val="28"/>
          <w:szCs w:val="28"/>
          <w:lang w:val="en-GB"/>
        </w:rPr>
        <w:t>.INDUSTR</w:t>
      </w:r>
      <w:r w:rsidR="00A673B0">
        <w:rPr>
          <w:rFonts w:ascii="Times New Roman" w:hAnsi="Times New Roman" w:cs="Times New Roman"/>
          <w:b/>
          <w:bCs/>
          <w:sz w:val="28"/>
          <w:szCs w:val="28"/>
          <w:lang w:val="en-GB"/>
        </w:rPr>
        <w:t>IAL</w:t>
      </w:r>
      <w:r w:rsidR="007926BA" w:rsidRPr="00795B9D">
        <w:rPr>
          <w:rFonts w:ascii="Times New Roman" w:hAnsi="Times New Roman" w:cs="Times New Roman"/>
          <w:b/>
          <w:bCs/>
          <w:sz w:val="28"/>
          <w:szCs w:val="28"/>
          <w:lang w:val="en-GB"/>
        </w:rPr>
        <w:t xml:space="preserve"> VISIT</w:t>
      </w:r>
      <w:r w:rsidR="00A673B0">
        <w:rPr>
          <w:rFonts w:ascii="Times New Roman" w:hAnsi="Times New Roman" w:cs="Times New Roman"/>
          <w:b/>
          <w:bCs/>
          <w:sz w:val="28"/>
          <w:szCs w:val="28"/>
          <w:lang w:val="en-GB"/>
        </w:rPr>
        <w:t>S</w:t>
      </w:r>
      <w:r w:rsidR="00795B9D">
        <w:rPr>
          <w:rFonts w:ascii="Times New Roman" w:hAnsi="Times New Roman" w:cs="Times New Roman"/>
          <w:b/>
          <w:bCs/>
          <w:sz w:val="28"/>
          <w:szCs w:val="28"/>
          <w:lang w:val="en-GB"/>
        </w:rPr>
        <w:t>:</w:t>
      </w:r>
    </w:p>
    <w:p w14:paraId="528C8059" w14:textId="77777777" w:rsidR="00795B9D" w:rsidRPr="00795B9D" w:rsidRDefault="00795B9D" w:rsidP="007926BA">
      <w:pPr>
        <w:rPr>
          <w:rFonts w:ascii="Times New Roman" w:hAnsi="Times New Roman" w:cs="Times New Roman"/>
          <w:b/>
          <w:bCs/>
          <w:sz w:val="28"/>
          <w:szCs w:val="28"/>
          <w:lang w:val="en-GB"/>
        </w:rPr>
      </w:pPr>
    </w:p>
    <w:p w14:paraId="1FA0F4DC" w14:textId="049ABFEB" w:rsidR="007926BA" w:rsidRPr="00795B9D" w:rsidRDefault="007926BA" w:rsidP="00F02EB1">
      <w:pPr>
        <w:jc w:val="center"/>
        <w:rPr>
          <w:rFonts w:ascii="Times New Roman" w:hAnsi="Times New Roman" w:cs="Times New Roman"/>
          <w:color w:val="CC3300"/>
          <w:sz w:val="28"/>
          <w:szCs w:val="28"/>
          <w:u w:val="double"/>
        </w:rPr>
      </w:pPr>
      <w:r w:rsidRPr="00795B9D">
        <w:rPr>
          <w:rFonts w:ascii="Times New Roman" w:hAnsi="Times New Roman" w:cs="Times New Roman"/>
          <w:color w:val="CC3300"/>
          <w:sz w:val="28"/>
          <w:szCs w:val="28"/>
          <w:u w:val="double"/>
        </w:rPr>
        <w:t>Industrial visit to NRSC ISRO</w:t>
      </w:r>
      <w:r w:rsidR="00894FE2" w:rsidRPr="00795B9D">
        <w:rPr>
          <w:rFonts w:ascii="Times New Roman" w:hAnsi="Times New Roman" w:cs="Times New Roman"/>
          <w:noProof/>
          <w:color w:val="CC3300"/>
          <w:sz w:val="28"/>
          <w:szCs w:val="28"/>
          <w:u w:val="double"/>
        </w:rPr>
        <w:drawing>
          <wp:anchor distT="0" distB="0" distL="114300" distR="114300" simplePos="0" relativeHeight="251659264" behindDoc="0" locked="0" layoutInCell="1" allowOverlap="1" wp14:anchorId="3596561C" wp14:editId="21A4AF7F">
            <wp:simplePos x="0" y="0"/>
            <wp:positionH relativeFrom="margin">
              <wp:align>left</wp:align>
            </wp:positionH>
            <wp:positionV relativeFrom="margin">
              <wp:posOffset>3952875</wp:posOffset>
            </wp:positionV>
            <wp:extent cx="1362075" cy="832485"/>
            <wp:effectExtent l="0" t="0" r="9525" b="5715"/>
            <wp:wrapSquare wrapText="bothSides"/>
            <wp:docPr id="777552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552084" name="Picture 1"/>
                    <pic:cNvPicPr/>
                  </pic:nvPicPr>
                  <pic:blipFill>
                    <a:blip r:embed="rId124"/>
                    <a:stretch>
                      <a:fillRect/>
                    </a:stretch>
                  </pic:blipFill>
                  <pic:spPr>
                    <a:xfrm>
                      <a:off x="0" y="0"/>
                      <a:ext cx="1362075" cy="832485"/>
                    </a:xfrm>
                    <a:prstGeom prst="rect">
                      <a:avLst/>
                    </a:prstGeom>
                  </pic:spPr>
                </pic:pic>
              </a:graphicData>
            </a:graphic>
            <wp14:sizeRelH relativeFrom="margin">
              <wp14:pctWidth>0</wp14:pctWidth>
            </wp14:sizeRelH>
            <wp14:sizeRelV relativeFrom="margin">
              <wp14:pctHeight>0</wp14:pctHeight>
            </wp14:sizeRelV>
          </wp:anchor>
        </w:drawing>
      </w:r>
    </w:p>
    <w:p w14:paraId="7CDE4FB2" w14:textId="77777777" w:rsidR="007926BA" w:rsidRPr="00B2615F" w:rsidRDefault="007926BA" w:rsidP="007926BA">
      <w:pPr>
        <w:jc w:val="center"/>
        <w:rPr>
          <w:rFonts w:ascii="Times New Roman" w:hAnsi="Times New Roman" w:cs="Times New Roman"/>
          <w:color w:val="CC3300"/>
          <w:sz w:val="24"/>
          <w:szCs w:val="24"/>
          <w:u w:val="double"/>
        </w:rPr>
      </w:pPr>
    </w:p>
    <w:p w14:paraId="77A44D35" w14:textId="77777777" w:rsidR="007926BA" w:rsidRPr="00B2615F" w:rsidRDefault="007926BA" w:rsidP="007926BA">
      <w:pPr>
        <w:rPr>
          <w:rFonts w:ascii="Times New Roman" w:hAnsi="Times New Roman" w:cs="Times New Roman"/>
          <w:color w:val="702A61"/>
          <w:sz w:val="24"/>
          <w:szCs w:val="24"/>
          <w:u w:val="double"/>
        </w:rPr>
      </w:pPr>
      <w:r w:rsidRPr="00B2615F">
        <w:rPr>
          <w:rFonts w:ascii="Times New Roman" w:hAnsi="Times New Roman" w:cs="Times New Roman"/>
          <w:color w:val="702A61"/>
          <w:sz w:val="24"/>
          <w:szCs w:val="24"/>
          <w:u w:val="double"/>
        </w:rPr>
        <w:t>Event details:</w:t>
      </w:r>
    </w:p>
    <w:p w14:paraId="7532D9AB" w14:textId="77777777" w:rsidR="007926BA" w:rsidRPr="00B2615F" w:rsidRDefault="007926BA" w:rsidP="007926BA">
      <w:pPr>
        <w:rPr>
          <w:rFonts w:ascii="Times New Roman" w:hAnsi="Times New Roman" w:cs="Times New Roman"/>
          <w:color w:val="702A61"/>
          <w:sz w:val="24"/>
          <w:szCs w:val="24"/>
          <w:u w:val="double"/>
        </w:rPr>
      </w:pPr>
      <w:r w:rsidRPr="00B2615F">
        <w:rPr>
          <w:rFonts w:ascii="Times New Roman" w:hAnsi="Times New Roman" w:cs="Times New Roman"/>
          <w:color w:val="0A2F41" w:themeColor="accent1" w:themeShade="80"/>
          <w:sz w:val="24"/>
          <w:szCs w:val="24"/>
          <w:u w:val="thick"/>
        </w:rPr>
        <w:t>DATE</w:t>
      </w:r>
      <w:r w:rsidRPr="00B2615F">
        <w:rPr>
          <w:rFonts w:ascii="Times New Roman" w:hAnsi="Times New Roman" w:cs="Times New Roman"/>
          <w:color w:val="0A2F41" w:themeColor="accent1" w:themeShade="80"/>
          <w:sz w:val="24"/>
          <w:szCs w:val="24"/>
        </w:rPr>
        <w:t>:</w:t>
      </w:r>
      <w:r w:rsidRPr="00B2615F">
        <w:rPr>
          <w:rFonts w:ascii="Times New Roman" w:hAnsi="Times New Roman" w:cs="Times New Roman"/>
          <w:color w:val="000000" w:themeColor="text1"/>
          <w:sz w:val="24"/>
          <w:szCs w:val="24"/>
        </w:rPr>
        <w:t xml:space="preserve"> 7</w:t>
      </w:r>
      <w:r w:rsidRPr="00B2615F">
        <w:rPr>
          <w:rFonts w:ascii="Times New Roman" w:hAnsi="Times New Roman" w:cs="Times New Roman"/>
          <w:color w:val="000000" w:themeColor="text1"/>
          <w:sz w:val="24"/>
          <w:szCs w:val="24"/>
          <w:vertAlign w:val="superscript"/>
        </w:rPr>
        <w:t>th</w:t>
      </w:r>
      <w:r w:rsidRPr="00B2615F">
        <w:rPr>
          <w:rFonts w:ascii="Times New Roman" w:hAnsi="Times New Roman" w:cs="Times New Roman"/>
          <w:color w:val="000000" w:themeColor="text1"/>
          <w:sz w:val="24"/>
          <w:szCs w:val="24"/>
        </w:rPr>
        <w:t xml:space="preserve"> January 2025</w:t>
      </w:r>
    </w:p>
    <w:p w14:paraId="3AD57938" w14:textId="77777777" w:rsidR="007926BA" w:rsidRPr="00B2615F" w:rsidRDefault="007926BA" w:rsidP="007926BA">
      <w:pPr>
        <w:rPr>
          <w:rFonts w:ascii="Times New Roman" w:hAnsi="Times New Roman" w:cs="Times New Roman"/>
          <w:color w:val="0A2F41" w:themeColor="accent1" w:themeShade="80"/>
          <w:sz w:val="24"/>
          <w:szCs w:val="24"/>
          <w:u w:val="thick"/>
        </w:rPr>
      </w:pPr>
      <w:r w:rsidRPr="00B2615F">
        <w:rPr>
          <w:rFonts w:ascii="Times New Roman" w:hAnsi="Times New Roman" w:cs="Times New Roman"/>
          <w:color w:val="0A2F41" w:themeColor="accent1" w:themeShade="80"/>
          <w:sz w:val="24"/>
          <w:szCs w:val="24"/>
          <w:u w:val="thick"/>
        </w:rPr>
        <w:t>VENUE</w:t>
      </w:r>
      <w:r w:rsidRPr="00B2615F">
        <w:rPr>
          <w:rFonts w:ascii="Times New Roman" w:hAnsi="Times New Roman" w:cs="Times New Roman"/>
          <w:color w:val="0A2F41" w:themeColor="accent1" w:themeShade="80"/>
          <w:sz w:val="24"/>
          <w:szCs w:val="24"/>
        </w:rPr>
        <w:t>:</w:t>
      </w:r>
      <w:r w:rsidRPr="00B2615F">
        <w:rPr>
          <w:rFonts w:ascii="Times New Roman" w:hAnsi="Times New Roman" w:cs="Times New Roman"/>
          <w:color w:val="000000" w:themeColor="text1"/>
          <w:sz w:val="24"/>
          <w:szCs w:val="24"/>
        </w:rPr>
        <w:t xml:space="preserve"> NRSC ISRO</w:t>
      </w:r>
    </w:p>
    <w:p w14:paraId="2A983C2D" w14:textId="77777777" w:rsidR="007926BA" w:rsidRPr="00B2615F" w:rsidRDefault="007926BA" w:rsidP="007926BA">
      <w:pPr>
        <w:rPr>
          <w:rFonts w:ascii="Times New Roman" w:hAnsi="Times New Roman" w:cs="Times New Roman"/>
          <w:color w:val="0A2F41" w:themeColor="accent1" w:themeShade="80"/>
          <w:sz w:val="24"/>
          <w:szCs w:val="24"/>
          <w:u w:val="thick"/>
        </w:rPr>
      </w:pPr>
      <w:r w:rsidRPr="00B2615F">
        <w:rPr>
          <w:rFonts w:ascii="Times New Roman" w:hAnsi="Times New Roman" w:cs="Times New Roman"/>
          <w:color w:val="0A2F41" w:themeColor="accent1" w:themeShade="80"/>
          <w:sz w:val="24"/>
          <w:szCs w:val="24"/>
          <w:u w:val="thick"/>
        </w:rPr>
        <w:t>ORGANIZED BY</w:t>
      </w:r>
      <w:r w:rsidRPr="00B2615F">
        <w:rPr>
          <w:rFonts w:ascii="Times New Roman" w:hAnsi="Times New Roman" w:cs="Times New Roman"/>
          <w:sz w:val="24"/>
          <w:szCs w:val="24"/>
        </w:rPr>
        <w:t>: B.Sc. Computer Science and Cybersecurity Department, Loyola Academy Degree and PG College</w:t>
      </w:r>
    </w:p>
    <w:p w14:paraId="2D49543A" w14:textId="77777777" w:rsidR="007926BA" w:rsidRPr="00B2615F" w:rsidRDefault="007926BA" w:rsidP="007926BA">
      <w:pPr>
        <w:rPr>
          <w:rFonts w:ascii="Times New Roman" w:hAnsi="Times New Roman" w:cs="Times New Roman"/>
          <w:color w:val="0A2F41" w:themeColor="accent1" w:themeShade="80"/>
          <w:sz w:val="24"/>
          <w:szCs w:val="24"/>
          <w:u w:val="thick"/>
        </w:rPr>
      </w:pPr>
      <w:r w:rsidRPr="00B2615F">
        <w:rPr>
          <w:rFonts w:ascii="Times New Roman" w:hAnsi="Times New Roman" w:cs="Times New Roman"/>
          <w:color w:val="0A2F41" w:themeColor="accent1" w:themeShade="80"/>
          <w:sz w:val="24"/>
          <w:szCs w:val="24"/>
          <w:u w:val="thick"/>
        </w:rPr>
        <w:t>RESOURCE PERSON</w:t>
      </w:r>
      <w:r w:rsidRPr="00B2615F">
        <w:rPr>
          <w:rFonts w:ascii="Times New Roman" w:hAnsi="Times New Roman" w:cs="Times New Roman"/>
          <w:sz w:val="24"/>
          <w:szCs w:val="24"/>
        </w:rPr>
        <w:t>:  Educators of NRSC</w:t>
      </w:r>
    </w:p>
    <w:p w14:paraId="713112A7" w14:textId="77777777" w:rsidR="007926BA" w:rsidRPr="00B2615F" w:rsidRDefault="007926BA" w:rsidP="007926BA">
      <w:pPr>
        <w:rPr>
          <w:rFonts w:ascii="Times New Roman" w:hAnsi="Times New Roman" w:cs="Times New Roman"/>
          <w:color w:val="0A2F41" w:themeColor="accent1" w:themeShade="80"/>
          <w:sz w:val="24"/>
          <w:szCs w:val="24"/>
          <w:u w:val="thick"/>
        </w:rPr>
      </w:pPr>
      <w:r w:rsidRPr="00B2615F">
        <w:rPr>
          <w:rFonts w:ascii="Times New Roman" w:hAnsi="Times New Roman" w:cs="Times New Roman"/>
          <w:color w:val="0A2F41" w:themeColor="accent1" w:themeShade="80"/>
          <w:sz w:val="24"/>
          <w:szCs w:val="24"/>
          <w:u w:val="thick"/>
        </w:rPr>
        <w:t>TARGET AUDIENCE</w:t>
      </w:r>
      <w:r w:rsidRPr="00B2615F">
        <w:rPr>
          <w:rFonts w:ascii="Times New Roman" w:hAnsi="Times New Roman" w:cs="Times New Roman"/>
          <w:sz w:val="24"/>
          <w:szCs w:val="24"/>
        </w:rPr>
        <w:t>: Students and faculty members of Loyola Academy Degree and PG College, particularly those enrolled in the B.Sc. Computer Science and Cybersecurity program.</w:t>
      </w:r>
    </w:p>
    <w:p w14:paraId="02A58BDB" w14:textId="77777777" w:rsidR="007926BA" w:rsidRPr="00B2615F" w:rsidRDefault="007926BA" w:rsidP="007926BA">
      <w:pPr>
        <w:rPr>
          <w:rFonts w:ascii="Times New Roman" w:hAnsi="Times New Roman" w:cs="Times New Roman"/>
          <w:color w:val="702A61"/>
          <w:sz w:val="24"/>
          <w:szCs w:val="24"/>
          <w:u w:val="double"/>
        </w:rPr>
      </w:pPr>
      <w:r w:rsidRPr="00B2615F">
        <w:rPr>
          <w:rFonts w:ascii="Times New Roman" w:hAnsi="Times New Roman" w:cs="Times New Roman"/>
          <w:color w:val="702A61"/>
          <w:sz w:val="24"/>
          <w:szCs w:val="24"/>
          <w:u w:val="double"/>
        </w:rPr>
        <w:t>OBJECTIVES OF THE EVENT:</w:t>
      </w:r>
    </w:p>
    <w:p w14:paraId="23F2F55A" w14:textId="77777777" w:rsidR="007926BA" w:rsidRPr="00B2615F" w:rsidRDefault="007926BA">
      <w:pPr>
        <w:pStyle w:val="ListParagraph"/>
        <w:numPr>
          <w:ilvl w:val="0"/>
          <w:numId w:val="11"/>
        </w:numPr>
        <w:spacing w:line="278" w:lineRule="auto"/>
        <w:rPr>
          <w:rFonts w:ascii="Times New Roman" w:hAnsi="Times New Roman" w:cs="Times New Roman"/>
          <w:color w:val="000000" w:themeColor="text1"/>
          <w:sz w:val="24"/>
          <w:szCs w:val="24"/>
          <w:u w:val="double"/>
        </w:rPr>
      </w:pPr>
      <w:r w:rsidRPr="00B2615F">
        <w:rPr>
          <w:rFonts w:ascii="Times New Roman" w:hAnsi="Times New Roman" w:cs="Times New Roman"/>
          <w:color w:val="000000" w:themeColor="text1"/>
          <w:sz w:val="24"/>
          <w:szCs w:val="24"/>
        </w:rPr>
        <w:t>To provide hands on</w:t>
      </w:r>
    </w:p>
    <w:p w14:paraId="3ABB384B" w14:textId="77777777" w:rsidR="007926BA" w:rsidRPr="00B2615F" w:rsidRDefault="007926BA">
      <w:pPr>
        <w:pStyle w:val="ListParagraph"/>
        <w:numPr>
          <w:ilvl w:val="0"/>
          <w:numId w:val="11"/>
        </w:numPr>
        <w:spacing w:line="278" w:lineRule="auto"/>
        <w:rPr>
          <w:rFonts w:ascii="Times New Roman" w:hAnsi="Times New Roman" w:cs="Times New Roman"/>
          <w:color w:val="000000" w:themeColor="text1"/>
          <w:sz w:val="24"/>
          <w:szCs w:val="24"/>
          <w:u w:val="double"/>
        </w:rPr>
      </w:pPr>
      <w:r w:rsidRPr="00B2615F">
        <w:rPr>
          <w:rFonts w:ascii="Times New Roman" w:hAnsi="Times New Roman" w:cs="Times New Roman"/>
          <w:color w:val="000000" w:themeColor="text1"/>
          <w:sz w:val="24"/>
          <w:szCs w:val="24"/>
        </w:rPr>
        <w:t xml:space="preserve"> exposure to space technology and applications.</w:t>
      </w:r>
    </w:p>
    <w:p w14:paraId="3B6B6160" w14:textId="77777777" w:rsidR="007926BA" w:rsidRPr="00B2615F" w:rsidRDefault="007926BA">
      <w:pPr>
        <w:pStyle w:val="ListParagraph"/>
        <w:numPr>
          <w:ilvl w:val="0"/>
          <w:numId w:val="11"/>
        </w:numPr>
        <w:spacing w:line="278" w:lineRule="auto"/>
        <w:rPr>
          <w:rFonts w:ascii="Times New Roman" w:hAnsi="Times New Roman" w:cs="Times New Roman"/>
          <w:color w:val="000000" w:themeColor="text1"/>
          <w:sz w:val="24"/>
          <w:szCs w:val="24"/>
          <w:u w:val="double"/>
        </w:rPr>
      </w:pPr>
      <w:r w:rsidRPr="00B2615F">
        <w:rPr>
          <w:rFonts w:ascii="Times New Roman" w:hAnsi="Times New Roman" w:cs="Times New Roman"/>
          <w:color w:val="000000" w:themeColor="text1"/>
          <w:sz w:val="24"/>
          <w:szCs w:val="24"/>
        </w:rPr>
        <w:t>To understand the working of NRSC ISRO and its contributions to space research.</w:t>
      </w:r>
    </w:p>
    <w:p w14:paraId="21836855" w14:textId="77777777" w:rsidR="007926BA" w:rsidRPr="00B2615F" w:rsidRDefault="007926BA" w:rsidP="007926BA">
      <w:pPr>
        <w:rPr>
          <w:rFonts w:ascii="Times New Roman" w:hAnsi="Times New Roman" w:cs="Times New Roman"/>
          <w:color w:val="702A61"/>
          <w:sz w:val="24"/>
          <w:szCs w:val="24"/>
          <w:u w:val="double"/>
        </w:rPr>
      </w:pPr>
      <w:r w:rsidRPr="00B2615F">
        <w:rPr>
          <w:rFonts w:ascii="Times New Roman" w:hAnsi="Times New Roman" w:cs="Times New Roman"/>
          <w:color w:val="702A61"/>
          <w:sz w:val="24"/>
          <w:szCs w:val="24"/>
          <w:u w:val="double"/>
        </w:rPr>
        <w:t>PARTICIPANT DETAILS:</w:t>
      </w:r>
    </w:p>
    <w:p w14:paraId="49465128" w14:textId="77777777" w:rsidR="007926BA" w:rsidRPr="00B2615F" w:rsidRDefault="007926BA" w:rsidP="007926BA">
      <w:pPr>
        <w:rPr>
          <w:rFonts w:ascii="Times New Roman" w:hAnsi="Times New Roman" w:cs="Times New Roman"/>
          <w:color w:val="002060"/>
          <w:sz w:val="24"/>
          <w:szCs w:val="24"/>
        </w:rPr>
      </w:pPr>
      <w:r w:rsidRPr="00B2615F">
        <w:rPr>
          <w:rFonts w:ascii="Times New Roman" w:hAnsi="Times New Roman" w:cs="Times New Roman"/>
          <w:color w:val="002060"/>
          <w:sz w:val="24"/>
          <w:szCs w:val="24"/>
          <w:u w:val="thick"/>
        </w:rPr>
        <w:t>TOTAL PARTICIPANTS</w:t>
      </w:r>
      <w:r w:rsidRPr="00B2615F">
        <w:rPr>
          <w:rFonts w:ascii="Times New Roman" w:hAnsi="Times New Roman" w:cs="Times New Roman"/>
          <w:color w:val="002060"/>
          <w:sz w:val="24"/>
          <w:szCs w:val="24"/>
        </w:rPr>
        <w:t xml:space="preserve">: </w:t>
      </w:r>
      <w:r w:rsidRPr="00B2615F">
        <w:rPr>
          <w:rFonts w:ascii="Times New Roman" w:hAnsi="Times New Roman" w:cs="Times New Roman"/>
          <w:color w:val="000000" w:themeColor="text1"/>
          <w:sz w:val="24"/>
          <w:szCs w:val="24"/>
        </w:rPr>
        <w:t>52</w:t>
      </w:r>
    </w:p>
    <w:p w14:paraId="29A441ED" w14:textId="77777777" w:rsidR="007926BA" w:rsidRPr="00B2615F" w:rsidRDefault="007926BA" w:rsidP="007926BA">
      <w:pPr>
        <w:rPr>
          <w:rFonts w:ascii="Times New Roman" w:hAnsi="Times New Roman" w:cs="Times New Roman"/>
          <w:color w:val="002060"/>
          <w:sz w:val="24"/>
          <w:szCs w:val="24"/>
        </w:rPr>
      </w:pPr>
      <w:r w:rsidRPr="00B2615F">
        <w:rPr>
          <w:rFonts w:ascii="Times New Roman" w:hAnsi="Times New Roman" w:cs="Times New Roman"/>
          <w:color w:val="002060"/>
          <w:sz w:val="24"/>
          <w:szCs w:val="24"/>
          <w:u w:val="thick"/>
        </w:rPr>
        <w:t>DEMOGRAPHICS</w:t>
      </w:r>
      <w:r w:rsidRPr="00B2615F">
        <w:rPr>
          <w:rFonts w:ascii="Times New Roman" w:hAnsi="Times New Roman" w:cs="Times New Roman"/>
          <w:color w:val="002060"/>
          <w:sz w:val="24"/>
          <w:szCs w:val="24"/>
        </w:rPr>
        <w:t xml:space="preserve">: </w:t>
      </w:r>
      <w:r w:rsidRPr="00B2615F">
        <w:rPr>
          <w:rFonts w:ascii="Times New Roman" w:hAnsi="Times New Roman" w:cs="Times New Roman"/>
          <w:color w:val="000000" w:themeColor="text1"/>
          <w:sz w:val="24"/>
          <w:szCs w:val="24"/>
        </w:rPr>
        <w:t>Students and faculty members of Loyola Academy Degree and PG College.</w:t>
      </w:r>
    </w:p>
    <w:p w14:paraId="1D81E523" w14:textId="1D2798A6" w:rsidR="007926BA" w:rsidRPr="00B2615F" w:rsidRDefault="007926BA" w:rsidP="007926BA">
      <w:pPr>
        <w:rPr>
          <w:rFonts w:ascii="Times New Roman" w:hAnsi="Times New Roman" w:cs="Times New Roman"/>
          <w:color w:val="000000" w:themeColor="text1"/>
          <w:sz w:val="24"/>
          <w:szCs w:val="24"/>
        </w:rPr>
      </w:pPr>
      <w:r w:rsidRPr="00B2615F">
        <w:rPr>
          <w:rFonts w:ascii="Times New Roman" w:hAnsi="Times New Roman" w:cs="Times New Roman"/>
          <w:color w:val="002060"/>
          <w:sz w:val="24"/>
          <w:szCs w:val="24"/>
          <w:u w:val="thick"/>
        </w:rPr>
        <w:t>ATTENDANCE PERCENTAGE</w:t>
      </w:r>
      <w:r w:rsidRPr="00B2615F">
        <w:rPr>
          <w:rFonts w:ascii="Times New Roman" w:hAnsi="Times New Roman" w:cs="Times New Roman"/>
          <w:color w:val="002060"/>
          <w:sz w:val="24"/>
          <w:szCs w:val="24"/>
        </w:rPr>
        <w:t xml:space="preserve">: </w:t>
      </w:r>
      <w:r w:rsidR="00F02EB1">
        <w:rPr>
          <w:rFonts w:ascii="Times New Roman" w:hAnsi="Times New Roman" w:cs="Times New Roman"/>
          <w:color w:val="000000" w:themeColor="text1"/>
          <w:sz w:val="24"/>
          <w:szCs w:val="24"/>
        </w:rPr>
        <w:t>100</w:t>
      </w:r>
      <w:r w:rsidRPr="00B2615F">
        <w:rPr>
          <w:rFonts w:ascii="Times New Roman" w:hAnsi="Times New Roman" w:cs="Times New Roman"/>
          <w:color w:val="000000" w:themeColor="text1"/>
          <w:sz w:val="24"/>
          <w:szCs w:val="24"/>
        </w:rPr>
        <w:t>%</w:t>
      </w:r>
    </w:p>
    <w:p w14:paraId="1B40207F" w14:textId="77777777" w:rsidR="007926BA" w:rsidRPr="00B2615F" w:rsidRDefault="007926BA" w:rsidP="007926BA">
      <w:pPr>
        <w:rPr>
          <w:rFonts w:ascii="Times New Roman" w:hAnsi="Times New Roman" w:cs="Times New Roman"/>
          <w:color w:val="002060"/>
          <w:sz w:val="24"/>
          <w:szCs w:val="24"/>
        </w:rPr>
      </w:pPr>
      <w:r w:rsidRPr="00B2615F">
        <w:rPr>
          <w:rFonts w:ascii="Times New Roman" w:hAnsi="Times New Roman" w:cs="Times New Roman"/>
          <w:noProof/>
          <w:color w:val="002060"/>
          <w:sz w:val="24"/>
          <w:szCs w:val="24"/>
        </w:rPr>
        <w:lastRenderedPageBreak/>
        <w:drawing>
          <wp:inline distT="0" distB="0" distL="0" distR="0" wp14:anchorId="79185EF2" wp14:editId="02D28CD8">
            <wp:extent cx="4513193" cy="2890593"/>
            <wp:effectExtent l="0" t="0" r="1905" b="5080"/>
            <wp:docPr id="8045549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554953" name="Picture 804554953"/>
                    <pic:cNvPicPr/>
                  </pic:nvPicPr>
                  <pic:blipFill>
                    <a:blip r:embed="rId125"/>
                    <a:stretch>
                      <a:fillRect/>
                    </a:stretch>
                  </pic:blipFill>
                  <pic:spPr>
                    <a:xfrm>
                      <a:off x="0" y="0"/>
                      <a:ext cx="4535202" cy="2904689"/>
                    </a:xfrm>
                    <a:prstGeom prst="rect">
                      <a:avLst/>
                    </a:prstGeom>
                  </pic:spPr>
                </pic:pic>
              </a:graphicData>
            </a:graphic>
          </wp:inline>
        </w:drawing>
      </w:r>
    </w:p>
    <w:p w14:paraId="062B6522" w14:textId="77777777" w:rsidR="007926BA" w:rsidRPr="00B2615F" w:rsidRDefault="007926BA" w:rsidP="007926BA">
      <w:pPr>
        <w:rPr>
          <w:rFonts w:ascii="Times New Roman" w:hAnsi="Times New Roman" w:cs="Times New Roman"/>
          <w:color w:val="702A61"/>
          <w:sz w:val="24"/>
          <w:szCs w:val="24"/>
          <w:u w:val="double"/>
        </w:rPr>
      </w:pPr>
      <w:r w:rsidRPr="00B2615F">
        <w:rPr>
          <w:rFonts w:ascii="Times New Roman" w:hAnsi="Times New Roman" w:cs="Times New Roman"/>
          <w:color w:val="702A61"/>
          <w:sz w:val="24"/>
          <w:szCs w:val="24"/>
          <w:u w:val="double"/>
        </w:rPr>
        <w:t>CONTENT EVALUATION:</w:t>
      </w:r>
    </w:p>
    <w:p w14:paraId="49D37748" w14:textId="77777777" w:rsidR="007926BA" w:rsidRPr="00B2615F" w:rsidRDefault="007926BA" w:rsidP="007926BA">
      <w:pPr>
        <w:rPr>
          <w:rFonts w:ascii="Times New Roman" w:hAnsi="Times New Roman" w:cs="Times New Roman"/>
          <w:color w:val="002060"/>
          <w:sz w:val="24"/>
          <w:szCs w:val="24"/>
          <w:u w:val="single"/>
        </w:rPr>
      </w:pPr>
      <w:r w:rsidRPr="00B2615F">
        <w:rPr>
          <w:rFonts w:ascii="Times New Roman" w:hAnsi="Times New Roman" w:cs="Times New Roman"/>
          <w:color w:val="002060"/>
          <w:sz w:val="24"/>
          <w:szCs w:val="24"/>
          <w:u w:val="single"/>
        </w:rPr>
        <w:t>RELEVANCE OF THE TOPIC</w:t>
      </w:r>
      <w:r w:rsidRPr="00B2615F">
        <w:rPr>
          <w:rFonts w:ascii="Times New Roman" w:hAnsi="Times New Roman" w:cs="Times New Roman"/>
          <w:color w:val="002060"/>
          <w:sz w:val="24"/>
          <w:szCs w:val="24"/>
        </w:rPr>
        <w:t xml:space="preserve">: </w:t>
      </w:r>
      <w:r w:rsidRPr="00B2615F">
        <w:rPr>
          <w:rFonts w:ascii="Times New Roman" w:hAnsi="Times New Roman" w:cs="Times New Roman"/>
          <w:color w:val="000000" w:themeColor="text1"/>
          <w:sz w:val="24"/>
          <w:szCs w:val="24"/>
        </w:rPr>
        <w:t>Highly Relevant.</w:t>
      </w:r>
    </w:p>
    <w:p w14:paraId="5093EC42" w14:textId="77777777" w:rsidR="007926BA" w:rsidRPr="00B2615F" w:rsidRDefault="007926BA" w:rsidP="007926BA">
      <w:pPr>
        <w:rPr>
          <w:rFonts w:ascii="Times New Roman" w:hAnsi="Times New Roman" w:cs="Times New Roman"/>
          <w:color w:val="002060"/>
          <w:sz w:val="24"/>
          <w:szCs w:val="24"/>
          <w:u w:val="single"/>
        </w:rPr>
      </w:pPr>
      <w:r w:rsidRPr="00B2615F">
        <w:rPr>
          <w:rFonts w:ascii="Times New Roman" w:hAnsi="Times New Roman" w:cs="Times New Roman"/>
          <w:color w:val="002060"/>
          <w:sz w:val="24"/>
          <w:szCs w:val="24"/>
          <w:u w:val="single"/>
        </w:rPr>
        <w:t>DEPTH OF KNOWLEDGE DELIVERED</w:t>
      </w:r>
      <w:r w:rsidRPr="00B2615F">
        <w:rPr>
          <w:rFonts w:ascii="Times New Roman" w:hAnsi="Times New Roman" w:cs="Times New Roman"/>
          <w:color w:val="002060"/>
          <w:sz w:val="24"/>
          <w:szCs w:val="24"/>
        </w:rPr>
        <w:t xml:space="preserve">: </w:t>
      </w:r>
      <w:r w:rsidRPr="00B2615F">
        <w:rPr>
          <w:rFonts w:ascii="Times New Roman" w:hAnsi="Times New Roman" w:cs="Times New Roman"/>
          <w:color w:val="000000" w:themeColor="text1"/>
          <w:sz w:val="24"/>
          <w:szCs w:val="24"/>
        </w:rPr>
        <w:t>Excellent</w:t>
      </w:r>
    </w:p>
    <w:p w14:paraId="55DB776B" w14:textId="77777777" w:rsidR="007926BA" w:rsidRPr="00B2615F" w:rsidRDefault="007926BA" w:rsidP="007926BA">
      <w:pPr>
        <w:rPr>
          <w:rFonts w:ascii="Times New Roman" w:hAnsi="Times New Roman" w:cs="Times New Roman"/>
          <w:color w:val="002060"/>
          <w:sz w:val="24"/>
          <w:szCs w:val="24"/>
          <w:u w:val="single"/>
        </w:rPr>
      </w:pPr>
      <w:r w:rsidRPr="00B2615F">
        <w:rPr>
          <w:rFonts w:ascii="Times New Roman" w:hAnsi="Times New Roman" w:cs="Times New Roman"/>
          <w:color w:val="002060"/>
          <w:sz w:val="24"/>
          <w:szCs w:val="24"/>
          <w:u w:val="single"/>
        </w:rPr>
        <w:t>ENGAGEMENT OF PARTICIPANTS</w:t>
      </w:r>
      <w:r w:rsidRPr="00B2615F">
        <w:rPr>
          <w:rFonts w:ascii="Times New Roman" w:hAnsi="Times New Roman" w:cs="Times New Roman"/>
          <w:color w:val="002060"/>
          <w:sz w:val="24"/>
          <w:szCs w:val="24"/>
        </w:rPr>
        <w:t xml:space="preserve">: </w:t>
      </w:r>
      <w:r w:rsidRPr="00B2615F">
        <w:rPr>
          <w:rFonts w:ascii="Times New Roman" w:hAnsi="Times New Roman" w:cs="Times New Roman"/>
          <w:color w:val="000000" w:themeColor="text1"/>
          <w:sz w:val="24"/>
          <w:szCs w:val="24"/>
        </w:rPr>
        <w:t xml:space="preserve">Highly engaged </w:t>
      </w:r>
    </w:p>
    <w:p w14:paraId="5F811CBC" w14:textId="77777777" w:rsidR="007926BA" w:rsidRPr="00B2615F" w:rsidRDefault="007926BA" w:rsidP="007926BA">
      <w:pPr>
        <w:rPr>
          <w:rFonts w:ascii="Times New Roman" w:hAnsi="Times New Roman" w:cs="Times New Roman"/>
          <w:color w:val="702A61"/>
          <w:sz w:val="24"/>
          <w:szCs w:val="24"/>
          <w:u w:val="double"/>
        </w:rPr>
      </w:pPr>
      <w:r w:rsidRPr="00B2615F">
        <w:rPr>
          <w:rFonts w:ascii="Times New Roman" w:hAnsi="Times New Roman" w:cs="Times New Roman"/>
          <w:color w:val="702A61"/>
          <w:sz w:val="24"/>
          <w:szCs w:val="24"/>
          <w:u w:val="double"/>
        </w:rPr>
        <w:t>LEARNING OUTCOMES:</w:t>
      </w:r>
    </w:p>
    <w:p w14:paraId="77384278" w14:textId="77777777" w:rsidR="007926BA" w:rsidRPr="00B2615F" w:rsidRDefault="007926BA">
      <w:pPr>
        <w:pStyle w:val="ListParagraph"/>
        <w:numPr>
          <w:ilvl w:val="0"/>
          <w:numId w:val="12"/>
        </w:numPr>
        <w:spacing w:line="278" w:lineRule="auto"/>
        <w:rPr>
          <w:rFonts w:ascii="Times New Roman" w:hAnsi="Times New Roman" w:cs="Times New Roman"/>
          <w:color w:val="002060"/>
          <w:sz w:val="24"/>
          <w:szCs w:val="24"/>
          <w:u w:val="single"/>
        </w:rPr>
      </w:pPr>
      <w:r w:rsidRPr="00B2615F">
        <w:rPr>
          <w:rFonts w:ascii="Times New Roman" w:hAnsi="Times New Roman" w:cs="Times New Roman"/>
          <w:color w:val="002060"/>
          <w:sz w:val="24"/>
          <w:szCs w:val="24"/>
          <w:u w:val="single"/>
        </w:rPr>
        <w:t xml:space="preserve">Were the Learning Outcomes </w:t>
      </w:r>
      <w:proofErr w:type="spellStart"/>
      <w:proofErr w:type="gramStart"/>
      <w:r w:rsidRPr="00B2615F">
        <w:rPr>
          <w:rFonts w:ascii="Times New Roman" w:hAnsi="Times New Roman" w:cs="Times New Roman"/>
          <w:color w:val="002060"/>
          <w:sz w:val="24"/>
          <w:szCs w:val="24"/>
          <w:u w:val="single"/>
        </w:rPr>
        <w:t>met?</w:t>
      </w:r>
      <w:r w:rsidRPr="00B2615F">
        <w:rPr>
          <w:rFonts w:ascii="Times New Roman" w:hAnsi="Times New Roman" w:cs="Times New Roman"/>
          <w:color w:val="000000" w:themeColor="text1"/>
          <w:sz w:val="24"/>
          <w:szCs w:val="24"/>
        </w:rPr>
        <w:t>Yes</w:t>
      </w:r>
      <w:proofErr w:type="spellEnd"/>
      <w:proofErr w:type="gramEnd"/>
    </w:p>
    <w:p w14:paraId="445ADE32" w14:textId="77777777" w:rsidR="007926BA" w:rsidRPr="00B2615F" w:rsidRDefault="007926BA">
      <w:pPr>
        <w:pStyle w:val="ListParagraph"/>
        <w:numPr>
          <w:ilvl w:val="0"/>
          <w:numId w:val="12"/>
        </w:numPr>
        <w:spacing w:line="278" w:lineRule="auto"/>
        <w:rPr>
          <w:rFonts w:ascii="Times New Roman" w:hAnsi="Times New Roman" w:cs="Times New Roman"/>
          <w:color w:val="002060"/>
          <w:sz w:val="24"/>
          <w:szCs w:val="24"/>
          <w:u w:val="single"/>
        </w:rPr>
      </w:pPr>
      <w:r w:rsidRPr="00B2615F">
        <w:rPr>
          <w:rFonts w:ascii="Times New Roman" w:hAnsi="Times New Roman" w:cs="Times New Roman"/>
          <w:color w:val="002060"/>
          <w:sz w:val="24"/>
          <w:szCs w:val="24"/>
          <w:u w:val="single"/>
        </w:rPr>
        <w:t>Key Takeaways for Participants:</w:t>
      </w:r>
    </w:p>
    <w:p w14:paraId="6D0AED84" w14:textId="77777777" w:rsidR="007926BA" w:rsidRPr="00B2615F" w:rsidRDefault="007926BA">
      <w:pPr>
        <w:pStyle w:val="ListParagraph"/>
        <w:numPr>
          <w:ilvl w:val="0"/>
          <w:numId w:val="18"/>
        </w:numPr>
        <w:spacing w:line="278" w:lineRule="auto"/>
        <w:rPr>
          <w:rFonts w:ascii="Times New Roman" w:hAnsi="Times New Roman" w:cs="Times New Roman"/>
          <w:color w:val="000000" w:themeColor="text1"/>
          <w:sz w:val="24"/>
          <w:szCs w:val="24"/>
        </w:rPr>
      </w:pPr>
      <w:r w:rsidRPr="00B2615F">
        <w:rPr>
          <w:rFonts w:ascii="Times New Roman" w:hAnsi="Times New Roman" w:cs="Times New Roman"/>
          <w:color w:val="000000" w:themeColor="text1"/>
          <w:sz w:val="24"/>
          <w:szCs w:val="24"/>
        </w:rPr>
        <w:t>Understanding of rockets, satellites, and space applications</w:t>
      </w:r>
    </w:p>
    <w:p w14:paraId="5746DA7C" w14:textId="77777777" w:rsidR="007926BA" w:rsidRPr="00B2615F" w:rsidRDefault="007926BA">
      <w:pPr>
        <w:pStyle w:val="ListParagraph"/>
        <w:numPr>
          <w:ilvl w:val="0"/>
          <w:numId w:val="18"/>
        </w:numPr>
        <w:spacing w:line="278" w:lineRule="auto"/>
        <w:rPr>
          <w:rFonts w:ascii="Times New Roman" w:hAnsi="Times New Roman" w:cs="Times New Roman"/>
          <w:color w:val="000000" w:themeColor="text1"/>
          <w:sz w:val="24"/>
          <w:szCs w:val="24"/>
        </w:rPr>
      </w:pPr>
      <w:r w:rsidRPr="00B2615F">
        <w:rPr>
          <w:rFonts w:ascii="Times New Roman" w:hAnsi="Times New Roman" w:cs="Times New Roman"/>
          <w:color w:val="000000" w:themeColor="text1"/>
          <w:sz w:val="24"/>
          <w:szCs w:val="24"/>
        </w:rPr>
        <w:t>Insights into ISRO's work and research</w:t>
      </w:r>
    </w:p>
    <w:p w14:paraId="5438B8DD" w14:textId="77777777" w:rsidR="007926BA" w:rsidRPr="00B2615F" w:rsidRDefault="007926BA" w:rsidP="007926BA">
      <w:pPr>
        <w:rPr>
          <w:rFonts w:ascii="Times New Roman" w:hAnsi="Times New Roman" w:cs="Times New Roman"/>
          <w:color w:val="000000" w:themeColor="text1"/>
          <w:sz w:val="24"/>
          <w:szCs w:val="24"/>
        </w:rPr>
      </w:pPr>
      <w:r w:rsidRPr="00B2615F">
        <w:rPr>
          <w:rFonts w:ascii="Times New Roman" w:hAnsi="Times New Roman" w:cs="Times New Roman"/>
          <w:color w:val="002060"/>
          <w:sz w:val="24"/>
          <w:szCs w:val="24"/>
          <w:u w:val="single"/>
        </w:rPr>
        <w:t>Skills/Knowledge Gained:</w:t>
      </w:r>
      <w:r w:rsidRPr="00B2615F">
        <w:rPr>
          <w:rFonts w:ascii="Times New Roman" w:hAnsi="Times New Roman" w:cs="Times New Roman"/>
          <w:color w:val="000000" w:themeColor="text1"/>
          <w:sz w:val="24"/>
          <w:szCs w:val="24"/>
        </w:rPr>
        <w:t xml:space="preserve"> Practical knowledge of space technology and applications</w:t>
      </w:r>
    </w:p>
    <w:p w14:paraId="1F18CCC1" w14:textId="77777777" w:rsidR="007926BA" w:rsidRPr="00B2615F" w:rsidRDefault="007926BA" w:rsidP="007926BA">
      <w:pPr>
        <w:jc w:val="center"/>
        <w:rPr>
          <w:rFonts w:ascii="Times New Roman" w:hAnsi="Times New Roman" w:cs="Times New Roman"/>
          <w:color w:val="000000" w:themeColor="text1"/>
          <w:sz w:val="24"/>
          <w:szCs w:val="24"/>
        </w:rPr>
      </w:pPr>
      <w:r w:rsidRPr="00B2615F">
        <w:rPr>
          <w:rFonts w:ascii="Times New Roman" w:hAnsi="Times New Roman" w:cs="Times New Roman"/>
          <w:noProof/>
          <w:color w:val="000000" w:themeColor="text1"/>
          <w:sz w:val="24"/>
          <w:szCs w:val="24"/>
        </w:rPr>
        <w:drawing>
          <wp:inline distT="0" distB="0" distL="0" distR="0" wp14:anchorId="7D692BBB" wp14:editId="46BFA583">
            <wp:extent cx="2691932" cy="2018949"/>
            <wp:effectExtent l="19050" t="0" r="0" b="0"/>
            <wp:docPr id="3044136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413638" name="Picture 304413638"/>
                    <pic:cNvPicPr/>
                  </pic:nvPicPr>
                  <pic:blipFill>
                    <a:blip r:embed="rId126"/>
                    <a:stretch>
                      <a:fillRect/>
                    </a:stretch>
                  </pic:blipFill>
                  <pic:spPr>
                    <a:xfrm>
                      <a:off x="0" y="0"/>
                      <a:ext cx="2691932" cy="2018949"/>
                    </a:xfrm>
                    <a:prstGeom prst="rect">
                      <a:avLst/>
                    </a:prstGeom>
                  </pic:spPr>
                </pic:pic>
              </a:graphicData>
            </a:graphic>
          </wp:inline>
        </w:drawing>
      </w:r>
      <w:r w:rsidRPr="00B2615F">
        <w:rPr>
          <w:rFonts w:ascii="Times New Roman" w:hAnsi="Times New Roman" w:cs="Times New Roman"/>
          <w:noProof/>
          <w:color w:val="000000" w:themeColor="text1"/>
          <w:sz w:val="24"/>
          <w:szCs w:val="24"/>
        </w:rPr>
        <w:drawing>
          <wp:inline distT="0" distB="0" distL="0" distR="0" wp14:anchorId="413D60BE" wp14:editId="6AB51DCE">
            <wp:extent cx="2681685" cy="2011263"/>
            <wp:effectExtent l="19050" t="0" r="4365" b="0"/>
            <wp:docPr id="20139152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915292" name="Picture 2013915292"/>
                    <pic:cNvPicPr/>
                  </pic:nvPicPr>
                  <pic:blipFill>
                    <a:blip r:embed="rId127" cstate="print"/>
                    <a:stretch>
                      <a:fillRect/>
                    </a:stretch>
                  </pic:blipFill>
                  <pic:spPr>
                    <a:xfrm>
                      <a:off x="0" y="0"/>
                      <a:ext cx="2681685" cy="2011263"/>
                    </a:xfrm>
                    <a:prstGeom prst="rect">
                      <a:avLst/>
                    </a:prstGeom>
                  </pic:spPr>
                </pic:pic>
              </a:graphicData>
            </a:graphic>
          </wp:inline>
        </w:drawing>
      </w:r>
    </w:p>
    <w:p w14:paraId="1573D31F" w14:textId="77777777" w:rsidR="007926BA" w:rsidRPr="00B2615F" w:rsidRDefault="007926BA" w:rsidP="007926BA">
      <w:pPr>
        <w:rPr>
          <w:rFonts w:ascii="Times New Roman" w:hAnsi="Times New Roman" w:cs="Times New Roman"/>
          <w:color w:val="000000" w:themeColor="text1"/>
          <w:sz w:val="24"/>
          <w:szCs w:val="24"/>
        </w:rPr>
      </w:pPr>
    </w:p>
    <w:p w14:paraId="1776F8EC" w14:textId="77777777" w:rsidR="007926BA" w:rsidRPr="00B2615F" w:rsidRDefault="007926BA" w:rsidP="007926BA">
      <w:pPr>
        <w:rPr>
          <w:rFonts w:ascii="Times New Roman" w:hAnsi="Times New Roman" w:cs="Times New Roman"/>
          <w:color w:val="702A61"/>
          <w:sz w:val="24"/>
          <w:szCs w:val="24"/>
          <w:u w:val="double"/>
        </w:rPr>
      </w:pPr>
      <w:r w:rsidRPr="00B2615F">
        <w:rPr>
          <w:rFonts w:ascii="Times New Roman" w:hAnsi="Times New Roman" w:cs="Times New Roman"/>
          <w:color w:val="702A61"/>
          <w:sz w:val="24"/>
          <w:szCs w:val="24"/>
          <w:u w:val="double"/>
        </w:rPr>
        <w:t>FEEDBACK ANALYSIS:</w:t>
      </w:r>
    </w:p>
    <w:p w14:paraId="4A38331A" w14:textId="77777777" w:rsidR="007926BA" w:rsidRPr="00B2615F" w:rsidRDefault="007926BA">
      <w:pPr>
        <w:pStyle w:val="ListParagraph"/>
        <w:numPr>
          <w:ilvl w:val="0"/>
          <w:numId w:val="13"/>
        </w:numPr>
        <w:spacing w:line="278" w:lineRule="auto"/>
        <w:rPr>
          <w:rFonts w:ascii="Times New Roman" w:hAnsi="Times New Roman" w:cs="Times New Roman"/>
          <w:color w:val="002060"/>
          <w:sz w:val="24"/>
          <w:szCs w:val="24"/>
          <w:u w:val="double"/>
        </w:rPr>
      </w:pPr>
      <w:r w:rsidRPr="00B2615F">
        <w:rPr>
          <w:rFonts w:ascii="Times New Roman" w:hAnsi="Times New Roman" w:cs="Times New Roman"/>
          <w:color w:val="002060"/>
          <w:sz w:val="24"/>
          <w:szCs w:val="24"/>
          <w:u w:val="thick"/>
        </w:rPr>
        <w:t>Method of Feedback Collection:</w:t>
      </w:r>
      <w:r w:rsidRPr="00B2615F">
        <w:rPr>
          <w:rFonts w:ascii="Times New Roman" w:hAnsi="Times New Roman" w:cs="Times New Roman"/>
          <w:sz w:val="24"/>
          <w:szCs w:val="24"/>
        </w:rPr>
        <w:t xml:space="preserve"> </w:t>
      </w:r>
      <w:r w:rsidRPr="00B2615F">
        <w:rPr>
          <w:rFonts w:ascii="Times New Roman" w:hAnsi="Times New Roman" w:cs="Times New Roman"/>
          <w:color w:val="000000" w:themeColor="text1"/>
          <w:sz w:val="24"/>
          <w:szCs w:val="24"/>
        </w:rPr>
        <w:t>Oral feedback post-event</w:t>
      </w:r>
    </w:p>
    <w:p w14:paraId="690D3D37" w14:textId="77777777" w:rsidR="007926BA" w:rsidRPr="00B2615F" w:rsidRDefault="007926BA">
      <w:pPr>
        <w:pStyle w:val="ListParagraph"/>
        <w:numPr>
          <w:ilvl w:val="0"/>
          <w:numId w:val="13"/>
        </w:numPr>
        <w:spacing w:line="278" w:lineRule="auto"/>
        <w:rPr>
          <w:rFonts w:ascii="Times New Roman" w:hAnsi="Times New Roman" w:cs="Times New Roman"/>
          <w:color w:val="002060"/>
          <w:sz w:val="24"/>
          <w:szCs w:val="24"/>
          <w:u w:val="double"/>
        </w:rPr>
      </w:pPr>
      <w:r w:rsidRPr="00B2615F">
        <w:rPr>
          <w:rFonts w:ascii="Times New Roman" w:hAnsi="Times New Roman" w:cs="Times New Roman"/>
          <w:color w:val="002060"/>
          <w:sz w:val="24"/>
          <w:szCs w:val="24"/>
          <w:u w:val="thick"/>
        </w:rPr>
        <w:t>Key Feedback from Participants:</w:t>
      </w:r>
    </w:p>
    <w:p w14:paraId="3BF25FD7" w14:textId="77777777" w:rsidR="007926BA" w:rsidRPr="00B2615F" w:rsidRDefault="007926BA">
      <w:pPr>
        <w:pStyle w:val="ListParagraph"/>
        <w:numPr>
          <w:ilvl w:val="0"/>
          <w:numId w:val="16"/>
        </w:numPr>
        <w:spacing w:line="278" w:lineRule="auto"/>
        <w:rPr>
          <w:rFonts w:ascii="Times New Roman" w:hAnsi="Times New Roman" w:cs="Times New Roman"/>
          <w:color w:val="002060"/>
          <w:sz w:val="24"/>
          <w:szCs w:val="24"/>
          <w:u w:val="double"/>
        </w:rPr>
      </w:pPr>
      <w:r w:rsidRPr="00B2615F">
        <w:rPr>
          <w:rFonts w:ascii="Times New Roman" w:hAnsi="Times New Roman" w:cs="Times New Roman"/>
          <w:color w:val="002060"/>
          <w:sz w:val="24"/>
          <w:szCs w:val="24"/>
          <w:u w:val="thick"/>
        </w:rPr>
        <w:lastRenderedPageBreak/>
        <w:t xml:space="preserve">Positives: </w:t>
      </w:r>
      <w:r w:rsidRPr="00B2615F">
        <w:rPr>
          <w:rFonts w:ascii="Times New Roman" w:hAnsi="Times New Roman" w:cs="Times New Roman"/>
          <w:color w:val="000000" w:themeColor="text1"/>
          <w:sz w:val="24"/>
          <w:szCs w:val="24"/>
        </w:rPr>
        <w:t>Interactive sessions, informative exhibition</w:t>
      </w:r>
    </w:p>
    <w:p w14:paraId="5C53946B" w14:textId="77777777" w:rsidR="007926BA" w:rsidRPr="00B2615F" w:rsidRDefault="007926BA">
      <w:pPr>
        <w:pStyle w:val="ListParagraph"/>
        <w:numPr>
          <w:ilvl w:val="0"/>
          <w:numId w:val="16"/>
        </w:numPr>
        <w:spacing w:line="278" w:lineRule="auto"/>
        <w:rPr>
          <w:rFonts w:ascii="Times New Roman" w:hAnsi="Times New Roman" w:cs="Times New Roman"/>
          <w:color w:val="002060"/>
          <w:sz w:val="24"/>
          <w:szCs w:val="24"/>
          <w:u w:val="double"/>
        </w:rPr>
      </w:pPr>
      <w:r w:rsidRPr="00B2615F">
        <w:rPr>
          <w:rFonts w:ascii="Times New Roman" w:hAnsi="Times New Roman" w:cs="Times New Roman"/>
          <w:color w:val="002060"/>
          <w:sz w:val="24"/>
          <w:szCs w:val="24"/>
          <w:u w:val="thick"/>
        </w:rPr>
        <w:t xml:space="preserve">Areas of Improvement: </w:t>
      </w:r>
      <w:r w:rsidRPr="00B2615F">
        <w:rPr>
          <w:rFonts w:ascii="Times New Roman" w:hAnsi="Times New Roman" w:cs="Times New Roman"/>
          <w:color w:val="000000" w:themeColor="text1"/>
          <w:sz w:val="24"/>
          <w:szCs w:val="24"/>
        </w:rPr>
        <w:t>More hands-on activities suggested</w:t>
      </w:r>
    </w:p>
    <w:p w14:paraId="0D71BA7F" w14:textId="77777777" w:rsidR="007926BA" w:rsidRPr="00B2615F" w:rsidRDefault="007926BA">
      <w:pPr>
        <w:pStyle w:val="ListParagraph"/>
        <w:numPr>
          <w:ilvl w:val="0"/>
          <w:numId w:val="13"/>
        </w:numPr>
        <w:spacing w:line="278" w:lineRule="auto"/>
        <w:rPr>
          <w:rFonts w:ascii="Times New Roman" w:hAnsi="Times New Roman" w:cs="Times New Roman"/>
          <w:color w:val="002060"/>
          <w:sz w:val="24"/>
          <w:szCs w:val="24"/>
          <w:u w:val="double"/>
        </w:rPr>
      </w:pPr>
      <w:r w:rsidRPr="00B2615F">
        <w:rPr>
          <w:rFonts w:ascii="Times New Roman" w:hAnsi="Times New Roman" w:cs="Times New Roman"/>
          <w:color w:val="002060"/>
          <w:sz w:val="24"/>
          <w:szCs w:val="24"/>
          <w:u w:val="thick"/>
        </w:rPr>
        <w:t>Rating on a scale of 1-5:</w:t>
      </w:r>
    </w:p>
    <w:p w14:paraId="5F0C43A5" w14:textId="77777777" w:rsidR="007926BA" w:rsidRPr="00B2615F" w:rsidRDefault="007926BA">
      <w:pPr>
        <w:pStyle w:val="ListParagraph"/>
        <w:numPr>
          <w:ilvl w:val="0"/>
          <w:numId w:val="17"/>
        </w:numPr>
        <w:spacing w:line="278" w:lineRule="auto"/>
        <w:rPr>
          <w:rFonts w:ascii="Times New Roman" w:hAnsi="Times New Roman" w:cs="Times New Roman"/>
          <w:color w:val="002060"/>
          <w:sz w:val="24"/>
          <w:szCs w:val="24"/>
          <w:u w:val="thick"/>
        </w:rPr>
      </w:pPr>
      <w:r w:rsidRPr="00B2615F">
        <w:rPr>
          <w:rFonts w:ascii="Times New Roman" w:hAnsi="Times New Roman" w:cs="Times New Roman"/>
          <w:color w:val="002060"/>
          <w:sz w:val="24"/>
          <w:szCs w:val="24"/>
          <w:u w:val="thick"/>
        </w:rPr>
        <w:t>Content Quality:</w:t>
      </w:r>
      <w:r w:rsidRPr="00B2615F">
        <w:rPr>
          <w:rFonts w:ascii="Times New Roman" w:hAnsi="Times New Roman" w:cs="Times New Roman"/>
          <w:color w:val="000000" w:themeColor="text1"/>
          <w:sz w:val="24"/>
          <w:szCs w:val="24"/>
        </w:rPr>
        <w:t>4.6/5</w:t>
      </w:r>
    </w:p>
    <w:p w14:paraId="748C02E8" w14:textId="77777777" w:rsidR="007926BA" w:rsidRPr="00B2615F" w:rsidRDefault="007926BA">
      <w:pPr>
        <w:pStyle w:val="ListParagraph"/>
        <w:numPr>
          <w:ilvl w:val="0"/>
          <w:numId w:val="17"/>
        </w:numPr>
        <w:spacing w:line="278" w:lineRule="auto"/>
        <w:rPr>
          <w:rFonts w:ascii="Times New Roman" w:hAnsi="Times New Roman" w:cs="Times New Roman"/>
          <w:color w:val="002060"/>
          <w:sz w:val="24"/>
          <w:szCs w:val="24"/>
          <w:u w:val="thick"/>
        </w:rPr>
      </w:pPr>
      <w:r w:rsidRPr="00B2615F">
        <w:rPr>
          <w:rFonts w:ascii="Times New Roman" w:hAnsi="Times New Roman" w:cs="Times New Roman"/>
          <w:color w:val="002060"/>
          <w:sz w:val="24"/>
          <w:szCs w:val="24"/>
          <w:u w:val="thick"/>
        </w:rPr>
        <w:t xml:space="preserve">Resource Person Effectiveness: </w:t>
      </w:r>
      <w:r w:rsidRPr="00B2615F">
        <w:rPr>
          <w:rFonts w:ascii="Times New Roman" w:hAnsi="Times New Roman" w:cs="Times New Roman"/>
          <w:color w:val="000000" w:themeColor="text1"/>
          <w:sz w:val="24"/>
          <w:szCs w:val="24"/>
        </w:rPr>
        <w:t>4.8/5</w:t>
      </w:r>
    </w:p>
    <w:p w14:paraId="3A5862B0" w14:textId="77777777" w:rsidR="007926BA" w:rsidRPr="00B2615F" w:rsidRDefault="007926BA">
      <w:pPr>
        <w:pStyle w:val="ListParagraph"/>
        <w:numPr>
          <w:ilvl w:val="0"/>
          <w:numId w:val="17"/>
        </w:numPr>
        <w:spacing w:line="278" w:lineRule="auto"/>
        <w:rPr>
          <w:rFonts w:ascii="Times New Roman" w:hAnsi="Times New Roman" w:cs="Times New Roman"/>
          <w:color w:val="002060"/>
          <w:sz w:val="24"/>
          <w:szCs w:val="24"/>
          <w:u w:val="thick"/>
        </w:rPr>
      </w:pPr>
      <w:r w:rsidRPr="00B2615F">
        <w:rPr>
          <w:rFonts w:ascii="Times New Roman" w:hAnsi="Times New Roman" w:cs="Times New Roman"/>
          <w:color w:val="002060"/>
          <w:sz w:val="24"/>
          <w:szCs w:val="24"/>
          <w:u w:val="thick"/>
        </w:rPr>
        <w:t xml:space="preserve">Presentation Style: </w:t>
      </w:r>
      <w:r w:rsidRPr="00B2615F">
        <w:rPr>
          <w:rFonts w:ascii="Times New Roman" w:hAnsi="Times New Roman" w:cs="Times New Roman"/>
          <w:color w:val="000000" w:themeColor="text1"/>
          <w:sz w:val="24"/>
          <w:szCs w:val="24"/>
        </w:rPr>
        <w:t>4.7/5</w:t>
      </w:r>
    </w:p>
    <w:p w14:paraId="6BCEBCB2" w14:textId="77777777" w:rsidR="007926BA" w:rsidRPr="00B2615F" w:rsidRDefault="007926BA" w:rsidP="007926BA">
      <w:pPr>
        <w:rPr>
          <w:rFonts w:ascii="Times New Roman" w:hAnsi="Times New Roman" w:cs="Times New Roman"/>
          <w:color w:val="702A61"/>
          <w:sz w:val="24"/>
          <w:szCs w:val="24"/>
          <w:u w:val="double"/>
        </w:rPr>
      </w:pPr>
      <w:r w:rsidRPr="00B2615F">
        <w:rPr>
          <w:rFonts w:ascii="Times New Roman" w:hAnsi="Times New Roman" w:cs="Times New Roman"/>
          <w:color w:val="702A61"/>
          <w:sz w:val="24"/>
          <w:szCs w:val="24"/>
          <w:u w:val="double"/>
        </w:rPr>
        <w:t>IMPACT ON CURRICULAM OR FUTURE PRACTICES:</w:t>
      </w:r>
    </w:p>
    <w:p w14:paraId="7529F2CB" w14:textId="77777777" w:rsidR="007926BA" w:rsidRPr="00B2615F" w:rsidRDefault="007926BA">
      <w:pPr>
        <w:pStyle w:val="ListParagraph"/>
        <w:numPr>
          <w:ilvl w:val="0"/>
          <w:numId w:val="14"/>
        </w:numPr>
        <w:spacing w:line="278" w:lineRule="auto"/>
        <w:rPr>
          <w:rFonts w:ascii="Times New Roman" w:hAnsi="Times New Roman" w:cs="Times New Roman"/>
          <w:color w:val="002060"/>
          <w:sz w:val="24"/>
          <w:szCs w:val="24"/>
          <w:u w:val="thick"/>
        </w:rPr>
      </w:pPr>
      <w:r w:rsidRPr="00B2615F">
        <w:rPr>
          <w:rFonts w:ascii="Times New Roman" w:hAnsi="Times New Roman" w:cs="Times New Roman"/>
          <w:color w:val="002060"/>
          <w:sz w:val="24"/>
          <w:szCs w:val="24"/>
          <w:u w:val="thick"/>
        </w:rPr>
        <w:t>Impact on Student Learning:</w:t>
      </w:r>
      <w:r w:rsidRPr="00B2615F">
        <w:rPr>
          <w:rFonts w:ascii="Times New Roman" w:hAnsi="Times New Roman" w:cs="Times New Roman"/>
          <w:color w:val="000000" w:themeColor="text1"/>
          <w:sz w:val="24"/>
          <w:szCs w:val="24"/>
        </w:rPr>
        <w:t xml:space="preserve"> Enhanced understanding of space technology, applicable to projects and academics.</w:t>
      </w:r>
    </w:p>
    <w:p w14:paraId="655458F2" w14:textId="77777777" w:rsidR="007926BA" w:rsidRPr="00B2615F" w:rsidRDefault="007926BA">
      <w:pPr>
        <w:pStyle w:val="ListParagraph"/>
        <w:numPr>
          <w:ilvl w:val="0"/>
          <w:numId w:val="14"/>
        </w:numPr>
        <w:spacing w:line="278" w:lineRule="auto"/>
        <w:rPr>
          <w:rFonts w:ascii="Times New Roman" w:hAnsi="Times New Roman" w:cs="Times New Roman"/>
          <w:color w:val="002060"/>
          <w:sz w:val="24"/>
          <w:szCs w:val="24"/>
          <w:u w:val="thick"/>
        </w:rPr>
      </w:pPr>
      <w:r w:rsidRPr="00B2615F">
        <w:rPr>
          <w:rFonts w:ascii="Times New Roman" w:hAnsi="Times New Roman" w:cs="Times New Roman"/>
          <w:color w:val="002060"/>
          <w:sz w:val="24"/>
          <w:szCs w:val="24"/>
          <w:u w:val="thick"/>
        </w:rPr>
        <w:t>Integration into Teaching Practices:</w:t>
      </w:r>
      <w:r w:rsidRPr="00B2615F">
        <w:rPr>
          <w:rFonts w:ascii="Times New Roman" w:hAnsi="Times New Roman" w:cs="Times New Roman"/>
          <w:color w:val="000000" w:themeColor="text1"/>
          <w:sz w:val="24"/>
          <w:szCs w:val="24"/>
        </w:rPr>
        <w:t xml:space="preserve"> Faculty members can incorporate space tech concepts into </w:t>
      </w:r>
      <w:proofErr w:type="gramStart"/>
      <w:r w:rsidRPr="00B2615F">
        <w:rPr>
          <w:rFonts w:ascii="Times New Roman" w:hAnsi="Times New Roman" w:cs="Times New Roman"/>
          <w:color w:val="000000" w:themeColor="text1"/>
          <w:sz w:val="24"/>
          <w:szCs w:val="24"/>
        </w:rPr>
        <w:t>teaching..</w:t>
      </w:r>
      <w:proofErr w:type="gramEnd"/>
    </w:p>
    <w:p w14:paraId="6FE517D9" w14:textId="77777777" w:rsidR="007926BA" w:rsidRPr="00B2615F" w:rsidRDefault="007926BA" w:rsidP="007926BA">
      <w:pPr>
        <w:rPr>
          <w:rFonts w:ascii="Times New Roman" w:hAnsi="Times New Roman" w:cs="Times New Roman"/>
          <w:color w:val="702A61"/>
          <w:sz w:val="24"/>
          <w:szCs w:val="24"/>
          <w:u w:val="double"/>
        </w:rPr>
      </w:pPr>
      <w:r w:rsidRPr="00B2615F">
        <w:rPr>
          <w:rFonts w:ascii="Times New Roman" w:hAnsi="Times New Roman" w:cs="Times New Roman"/>
          <w:color w:val="702A61"/>
          <w:sz w:val="24"/>
          <w:szCs w:val="24"/>
          <w:u w:val="double"/>
        </w:rPr>
        <w:t>QUANTATAIVE ANALYSIS:</w:t>
      </w:r>
    </w:p>
    <w:p w14:paraId="42D0DB2A" w14:textId="77777777" w:rsidR="007926BA" w:rsidRPr="00B2615F" w:rsidRDefault="007926BA">
      <w:pPr>
        <w:pStyle w:val="ListParagraph"/>
        <w:numPr>
          <w:ilvl w:val="0"/>
          <w:numId w:val="15"/>
        </w:numPr>
        <w:spacing w:line="278" w:lineRule="auto"/>
        <w:rPr>
          <w:rFonts w:ascii="Times New Roman" w:hAnsi="Times New Roman" w:cs="Times New Roman"/>
          <w:color w:val="002060"/>
          <w:sz w:val="24"/>
          <w:szCs w:val="24"/>
          <w:u w:val="thick"/>
        </w:rPr>
      </w:pPr>
      <w:r w:rsidRPr="00B2615F">
        <w:rPr>
          <w:rFonts w:ascii="Times New Roman" w:hAnsi="Times New Roman" w:cs="Times New Roman"/>
          <w:color w:val="002060"/>
          <w:sz w:val="24"/>
          <w:szCs w:val="24"/>
          <w:u w:val="thick"/>
        </w:rPr>
        <w:t>Performance Improvement:</w:t>
      </w:r>
      <w:r w:rsidRPr="00B2615F">
        <w:rPr>
          <w:rFonts w:ascii="Times New Roman" w:hAnsi="Times New Roman" w:cs="Times New Roman"/>
          <w:color w:val="000000" w:themeColor="text1"/>
          <w:sz w:val="24"/>
          <w:szCs w:val="24"/>
        </w:rPr>
        <w:t>90% of participants reported increased understanding of space applications.</w:t>
      </w:r>
    </w:p>
    <w:p w14:paraId="6174B37F" w14:textId="77777777" w:rsidR="007926BA" w:rsidRPr="00B2615F" w:rsidRDefault="007926BA" w:rsidP="007926BA">
      <w:pPr>
        <w:pStyle w:val="ListParagraph"/>
        <w:jc w:val="center"/>
        <w:rPr>
          <w:rFonts w:ascii="Times New Roman" w:hAnsi="Times New Roman" w:cs="Times New Roman"/>
          <w:color w:val="002060"/>
          <w:sz w:val="24"/>
          <w:szCs w:val="24"/>
          <w:u w:val="thick"/>
        </w:rPr>
      </w:pPr>
      <w:r w:rsidRPr="00B2615F">
        <w:rPr>
          <w:rFonts w:ascii="Times New Roman" w:hAnsi="Times New Roman" w:cs="Times New Roman"/>
          <w:noProof/>
          <w:color w:val="002060"/>
          <w:sz w:val="24"/>
          <w:szCs w:val="24"/>
          <w:u w:val="thick"/>
        </w:rPr>
        <w:drawing>
          <wp:inline distT="0" distB="0" distL="0" distR="0" wp14:anchorId="41455E4C" wp14:editId="1D3F6A1F">
            <wp:extent cx="2260459" cy="1695344"/>
            <wp:effectExtent l="19050" t="0" r="6491" b="0"/>
            <wp:docPr id="65984161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841613" name="Picture 659841613"/>
                    <pic:cNvPicPr/>
                  </pic:nvPicPr>
                  <pic:blipFill>
                    <a:blip r:embed="rId128" cstate="print"/>
                    <a:stretch>
                      <a:fillRect/>
                    </a:stretch>
                  </pic:blipFill>
                  <pic:spPr>
                    <a:xfrm>
                      <a:off x="0" y="0"/>
                      <a:ext cx="2260459" cy="1695344"/>
                    </a:xfrm>
                    <a:prstGeom prst="rect">
                      <a:avLst/>
                    </a:prstGeom>
                  </pic:spPr>
                </pic:pic>
              </a:graphicData>
            </a:graphic>
          </wp:inline>
        </w:drawing>
      </w:r>
      <w:r w:rsidRPr="00B2615F">
        <w:rPr>
          <w:rFonts w:ascii="Times New Roman" w:hAnsi="Times New Roman" w:cs="Times New Roman"/>
          <w:noProof/>
          <w:color w:val="002060"/>
          <w:sz w:val="24"/>
          <w:szCs w:val="24"/>
          <w:u w:val="thick"/>
        </w:rPr>
        <w:drawing>
          <wp:inline distT="0" distB="0" distL="0" distR="0" wp14:anchorId="24D6D8F1" wp14:editId="614D596F">
            <wp:extent cx="2287328" cy="1715496"/>
            <wp:effectExtent l="19050" t="0" r="0" b="0"/>
            <wp:docPr id="10582757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275735" name="Picture 1058275735"/>
                    <pic:cNvPicPr/>
                  </pic:nvPicPr>
                  <pic:blipFill>
                    <a:blip r:embed="rId129" cstate="print"/>
                    <a:stretch>
                      <a:fillRect/>
                    </a:stretch>
                  </pic:blipFill>
                  <pic:spPr>
                    <a:xfrm flipH="1">
                      <a:off x="0" y="0"/>
                      <a:ext cx="2287328" cy="1715496"/>
                    </a:xfrm>
                    <a:prstGeom prst="rect">
                      <a:avLst/>
                    </a:prstGeom>
                  </pic:spPr>
                </pic:pic>
              </a:graphicData>
            </a:graphic>
          </wp:inline>
        </w:drawing>
      </w:r>
    </w:p>
    <w:p w14:paraId="5516F5CA" w14:textId="77777777" w:rsidR="007926BA" w:rsidRPr="00B2615F" w:rsidRDefault="007926BA" w:rsidP="007926BA">
      <w:pPr>
        <w:pStyle w:val="ListParagraph"/>
        <w:rPr>
          <w:rFonts w:ascii="Times New Roman" w:hAnsi="Times New Roman" w:cs="Times New Roman"/>
          <w:color w:val="702A61"/>
          <w:sz w:val="24"/>
          <w:szCs w:val="24"/>
          <w:u w:val="double"/>
        </w:rPr>
      </w:pPr>
    </w:p>
    <w:p w14:paraId="6CE01A60" w14:textId="77777777" w:rsidR="007926BA" w:rsidRPr="00B2615F" w:rsidRDefault="007926BA" w:rsidP="007926BA">
      <w:pPr>
        <w:pStyle w:val="ListParagraph"/>
        <w:rPr>
          <w:rFonts w:ascii="Times New Roman" w:hAnsi="Times New Roman" w:cs="Times New Roman"/>
          <w:color w:val="002060"/>
          <w:sz w:val="24"/>
          <w:szCs w:val="24"/>
          <w:u w:val="thick"/>
        </w:rPr>
      </w:pPr>
      <w:r w:rsidRPr="00B2615F">
        <w:rPr>
          <w:rFonts w:ascii="Times New Roman" w:hAnsi="Times New Roman" w:cs="Times New Roman"/>
          <w:color w:val="702A61"/>
          <w:sz w:val="24"/>
          <w:szCs w:val="24"/>
          <w:u w:val="double"/>
        </w:rPr>
        <w:t>RECOMMENDATIONS:</w:t>
      </w:r>
    </w:p>
    <w:p w14:paraId="6C60C677" w14:textId="77777777" w:rsidR="007926BA" w:rsidRPr="00B2615F" w:rsidRDefault="007926BA">
      <w:pPr>
        <w:pStyle w:val="ListParagraph"/>
        <w:numPr>
          <w:ilvl w:val="0"/>
          <w:numId w:val="19"/>
        </w:numPr>
        <w:spacing w:line="278" w:lineRule="auto"/>
        <w:rPr>
          <w:rFonts w:ascii="Times New Roman" w:hAnsi="Times New Roman" w:cs="Times New Roman"/>
          <w:color w:val="002060"/>
          <w:sz w:val="24"/>
          <w:szCs w:val="24"/>
          <w:u w:val="thick"/>
        </w:rPr>
      </w:pPr>
      <w:r w:rsidRPr="00B2615F">
        <w:rPr>
          <w:rFonts w:ascii="Times New Roman" w:hAnsi="Times New Roman" w:cs="Times New Roman"/>
          <w:color w:val="002060"/>
          <w:sz w:val="24"/>
          <w:szCs w:val="24"/>
          <w:u w:val="thick"/>
        </w:rPr>
        <w:t>Future Improvements:</w:t>
      </w:r>
      <w:r w:rsidRPr="00B2615F">
        <w:rPr>
          <w:rFonts w:ascii="Times New Roman" w:hAnsi="Times New Roman" w:cs="Times New Roman"/>
          <w:sz w:val="24"/>
          <w:szCs w:val="24"/>
        </w:rPr>
        <w:t xml:space="preserve"> </w:t>
      </w:r>
      <w:r w:rsidRPr="00B2615F">
        <w:rPr>
          <w:rFonts w:ascii="Times New Roman" w:hAnsi="Times New Roman" w:cs="Times New Roman"/>
          <w:color w:val="000000" w:themeColor="text1"/>
          <w:sz w:val="24"/>
          <w:szCs w:val="24"/>
        </w:rPr>
        <w:t xml:space="preserve">Include more interactive sessions and hands-on activities. </w:t>
      </w:r>
      <w:r w:rsidRPr="00B2615F">
        <w:rPr>
          <w:rFonts w:ascii="Times New Roman" w:hAnsi="Times New Roman" w:cs="Times New Roman"/>
          <w:color w:val="002060"/>
          <w:sz w:val="24"/>
          <w:szCs w:val="24"/>
          <w:u w:val="thick"/>
        </w:rPr>
        <w:t xml:space="preserve">Recommended Topics for Future Events: </w:t>
      </w:r>
      <w:r w:rsidRPr="00B2615F">
        <w:rPr>
          <w:rFonts w:ascii="Times New Roman" w:hAnsi="Times New Roman" w:cs="Times New Roman"/>
          <w:color w:val="000000" w:themeColor="text1"/>
          <w:sz w:val="24"/>
          <w:szCs w:val="24"/>
        </w:rPr>
        <w:t>Cloud security, threat analysis, and incident response.</w:t>
      </w:r>
    </w:p>
    <w:p w14:paraId="57AAAB28" w14:textId="77777777" w:rsidR="007926BA" w:rsidRPr="00B2615F" w:rsidRDefault="007926BA">
      <w:pPr>
        <w:pStyle w:val="ListParagraph"/>
        <w:numPr>
          <w:ilvl w:val="0"/>
          <w:numId w:val="19"/>
        </w:numPr>
        <w:spacing w:line="278" w:lineRule="auto"/>
        <w:rPr>
          <w:rFonts w:ascii="Times New Roman" w:hAnsi="Times New Roman" w:cs="Times New Roman"/>
          <w:color w:val="702A61"/>
          <w:sz w:val="24"/>
          <w:szCs w:val="24"/>
          <w:u w:val="double"/>
        </w:rPr>
      </w:pPr>
      <w:r w:rsidRPr="00B2615F">
        <w:rPr>
          <w:rFonts w:ascii="Times New Roman" w:hAnsi="Times New Roman" w:cs="Times New Roman"/>
          <w:color w:val="002060"/>
          <w:sz w:val="24"/>
          <w:szCs w:val="24"/>
          <w:u w:val="thick"/>
        </w:rPr>
        <w:t>Potential for Resource of the Event:</w:t>
      </w:r>
      <w:r w:rsidRPr="00B2615F">
        <w:rPr>
          <w:rFonts w:ascii="Times New Roman" w:hAnsi="Times New Roman" w:cs="Times New Roman"/>
          <w:sz w:val="24"/>
          <w:szCs w:val="24"/>
        </w:rPr>
        <w:t xml:space="preserve"> </w:t>
      </w:r>
      <w:r w:rsidRPr="00B2615F">
        <w:rPr>
          <w:rFonts w:ascii="Times New Roman" w:hAnsi="Times New Roman" w:cs="Times New Roman"/>
          <w:color w:val="000000" w:themeColor="text1"/>
          <w:sz w:val="24"/>
          <w:szCs w:val="24"/>
        </w:rPr>
        <w:t xml:space="preserve">Yes, recommended for future batches. </w:t>
      </w:r>
      <w:r w:rsidRPr="00B2615F">
        <w:rPr>
          <w:rFonts w:ascii="Times New Roman" w:hAnsi="Times New Roman" w:cs="Times New Roman"/>
          <w:color w:val="702A61"/>
          <w:sz w:val="24"/>
          <w:szCs w:val="24"/>
          <w:u w:val="double"/>
        </w:rPr>
        <w:t>CONCLUSION:</w:t>
      </w:r>
    </w:p>
    <w:p w14:paraId="4974F4F9" w14:textId="77777777" w:rsidR="007926BA" w:rsidRPr="00B2615F" w:rsidRDefault="007926BA" w:rsidP="007926BA">
      <w:pPr>
        <w:jc w:val="center"/>
        <w:rPr>
          <w:rFonts w:ascii="Times New Roman" w:hAnsi="Times New Roman" w:cs="Times New Roman"/>
          <w:color w:val="000000" w:themeColor="text1"/>
          <w:sz w:val="24"/>
          <w:szCs w:val="24"/>
        </w:rPr>
      </w:pPr>
      <w:r w:rsidRPr="00B2615F">
        <w:rPr>
          <w:rFonts w:ascii="Times New Roman" w:hAnsi="Times New Roman" w:cs="Times New Roman"/>
          <w:color w:val="000000" w:themeColor="text1"/>
          <w:sz w:val="24"/>
          <w:szCs w:val="24"/>
        </w:rPr>
        <w:t xml:space="preserve">The industrial visit to NRSC ISRO was a success, providing valuable insights into space technology and applications. </w:t>
      </w:r>
    </w:p>
    <w:p w14:paraId="17E0752A" w14:textId="77777777" w:rsidR="00226B14" w:rsidRDefault="00226B14" w:rsidP="00226B14">
      <w:pPr>
        <w:ind w:firstLineChars="426" w:firstLine="1540"/>
        <w:rPr>
          <w:rFonts w:ascii="Times New Roman" w:hAnsi="Times New Roman" w:cs="Times New Roman"/>
          <w:b/>
          <w:bCs/>
          <w:sz w:val="36"/>
          <w:szCs w:val="36"/>
          <w:lang w:val="en-GB"/>
        </w:rPr>
      </w:pPr>
    </w:p>
    <w:p w14:paraId="1D675646" w14:textId="4AC48533" w:rsidR="00153486" w:rsidRDefault="00153486" w:rsidP="00795B9D">
      <w:pPr>
        <w:pStyle w:val="Heading1"/>
      </w:pPr>
      <w:r>
        <w:t>Report on Industrial Visit to t-Hub</w:t>
      </w:r>
    </w:p>
    <w:p w14:paraId="20657893" w14:textId="77777777" w:rsidR="00153486" w:rsidRDefault="00153486" w:rsidP="00153486">
      <w:r>
        <w:br/>
      </w:r>
    </w:p>
    <w:p w14:paraId="6FCF5B44" w14:textId="77777777" w:rsidR="00153486" w:rsidRDefault="00153486" w:rsidP="00153486">
      <w:pPr>
        <w:pStyle w:val="Heading2"/>
      </w:pPr>
      <w:r>
        <w:t>1. Event Details</w:t>
      </w:r>
    </w:p>
    <w:p w14:paraId="00ED44EE" w14:textId="77777777" w:rsidR="00153486" w:rsidRDefault="00153486" w:rsidP="00153486">
      <w:r>
        <w:rPr>
          <w:b/>
          <w:bCs/>
        </w:rPr>
        <w:t xml:space="preserve">Title of the Event: </w:t>
      </w:r>
      <w:r>
        <w:t>Industrial Visit to T-Hub, Hyderabad</w:t>
      </w:r>
    </w:p>
    <w:p w14:paraId="297A1071" w14:textId="77777777" w:rsidR="00153486" w:rsidRDefault="00153486" w:rsidP="00153486">
      <w:r>
        <w:rPr>
          <w:b/>
          <w:bCs/>
        </w:rPr>
        <w:lastRenderedPageBreak/>
        <w:t xml:space="preserve">Organized by: </w:t>
      </w:r>
      <w:r>
        <w:t xml:space="preserve">Department of </w:t>
      </w:r>
      <w:hyperlink r:id="rId130">
        <w:proofErr w:type="spellStart"/>
        <w:r>
          <w:rPr>
            <w:color w:val="1155CC"/>
            <w:u w:val="single"/>
          </w:rPr>
          <w:t>B.Sc</w:t>
        </w:r>
        <w:proofErr w:type="spellEnd"/>
      </w:hyperlink>
      <w:r>
        <w:t xml:space="preserve"> Computer Science and Cyber Security, Loyola Academy</w:t>
      </w:r>
    </w:p>
    <w:p w14:paraId="4AD57872" w14:textId="77777777" w:rsidR="00153486" w:rsidRDefault="00153486" w:rsidP="00153486">
      <w:r>
        <w:rPr>
          <w:b/>
          <w:bCs/>
        </w:rPr>
        <w:t xml:space="preserve">Participants: </w:t>
      </w:r>
      <w:r>
        <w:t>II Year and III Year Cyber Security Students</w:t>
      </w:r>
    </w:p>
    <w:p w14:paraId="7A7A97FF" w14:textId="77777777" w:rsidR="00153486" w:rsidRDefault="00153486" w:rsidP="00153486">
      <w:r>
        <w:rPr>
          <w:b/>
          <w:bCs/>
        </w:rPr>
        <w:t xml:space="preserve">Venue: </w:t>
      </w:r>
      <w:r>
        <w:t>T-Hub, Hyderabad</w:t>
      </w:r>
    </w:p>
    <w:p w14:paraId="4C260D6B" w14:textId="77777777" w:rsidR="00153486" w:rsidRDefault="00153486" w:rsidP="00153486">
      <w:r>
        <w:rPr>
          <w:b/>
          <w:bCs/>
        </w:rPr>
        <w:t xml:space="preserve">Date: </w:t>
      </w:r>
      <w:r>
        <w:t xml:space="preserve">26th </w:t>
      </w:r>
      <w:proofErr w:type="gramStart"/>
      <w:r>
        <w:t>February,</w:t>
      </w:r>
      <w:proofErr w:type="gramEnd"/>
      <w:r>
        <w:t xml:space="preserve"> 2026</w:t>
      </w:r>
    </w:p>
    <w:p w14:paraId="6ADD9E68" w14:textId="77777777" w:rsidR="00153486" w:rsidRDefault="00153486" w:rsidP="00153486">
      <w:pPr>
        <w:pStyle w:val="Heading2"/>
      </w:pPr>
      <w:r>
        <w:t>2. Objectives of the Visit</w:t>
      </w:r>
    </w:p>
    <w:p w14:paraId="5312E222" w14:textId="77777777" w:rsidR="00153486" w:rsidRDefault="00153486">
      <w:pPr>
        <w:numPr>
          <w:ilvl w:val="0"/>
          <w:numId w:val="20"/>
        </w:numPr>
        <w:pBdr>
          <w:top w:val="nil"/>
          <w:left w:val="nil"/>
          <w:bottom w:val="nil"/>
          <w:right w:val="nil"/>
          <w:between w:val="nil"/>
        </w:pBdr>
        <w:spacing w:after="0" w:line="276" w:lineRule="auto"/>
      </w:pPr>
      <w:r>
        <w:rPr>
          <w:rFonts w:ascii="Cambria" w:eastAsia="Cambria" w:hAnsi="Cambria" w:cs="Cambria"/>
          <w:color w:val="000000"/>
        </w:rPr>
        <w:t>To provide industry exposure to students in the field of Cyber Security.</w:t>
      </w:r>
    </w:p>
    <w:p w14:paraId="167A10FD" w14:textId="77777777" w:rsidR="00153486" w:rsidRDefault="00153486">
      <w:pPr>
        <w:numPr>
          <w:ilvl w:val="0"/>
          <w:numId w:val="20"/>
        </w:numPr>
        <w:pBdr>
          <w:top w:val="nil"/>
          <w:left w:val="nil"/>
          <w:bottom w:val="nil"/>
          <w:right w:val="nil"/>
          <w:between w:val="nil"/>
        </w:pBdr>
        <w:spacing w:after="0" w:line="276" w:lineRule="auto"/>
      </w:pPr>
      <w:r>
        <w:rPr>
          <w:rFonts w:ascii="Cambria" w:eastAsia="Cambria" w:hAnsi="Cambria" w:cs="Cambria"/>
          <w:color w:val="000000"/>
        </w:rPr>
        <w:t>To understand real-time cybersecurity applications in startups and enterprises.</w:t>
      </w:r>
    </w:p>
    <w:p w14:paraId="63EA7D32" w14:textId="77777777" w:rsidR="00153486" w:rsidRDefault="00153486">
      <w:pPr>
        <w:numPr>
          <w:ilvl w:val="0"/>
          <w:numId w:val="20"/>
        </w:numPr>
        <w:pBdr>
          <w:top w:val="nil"/>
          <w:left w:val="nil"/>
          <w:bottom w:val="nil"/>
          <w:right w:val="nil"/>
          <w:between w:val="nil"/>
        </w:pBdr>
        <w:spacing w:after="0" w:line="276" w:lineRule="auto"/>
      </w:pPr>
      <w:r>
        <w:rPr>
          <w:rFonts w:ascii="Cambria" w:eastAsia="Cambria" w:hAnsi="Cambria" w:cs="Cambria"/>
          <w:color w:val="000000"/>
        </w:rPr>
        <w:t>To bridge the gap between academic curriculum and industry requirements.</w:t>
      </w:r>
    </w:p>
    <w:p w14:paraId="35D1C55A" w14:textId="77777777" w:rsidR="00153486" w:rsidRDefault="00153486">
      <w:pPr>
        <w:numPr>
          <w:ilvl w:val="0"/>
          <w:numId w:val="20"/>
        </w:numPr>
        <w:pBdr>
          <w:top w:val="nil"/>
          <w:left w:val="nil"/>
          <w:bottom w:val="nil"/>
          <w:right w:val="nil"/>
          <w:between w:val="nil"/>
        </w:pBdr>
        <w:spacing w:after="200" w:line="276" w:lineRule="auto"/>
      </w:pPr>
      <w:r>
        <w:rPr>
          <w:rFonts w:ascii="Cambria" w:eastAsia="Cambria" w:hAnsi="Cambria" w:cs="Cambria"/>
          <w:color w:val="000000"/>
        </w:rPr>
        <w:t>To encourage innovation and entrepreneurial thinking among students.</w:t>
      </w:r>
    </w:p>
    <w:p w14:paraId="4B8CCD89" w14:textId="77777777" w:rsidR="00153486" w:rsidRDefault="00153486" w:rsidP="00153486">
      <w:pPr>
        <w:pStyle w:val="Heading2"/>
      </w:pPr>
      <w:r>
        <w:t>3. Participant Details</w:t>
      </w:r>
    </w:p>
    <w:p w14:paraId="73B5D151" w14:textId="77777777" w:rsidR="00153486" w:rsidRDefault="00153486" w:rsidP="00153486">
      <w:r>
        <w:t xml:space="preserve">Total Participants: 51 </w:t>
      </w:r>
    </w:p>
    <w:p w14:paraId="212BF462" w14:textId="77777777" w:rsidR="00153486" w:rsidRDefault="00153486" w:rsidP="00153486">
      <w:r>
        <w:t>Attendance Percentage: 100%</w:t>
      </w:r>
    </w:p>
    <w:p w14:paraId="2E4B1311" w14:textId="77777777" w:rsidR="00153486" w:rsidRDefault="00153486" w:rsidP="00153486">
      <w:r>
        <w:t xml:space="preserve">Accompanying Faculty: </w:t>
      </w:r>
    </w:p>
    <w:p w14:paraId="11274740" w14:textId="77777777" w:rsidR="00153486" w:rsidRDefault="00153486">
      <w:pPr>
        <w:numPr>
          <w:ilvl w:val="0"/>
          <w:numId w:val="21"/>
        </w:numPr>
        <w:spacing w:after="0" w:line="276" w:lineRule="auto"/>
      </w:pPr>
      <w:r>
        <w:t xml:space="preserve">Ms. </w:t>
      </w:r>
      <w:proofErr w:type="spellStart"/>
      <w:proofErr w:type="gramStart"/>
      <w:r>
        <w:t>S.Lakshmi</w:t>
      </w:r>
      <w:proofErr w:type="spellEnd"/>
      <w:proofErr w:type="gramEnd"/>
      <w:r>
        <w:t xml:space="preserve"> </w:t>
      </w:r>
      <w:proofErr w:type="spellStart"/>
      <w:r>
        <w:t>HoD</w:t>
      </w:r>
      <w:proofErr w:type="spellEnd"/>
      <w:r>
        <w:t>, Department of Cyber Security</w:t>
      </w:r>
    </w:p>
    <w:p w14:paraId="2AE50E16" w14:textId="77777777" w:rsidR="00153486" w:rsidRDefault="00153486">
      <w:pPr>
        <w:numPr>
          <w:ilvl w:val="0"/>
          <w:numId w:val="21"/>
        </w:numPr>
        <w:spacing w:after="200" w:line="276" w:lineRule="auto"/>
      </w:pPr>
      <w:r>
        <w:t xml:space="preserve">Ms. Manisha, Assistant Professor </w:t>
      </w:r>
    </w:p>
    <w:p w14:paraId="305A1F6F" w14:textId="77777777" w:rsidR="00153486" w:rsidRDefault="00153486" w:rsidP="00153486">
      <w:pPr>
        <w:pStyle w:val="Heading2"/>
      </w:pPr>
      <w:r>
        <w:t>4. Content Evaluation &amp; Seminar Atmosphere</w:t>
      </w:r>
    </w:p>
    <w:p w14:paraId="0C74BD12" w14:textId="77777777" w:rsidR="00153486" w:rsidRDefault="00153486" w:rsidP="00153486">
      <w:r>
        <w:t>The sessions conducted at T-Hub were highly informative and aligned with current industry trends such as AI-driven cybersecurity, cloud security, and startup innovation models.</w:t>
      </w:r>
    </w:p>
    <w:p w14:paraId="7586038C" w14:textId="77777777" w:rsidR="00153486" w:rsidRDefault="00153486" w:rsidP="00153486">
      <w:r>
        <w:t xml:space="preserve">The seminar atmosphere was professional, innovative, and </w:t>
      </w:r>
      <w:proofErr w:type="gramStart"/>
      <w:r>
        <w:t>technology-oriented</w:t>
      </w:r>
      <w:proofErr w:type="gramEnd"/>
      <w:r>
        <w:t xml:space="preserve">. The modern infrastructure, collaborative workspaces, and incubation </w:t>
      </w:r>
      <w:proofErr w:type="spellStart"/>
      <w:r>
        <w:t>centers</w:t>
      </w:r>
      <w:proofErr w:type="spellEnd"/>
      <w:r>
        <w:t xml:space="preserve"> provided students with exposure to a dynamic startup ecosystem.</w:t>
      </w:r>
    </w:p>
    <w:p w14:paraId="314311EA" w14:textId="77777777" w:rsidR="00153486" w:rsidRDefault="00153486" w:rsidP="00153486">
      <w:pPr>
        <w:pStyle w:val="Heading2"/>
      </w:pPr>
      <w:r>
        <w:t>5. Learning Outcomes</w:t>
      </w:r>
    </w:p>
    <w:p w14:paraId="751301D1" w14:textId="77777777" w:rsidR="00153486" w:rsidRDefault="00153486">
      <w:pPr>
        <w:numPr>
          <w:ilvl w:val="0"/>
          <w:numId w:val="20"/>
        </w:numPr>
        <w:pBdr>
          <w:top w:val="nil"/>
          <w:left w:val="nil"/>
          <w:bottom w:val="nil"/>
          <w:right w:val="nil"/>
          <w:between w:val="nil"/>
        </w:pBdr>
        <w:spacing w:after="0" w:line="276" w:lineRule="auto"/>
      </w:pPr>
      <w:r>
        <w:rPr>
          <w:rFonts w:ascii="Cambria" w:eastAsia="Cambria" w:hAnsi="Cambria" w:cs="Cambria"/>
          <w:color w:val="000000"/>
        </w:rPr>
        <w:t>Enhanced understanding of real-time cyber threat management.</w:t>
      </w:r>
    </w:p>
    <w:p w14:paraId="75399786" w14:textId="77777777" w:rsidR="00153486" w:rsidRDefault="00153486">
      <w:pPr>
        <w:numPr>
          <w:ilvl w:val="0"/>
          <w:numId w:val="20"/>
        </w:numPr>
        <w:pBdr>
          <w:top w:val="nil"/>
          <w:left w:val="nil"/>
          <w:bottom w:val="nil"/>
          <w:right w:val="nil"/>
          <w:between w:val="nil"/>
        </w:pBdr>
        <w:spacing w:after="0" w:line="276" w:lineRule="auto"/>
      </w:pPr>
      <w:r>
        <w:rPr>
          <w:rFonts w:ascii="Cambria" w:eastAsia="Cambria" w:hAnsi="Cambria" w:cs="Cambria"/>
          <w:color w:val="000000"/>
        </w:rPr>
        <w:t>Awareness of industry tools and cybersecurity frameworks.</w:t>
      </w:r>
    </w:p>
    <w:p w14:paraId="3D76DF66" w14:textId="77777777" w:rsidR="00153486" w:rsidRDefault="00153486">
      <w:pPr>
        <w:numPr>
          <w:ilvl w:val="0"/>
          <w:numId w:val="20"/>
        </w:numPr>
        <w:pBdr>
          <w:top w:val="nil"/>
          <w:left w:val="nil"/>
          <w:bottom w:val="nil"/>
          <w:right w:val="nil"/>
          <w:between w:val="nil"/>
        </w:pBdr>
        <w:spacing w:after="0" w:line="276" w:lineRule="auto"/>
      </w:pPr>
      <w:r>
        <w:rPr>
          <w:rFonts w:ascii="Cambria" w:eastAsia="Cambria" w:hAnsi="Cambria" w:cs="Cambria"/>
          <w:color w:val="000000"/>
        </w:rPr>
        <w:t>Exposure to startup culture and entrepreneurship opportunities.</w:t>
      </w:r>
    </w:p>
    <w:p w14:paraId="14651F4E" w14:textId="77777777" w:rsidR="00153486" w:rsidRDefault="00153486">
      <w:pPr>
        <w:numPr>
          <w:ilvl w:val="0"/>
          <w:numId w:val="20"/>
        </w:numPr>
        <w:pBdr>
          <w:top w:val="nil"/>
          <w:left w:val="nil"/>
          <w:bottom w:val="nil"/>
          <w:right w:val="nil"/>
          <w:between w:val="nil"/>
        </w:pBdr>
        <w:spacing w:after="200" w:line="276" w:lineRule="auto"/>
      </w:pPr>
      <w:r>
        <w:rPr>
          <w:rFonts w:ascii="Cambria" w:eastAsia="Cambria" w:hAnsi="Cambria" w:cs="Cambria"/>
          <w:color w:val="000000"/>
        </w:rPr>
        <w:t>Improved analytical and risk assessment skills.</w:t>
      </w:r>
    </w:p>
    <w:p w14:paraId="066E9F3F" w14:textId="77777777" w:rsidR="00153486" w:rsidRDefault="00153486" w:rsidP="00153486">
      <w:pPr>
        <w:pStyle w:val="Heading2"/>
      </w:pPr>
      <w:r>
        <w:t>6. Feedback Analysis</w:t>
      </w:r>
    </w:p>
    <w:p w14:paraId="5CDFF84B" w14:textId="77777777" w:rsidR="00153486" w:rsidRDefault="00153486" w:rsidP="00153486">
      <w:r>
        <w:t>Method of Feedback Collection: Online Google Form</w:t>
      </w:r>
    </w:p>
    <w:p w14:paraId="17454F3B" w14:textId="77777777" w:rsidR="00153486" w:rsidRDefault="00153486" w:rsidP="00153486">
      <w:r>
        <w:t>Overall Rating: 4.8/5</w:t>
      </w:r>
    </w:p>
    <w:p w14:paraId="58FD592F" w14:textId="77777777" w:rsidR="00153486" w:rsidRDefault="00153486" w:rsidP="00153486">
      <w:r>
        <w:t>Students appreciated the interactive sessions and real-world exposure. Suggestions included conducting more hands-on workshops and extended interaction sessions.</w:t>
      </w:r>
    </w:p>
    <w:p w14:paraId="0A53363F" w14:textId="77777777" w:rsidR="00153486" w:rsidRDefault="00153486" w:rsidP="00153486">
      <w:pPr>
        <w:pStyle w:val="Heading2"/>
      </w:pPr>
      <w:r>
        <w:t>7. Impact on Curriculum &amp; NAAC Relevance</w:t>
      </w:r>
    </w:p>
    <w:p w14:paraId="3554BE05" w14:textId="77777777" w:rsidR="00153486" w:rsidRDefault="00153486" w:rsidP="00153486">
      <w:r>
        <w:t>The industrial visit significantly contributed to experiential learning, industry-academia interaction, and skill enhancement aligned with NAAC quality indicators.</w:t>
      </w:r>
    </w:p>
    <w:p w14:paraId="0F0A82F6" w14:textId="77777777" w:rsidR="00153486" w:rsidRDefault="00153486" w:rsidP="00153486">
      <w:r>
        <w:lastRenderedPageBreak/>
        <w:t>Faculty members plan to integrate case studies, industry practices, and startup-based learning modules into the existing curriculum.</w:t>
      </w:r>
    </w:p>
    <w:p w14:paraId="214ED33D" w14:textId="77777777" w:rsidR="00153486" w:rsidRDefault="00153486" w:rsidP="00153486">
      <w:pPr>
        <w:pStyle w:val="Heading2"/>
      </w:pPr>
      <w:r>
        <w:t>8. Conclusion</w:t>
      </w:r>
    </w:p>
    <w:p w14:paraId="680A83A7" w14:textId="77777777" w:rsidR="00153486" w:rsidRDefault="00153486" w:rsidP="00153486">
      <w:r>
        <w:t>The Industrial Visit to T-Hub, Hyderabad was successful in achieving its objectives. It strengthened students’ practical knowledge, enhanced industry readiness, and supported institutional quality initiatives under NAAC guidelines.</w:t>
      </w:r>
    </w:p>
    <w:p w14:paraId="76699C38" w14:textId="77777777" w:rsidR="00153486" w:rsidRDefault="00153486" w:rsidP="00153486"/>
    <w:p w14:paraId="4C9B0887" w14:textId="77777777" w:rsidR="00153486" w:rsidRDefault="00153486" w:rsidP="00153486">
      <w:r w:rsidRPr="008A61CD">
        <w:rPr>
          <w:noProof/>
        </w:rPr>
        <w:drawing>
          <wp:inline distT="0" distB="0" distL="0" distR="0" wp14:anchorId="0ECB9D4A" wp14:editId="345DD562">
            <wp:extent cx="3289300" cy="2466975"/>
            <wp:effectExtent l="0" t="0" r="6350" b="9525"/>
            <wp:docPr id="14219801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289300" cy="2466975"/>
                    </a:xfrm>
                    <a:prstGeom prst="rect">
                      <a:avLst/>
                    </a:prstGeom>
                    <a:noFill/>
                    <a:ln>
                      <a:noFill/>
                    </a:ln>
                  </pic:spPr>
                </pic:pic>
              </a:graphicData>
            </a:graphic>
          </wp:inline>
        </w:drawing>
      </w:r>
    </w:p>
    <w:p w14:paraId="72A30A5E" w14:textId="77777777" w:rsidR="00153486" w:rsidRDefault="00153486" w:rsidP="00153486"/>
    <w:p w14:paraId="73D1A47E" w14:textId="77777777" w:rsidR="00153486" w:rsidRDefault="00153486" w:rsidP="00153486">
      <w:r w:rsidRPr="008A61CD">
        <w:rPr>
          <w:noProof/>
        </w:rPr>
        <w:drawing>
          <wp:inline distT="0" distB="0" distL="0" distR="0" wp14:anchorId="0ECFDE9B" wp14:editId="4887F042">
            <wp:extent cx="3471333" cy="1952625"/>
            <wp:effectExtent l="0" t="0" r="0" b="0"/>
            <wp:docPr id="4280938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476561" cy="1955566"/>
                    </a:xfrm>
                    <a:prstGeom prst="rect">
                      <a:avLst/>
                    </a:prstGeom>
                    <a:noFill/>
                    <a:ln>
                      <a:noFill/>
                    </a:ln>
                  </pic:spPr>
                </pic:pic>
              </a:graphicData>
            </a:graphic>
          </wp:inline>
        </w:drawing>
      </w:r>
    </w:p>
    <w:p w14:paraId="4CA068CA" w14:textId="77777777" w:rsidR="00153486" w:rsidRDefault="00153486" w:rsidP="00153486"/>
    <w:p w14:paraId="77FDB83E" w14:textId="1848C00F" w:rsidR="001F523F" w:rsidRPr="00795B9D" w:rsidRDefault="00153486" w:rsidP="00795B9D">
      <w:pPr>
        <w:spacing w:after="200" w:line="276" w:lineRule="auto"/>
      </w:pPr>
      <w:r w:rsidRPr="008A61CD">
        <w:rPr>
          <w:noProof/>
        </w:rPr>
        <w:lastRenderedPageBreak/>
        <w:drawing>
          <wp:inline distT="0" distB="0" distL="0" distR="0" wp14:anchorId="0702B1E0" wp14:editId="0D6E97C6">
            <wp:extent cx="3111500" cy="2333625"/>
            <wp:effectExtent l="0" t="0" r="0" b="9525"/>
            <wp:docPr id="182364464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111500" cy="2333625"/>
                    </a:xfrm>
                    <a:prstGeom prst="rect">
                      <a:avLst/>
                    </a:prstGeom>
                    <a:noFill/>
                    <a:ln>
                      <a:noFill/>
                    </a:ln>
                  </pic:spPr>
                </pic:pic>
              </a:graphicData>
            </a:graphic>
          </wp:inline>
        </w:drawing>
      </w:r>
    </w:p>
    <w:p w14:paraId="10F4A3C4" w14:textId="77777777" w:rsidR="001F523F" w:rsidRDefault="001F523F" w:rsidP="009A5AA2">
      <w:pPr>
        <w:rPr>
          <w:b/>
          <w:bCs/>
          <w:sz w:val="28"/>
          <w:szCs w:val="28"/>
          <w:lang w:val="en-US"/>
        </w:rPr>
      </w:pPr>
    </w:p>
    <w:p w14:paraId="419A88FA" w14:textId="09C9272B" w:rsidR="001F523F" w:rsidRDefault="00393171" w:rsidP="009A5AA2">
      <w:pPr>
        <w:rPr>
          <w:b/>
          <w:bCs/>
          <w:sz w:val="28"/>
          <w:szCs w:val="28"/>
          <w:lang w:val="en-US"/>
        </w:rPr>
      </w:pPr>
      <w:r>
        <w:rPr>
          <w:b/>
          <w:bCs/>
          <w:sz w:val="28"/>
          <w:szCs w:val="28"/>
          <w:lang w:val="en-US"/>
        </w:rPr>
        <w:t>2</w:t>
      </w:r>
      <w:r w:rsidR="00CB4667">
        <w:rPr>
          <w:b/>
          <w:bCs/>
          <w:sz w:val="28"/>
          <w:szCs w:val="28"/>
          <w:lang w:val="en-US"/>
        </w:rPr>
        <w:t>0</w:t>
      </w:r>
      <w:r>
        <w:rPr>
          <w:b/>
          <w:bCs/>
          <w:sz w:val="28"/>
          <w:szCs w:val="28"/>
          <w:lang w:val="en-US"/>
        </w:rPr>
        <w:t xml:space="preserve">. </w:t>
      </w:r>
      <w:r w:rsidR="001F523F">
        <w:rPr>
          <w:b/>
          <w:bCs/>
          <w:sz w:val="28"/>
          <w:szCs w:val="28"/>
          <w:lang w:val="en-US"/>
        </w:rPr>
        <w:t xml:space="preserve">Students </w:t>
      </w:r>
      <w:r>
        <w:rPr>
          <w:b/>
          <w:bCs/>
          <w:sz w:val="28"/>
          <w:szCs w:val="28"/>
          <w:lang w:val="en-US"/>
        </w:rPr>
        <w:t>List</w:t>
      </w:r>
      <w:r w:rsidR="001F523F">
        <w:rPr>
          <w:b/>
          <w:bCs/>
          <w:sz w:val="28"/>
          <w:szCs w:val="28"/>
          <w:lang w:val="en-US"/>
        </w:rPr>
        <w:t>:</w:t>
      </w:r>
    </w:p>
    <w:p w14:paraId="4359725F" w14:textId="77777777" w:rsidR="001F523F" w:rsidRDefault="001F523F" w:rsidP="009A5AA2">
      <w:pPr>
        <w:rPr>
          <w:b/>
          <w:bCs/>
          <w:sz w:val="28"/>
          <w:szCs w:val="28"/>
          <w:lang w:val="en-US"/>
        </w:rPr>
      </w:pPr>
    </w:p>
    <w:p w14:paraId="737CB8A3" w14:textId="11D21B44" w:rsidR="001F523F" w:rsidRDefault="001F523F" w:rsidP="009A5AA2">
      <w:pPr>
        <w:rPr>
          <w:b/>
          <w:bCs/>
          <w:sz w:val="28"/>
          <w:szCs w:val="28"/>
          <w:lang w:val="en-US"/>
        </w:rPr>
      </w:pPr>
      <w:r>
        <w:rPr>
          <w:b/>
          <w:bCs/>
          <w:sz w:val="28"/>
          <w:szCs w:val="28"/>
          <w:lang w:val="en-US"/>
        </w:rPr>
        <w:t>ACSCS</w:t>
      </w:r>
    </w:p>
    <w:tbl>
      <w:tblPr>
        <w:tblW w:w="8996" w:type="dxa"/>
        <w:tblCellMar>
          <w:left w:w="0" w:type="dxa"/>
          <w:right w:w="0" w:type="dxa"/>
        </w:tblCellMar>
        <w:tblLook w:val="04A0" w:firstRow="1" w:lastRow="0" w:firstColumn="1" w:lastColumn="0" w:noHBand="0" w:noVBand="1"/>
      </w:tblPr>
      <w:tblGrid>
        <w:gridCol w:w="1513"/>
        <w:gridCol w:w="2101"/>
        <w:gridCol w:w="4019"/>
        <w:gridCol w:w="1363"/>
      </w:tblGrid>
      <w:tr w:rsidR="001F523F" w:rsidRPr="001F523F" w14:paraId="0443C990" w14:textId="77777777" w:rsidTr="001F523F">
        <w:trPr>
          <w:trHeight w:val="255"/>
        </w:trPr>
        <w:tc>
          <w:tcPr>
            <w:tcW w:w="0" w:type="auto"/>
            <w:tcBorders>
              <w:top w:val="single" w:sz="12" w:space="0" w:color="C0C0C0"/>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23880E14" w14:textId="77777777" w:rsidR="001F523F" w:rsidRPr="001F523F" w:rsidRDefault="001F523F" w:rsidP="001F523F">
            <w:pPr>
              <w:rPr>
                <w:b/>
                <w:bCs/>
                <w:sz w:val="28"/>
                <w:szCs w:val="28"/>
              </w:rPr>
            </w:pPr>
            <w:r w:rsidRPr="001F523F">
              <w:rPr>
                <w:b/>
                <w:bCs/>
                <w:sz w:val="28"/>
                <w:szCs w:val="28"/>
              </w:rPr>
              <w:t>UID</w:t>
            </w:r>
          </w:p>
        </w:tc>
        <w:tc>
          <w:tcPr>
            <w:tcW w:w="0" w:type="auto"/>
            <w:tcBorders>
              <w:top w:val="single" w:sz="12" w:space="0" w:color="C0C0C0"/>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590CF7C" w14:textId="77777777" w:rsidR="001F523F" w:rsidRPr="001F523F" w:rsidRDefault="001F523F" w:rsidP="001F523F">
            <w:pPr>
              <w:rPr>
                <w:b/>
                <w:bCs/>
                <w:sz w:val="28"/>
                <w:szCs w:val="28"/>
              </w:rPr>
            </w:pPr>
            <w:r w:rsidRPr="001F523F">
              <w:rPr>
                <w:b/>
                <w:bCs/>
                <w:sz w:val="28"/>
                <w:szCs w:val="28"/>
              </w:rPr>
              <w:t>Name</w:t>
            </w:r>
          </w:p>
        </w:tc>
        <w:tc>
          <w:tcPr>
            <w:tcW w:w="0" w:type="auto"/>
            <w:tcBorders>
              <w:top w:val="single" w:sz="12" w:space="0" w:color="C0C0C0"/>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F74A70F" w14:textId="77777777" w:rsidR="001F523F" w:rsidRPr="001F523F" w:rsidRDefault="001F523F" w:rsidP="001F523F">
            <w:pPr>
              <w:rPr>
                <w:b/>
                <w:bCs/>
                <w:sz w:val="28"/>
                <w:szCs w:val="28"/>
              </w:rPr>
            </w:pPr>
            <w:r w:rsidRPr="001F523F">
              <w:rPr>
                <w:b/>
                <w:bCs/>
                <w:sz w:val="28"/>
                <w:szCs w:val="28"/>
              </w:rPr>
              <w:t>Email-Id</w:t>
            </w:r>
          </w:p>
        </w:tc>
        <w:tc>
          <w:tcPr>
            <w:tcW w:w="0" w:type="auto"/>
            <w:tcBorders>
              <w:top w:val="single" w:sz="12" w:space="0" w:color="C0C0C0"/>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939AA38" w14:textId="77777777" w:rsidR="001F523F" w:rsidRPr="001F523F" w:rsidRDefault="001F523F" w:rsidP="001F523F">
            <w:pPr>
              <w:rPr>
                <w:b/>
                <w:bCs/>
                <w:sz w:val="28"/>
                <w:szCs w:val="28"/>
              </w:rPr>
            </w:pPr>
            <w:r w:rsidRPr="001F523F">
              <w:rPr>
                <w:b/>
                <w:bCs/>
                <w:sz w:val="28"/>
                <w:szCs w:val="28"/>
              </w:rPr>
              <w:t>Contact Number</w:t>
            </w:r>
          </w:p>
        </w:tc>
      </w:tr>
      <w:tr w:rsidR="001F523F" w:rsidRPr="001F523F" w14:paraId="2432FD99"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37985B0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111725039001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6AE8DA7B"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A.Pallavi</w:t>
            </w:r>
            <w:proofErr w:type="spellEnd"/>
            <w:proofErr w:type="gram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21290B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pallaviadhimulam.2007@gmail.com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D46122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9573017123</w:t>
            </w:r>
          </w:p>
        </w:tc>
      </w:tr>
      <w:tr w:rsidR="001F523F" w:rsidRPr="001F523F" w14:paraId="2A5A8C13"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53378D2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111725039002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52E0DD2"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A.dakshayani</w:t>
            </w:r>
            <w:proofErr w:type="spellEnd"/>
            <w:proofErr w:type="gram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22D4FB2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dakshayani3038@gmail.com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FB47E3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6304332679</w:t>
            </w:r>
          </w:p>
        </w:tc>
      </w:tr>
      <w:tr w:rsidR="001F523F" w:rsidRPr="001F523F" w14:paraId="35DB3946"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6EBC800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111725039003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0897A0B"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A.Joyce</w:t>
            </w:r>
            <w:proofErr w:type="spellEnd"/>
            <w:proofErr w:type="gramEnd"/>
            <w:r w:rsidRPr="001F523F">
              <w:rPr>
                <w:rFonts w:ascii="Times New Roman" w:hAnsi="Times New Roman" w:cs="Times New Roman"/>
                <w:sz w:val="24"/>
                <w:szCs w:val="24"/>
              </w:rPr>
              <w:t xml:space="preserve"> Crystal</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51BD3A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joycecrystal127@gmail.com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792CD4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8247095021</w:t>
            </w:r>
          </w:p>
        </w:tc>
      </w:tr>
      <w:tr w:rsidR="001F523F" w:rsidRPr="001F523F" w14:paraId="5571A41D"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363109A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111725039004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24BE94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A </w:t>
            </w:r>
            <w:proofErr w:type="spellStart"/>
            <w:r w:rsidRPr="001F523F">
              <w:rPr>
                <w:rFonts w:ascii="Times New Roman" w:hAnsi="Times New Roman" w:cs="Times New Roman"/>
                <w:sz w:val="24"/>
                <w:szCs w:val="24"/>
              </w:rPr>
              <w:t>sri</w:t>
            </w:r>
            <w:proofErr w:type="spellEnd"/>
            <w:r w:rsidRPr="001F523F">
              <w:rPr>
                <w:rFonts w:ascii="Times New Roman" w:hAnsi="Times New Roman" w:cs="Times New Roman"/>
                <w:sz w:val="24"/>
                <w:szCs w:val="24"/>
              </w:rPr>
              <w:t xml:space="preserve"> vidya </w:t>
            </w:r>
            <w:proofErr w:type="spellStart"/>
            <w:r w:rsidRPr="001F523F">
              <w:rPr>
                <w:rFonts w:ascii="Times New Roman" w:hAnsi="Times New Roman" w:cs="Times New Roman"/>
                <w:sz w:val="24"/>
                <w:szCs w:val="24"/>
              </w:rPr>
              <w:t>harshini</w:t>
            </w:r>
            <w:proofErr w:type="spell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540A5E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ambilsrividayharshini@gmail.com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C2869D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7013621930</w:t>
            </w:r>
          </w:p>
        </w:tc>
      </w:tr>
      <w:tr w:rsidR="001F523F" w:rsidRPr="001F523F" w14:paraId="740455BA"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03B1D72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111725039005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8980594"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D.Hansika</w:t>
            </w:r>
            <w:proofErr w:type="spell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B1AD5C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hansikadintakurthy@gmail.com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2F8748E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6300811868</w:t>
            </w:r>
          </w:p>
        </w:tc>
      </w:tr>
      <w:tr w:rsidR="001F523F" w:rsidRPr="001F523F" w14:paraId="1EC0BC73"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6559A6E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111725039006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B658A5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E. Rishitha</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17A21C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sunithaendrakanti123@gmail.com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56F6D4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7989615577</w:t>
            </w:r>
          </w:p>
        </w:tc>
      </w:tr>
      <w:tr w:rsidR="001F523F" w:rsidRPr="001F523F" w14:paraId="45EC40EF"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630A585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111725039007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EEB4C1C"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G.Sai</w:t>
            </w:r>
            <w:proofErr w:type="spellEnd"/>
            <w:proofErr w:type="gram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sahasra</w:t>
            </w:r>
            <w:proofErr w:type="spell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3D38D7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sahasrasathish2008@gmail.com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25E7BA8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9390295356</w:t>
            </w:r>
          </w:p>
        </w:tc>
      </w:tr>
      <w:tr w:rsidR="001F523F" w:rsidRPr="001F523F" w14:paraId="6BF8C3F2"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1383F3E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111725039008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82FDD86"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I.Madhuri</w:t>
            </w:r>
            <w:proofErr w:type="spell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6F522EE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isakavarapumadhuri655@gmail.com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EDE29D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9392112901</w:t>
            </w:r>
          </w:p>
        </w:tc>
      </w:tr>
      <w:tr w:rsidR="001F523F" w:rsidRPr="001F523F" w14:paraId="0144FB7A"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418211C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111725039009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5EFCFE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K. Bhavika</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C0708D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bhavikakasapuram@gmail.com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4EADD9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7036742351</w:t>
            </w:r>
          </w:p>
        </w:tc>
      </w:tr>
      <w:tr w:rsidR="001F523F" w:rsidRPr="001F523F" w14:paraId="30059FC4"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4E701B3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111725039010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DD0C0AF"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K.Meghana</w:t>
            </w:r>
            <w:proofErr w:type="spellEnd"/>
            <w:proofErr w:type="gram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C7CC54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meghanakuncharapu@gmail.com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29A813A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9392772061</w:t>
            </w:r>
          </w:p>
        </w:tc>
      </w:tr>
      <w:tr w:rsidR="001F523F" w:rsidRPr="001F523F" w14:paraId="29D890A3"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62CEF65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111725039011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8CD8D7F"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M.ankitha</w:t>
            </w:r>
            <w:proofErr w:type="spell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0BA20D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mullahuriankitha@gmail.com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F89F06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9441714779</w:t>
            </w:r>
          </w:p>
        </w:tc>
      </w:tr>
      <w:tr w:rsidR="001F523F" w:rsidRPr="001F523F" w14:paraId="6B94A3CE"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7431824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111725039012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2A60899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P. Sharanya</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48AE93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pabbasharanya1610@gmail.com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7022369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9381816494</w:t>
            </w:r>
          </w:p>
        </w:tc>
      </w:tr>
      <w:tr w:rsidR="001F523F" w:rsidRPr="001F523F" w14:paraId="4A47FB64"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405D002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111725039013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ADBF524"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P.Sravanthi</w:t>
            </w:r>
            <w:proofErr w:type="spellEnd"/>
            <w:proofErr w:type="gram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7358548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sravanthi171</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EAF687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8247749869</w:t>
            </w:r>
          </w:p>
        </w:tc>
      </w:tr>
      <w:tr w:rsidR="001F523F" w:rsidRPr="001F523F" w14:paraId="0EA3F572"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46841AD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111725039014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505CEEB"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P.Ruchika</w:t>
            </w:r>
            <w:proofErr w:type="spellEnd"/>
            <w:proofErr w:type="gramEnd"/>
            <w:r w:rsidRPr="001F523F">
              <w:rPr>
                <w:rFonts w:ascii="Times New Roman" w:hAnsi="Times New Roman" w:cs="Times New Roman"/>
                <w:sz w:val="24"/>
                <w:szCs w:val="24"/>
              </w:rPr>
              <w:t xml:space="preserve"> Reddy</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ADFE50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reddyruchikareddy@gmail.com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A62780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6304850025</w:t>
            </w:r>
          </w:p>
        </w:tc>
      </w:tr>
      <w:tr w:rsidR="001F523F" w:rsidRPr="001F523F" w14:paraId="26E13811"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430BD9C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lastRenderedPageBreak/>
              <w:t xml:space="preserve">111725039015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8AE661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p </w:t>
            </w:r>
            <w:proofErr w:type="spellStart"/>
            <w:r w:rsidRPr="001F523F">
              <w:rPr>
                <w:rFonts w:ascii="Times New Roman" w:hAnsi="Times New Roman" w:cs="Times New Roman"/>
                <w:sz w:val="24"/>
                <w:szCs w:val="24"/>
              </w:rPr>
              <w:t>jaya</w:t>
            </w:r>
            <w:proofErr w:type="spellEnd"/>
            <w:r w:rsidRPr="001F523F">
              <w:rPr>
                <w:rFonts w:ascii="Times New Roman" w:hAnsi="Times New Roman" w:cs="Times New Roman"/>
                <w:sz w:val="24"/>
                <w:szCs w:val="24"/>
              </w:rPr>
              <w:t xml:space="preserve"> Durga</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58F15B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ammujaya1802@gmail.com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2D40B80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9573547985</w:t>
            </w:r>
          </w:p>
        </w:tc>
      </w:tr>
      <w:tr w:rsidR="001F523F" w:rsidRPr="001F523F" w14:paraId="78909DCA"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2930B54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111725039016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CA62041"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p.supriya</w:t>
            </w:r>
            <w:proofErr w:type="spellEnd"/>
            <w:proofErr w:type="gram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C304CC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goudsupriya0@gmail.com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3FF69F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9381816494</w:t>
            </w:r>
          </w:p>
        </w:tc>
      </w:tr>
      <w:tr w:rsidR="001F523F" w:rsidRPr="001F523F" w14:paraId="6CC15935"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5F023AA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111725039017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739104A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Shareen </w:t>
            </w:r>
            <w:proofErr w:type="spellStart"/>
            <w:r w:rsidRPr="001F523F">
              <w:rPr>
                <w:rFonts w:ascii="Times New Roman" w:hAnsi="Times New Roman" w:cs="Times New Roman"/>
                <w:sz w:val="24"/>
                <w:szCs w:val="24"/>
              </w:rPr>
              <w:t>johnson</w:t>
            </w:r>
            <w:proofErr w:type="spell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D6BD79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johnsonshareen006@gamik</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D3B087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7075524226</w:t>
            </w:r>
          </w:p>
        </w:tc>
      </w:tr>
      <w:tr w:rsidR="001F523F" w:rsidRPr="001F523F" w14:paraId="01208377"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5088302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111725039018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3AB2EC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Tanveer </w:t>
            </w:r>
            <w:proofErr w:type="spellStart"/>
            <w:r w:rsidRPr="001F523F">
              <w:rPr>
                <w:rFonts w:ascii="Times New Roman" w:hAnsi="Times New Roman" w:cs="Times New Roman"/>
                <w:sz w:val="24"/>
                <w:szCs w:val="24"/>
              </w:rPr>
              <w:t>fatima</w:t>
            </w:r>
            <w:proofErr w:type="spell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292EDC3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tanveerfatima3101@gmail.com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5C2115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9058125812</w:t>
            </w:r>
          </w:p>
        </w:tc>
      </w:tr>
      <w:tr w:rsidR="001F523F" w:rsidRPr="001F523F" w14:paraId="18DB5D34"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5760109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111725039019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B688E8E"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T.Akshitha</w:t>
            </w:r>
            <w:proofErr w:type="spellEnd"/>
            <w:proofErr w:type="gram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531908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thummaakshitha42@gmail.com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2982C56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9849669458</w:t>
            </w:r>
          </w:p>
        </w:tc>
      </w:tr>
      <w:tr w:rsidR="001F523F" w:rsidRPr="001F523F" w14:paraId="6D574941"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32935F7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111725039020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AC3492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T.J. Deborah Jacin</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0DB2C7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jacindeborah0614@gmail.com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345F1B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9966081656</w:t>
            </w:r>
          </w:p>
        </w:tc>
      </w:tr>
      <w:tr w:rsidR="001F523F" w:rsidRPr="001F523F" w14:paraId="72692EA7"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48A236E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111725039021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221122A"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T.Nethanya</w:t>
            </w:r>
            <w:proofErr w:type="spellEnd"/>
            <w:proofErr w:type="gram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sippora</w:t>
            </w:r>
            <w:proofErr w:type="spell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9C28B5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sipporanethanya@gmail.com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769017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6304197237</w:t>
            </w:r>
          </w:p>
        </w:tc>
      </w:tr>
      <w:tr w:rsidR="001F523F" w:rsidRPr="001F523F" w14:paraId="3F885D57"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482FBE5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111725039022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6AA7062B" w14:textId="77777777" w:rsidR="001F523F" w:rsidRPr="001F523F" w:rsidRDefault="001F523F" w:rsidP="001F523F">
            <w:pPr>
              <w:rPr>
                <w:rFonts w:ascii="Times New Roman" w:hAnsi="Times New Roman" w:cs="Times New Roman"/>
                <w:sz w:val="24"/>
                <w:szCs w:val="24"/>
              </w:rPr>
            </w:pPr>
            <w:proofErr w:type="gramStart"/>
            <w:r w:rsidRPr="001F523F">
              <w:rPr>
                <w:rFonts w:ascii="Times New Roman" w:hAnsi="Times New Roman" w:cs="Times New Roman"/>
                <w:sz w:val="24"/>
                <w:szCs w:val="24"/>
              </w:rPr>
              <w:t>Y .Veena</w:t>
            </w:r>
            <w:proofErr w:type="gram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madhuri</w:t>
            </w:r>
            <w:proofErr w:type="spell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24A4A0A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veenam298@gmail.com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AB3D1E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9052108591</w:t>
            </w:r>
          </w:p>
        </w:tc>
      </w:tr>
      <w:tr w:rsidR="001F523F" w:rsidRPr="001F523F" w14:paraId="737CA8CC" w14:textId="77777777" w:rsidTr="001F523F">
        <w:trPr>
          <w:trHeight w:val="52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6D71A4F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111725039023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BD1F005"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A.Durgaprasadgoud</w:t>
            </w:r>
            <w:proofErr w:type="spellEnd"/>
            <w:proofErr w:type="gram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7FF1BF7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angadipetadurgaprasadgoud@gmail.com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784B154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9502924748</w:t>
            </w:r>
          </w:p>
        </w:tc>
      </w:tr>
      <w:tr w:rsidR="001F523F" w:rsidRPr="001F523F" w14:paraId="6C6C1FC5"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1064902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111725039024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7CF9D26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Anuka Sachin</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709646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anukasachin@gmail.com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E5E8DA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9100978343</w:t>
            </w:r>
          </w:p>
        </w:tc>
      </w:tr>
      <w:tr w:rsidR="001F523F" w:rsidRPr="001F523F" w14:paraId="1D5B4365"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0B0BB0F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111725039025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A8FE870"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Bamdev</w:t>
            </w:r>
            <w:proofErr w:type="spell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dhami</w:t>
            </w:r>
            <w:proofErr w:type="spell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DD4F73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bamdevdhami798@gmail.com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E1BD8D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8801509441</w:t>
            </w:r>
          </w:p>
        </w:tc>
      </w:tr>
      <w:tr w:rsidR="001F523F" w:rsidRPr="001F523F" w14:paraId="30A0527D" w14:textId="77777777" w:rsidTr="001F523F">
        <w:trPr>
          <w:trHeight w:val="28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51353A8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111725039026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2124547"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c.niraj</w:t>
            </w:r>
            <w:proofErr w:type="spell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1F8632D" w14:textId="77777777" w:rsidR="001F523F" w:rsidRPr="001F523F" w:rsidRDefault="001F523F" w:rsidP="001F523F">
            <w:pPr>
              <w:rPr>
                <w:rFonts w:ascii="Times New Roman" w:hAnsi="Times New Roman" w:cs="Times New Roman"/>
                <w:sz w:val="24"/>
                <w:szCs w:val="24"/>
                <w:u w:val="single"/>
              </w:rPr>
            </w:pPr>
            <w:hyperlink r:id="rId134" w:tgtFrame="_blank" w:history="1">
              <w:r w:rsidRPr="001F523F">
                <w:rPr>
                  <w:rStyle w:val="Hyperlink"/>
                  <w:rFonts w:ascii="Times New Roman" w:hAnsi="Times New Roman" w:cs="Times New Roman"/>
                  <w:sz w:val="24"/>
                  <w:szCs w:val="24"/>
                </w:rPr>
                <w:t>chinnalinguniraj@gmail.com</w:t>
              </w:r>
            </w:hyperlink>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101798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7993663823</w:t>
            </w:r>
          </w:p>
        </w:tc>
      </w:tr>
      <w:tr w:rsidR="001F523F" w:rsidRPr="001F523F" w14:paraId="47B9DAA2"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1189577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111725039027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CED04DF"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C.Sai</w:t>
            </w:r>
            <w:proofErr w:type="spellEnd"/>
            <w:r w:rsidRPr="001F523F">
              <w:rPr>
                <w:rFonts w:ascii="Times New Roman" w:hAnsi="Times New Roman" w:cs="Times New Roman"/>
                <w:sz w:val="24"/>
                <w:szCs w:val="24"/>
              </w:rPr>
              <w:t xml:space="preserve"> Siddharth</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BE0CDA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chivagarisiddharth@gmail.com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A3E010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6302961316</w:t>
            </w:r>
          </w:p>
        </w:tc>
      </w:tr>
      <w:tr w:rsidR="001F523F" w:rsidRPr="001F523F" w14:paraId="5E72EF87"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40054D1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111725039028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266A8BA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Deva </w:t>
            </w:r>
            <w:proofErr w:type="spellStart"/>
            <w:r w:rsidRPr="001F523F">
              <w:rPr>
                <w:rFonts w:ascii="Times New Roman" w:hAnsi="Times New Roman" w:cs="Times New Roman"/>
                <w:sz w:val="24"/>
                <w:szCs w:val="24"/>
              </w:rPr>
              <w:t>SaiDeekshith</w:t>
            </w:r>
            <w:proofErr w:type="spellEnd"/>
            <w:r w:rsidRPr="001F523F">
              <w:rPr>
                <w:rFonts w:ascii="Times New Roman" w:hAnsi="Times New Roman" w:cs="Times New Roman"/>
                <w:sz w:val="24"/>
                <w:szCs w:val="24"/>
              </w:rPr>
              <w:t xml:space="preserve"> Reddy</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607D210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Saideekshith6699@gmail.com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B69A1D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9558440000</w:t>
            </w:r>
          </w:p>
        </w:tc>
      </w:tr>
      <w:tr w:rsidR="001F523F" w:rsidRPr="001F523F" w14:paraId="7053B960"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7A5BE4E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111725039029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2689FF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E LOKESH RAJU</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72CCEBD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elokeshraju4@gmail.com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A808AA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9000261072</w:t>
            </w:r>
          </w:p>
        </w:tc>
      </w:tr>
      <w:tr w:rsidR="001F523F" w:rsidRPr="001F523F" w14:paraId="303BBF16"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tcPr>
          <w:p w14:paraId="0BB2ECE2" w14:textId="1BE7B7FF"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111725039030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tcPr>
          <w:p w14:paraId="6A364D6D" w14:textId="238A77B2"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G </w:t>
            </w:r>
            <w:proofErr w:type="spellStart"/>
            <w:r w:rsidRPr="001F523F">
              <w:rPr>
                <w:rFonts w:ascii="Times New Roman" w:hAnsi="Times New Roman" w:cs="Times New Roman"/>
                <w:sz w:val="24"/>
                <w:szCs w:val="24"/>
              </w:rPr>
              <w:t>Anilgoud</w:t>
            </w:r>
            <w:proofErr w:type="spell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tcPr>
          <w:p w14:paraId="404538B2" w14:textId="121EBB23" w:rsidR="001F523F" w:rsidRPr="001F523F" w:rsidRDefault="001F523F" w:rsidP="001F523F">
            <w:pPr>
              <w:rPr>
                <w:rFonts w:ascii="Times New Roman" w:hAnsi="Times New Roman" w:cs="Times New Roman"/>
                <w:sz w:val="24"/>
                <w:szCs w:val="24"/>
              </w:rPr>
            </w:pPr>
            <w:hyperlink r:id="rId135" w:tgtFrame="_blank" w:history="1">
              <w:r w:rsidRPr="001F523F">
                <w:rPr>
                  <w:rStyle w:val="Hyperlink"/>
                  <w:rFonts w:ascii="Times New Roman" w:hAnsi="Times New Roman" w:cs="Times New Roman"/>
                  <w:sz w:val="24"/>
                  <w:szCs w:val="24"/>
                </w:rPr>
                <w:t>anilgoudgottimukula@gmail.com</w:t>
              </w:r>
            </w:hyperlink>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tcPr>
          <w:p w14:paraId="3A9CE64C" w14:textId="3FFDEE8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6302049752</w:t>
            </w:r>
          </w:p>
        </w:tc>
      </w:tr>
      <w:tr w:rsidR="001F523F" w:rsidRPr="001F523F" w14:paraId="440F4B13"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56FB851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111725039031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A2EC9CF"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G.Om</w:t>
            </w:r>
            <w:proofErr w:type="spellEnd"/>
            <w:proofErr w:type="gramEnd"/>
            <w:r w:rsidRPr="001F523F">
              <w:rPr>
                <w:rFonts w:ascii="Times New Roman" w:hAnsi="Times New Roman" w:cs="Times New Roman"/>
                <w:sz w:val="24"/>
                <w:szCs w:val="24"/>
              </w:rPr>
              <w:t xml:space="preserve"> Sai Varshith</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000D1F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varshiths455@gmail.com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7A84647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9154785369</w:t>
            </w:r>
          </w:p>
        </w:tc>
      </w:tr>
      <w:tr w:rsidR="001F523F" w:rsidRPr="001F523F" w14:paraId="55A30DA1"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19BFFEE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111725039032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75A3C0EE"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J.Ravi</w:t>
            </w:r>
            <w:proofErr w:type="spellEnd"/>
            <w:proofErr w:type="gramEnd"/>
            <w:r w:rsidRPr="001F523F">
              <w:rPr>
                <w:rFonts w:ascii="Times New Roman" w:hAnsi="Times New Roman" w:cs="Times New Roman"/>
                <w:sz w:val="24"/>
                <w:szCs w:val="24"/>
              </w:rPr>
              <w:t xml:space="preserve"> Teja</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262D6DD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j.raviteja6600@gmail.com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7DA881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9949077670</w:t>
            </w:r>
          </w:p>
        </w:tc>
      </w:tr>
      <w:tr w:rsidR="001F523F" w:rsidRPr="001F523F" w14:paraId="36C8560F"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6B4EB35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111725039033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5426F3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K Sai Ganesh</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20B05DF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skyworrier777@gmail.com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29121BF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7794815095</w:t>
            </w:r>
          </w:p>
        </w:tc>
      </w:tr>
      <w:tr w:rsidR="001F523F" w:rsidRPr="001F523F" w14:paraId="4BC11E8A"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3E9A4A2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111725039034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01C7A30"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K.Akhil</w:t>
            </w:r>
            <w:proofErr w:type="spellEnd"/>
            <w:proofErr w:type="gramEnd"/>
            <w:r w:rsidRPr="001F523F">
              <w:rPr>
                <w:rFonts w:ascii="Times New Roman" w:hAnsi="Times New Roman" w:cs="Times New Roman"/>
                <w:sz w:val="24"/>
                <w:szCs w:val="24"/>
              </w:rPr>
              <w:t xml:space="preserve"> Prabhas</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F88551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kasireddyakhil1320@gmail.com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C35EC9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7680999488</w:t>
            </w:r>
          </w:p>
        </w:tc>
      </w:tr>
      <w:tr w:rsidR="001F523F" w:rsidRPr="001F523F" w14:paraId="11BC1C9D"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4ABD5FE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111725039035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E145371"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K.Yesu</w:t>
            </w:r>
            <w:proofErr w:type="spellEnd"/>
            <w:proofErr w:type="gram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padham</w:t>
            </w:r>
            <w:proofErr w:type="spell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CD1F6E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kundanpallyyesupadham@gmail.com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2DFB035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8688130512</w:t>
            </w:r>
          </w:p>
        </w:tc>
      </w:tr>
      <w:tr w:rsidR="001F523F" w:rsidRPr="001F523F" w14:paraId="64381FC5"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78A27E1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111725039036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CCCF887"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M.Raghunandhan</w:t>
            </w:r>
            <w:proofErr w:type="spellEnd"/>
            <w:r w:rsidRPr="001F523F">
              <w:rPr>
                <w:rFonts w:ascii="Times New Roman" w:hAnsi="Times New Roman" w:cs="Times New Roman"/>
                <w:sz w:val="24"/>
                <w:szCs w:val="24"/>
              </w:rPr>
              <w:t xml:space="preserve"> Sudharshan</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2E670C5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ragsnandhu@gmail.com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25223E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9030952826</w:t>
            </w:r>
          </w:p>
        </w:tc>
      </w:tr>
      <w:tr w:rsidR="001F523F" w:rsidRPr="001F523F" w14:paraId="14798E3A"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tcPr>
          <w:p w14:paraId="642DF0B6" w14:textId="6C720BF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111725039037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tcPr>
          <w:p w14:paraId="51787186" w14:textId="6E41F9CA"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Aaron Xavier</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tcPr>
          <w:p w14:paraId="14A801BE" w14:textId="7418AC59" w:rsidR="001F523F" w:rsidRPr="001F523F" w:rsidRDefault="001F523F" w:rsidP="001F523F">
            <w:pPr>
              <w:rPr>
                <w:rFonts w:ascii="Times New Roman" w:hAnsi="Times New Roman" w:cs="Times New Roman"/>
                <w:sz w:val="24"/>
                <w:szCs w:val="24"/>
              </w:rPr>
            </w:pPr>
            <w:hyperlink r:id="rId136" w:tgtFrame="_blank" w:history="1">
              <w:r w:rsidRPr="001F523F">
                <w:rPr>
                  <w:rStyle w:val="Hyperlink"/>
                  <w:rFonts w:ascii="Times New Roman" w:hAnsi="Times New Roman" w:cs="Times New Roman"/>
                  <w:sz w:val="24"/>
                  <w:szCs w:val="24"/>
                </w:rPr>
                <w:t>Mcaaronx@gmail.com</w:t>
              </w:r>
            </w:hyperlink>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tcPr>
          <w:p w14:paraId="0C578442" w14:textId="7198B6CF"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9110564918</w:t>
            </w:r>
          </w:p>
        </w:tc>
      </w:tr>
      <w:tr w:rsidR="001F523F" w:rsidRPr="001F523F" w14:paraId="61AD7151"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5827B40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111725039038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631C31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MENTA GARUISH</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E150CD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mentagaurish@gmail.com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89A474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9652057166</w:t>
            </w:r>
          </w:p>
        </w:tc>
      </w:tr>
      <w:tr w:rsidR="001F523F" w:rsidRPr="001F523F" w14:paraId="1D23152E"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55E11A4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111725039039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7BAC8B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Mohammed Fawaz Khan</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3B254D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mohdfawaz927@gmail.com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B6E9A5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9100593067</w:t>
            </w:r>
          </w:p>
        </w:tc>
      </w:tr>
      <w:tr w:rsidR="001F523F" w:rsidRPr="001F523F" w14:paraId="7CC1A59D"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65F053E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111725039040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FD0E9F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M. Sai </w:t>
            </w:r>
            <w:proofErr w:type="spellStart"/>
            <w:r w:rsidRPr="001F523F">
              <w:rPr>
                <w:rFonts w:ascii="Times New Roman" w:hAnsi="Times New Roman" w:cs="Times New Roman"/>
                <w:sz w:val="24"/>
                <w:szCs w:val="24"/>
              </w:rPr>
              <w:t>pavan</w:t>
            </w:r>
            <w:proofErr w:type="spell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CAB8E8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mudapallisaipavan@gmail.com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7C87B1E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7013848039</w:t>
            </w:r>
          </w:p>
        </w:tc>
      </w:tr>
      <w:tr w:rsidR="001F523F" w:rsidRPr="001F523F" w14:paraId="243F370A"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2BFB740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lastRenderedPageBreak/>
              <w:t xml:space="preserve">111725039041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689F952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M Vineeth</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D29B3C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vineethmurala@gmail.com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3E21B5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9100149736</w:t>
            </w:r>
          </w:p>
        </w:tc>
      </w:tr>
      <w:tr w:rsidR="001F523F" w:rsidRPr="001F523F" w14:paraId="24F36DA4"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282F461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111725039042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8A0907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Nicholas Jude</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2D2C9E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9cnicholasjude@gmail.com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6B97430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9963421693</w:t>
            </w:r>
          </w:p>
        </w:tc>
      </w:tr>
      <w:tr w:rsidR="001F523F" w:rsidRPr="001F523F" w14:paraId="625E56C2"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29C1EDF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111725039043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FD3F2B5" w14:textId="77777777" w:rsidR="001F523F" w:rsidRPr="001F523F" w:rsidRDefault="001F523F" w:rsidP="001F523F">
            <w:pPr>
              <w:rPr>
                <w:rFonts w:ascii="Times New Roman" w:hAnsi="Times New Roman" w:cs="Times New Roman"/>
                <w:sz w:val="24"/>
                <w:szCs w:val="24"/>
              </w:rPr>
            </w:pPr>
            <w:proofErr w:type="gramStart"/>
            <w:r w:rsidRPr="001F523F">
              <w:rPr>
                <w:rFonts w:ascii="Times New Roman" w:hAnsi="Times New Roman" w:cs="Times New Roman"/>
                <w:sz w:val="24"/>
                <w:szCs w:val="24"/>
              </w:rPr>
              <w:t>p .</w:t>
            </w:r>
            <w:proofErr w:type="gramEnd"/>
            <w:r w:rsidRPr="001F523F">
              <w:rPr>
                <w:rFonts w:ascii="Times New Roman" w:hAnsi="Times New Roman" w:cs="Times New Roman"/>
                <w:sz w:val="24"/>
                <w:szCs w:val="24"/>
              </w:rPr>
              <w:t xml:space="preserve"> Goutham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112BD8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pakkigowtham410@gmail.com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6FDD19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8885352925</w:t>
            </w:r>
          </w:p>
        </w:tc>
      </w:tr>
      <w:tr w:rsidR="001F523F" w:rsidRPr="001F523F" w14:paraId="059D9BF1"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5833469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111725039044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226E658"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P.Bala</w:t>
            </w:r>
            <w:proofErr w:type="spellEnd"/>
            <w:proofErr w:type="gramEnd"/>
            <w:r w:rsidRPr="001F523F">
              <w:rPr>
                <w:rFonts w:ascii="Times New Roman" w:hAnsi="Times New Roman" w:cs="Times New Roman"/>
                <w:sz w:val="24"/>
                <w:szCs w:val="24"/>
              </w:rPr>
              <w:t xml:space="preserve"> Puneeth Sujay</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695F844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balapuneethsujay27@gmail.com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06173A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7013137010</w:t>
            </w:r>
          </w:p>
        </w:tc>
      </w:tr>
      <w:tr w:rsidR="001F523F" w:rsidRPr="001F523F" w14:paraId="06253576"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0A7425B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111725039045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24D7F46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R. Aravind</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BC74D1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reshamaravind81@gmail.com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77E4232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8522033270</w:t>
            </w:r>
          </w:p>
        </w:tc>
      </w:tr>
      <w:tr w:rsidR="001F523F" w:rsidRPr="001F523F" w14:paraId="5C44AB98"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5C809C7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111725039046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CFEC48A"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T.Balaji</w:t>
            </w:r>
            <w:proofErr w:type="spellEnd"/>
            <w:proofErr w:type="gram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64C6B70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talagamabalaji544@gmail.com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66859A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8247099220</w:t>
            </w:r>
          </w:p>
        </w:tc>
      </w:tr>
      <w:tr w:rsidR="001F523F" w:rsidRPr="001F523F" w14:paraId="4888EE66"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tcPr>
          <w:p w14:paraId="0B595BF9" w14:textId="6667DD53"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111725039047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tcPr>
          <w:p w14:paraId="7E2A1D6B" w14:textId="39A2A2F4"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Ratnam Philip</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tcPr>
          <w:p w14:paraId="30B79A64" w14:textId="2F523066"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booooyaahh17@gmail.com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tcPr>
          <w:p w14:paraId="0EAAC65F" w14:textId="7F179703"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9063774766</w:t>
            </w:r>
          </w:p>
        </w:tc>
      </w:tr>
      <w:tr w:rsidR="001F523F" w:rsidRPr="001F523F" w14:paraId="75B4DAFB"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5177C21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111725039048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7A5D6DA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T Sai </w:t>
            </w:r>
            <w:proofErr w:type="spellStart"/>
            <w:r w:rsidRPr="001F523F">
              <w:rPr>
                <w:rFonts w:ascii="Times New Roman" w:hAnsi="Times New Roman" w:cs="Times New Roman"/>
                <w:sz w:val="24"/>
                <w:szCs w:val="24"/>
              </w:rPr>
              <w:t>ved</w:t>
            </w:r>
            <w:proofErr w:type="spell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6D4396B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saivedthakur@gmail.com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4F9295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9154187383</w:t>
            </w:r>
          </w:p>
        </w:tc>
      </w:tr>
      <w:tr w:rsidR="001F523F" w:rsidRPr="001F523F" w14:paraId="49B27826"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3641B53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111725039049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11D2A7ED"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T.Sriram</w:t>
            </w:r>
            <w:proofErr w:type="spellEnd"/>
            <w:proofErr w:type="gramEnd"/>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980DC8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tulasriram32@gmail.com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3F981D8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7032606514</w:t>
            </w:r>
          </w:p>
        </w:tc>
      </w:tr>
      <w:tr w:rsidR="001F523F" w:rsidRPr="001F523F" w14:paraId="0BF869B2" w14:textId="77777777" w:rsidTr="001F523F">
        <w:trPr>
          <w:trHeight w:val="255"/>
        </w:trPr>
        <w:tc>
          <w:tcPr>
            <w:tcW w:w="0" w:type="auto"/>
            <w:tcBorders>
              <w:top w:val="single" w:sz="6" w:space="0" w:color="CCCCCC"/>
              <w:left w:val="single" w:sz="12" w:space="0" w:color="C0C0C0"/>
              <w:bottom w:val="single" w:sz="12" w:space="0" w:color="C0C0C0"/>
              <w:right w:val="single" w:sz="12" w:space="0" w:color="C0C0C0"/>
            </w:tcBorders>
            <w:tcMar>
              <w:top w:w="0" w:type="dxa"/>
              <w:left w:w="45" w:type="dxa"/>
              <w:bottom w:w="0" w:type="dxa"/>
              <w:right w:w="45" w:type="dxa"/>
            </w:tcMar>
            <w:vAlign w:val="bottom"/>
            <w:hideMark/>
          </w:tcPr>
          <w:p w14:paraId="5EB8200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111725039050 </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58B248D2"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V.Pawan</w:t>
            </w:r>
            <w:proofErr w:type="spellEnd"/>
            <w:r w:rsidRPr="001F523F">
              <w:rPr>
                <w:rFonts w:ascii="Times New Roman" w:hAnsi="Times New Roman" w:cs="Times New Roman"/>
                <w:sz w:val="24"/>
                <w:szCs w:val="24"/>
              </w:rPr>
              <w:t xml:space="preserve"> Kumar</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4AA07FA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pawankumarc662007@gmail.com</w:t>
            </w:r>
          </w:p>
        </w:tc>
        <w:tc>
          <w:tcPr>
            <w:tcW w:w="0" w:type="auto"/>
            <w:tcBorders>
              <w:top w:val="single" w:sz="6" w:space="0" w:color="CCCCCC"/>
              <w:left w:val="single" w:sz="6" w:space="0" w:color="CCCCCC"/>
              <w:bottom w:val="single" w:sz="12" w:space="0" w:color="C0C0C0"/>
              <w:right w:val="single" w:sz="12" w:space="0" w:color="C0C0C0"/>
            </w:tcBorders>
            <w:tcMar>
              <w:top w:w="0" w:type="dxa"/>
              <w:left w:w="45" w:type="dxa"/>
              <w:bottom w:w="0" w:type="dxa"/>
              <w:right w:w="45" w:type="dxa"/>
            </w:tcMar>
            <w:vAlign w:val="bottom"/>
            <w:hideMark/>
          </w:tcPr>
          <w:p w14:paraId="0A4ECC1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9246163869</w:t>
            </w:r>
          </w:p>
        </w:tc>
      </w:tr>
    </w:tbl>
    <w:p w14:paraId="1839E7DC" w14:textId="77777777" w:rsidR="001F523F" w:rsidRDefault="001F523F" w:rsidP="009A5AA2">
      <w:pPr>
        <w:rPr>
          <w:b/>
          <w:bCs/>
          <w:sz w:val="28"/>
          <w:szCs w:val="28"/>
          <w:lang w:val="en-US"/>
        </w:rPr>
      </w:pPr>
    </w:p>
    <w:p w14:paraId="091DD519" w14:textId="77777777" w:rsidR="001F523F" w:rsidRDefault="001F523F" w:rsidP="009A5AA2">
      <w:pPr>
        <w:rPr>
          <w:b/>
          <w:bCs/>
          <w:sz w:val="28"/>
          <w:szCs w:val="28"/>
          <w:lang w:val="en-US"/>
        </w:rPr>
      </w:pPr>
    </w:p>
    <w:p w14:paraId="78845FD6" w14:textId="6324BB29" w:rsidR="001F523F" w:rsidRDefault="001F523F" w:rsidP="009A5AA2">
      <w:pPr>
        <w:rPr>
          <w:b/>
          <w:bCs/>
          <w:sz w:val="28"/>
          <w:szCs w:val="28"/>
          <w:lang w:val="en-US"/>
        </w:rPr>
      </w:pPr>
      <w:r>
        <w:rPr>
          <w:b/>
          <w:bCs/>
          <w:sz w:val="28"/>
          <w:szCs w:val="28"/>
          <w:lang w:val="en-US"/>
        </w:rPr>
        <w:t>Total Strength:50</w:t>
      </w:r>
    </w:p>
    <w:p w14:paraId="3E3030E4" w14:textId="2DA773B0" w:rsidR="001F523F" w:rsidRDefault="001F523F" w:rsidP="009A5AA2">
      <w:pPr>
        <w:rPr>
          <w:b/>
          <w:bCs/>
          <w:sz w:val="28"/>
          <w:szCs w:val="28"/>
          <w:lang w:val="en-US"/>
        </w:rPr>
      </w:pPr>
      <w:r>
        <w:rPr>
          <w:b/>
          <w:bCs/>
          <w:sz w:val="28"/>
          <w:szCs w:val="28"/>
          <w:lang w:val="en-US"/>
        </w:rPr>
        <w:t>Girls:22</w:t>
      </w:r>
    </w:p>
    <w:p w14:paraId="107461A4" w14:textId="683B31CE" w:rsidR="001F523F" w:rsidRDefault="001F523F" w:rsidP="009A5AA2">
      <w:pPr>
        <w:rPr>
          <w:b/>
          <w:bCs/>
          <w:sz w:val="28"/>
          <w:szCs w:val="28"/>
          <w:lang w:val="en-US"/>
        </w:rPr>
      </w:pPr>
      <w:r>
        <w:rPr>
          <w:b/>
          <w:bCs/>
          <w:sz w:val="28"/>
          <w:szCs w:val="28"/>
          <w:lang w:val="en-US"/>
        </w:rPr>
        <w:t>Boys:28</w:t>
      </w:r>
    </w:p>
    <w:p w14:paraId="77096C5A" w14:textId="77777777" w:rsidR="001F523F" w:rsidRDefault="001F523F" w:rsidP="009A5AA2">
      <w:pPr>
        <w:rPr>
          <w:b/>
          <w:bCs/>
          <w:sz w:val="28"/>
          <w:szCs w:val="28"/>
          <w:lang w:val="en-US"/>
        </w:rPr>
      </w:pPr>
    </w:p>
    <w:p w14:paraId="3F25F69A" w14:textId="77777777" w:rsidR="001F523F" w:rsidRDefault="001F523F" w:rsidP="009A5AA2">
      <w:pPr>
        <w:rPr>
          <w:b/>
          <w:bCs/>
          <w:sz w:val="28"/>
          <w:szCs w:val="28"/>
          <w:lang w:val="en-US"/>
        </w:rPr>
      </w:pPr>
      <w:r>
        <w:rPr>
          <w:b/>
          <w:bCs/>
          <w:sz w:val="28"/>
          <w:szCs w:val="28"/>
          <w:lang w:val="en-US"/>
        </w:rPr>
        <w:t>NCSCS</w:t>
      </w:r>
    </w:p>
    <w:tbl>
      <w:tblPr>
        <w:tblW w:w="8481" w:type="dxa"/>
        <w:tblCellMar>
          <w:left w:w="0" w:type="dxa"/>
          <w:right w:w="0" w:type="dxa"/>
        </w:tblCellMar>
        <w:tblLook w:val="04A0" w:firstRow="1" w:lastRow="0" w:firstColumn="1" w:lastColumn="0" w:noHBand="0" w:noVBand="1"/>
      </w:tblPr>
      <w:tblGrid>
        <w:gridCol w:w="1513"/>
        <w:gridCol w:w="1870"/>
        <w:gridCol w:w="1290"/>
        <w:gridCol w:w="3766"/>
        <w:gridCol w:w="21"/>
        <w:gridCol w:w="21"/>
      </w:tblGrid>
      <w:tr w:rsidR="001F523F" w:rsidRPr="001F523F" w14:paraId="042D5E57" w14:textId="6C7F063F"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181B34F" w14:textId="77777777" w:rsidR="001F523F" w:rsidRPr="001F523F" w:rsidRDefault="001F523F" w:rsidP="001F523F">
            <w:pPr>
              <w:rPr>
                <w:b/>
                <w:bCs/>
                <w:sz w:val="28"/>
                <w:szCs w:val="28"/>
              </w:rPr>
            </w:pPr>
            <w:proofErr w:type="spellStart"/>
            <w:r w:rsidRPr="001F523F">
              <w:rPr>
                <w:b/>
                <w:bCs/>
                <w:sz w:val="28"/>
                <w:szCs w:val="28"/>
              </w:rPr>
              <w:t>Uid</w:t>
            </w:r>
            <w:proofErr w:type="spellEnd"/>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7C8DDC1" w14:textId="77777777" w:rsidR="001F523F" w:rsidRPr="001F523F" w:rsidRDefault="001F523F" w:rsidP="001F523F">
            <w:pPr>
              <w:rPr>
                <w:b/>
                <w:bCs/>
                <w:sz w:val="28"/>
                <w:szCs w:val="28"/>
              </w:rPr>
            </w:pPr>
            <w:r w:rsidRPr="001F523F">
              <w:rPr>
                <w:b/>
                <w:bCs/>
                <w:sz w:val="28"/>
                <w:szCs w:val="28"/>
              </w:rPr>
              <w:t>Name</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FEFF8ED" w14:textId="77777777" w:rsidR="001F523F" w:rsidRPr="001F523F" w:rsidRDefault="001F523F" w:rsidP="001F523F">
            <w:pPr>
              <w:rPr>
                <w:b/>
                <w:bCs/>
                <w:sz w:val="28"/>
                <w:szCs w:val="28"/>
              </w:rPr>
            </w:pPr>
            <w:r w:rsidRPr="001F523F">
              <w:rPr>
                <w:b/>
                <w:bCs/>
                <w:sz w:val="28"/>
                <w:szCs w:val="28"/>
              </w:rPr>
              <w:t xml:space="preserve">Contact number </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656F2D1D" w14:textId="151F656D" w:rsidR="001F523F" w:rsidRPr="001F523F" w:rsidRDefault="001F523F" w:rsidP="001F523F">
            <w:pPr>
              <w:rPr>
                <w:b/>
                <w:bCs/>
                <w:sz w:val="28"/>
                <w:szCs w:val="28"/>
              </w:rPr>
            </w:pPr>
            <w:r w:rsidRPr="001F523F">
              <w:rPr>
                <w:b/>
                <w:bCs/>
                <w:sz w:val="28"/>
                <w:szCs w:val="28"/>
              </w:rPr>
              <w:t>Username</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2F4D56EA" w14:textId="51131DE8" w:rsidR="001F523F" w:rsidRPr="001F523F" w:rsidRDefault="001F523F" w:rsidP="001F523F">
            <w:pPr>
              <w:rPr>
                <w:b/>
                <w:bCs/>
                <w:sz w:val="28"/>
                <w:szCs w:val="28"/>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601F80E4" w14:textId="7FC7CE96" w:rsidR="001F523F" w:rsidRPr="001F523F" w:rsidRDefault="001F523F" w:rsidP="001F523F">
            <w:pPr>
              <w:rPr>
                <w:b/>
                <w:bCs/>
                <w:sz w:val="28"/>
                <w:szCs w:val="28"/>
              </w:rPr>
            </w:pPr>
          </w:p>
        </w:tc>
      </w:tr>
      <w:tr w:rsidR="001F523F" w:rsidRPr="001F523F" w14:paraId="215A10AA" w14:textId="33A09B26"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2B040AC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111723039032</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551D596A"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Manchippa</w:t>
            </w:r>
            <w:proofErr w:type="spell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sai</w:t>
            </w:r>
            <w:proofErr w:type="spell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sathwik</w:t>
            </w:r>
            <w:proofErr w:type="spellEnd"/>
            <w:r w:rsidRPr="001F523F">
              <w:rPr>
                <w:rFonts w:ascii="Times New Roman" w:hAnsi="Times New Roman" w:cs="Times New Roman"/>
                <w:sz w:val="24"/>
                <w:szCs w:val="24"/>
              </w:rPr>
              <w:t xml:space="preserve"> </w:t>
            </w:r>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61FC266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9550905538</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4B1E3E77" w14:textId="7082BE7E"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saisathwik26@gmail.com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7DC4674B" w14:textId="75229796"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336CBEFF" w14:textId="450C23C0" w:rsidR="001F523F" w:rsidRPr="001F523F" w:rsidRDefault="001F523F" w:rsidP="001F523F">
            <w:pPr>
              <w:rPr>
                <w:rFonts w:ascii="Times New Roman" w:hAnsi="Times New Roman" w:cs="Times New Roman"/>
                <w:sz w:val="24"/>
                <w:szCs w:val="24"/>
              </w:rPr>
            </w:pPr>
          </w:p>
        </w:tc>
      </w:tr>
      <w:tr w:rsidR="001F523F" w:rsidRPr="001F523F" w14:paraId="148CF558" w14:textId="6DE80D55"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4C6235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111724039001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045AE0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ARDHI PRAVALIKA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C32D11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9937974864</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1676E566" w14:textId="62D2D4F1"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pravalikaardhi@gmail.com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25E94221" w14:textId="624F4780"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7A5467C4" w14:textId="72BBB3AF" w:rsidR="001F523F" w:rsidRPr="001F523F" w:rsidRDefault="001F523F" w:rsidP="001F523F">
            <w:pPr>
              <w:rPr>
                <w:rFonts w:ascii="Times New Roman" w:hAnsi="Times New Roman" w:cs="Times New Roman"/>
                <w:sz w:val="24"/>
                <w:szCs w:val="24"/>
              </w:rPr>
            </w:pPr>
          </w:p>
        </w:tc>
      </w:tr>
      <w:tr w:rsidR="001F523F" w:rsidRPr="001F523F" w14:paraId="1FD47728" w14:textId="131DCE01"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4B458DC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111724039002</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465D1097"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B.Nagamalleswari</w:t>
            </w:r>
            <w:proofErr w:type="spellEnd"/>
            <w:proofErr w:type="gramEnd"/>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7B52500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9392283784</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645A66D5" w14:textId="4D40146A"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nagamalleshwarib9@gmail.com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473AA606" w14:textId="6A4B431C"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7974C351" w14:textId="009AA1B7" w:rsidR="001F523F" w:rsidRPr="001F523F" w:rsidRDefault="001F523F" w:rsidP="001F523F">
            <w:pPr>
              <w:rPr>
                <w:rFonts w:ascii="Times New Roman" w:hAnsi="Times New Roman" w:cs="Times New Roman"/>
                <w:sz w:val="24"/>
                <w:szCs w:val="24"/>
              </w:rPr>
            </w:pPr>
          </w:p>
        </w:tc>
      </w:tr>
      <w:tr w:rsidR="001F523F" w:rsidRPr="001F523F" w14:paraId="636915F6" w14:textId="0F75FB28"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C06DF5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111724039003</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EB30D1C"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B.shruthi</w:t>
            </w:r>
            <w:proofErr w:type="spellEnd"/>
            <w:proofErr w:type="gramEnd"/>
            <w:r w:rsidRPr="001F523F">
              <w:rPr>
                <w:rFonts w:ascii="Times New Roman" w:hAnsi="Times New Roman" w:cs="Times New Roman"/>
                <w:sz w:val="24"/>
                <w:szCs w:val="24"/>
              </w:rPr>
              <w:t xml:space="preserve">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60AB25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9059488948</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422999A7" w14:textId="2E5C11CE"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bandashruthi6@gmail.com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0BCDC27A" w14:textId="7B27D52A"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3C30E368" w14:textId="30000508" w:rsidR="001F523F" w:rsidRPr="001F523F" w:rsidRDefault="001F523F" w:rsidP="001F523F">
            <w:pPr>
              <w:rPr>
                <w:rFonts w:ascii="Times New Roman" w:hAnsi="Times New Roman" w:cs="Times New Roman"/>
                <w:sz w:val="24"/>
                <w:szCs w:val="24"/>
              </w:rPr>
            </w:pPr>
          </w:p>
        </w:tc>
      </w:tr>
      <w:tr w:rsidR="001F523F" w:rsidRPr="001F523F" w14:paraId="0A52CF15" w14:textId="3A90D743"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2E8C6A2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111724039004</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5BD1E044"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Dandotkar</w:t>
            </w:r>
            <w:proofErr w:type="spellEnd"/>
            <w:r w:rsidRPr="001F523F">
              <w:rPr>
                <w:rFonts w:ascii="Times New Roman" w:hAnsi="Times New Roman" w:cs="Times New Roman"/>
                <w:sz w:val="24"/>
                <w:szCs w:val="24"/>
              </w:rPr>
              <w:t xml:space="preserve"> Sanjana </w:t>
            </w:r>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1D95791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7075531499</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67E040F7" w14:textId="1D23E9E0"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dandotkarsanjana@gmail.com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77901AA2" w14:textId="50F87D00"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619EEDF2" w14:textId="6FAA6921" w:rsidR="001F523F" w:rsidRPr="001F523F" w:rsidRDefault="001F523F" w:rsidP="001F523F">
            <w:pPr>
              <w:rPr>
                <w:rFonts w:ascii="Times New Roman" w:hAnsi="Times New Roman" w:cs="Times New Roman"/>
                <w:sz w:val="24"/>
                <w:szCs w:val="24"/>
              </w:rPr>
            </w:pPr>
          </w:p>
        </w:tc>
      </w:tr>
      <w:tr w:rsidR="001F523F" w:rsidRPr="001F523F" w14:paraId="59EEDDA7" w14:textId="291B3721"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9BAAFA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111724039005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9F16CC4"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D.Bhargavi</w:t>
            </w:r>
            <w:proofErr w:type="spellEnd"/>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DE65F9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7995589576</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42CA6B6A" w14:textId="05CFE848"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bhargavid745@gmail.com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2A4ED644" w14:textId="21292703"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141EBB24" w14:textId="6E5ABE99" w:rsidR="001F523F" w:rsidRPr="001F523F" w:rsidRDefault="001F523F" w:rsidP="001F523F">
            <w:pPr>
              <w:rPr>
                <w:rFonts w:ascii="Times New Roman" w:hAnsi="Times New Roman" w:cs="Times New Roman"/>
                <w:sz w:val="24"/>
                <w:szCs w:val="24"/>
              </w:rPr>
            </w:pPr>
          </w:p>
        </w:tc>
      </w:tr>
      <w:tr w:rsidR="001F523F" w:rsidRPr="001F523F" w14:paraId="57F89A17" w14:textId="79FE18DC"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73ED82D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lastRenderedPageBreak/>
              <w:t>111724039006</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79C0AE24"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G.Ramya</w:t>
            </w:r>
            <w:proofErr w:type="spellEnd"/>
            <w:proofErr w:type="gram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mary</w:t>
            </w:r>
            <w:proofErr w:type="spellEnd"/>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6FE5A50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9515582375</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71FA58FF" w14:textId="140EC496"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guggilamramyamary3@gmail.com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6F6841A3" w14:textId="6A87ACBA"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240CA663" w14:textId="2D7EAAB9" w:rsidR="001F523F" w:rsidRPr="001F523F" w:rsidRDefault="001F523F" w:rsidP="001F523F">
            <w:pPr>
              <w:rPr>
                <w:rFonts w:ascii="Times New Roman" w:hAnsi="Times New Roman" w:cs="Times New Roman"/>
                <w:sz w:val="24"/>
                <w:szCs w:val="24"/>
              </w:rPr>
            </w:pPr>
          </w:p>
        </w:tc>
      </w:tr>
      <w:tr w:rsidR="001F523F" w:rsidRPr="001F523F" w14:paraId="036260C9" w14:textId="1457DE30"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E5B882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111724039007</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882248A"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Gujja</w:t>
            </w:r>
            <w:proofErr w:type="spellEnd"/>
            <w:r w:rsidRPr="001F523F">
              <w:rPr>
                <w:rFonts w:ascii="Times New Roman" w:hAnsi="Times New Roman" w:cs="Times New Roman"/>
                <w:sz w:val="24"/>
                <w:szCs w:val="24"/>
              </w:rPr>
              <w:t xml:space="preserve"> Akhila</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3C0B81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6300991458</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0FB47B75" w14:textId="15986B56"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akhilagujja87@gmail.com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74400DB0" w14:textId="2C353163"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09F39016" w14:textId="0DAB0088" w:rsidR="001F523F" w:rsidRPr="001F523F" w:rsidRDefault="001F523F" w:rsidP="001F523F">
            <w:pPr>
              <w:rPr>
                <w:rFonts w:ascii="Times New Roman" w:hAnsi="Times New Roman" w:cs="Times New Roman"/>
                <w:sz w:val="24"/>
                <w:szCs w:val="24"/>
              </w:rPr>
            </w:pPr>
          </w:p>
        </w:tc>
      </w:tr>
      <w:tr w:rsidR="001F523F" w:rsidRPr="001F523F" w14:paraId="7731FD2F" w14:textId="5FEB5BC1"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3E5C1F4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111724039008</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6F28EFD6"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harsha</w:t>
            </w:r>
            <w:proofErr w:type="spell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vardhini</w:t>
            </w:r>
            <w:proofErr w:type="spellEnd"/>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1085C70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9063507375</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4D6D2E95" w14:textId="135A889A"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harshainala15@gmail.com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0FC616F8" w14:textId="19F0FED7"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632BEB0E" w14:textId="585A0030" w:rsidR="001F523F" w:rsidRPr="001F523F" w:rsidRDefault="001F523F" w:rsidP="001F523F">
            <w:pPr>
              <w:rPr>
                <w:rFonts w:ascii="Times New Roman" w:hAnsi="Times New Roman" w:cs="Times New Roman"/>
                <w:sz w:val="24"/>
                <w:szCs w:val="24"/>
              </w:rPr>
            </w:pPr>
          </w:p>
        </w:tc>
      </w:tr>
      <w:tr w:rsidR="001F523F" w:rsidRPr="001F523F" w14:paraId="0DE626BC" w14:textId="26E5602A"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B2CC39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111724039009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F57A9C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Janga </w:t>
            </w:r>
            <w:proofErr w:type="spellStart"/>
            <w:r w:rsidRPr="001F523F">
              <w:rPr>
                <w:rFonts w:ascii="Times New Roman" w:hAnsi="Times New Roman" w:cs="Times New Roman"/>
                <w:sz w:val="24"/>
                <w:szCs w:val="24"/>
              </w:rPr>
              <w:t>Swethika</w:t>
            </w:r>
            <w:proofErr w:type="spellEnd"/>
            <w:r w:rsidRPr="001F523F">
              <w:rPr>
                <w:rFonts w:ascii="Times New Roman" w:hAnsi="Times New Roman" w:cs="Times New Roman"/>
                <w:sz w:val="24"/>
                <w:szCs w:val="24"/>
              </w:rPr>
              <w:t xml:space="preserve">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1192D2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9989075588</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6A55F03C" w14:textId="133744EE"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jangaswethika@gmail.com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6E885990" w14:textId="70A0F7F9"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48A6EA33" w14:textId="3D6BE04A" w:rsidR="001F523F" w:rsidRPr="001F523F" w:rsidRDefault="001F523F" w:rsidP="001F523F">
            <w:pPr>
              <w:rPr>
                <w:rFonts w:ascii="Times New Roman" w:hAnsi="Times New Roman" w:cs="Times New Roman"/>
                <w:sz w:val="24"/>
                <w:szCs w:val="24"/>
              </w:rPr>
            </w:pPr>
          </w:p>
        </w:tc>
      </w:tr>
      <w:tr w:rsidR="001F523F" w:rsidRPr="001F523F" w14:paraId="4C92513D" w14:textId="4673702F"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37D6B6F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111724039010</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4336EDAA"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K.sravanajyothi</w:t>
            </w:r>
            <w:proofErr w:type="spellEnd"/>
            <w:proofErr w:type="gramEnd"/>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2D485FD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9704625479</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316DF574" w14:textId="4A5C0ECA"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sravanajyothikondaveeti@gmail.com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6DF05239" w14:textId="7DEE1379"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55A383C1" w14:textId="7FE0CB9D" w:rsidR="001F523F" w:rsidRPr="001F523F" w:rsidRDefault="001F523F" w:rsidP="001F523F">
            <w:pPr>
              <w:rPr>
                <w:rFonts w:ascii="Times New Roman" w:hAnsi="Times New Roman" w:cs="Times New Roman"/>
                <w:sz w:val="24"/>
                <w:szCs w:val="24"/>
              </w:rPr>
            </w:pPr>
          </w:p>
        </w:tc>
      </w:tr>
      <w:tr w:rsidR="001F523F" w:rsidRPr="001F523F" w14:paraId="0BD758EF" w14:textId="7D02644B"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ADCA01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111724039011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CF781E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Ashritha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E3E6C8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9063684760</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3A3D39D2" w14:textId="48B03B4A"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ashrithakoppula43@gmail.com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0FDECA39" w14:textId="626E3D94"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5FCE81A3" w14:textId="378F4F37" w:rsidR="001F523F" w:rsidRPr="001F523F" w:rsidRDefault="001F523F" w:rsidP="001F523F">
            <w:pPr>
              <w:rPr>
                <w:rFonts w:ascii="Times New Roman" w:hAnsi="Times New Roman" w:cs="Times New Roman"/>
                <w:sz w:val="24"/>
                <w:szCs w:val="24"/>
              </w:rPr>
            </w:pPr>
          </w:p>
        </w:tc>
      </w:tr>
      <w:tr w:rsidR="001F523F" w:rsidRPr="001F523F" w14:paraId="3177D088" w14:textId="105035BD"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1EB88F0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111724039012</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29536A91"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K.sri</w:t>
            </w:r>
            <w:proofErr w:type="spell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sai</w:t>
            </w:r>
            <w:proofErr w:type="spell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vedha</w:t>
            </w:r>
            <w:proofErr w:type="spellEnd"/>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002BF58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7386117239</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033C0621" w14:textId="2BDF72E8"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vedhakorivi25@gmail.com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41F986A2" w14:textId="59E00C12"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702A603C" w14:textId="7100ACFE" w:rsidR="001F523F" w:rsidRPr="001F523F" w:rsidRDefault="001F523F" w:rsidP="001F523F">
            <w:pPr>
              <w:rPr>
                <w:rFonts w:ascii="Times New Roman" w:hAnsi="Times New Roman" w:cs="Times New Roman"/>
                <w:sz w:val="24"/>
                <w:szCs w:val="24"/>
              </w:rPr>
            </w:pPr>
          </w:p>
        </w:tc>
      </w:tr>
      <w:tr w:rsidR="001F523F" w:rsidRPr="001F523F" w14:paraId="52925E1B" w14:textId="24BAD011"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C43015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111724039013</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1978947"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K.Teja</w:t>
            </w:r>
            <w:proofErr w:type="spellEnd"/>
            <w:proofErr w:type="gramEnd"/>
            <w:r w:rsidRPr="001F523F">
              <w:rPr>
                <w:rFonts w:ascii="Times New Roman" w:hAnsi="Times New Roman" w:cs="Times New Roman"/>
                <w:sz w:val="24"/>
                <w:szCs w:val="24"/>
              </w:rPr>
              <w:t xml:space="preserve"> Reddy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D7A296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9381196757</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62FED4A1" w14:textId="3647ECC6"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ktejareddy275@gmail.com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770E870F" w14:textId="30C3CF92"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2DCCCFCE" w14:textId="1CAEC028" w:rsidR="001F523F" w:rsidRPr="001F523F" w:rsidRDefault="001F523F" w:rsidP="001F523F">
            <w:pPr>
              <w:rPr>
                <w:rFonts w:ascii="Times New Roman" w:hAnsi="Times New Roman" w:cs="Times New Roman"/>
                <w:sz w:val="24"/>
                <w:szCs w:val="24"/>
              </w:rPr>
            </w:pPr>
          </w:p>
        </w:tc>
      </w:tr>
      <w:tr w:rsidR="001F523F" w:rsidRPr="001F523F" w14:paraId="7963ED40" w14:textId="254CCB15"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79B2644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111724039014</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4BBEC97F"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Marmamala</w:t>
            </w:r>
            <w:proofErr w:type="spellEnd"/>
            <w:r w:rsidRPr="001F523F">
              <w:rPr>
                <w:rFonts w:ascii="Times New Roman" w:hAnsi="Times New Roman" w:cs="Times New Roman"/>
                <w:sz w:val="24"/>
                <w:szCs w:val="24"/>
              </w:rPr>
              <w:t xml:space="preserve"> Sreenidhi </w:t>
            </w:r>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7144D9C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9346003094</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7E3C82AD" w14:textId="00532E24"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sreenidhishetty2007@gmail.com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1F1FC5CC" w14:textId="653004FE"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0E17B5C8" w14:textId="03604410" w:rsidR="001F523F" w:rsidRPr="001F523F" w:rsidRDefault="001F523F" w:rsidP="001F523F">
            <w:pPr>
              <w:rPr>
                <w:rFonts w:ascii="Times New Roman" w:hAnsi="Times New Roman" w:cs="Times New Roman"/>
                <w:sz w:val="24"/>
                <w:szCs w:val="24"/>
              </w:rPr>
            </w:pPr>
          </w:p>
        </w:tc>
      </w:tr>
      <w:tr w:rsidR="001F523F" w:rsidRPr="001F523F" w14:paraId="61649A7D" w14:textId="3EA56245"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495AA9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111724039015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CBF1981"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P.Tejaswini</w:t>
            </w:r>
            <w:proofErr w:type="spellEnd"/>
            <w:proofErr w:type="gramEnd"/>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A426D3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7075084227</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0392B571" w14:textId="121DD620"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pimpdaetejaswini@gmail.coml</w:t>
            </w:r>
            <w:proofErr w:type="spellEnd"/>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491100E9" w14:textId="726E1118"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69B7B5C6" w14:textId="20F3EE7D" w:rsidR="001F523F" w:rsidRPr="001F523F" w:rsidRDefault="001F523F" w:rsidP="001F523F">
            <w:pPr>
              <w:rPr>
                <w:rFonts w:ascii="Times New Roman" w:hAnsi="Times New Roman" w:cs="Times New Roman"/>
                <w:sz w:val="24"/>
                <w:szCs w:val="24"/>
              </w:rPr>
            </w:pPr>
          </w:p>
        </w:tc>
      </w:tr>
      <w:tr w:rsidR="001F523F" w:rsidRPr="001F523F" w14:paraId="39C0D4AB" w14:textId="47C55C6C"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4D28083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111724039016</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13CFCD2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Pooja pal</w:t>
            </w:r>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25FEC46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9652037674</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02C50F19" w14:textId="1DAC4233"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poojapalcrpf12345@gmail.com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7C4F8D35" w14:textId="2E475CEF"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79777FDC" w14:textId="2C5CB9C5" w:rsidR="001F523F" w:rsidRPr="001F523F" w:rsidRDefault="001F523F" w:rsidP="001F523F">
            <w:pPr>
              <w:rPr>
                <w:rFonts w:ascii="Times New Roman" w:hAnsi="Times New Roman" w:cs="Times New Roman"/>
                <w:sz w:val="24"/>
                <w:szCs w:val="24"/>
              </w:rPr>
            </w:pPr>
          </w:p>
        </w:tc>
      </w:tr>
      <w:tr w:rsidR="001F523F" w:rsidRPr="001F523F" w14:paraId="7F8D57B0" w14:textId="787118F3"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F98F1B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111724039017</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97D55A9"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R.Harshini</w:t>
            </w:r>
            <w:proofErr w:type="spellEnd"/>
            <w:proofErr w:type="gramEnd"/>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84C3B5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7670819416</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3D5D1365" w14:textId="747465B0"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harshini2k6ryali@gmail.com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1811252E" w14:textId="5CE0F67D"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25D71033" w14:textId="12E937DF" w:rsidR="001F523F" w:rsidRPr="001F523F" w:rsidRDefault="001F523F" w:rsidP="001F523F">
            <w:pPr>
              <w:rPr>
                <w:rFonts w:ascii="Times New Roman" w:hAnsi="Times New Roman" w:cs="Times New Roman"/>
                <w:sz w:val="24"/>
                <w:szCs w:val="24"/>
              </w:rPr>
            </w:pPr>
          </w:p>
        </w:tc>
      </w:tr>
      <w:tr w:rsidR="001F523F" w:rsidRPr="001F523F" w14:paraId="7175B608" w14:textId="469539FC" w:rsidTr="001F523F">
        <w:trPr>
          <w:trHeight w:val="300"/>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35F766B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111724039018</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6F2CD618"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S.Varshini</w:t>
            </w:r>
            <w:proofErr w:type="spellEnd"/>
            <w:proofErr w:type="gramEnd"/>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261E3F7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8639591110</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2F97B584" w14:textId="306E0813"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varshinigoud18@gmail.com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033E5FF7" w14:textId="36BDEF72"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65DE60FF" w14:textId="64CC0DE8" w:rsidR="001F523F" w:rsidRPr="001F523F" w:rsidRDefault="001F523F" w:rsidP="001F523F">
            <w:pPr>
              <w:rPr>
                <w:rFonts w:ascii="Times New Roman" w:hAnsi="Times New Roman" w:cs="Times New Roman"/>
                <w:sz w:val="24"/>
                <w:szCs w:val="24"/>
              </w:rPr>
            </w:pPr>
          </w:p>
        </w:tc>
      </w:tr>
      <w:tr w:rsidR="001F523F" w:rsidRPr="001F523F" w14:paraId="5F0B7B2A" w14:textId="1F3BF86C"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17012A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111724039019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3894705"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Thanniru</w:t>
            </w:r>
            <w:proofErr w:type="spell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namitha</w:t>
            </w:r>
            <w:proofErr w:type="spell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sree</w:t>
            </w:r>
            <w:proofErr w:type="spellEnd"/>
            <w:r w:rsidRPr="001F523F">
              <w:rPr>
                <w:rFonts w:ascii="Times New Roman" w:hAnsi="Times New Roman" w:cs="Times New Roman"/>
                <w:sz w:val="24"/>
                <w:szCs w:val="24"/>
              </w:rPr>
              <w:t xml:space="preserve">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476724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9398307153</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3722BD7F" w14:textId="0838938D"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thannirunamithasree@gmail.com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57AEA650" w14:textId="6A1B5F45"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5AB5FC48" w14:textId="0AF442AD" w:rsidR="001F523F" w:rsidRPr="001F523F" w:rsidRDefault="001F523F" w:rsidP="001F523F">
            <w:pPr>
              <w:rPr>
                <w:rFonts w:ascii="Times New Roman" w:hAnsi="Times New Roman" w:cs="Times New Roman"/>
                <w:sz w:val="24"/>
                <w:szCs w:val="24"/>
              </w:rPr>
            </w:pPr>
          </w:p>
        </w:tc>
      </w:tr>
      <w:tr w:rsidR="001F523F" w:rsidRPr="001F523F" w14:paraId="4933F8C3" w14:textId="129C4714"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29D977C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111724039020</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16D53104"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Upputuri</w:t>
            </w:r>
            <w:proofErr w:type="spellEnd"/>
            <w:r w:rsidRPr="001F523F">
              <w:rPr>
                <w:rFonts w:ascii="Times New Roman" w:hAnsi="Times New Roman" w:cs="Times New Roman"/>
                <w:sz w:val="24"/>
                <w:szCs w:val="24"/>
              </w:rPr>
              <w:t xml:space="preserve"> Venkata Lakshmi Sahiti </w:t>
            </w:r>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0BC6158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7671089698</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24330809" w14:textId="7D81491B"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upputurilakshmisahiti@gmail.com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483C49D5" w14:textId="4ACC8C66"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105F737B" w14:textId="622F3620" w:rsidR="001F523F" w:rsidRPr="001F523F" w:rsidRDefault="001F523F" w:rsidP="001F523F">
            <w:pPr>
              <w:rPr>
                <w:rFonts w:ascii="Times New Roman" w:hAnsi="Times New Roman" w:cs="Times New Roman"/>
                <w:sz w:val="24"/>
                <w:szCs w:val="24"/>
              </w:rPr>
            </w:pPr>
          </w:p>
        </w:tc>
      </w:tr>
      <w:tr w:rsidR="001F523F" w:rsidRPr="001F523F" w14:paraId="0A1AA774" w14:textId="38DDE56A"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9E1314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111724039021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6F2C993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Yagna Gurureddy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CFF52D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8125172444</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1B773657" w14:textId="63DE9C8C"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yagnagurureddy.dai@gmail.com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511E8903" w14:textId="54C81916"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33B6E209" w14:textId="4BE952E9" w:rsidR="001F523F" w:rsidRPr="001F523F" w:rsidRDefault="001F523F" w:rsidP="001F523F">
            <w:pPr>
              <w:rPr>
                <w:rFonts w:ascii="Times New Roman" w:hAnsi="Times New Roman" w:cs="Times New Roman"/>
                <w:sz w:val="24"/>
                <w:szCs w:val="24"/>
              </w:rPr>
            </w:pPr>
          </w:p>
        </w:tc>
      </w:tr>
      <w:tr w:rsidR="001F523F" w:rsidRPr="001F523F" w14:paraId="423C21F0" w14:textId="0A0A3489"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221D56E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111724039022</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5A9C7E0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Arshad Ali </w:t>
            </w:r>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409C2B7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8271873872</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224B2DAD" w14:textId="6E289DEB"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aa8268559@gmail.com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5E73C637" w14:textId="476C56CF"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448E2743" w14:textId="1B7B2629" w:rsidR="001F523F" w:rsidRPr="001F523F" w:rsidRDefault="001F523F" w:rsidP="001F523F">
            <w:pPr>
              <w:rPr>
                <w:rFonts w:ascii="Times New Roman" w:hAnsi="Times New Roman" w:cs="Times New Roman"/>
                <w:sz w:val="24"/>
                <w:szCs w:val="24"/>
              </w:rPr>
            </w:pPr>
          </w:p>
        </w:tc>
      </w:tr>
      <w:tr w:rsidR="001F523F" w:rsidRPr="001F523F" w14:paraId="077983C7" w14:textId="1C8517B9"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E3D816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111724039023</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89A4A85"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Saisampath</w:t>
            </w:r>
            <w:proofErr w:type="spellEnd"/>
            <w:r w:rsidRPr="001F523F">
              <w:rPr>
                <w:rFonts w:ascii="Times New Roman" w:hAnsi="Times New Roman" w:cs="Times New Roman"/>
                <w:sz w:val="24"/>
                <w:szCs w:val="24"/>
              </w:rPr>
              <w:t xml:space="preserve">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229C50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9398651388</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34C48F74" w14:textId="273F3244"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bhallasaisampath4261@gmail.com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6F3D1BFE" w14:textId="3923FD98"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38EBDAA4" w14:textId="1A880539" w:rsidR="001F523F" w:rsidRPr="001F523F" w:rsidRDefault="001F523F" w:rsidP="001F523F">
            <w:pPr>
              <w:rPr>
                <w:rFonts w:ascii="Times New Roman" w:hAnsi="Times New Roman" w:cs="Times New Roman"/>
                <w:sz w:val="24"/>
                <w:szCs w:val="24"/>
              </w:rPr>
            </w:pPr>
          </w:p>
        </w:tc>
      </w:tr>
      <w:tr w:rsidR="001F523F" w:rsidRPr="001F523F" w14:paraId="4D069D9A" w14:textId="4B2F9587"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1CE9472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111724039024</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3C5C56D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BYVS. Pavan Kumar </w:t>
            </w:r>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3D7BAF7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9494761846</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2E10CDC8" w14:textId="3E7811C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byvspavankumar@gmail.com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2914E728" w14:textId="73C029CF"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7B882E9C" w14:textId="1667D9A2" w:rsidR="001F523F" w:rsidRPr="001F523F" w:rsidRDefault="001F523F" w:rsidP="001F523F">
            <w:pPr>
              <w:rPr>
                <w:rFonts w:ascii="Times New Roman" w:hAnsi="Times New Roman" w:cs="Times New Roman"/>
                <w:sz w:val="24"/>
                <w:szCs w:val="24"/>
              </w:rPr>
            </w:pPr>
          </w:p>
        </w:tc>
      </w:tr>
      <w:tr w:rsidR="001F523F" w:rsidRPr="001F523F" w14:paraId="3705AC08" w14:textId="32711D52"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BFEC90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111724039025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871E8E2"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D.Naga</w:t>
            </w:r>
            <w:proofErr w:type="spell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chaitanya</w:t>
            </w:r>
            <w:proofErr w:type="spellEnd"/>
            <w:r w:rsidRPr="001F523F">
              <w:rPr>
                <w:rFonts w:ascii="Times New Roman" w:hAnsi="Times New Roman" w:cs="Times New Roman"/>
                <w:sz w:val="24"/>
                <w:szCs w:val="24"/>
              </w:rPr>
              <w:t xml:space="preserve">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4FFDE7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6300075756</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56F48062" w14:textId="1F4EC62D"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dasarinagachaitanya@gmail.com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435FE30F" w14:textId="55B33491"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387E9600" w14:textId="21F4B210" w:rsidR="001F523F" w:rsidRPr="001F523F" w:rsidRDefault="001F523F" w:rsidP="001F523F">
            <w:pPr>
              <w:rPr>
                <w:rFonts w:ascii="Times New Roman" w:hAnsi="Times New Roman" w:cs="Times New Roman"/>
                <w:sz w:val="24"/>
                <w:szCs w:val="24"/>
              </w:rPr>
            </w:pPr>
          </w:p>
        </w:tc>
      </w:tr>
      <w:tr w:rsidR="001F523F" w:rsidRPr="001F523F" w14:paraId="4206BBA1" w14:textId="6B4D5537"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3C8478A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111724039026</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41162B9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DAYA SHANKAR </w:t>
            </w:r>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0A92EFD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76750 77564 </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521E0F09" w14:textId="2C157FBF"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dayasinghrajput96@gmail.com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3A07E59E" w14:textId="7CEE040B"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10CB094F" w14:textId="509688B8" w:rsidR="001F523F" w:rsidRPr="001F523F" w:rsidRDefault="001F523F" w:rsidP="001F523F">
            <w:pPr>
              <w:rPr>
                <w:rFonts w:ascii="Times New Roman" w:hAnsi="Times New Roman" w:cs="Times New Roman"/>
                <w:sz w:val="24"/>
                <w:szCs w:val="24"/>
              </w:rPr>
            </w:pPr>
          </w:p>
        </w:tc>
      </w:tr>
      <w:tr w:rsidR="001F523F" w:rsidRPr="001F523F" w14:paraId="283B944A" w14:textId="5830C595"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932AAB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111724039027</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7CC9FC0"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Dubbaka</w:t>
            </w:r>
            <w:proofErr w:type="spellEnd"/>
            <w:r w:rsidRPr="001F523F">
              <w:rPr>
                <w:rFonts w:ascii="Times New Roman" w:hAnsi="Times New Roman" w:cs="Times New Roman"/>
                <w:sz w:val="24"/>
                <w:szCs w:val="24"/>
              </w:rPr>
              <w:t xml:space="preserve"> Srinivas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0195E1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9059911540</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64E5E3F3" w14:textId="4FD27C3B"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dubbakasrinivas2006@gmail.com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21BA3891" w14:textId="66339B9E"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6218D392" w14:textId="5C00B204" w:rsidR="001F523F" w:rsidRPr="001F523F" w:rsidRDefault="001F523F" w:rsidP="001F523F">
            <w:pPr>
              <w:rPr>
                <w:rFonts w:ascii="Times New Roman" w:hAnsi="Times New Roman" w:cs="Times New Roman"/>
                <w:sz w:val="24"/>
                <w:szCs w:val="24"/>
              </w:rPr>
            </w:pPr>
          </w:p>
        </w:tc>
      </w:tr>
      <w:tr w:rsidR="001F523F" w:rsidRPr="001F523F" w14:paraId="42012F98" w14:textId="6D797E33"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7C44546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111724039028</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646612D5"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J.Jaganmohan</w:t>
            </w:r>
            <w:proofErr w:type="spellEnd"/>
            <w:proofErr w:type="gramEnd"/>
            <w:r w:rsidRPr="001F523F">
              <w:rPr>
                <w:rFonts w:ascii="Times New Roman" w:hAnsi="Times New Roman" w:cs="Times New Roman"/>
                <w:sz w:val="24"/>
                <w:szCs w:val="24"/>
              </w:rPr>
              <w:t xml:space="preserve"> Reddy </w:t>
            </w:r>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3AED707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9133070159</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1A4D7DC3" w14:textId="58F4C5F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jaganmohanreddy4229@gmail.com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56A97BF6" w14:textId="6266BC2A"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68EB5586" w14:textId="0018E8D9" w:rsidR="001F523F" w:rsidRPr="001F523F" w:rsidRDefault="001F523F" w:rsidP="001F523F">
            <w:pPr>
              <w:rPr>
                <w:rFonts w:ascii="Times New Roman" w:hAnsi="Times New Roman" w:cs="Times New Roman"/>
                <w:sz w:val="24"/>
                <w:szCs w:val="24"/>
              </w:rPr>
            </w:pPr>
          </w:p>
        </w:tc>
      </w:tr>
      <w:tr w:rsidR="001F523F" w:rsidRPr="001F523F" w14:paraId="7D728971" w14:textId="273CDE35"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636A1B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111724039029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8E70B3F"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kairamkonda</w:t>
            </w:r>
            <w:proofErr w:type="spellEnd"/>
            <w:r w:rsidRPr="001F523F">
              <w:rPr>
                <w:rFonts w:ascii="Times New Roman" w:hAnsi="Times New Roman" w:cs="Times New Roman"/>
                <w:sz w:val="24"/>
                <w:szCs w:val="24"/>
              </w:rPr>
              <w:t xml:space="preserve"> Jayanth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2A7764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9603249432</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5444B606" w14:textId="415B691A"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kairamkondajayanth10@gmail.com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4EA1ADE1" w14:textId="29DE67E6"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652559A3" w14:textId="3F056FE0" w:rsidR="001F523F" w:rsidRPr="001F523F" w:rsidRDefault="001F523F" w:rsidP="001F523F">
            <w:pPr>
              <w:rPr>
                <w:rFonts w:ascii="Times New Roman" w:hAnsi="Times New Roman" w:cs="Times New Roman"/>
                <w:sz w:val="24"/>
                <w:szCs w:val="24"/>
              </w:rPr>
            </w:pPr>
          </w:p>
        </w:tc>
      </w:tr>
      <w:tr w:rsidR="001F523F" w:rsidRPr="001F523F" w14:paraId="58521D87" w14:textId="64ECBFDE"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284438D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111724039030</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5C44463F"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K.Prashanth</w:t>
            </w:r>
            <w:proofErr w:type="spellEnd"/>
            <w:proofErr w:type="gramEnd"/>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4247D20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7075286555</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29DCE078" w14:textId="6ADBD226"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kambhamprashanth3@gmail.com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125454E5" w14:textId="6B07EB5B"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698998F0" w14:textId="2B9871D9" w:rsidR="001F523F" w:rsidRPr="001F523F" w:rsidRDefault="001F523F" w:rsidP="001F523F">
            <w:pPr>
              <w:rPr>
                <w:rFonts w:ascii="Times New Roman" w:hAnsi="Times New Roman" w:cs="Times New Roman"/>
                <w:sz w:val="24"/>
                <w:szCs w:val="24"/>
              </w:rPr>
            </w:pPr>
          </w:p>
        </w:tc>
      </w:tr>
      <w:tr w:rsidR="001F523F" w:rsidRPr="001F523F" w14:paraId="1CF5C67D" w14:textId="5EBD219A"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DF50BC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lastRenderedPageBreak/>
              <w:t>111724039031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CD14F4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John Adarsh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4DAE7A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9492437960</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17F73DCB" w14:textId="0E19F57E"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johnadarshkancherla@gmail.com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4B515429" w14:textId="199C3057"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18BEF8CC" w14:textId="48499E79" w:rsidR="001F523F" w:rsidRPr="001F523F" w:rsidRDefault="001F523F" w:rsidP="001F523F">
            <w:pPr>
              <w:rPr>
                <w:rFonts w:ascii="Times New Roman" w:hAnsi="Times New Roman" w:cs="Times New Roman"/>
                <w:sz w:val="24"/>
                <w:szCs w:val="24"/>
              </w:rPr>
            </w:pPr>
          </w:p>
        </w:tc>
      </w:tr>
      <w:tr w:rsidR="001F523F" w:rsidRPr="001F523F" w14:paraId="0FF551A1" w14:textId="715B7A81"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0DA0994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111724039032</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6524C78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Sharath Chandra Karnati </w:t>
            </w:r>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4F08641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9700198981</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3E30B0FB" w14:textId="14EB95A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karnati.sharath619@gmail.com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1B12A9F3" w14:textId="030A5377"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5D77A33E" w14:textId="0A167852" w:rsidR="001F523F" w:rsidRPr="001F523F" w:rsidRDefault="001F523F" w:rsidP="001F523F">
            <w:pPr>
              <w:rPr>
                <w:rFonts w:ascii="Times New Roman" w:hAnsi="Times New Roman" w:cs="Times New Roman"/>
                <w:sz w:val="24"/>
                <w:szCs w:val="24"/>
              </w:rPr>
            </w:pPr>
          </w:p>
        </w:tc>
      </w:tr>
      <w:tr w:rsidR="001F523F" w:rsidRPr="001F523F" w14:paraId="0E5FF4C0" w14:textId="51BE6F71"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1CCBB3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111724039033</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6374CB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M Chethan Yadav</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2875F4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7801033194</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0F7F4222" w14:textId="2CD8E7F5"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chethanyadav456@gmail.com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65451D16" w14:textId="6D02623A"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11C62DCD" w14:textId="360E7FAF" w:rsidR="001F523F" w:rsidRPr="001F523F" w:rsidRDefault="001F523F" w:rsidP="001F523F">
            <w:pPr>
              <w:rPr>
                <w:rFonts w:ascii="Times New Roman" w:hAnsi="Times New Roman" w:cs="Times New Roman"/>
                <w:sz w:val="24"/>
                <w:szCs w:val="24"/>
              </w:rPr>
            </w:pPr>
          </w:p>
        </w:tc>
      </w:tr>
      <w:tr w:rsidR="001F523F" w:rsidRPr="001F523F" w14:paraId="6552003D" w14:textId="7AD7CC96"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50E145D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111724039034</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6D41836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MP Dheeraj Raj</w:t>
            </w:r>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0559E92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9000287492</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7507BE0B" w14:textId="18477600"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dheerajraj7218@gmail.com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0476B90F" w14:textId="2018DDF5"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43D0A2C2" w14:textId="2779BDE5" w:rsidR="001F523F" w:rsidRPr="001F523F" w:rsidRDefault="001F523F" w:rsidP="001F523F">
            <w:pPr>
              <w:rPr>
                <w:rFonts w:ascii="Times New Roman" w:hAnsi="Times New Roman" w:cs="Times New Roman"/>
                <w:sz w:val="24"/>
                <w:szCs w:val="24"/>
              </w:rPr>
            </w:pPr>
          </w:p>
        </w:tc>
      </w:tr>
      <w:tr w:rsidR="001F523F" w:rsidRPr="001F523F" w14:paraId="49455433" w14:textId="3600C784"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FB25A0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111724039035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835B3D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NASA KOUSHIK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F40F00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6303981733</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74EF9A1B" w14:textId="0886A93B"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koushiknasa0@gmail.com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589E0684" w14:textId="4512951F"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56F2E107" w14:textId="59A63722" w:rsidR="001F523F" w:rsidRPr="001F523F" w:rsidRDefault="001F523F" w:rsidP="001F523F">
            <w:pPr>
              <w:rPr>
                <w:rFonts w:ascii="Times New Roman" w:hAnsi="Times New Roman" w:cs="Times New Roman"/>
                <w:sz w:val="24"/>
                <w:szCs w:val="24"/>
              </w:rPr>
            </w:pPr>
          </w:p>
        </w:tc>
      </w:tr>
      <w:tr w:rsidR="001F523F" w:rsidRPr="001F523F" w14:paraId="58EB438B" w14:textId="3EAFADB9"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5CA2B99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111724039036</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69B7B2CB" w14:textId="77777777" w:rsidR="001F523F" w:rsidRPr="001F523F" w:rsidRDefault="001F523F" w:rsidP="001F523F">
            <w:pPr>
              <w:rPr>
                <w:rFonts w:ascii="Times New Roman" w:hAnsi="Times New Roman" w:cs="Times New Roman"/>
                <w:sz w:val="24"/>
                <w:szCs w:val="24"/>
              </w:rPr>
            </w:pPr>
            <w:proofErr w:type="gramStart"/>
            <w:r w:rsidRPr="001F523F">
              <w:rPr>
                <w:rFonts w:ascii="Times New Roman" w:hAnsi="Times New Roman" w:cs="Times New Roman"/>
                <w:sz w:val="24"/>
                <w:szCs w:val="24"/>
              </w:rPr>
              <w:t>P.PREETHAM</w:t>
            </w:r>
            <w:proofErr w:type="gramEnd"/>
            <w:r w:rsidRPr="001F523F">
              <w:rPr>
                <w:rFonts w:ascii="Times New Roman" w:hAnsi="Times New Roman" w:cs="Times New Roman"/>
                <w:sz w:val="24"/>
                <w:szCs w:val="24"/>
              </w:rPr>
              <w:t xml:space="preserve"> CHARY </w:t>
            </w:r>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4753122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8008039154</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0E915C30" w14:textId="3116FDFF"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preethamchary1432@gmail.com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0777C465" w14:textId="26F7E177"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74A8666C" w14:textId="416CD6C3" w:rsidR="001F523F" w:rsidRPr="001F523F" w:rsidRDefault="001F523F" w:rsidP="001F523F">
            <w:pPr>
              <w:rPr>
                <w:rFonts w:ascii="Times New Roman" w:hAnsi="Times New Roman" w:cs="Times New Roman"/>
                <w:sz w:val="24"/>
                <w:szCs w:val="24"/>
              </w:rPr>
            </w:pPr>
          </w:p>
        </w:tc>
      </w:tr>
      <w:tr w:rsidR="001F523F" w:rsidRPr="001F523F" w14:paraId="2AE2552D" w14:textId="7B6E43BA"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707870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111724039037</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6D3174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Yuvaraj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B3066B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7386658933</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4BEA0030" w14:textId="5A1AF700"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yuvarajpalaram@gmail.com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1AAE056D" w14:textId="798A5BA0"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50293892" w14:textId="18B60A18" w:rsidR="001F523F" w:rsidRPr="001F523F" w:rsidRDefault="001F523F" w:rsidP="001F523F">
            <w:pPr>
              <w:rPr>
                <w:rFonts w:ascii="Times New Roman" w:hAnsi="Times New Roman" w:cs="Times New Roman"/>
                <w:sz w:val="24"/>
                <w:szCs w:val="24"/>
              </w:rPr>
            </w:pPr>
          </w:p>
        </w:tc>
      </w:tr>
      <w:tr w:rsidR="001F523F" w:rsidRPr="001F523F" w14:paraId="24F72833" w14:textId="586C1892"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06103C7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111724039038</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37EBE849"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Bhavanteja</w:t>
            </w:r>
            <w:proofErr w:type="spellEnd"/>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703B108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9121022839</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45994D09" w14:textId="5782B342"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pullamcherubhavanteja22@gmail.com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6BD1B63C" w14:textId="6B15FD0A"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45F78995" w14:textId="2112DDBF" w:rsidR="001F523F" w:rsidRPr="001F523F" w:rsidRDefault="001F523F" w:rsidP="001F523F">
            <w:pPr>
              <w:rPr>
                <w:rFonts w:ascii="Times New Roman" w:hAnsi="Times New Roman" w:cs="Times New Roman"/>
                <w:sz w:val="24"/>
                <w:szCs w:val="24"/>
              </w:rPr>
            </w:pPr>
          </w:p>
        </w:tc>
      </w:tr>
      <w:tr w:rsidR="001F523F" w:rsidRPr="001F523F" w14:paraId="7D9E3E42" w14:textId="4465EC39"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05EB24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111724039039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BE9F2B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Pavan Kumawat</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911DED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9182606570</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534C6576" w14:textId="4C23D945"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pavankumawatt1@gmail.com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792EB00E" w14:textId="252D3B65"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15243168" w14:textId="6749116F" w:rsidR="001F523F" w:rsidRPr="001F523F" w:rsidRDefault="001F523F" w:rsidP="001F523F">
            <w:pPr>
              <w:rPr>
                <w:rFonts w:ascii="Times New Roman" w:hAnsi="Times New Roman" w:cs="Times New Roman"/>
                <w:sz w:val="24"/>
                <w:szCs w:val="24"/>
              </w:rPr>
            </w:pPr>
          </w:p>
        </w:tc>
      </w:tr>
      <w:tr w:rsidR="001F523F" w:rsidRPr="001F523F" w14:paraId="6EBE2863" w14:textId="28882F6F"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0E1EE59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111724039040</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525AD9C6" w14:textId="77777777" w:rsidR="001F523F" w:rsidRPr="001F523F" w:rsidRDefault="001F523F" w:rsidP="001F523F">
            <w:pPr>
              <w:rPr>
                <w:rFonts w:ascii="Times New Roman" w:hAnsi="Times New Roman" w:cs="Times New Roman"/>
                <w:sz w:val="24"/>
                <w:szCs w:val="24"/>
              </w:rPr>
            </w:pPr>
            <w:proofErr w:type="spellStart"/>
            <w:proofErr w:type="gramStart"/>
            <w:r w:rsidRPr="001F523F">
              <w:rPr>
                <w:rFonts w:ascii="Times New Roman" w:hAnsi="Times New Roman" w:cs="Times New Roman"/>
                <w:sz w:val="24"/>
                <w:szCs w:val="24"/>
              </w:rPr>
              <w:t>P.Manicharan</w:t>
            </w:r>
            <w:proofErr w:type="spellEnd"/>
            <w:proofErr w:type="gramEnd"/>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02616DC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7671034085</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2668E183" w14:textId="1653144B"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pendammanicharan123@gmail.com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17FF6EF2" w14:textId="34DD3C8E"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0B908833" w14:textId="0F24F609" w:rsidR="001F523F" w:rsidRPr="001F523F" w:rsidRDefault="001F523F" w:rsidP="001F523F">
            <w:pPr>
              <w:rPr>
                <w:rFonts w:ascii="Times New Roman" w:hAnsi="Times New Roman" w:cs="Times New Roman"/>
                <w:sz w:val="24"/>
                <w:szCs w:val="24"/>
              </w:rPr>
            </w:pPr>
          </w:p>
        </w:tc>
      </w:tr>
      <w:tr w:rsidR="001F523F" w:rsidRPr="001F523F" w14:paraId="3888CAF7" w14:textId="42C5BBF5"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31493F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111724039041</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77CD48E"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Potharaju</w:t>
            </w:r>
            <w:proofErr w:type="spellEnd"/>
            <w:r w:rsidRPr="001F523F">
              <w:rPr>
                <w:rFonts w:ascii="Times New Roman" w:hAnsi="Times New Roman" w:cs="Times New Roman"/>
                <w:sz w:val="24"/>
                <w:szCs w:val="24"/>
              </w:rPr>
              <w:t xml:space="preserve"> Abhiram Adithya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AF3080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9177374030</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3D17ABD7" w14:textId="0C3E4E20"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kavithasatyam222@gmail.com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3E1689B7" w14:textId="20A034D6"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36C87F05" w14:textId="3D4FEBD1" w:rsidR="001F523F" w:rsidRPr="001F523F" w:rsidRDefault="001F523F" w:rsidP="001F523F">
            <w:pPr>
              <w:rPr>
                <w:rFonts w:ascii="Times New Roman" w:hAnsi="Times New Roman" w:cs="Times New Roman"/>
                <w:sz w:val="24"/>
                <w:szCs w:val="24"/>
              </w:rPr>
            </w:pPr>
          </w:p>
        </w:tc>
      </w:tr>
      <w:tr w:rsidR="001F523F" w:rsidRPr="001F523F" w14:paraId="71D7E336" w14:textId="44BDB490"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7A264F3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111724039042</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2ABAEF0B"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Pretam</w:t>
            </w:r>
            <w:proofErr w:type="spellEnd"/>
            <w:r w:rsidRPr="001F523F">
              <w:rPr>
                <w:rFonts w:ascii="Times New Roman" w:hAnsi="Times New Roman" w:cs="Times New Roman"/>
                <w:sz w:val="24"/>
                <w:szCs w:val="24"/>
              </w:rPr>
              <w:t xml:space="preserve"> </w:t>
            </w:r>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607133A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9704177570</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31BF3C04" w14:textId="4D47E309"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berapretam@gmail.com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0E5C6A4C" w14:textId="5028367D"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3CC4D8AC" w14:textId="01AE14B1" w:rsidR="001F523F" w:rsidRPr="001F523F" w:rsidRDefault="001F523F" w:rsidP="001F523F">
            <w:pPr>
              <w:rPr>
                <w:rFonts w:ascii="Times New Roman" w:hAnsi="Times New Roman" w:cs="Times New Roman"/>
                <w:sz w:val="24"/>
                <w:szCs w:val="24"/>
              </w:rPr>
            </w:pPr>
          </w:p>
        </w:tc>
      </w:tr>
      <w:tr w:rsidR="001F523F" w:rsidRPr="001F523F" w14:paraId="40668764" w14:textId="66B90896"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37AB58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111724039043</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591EFC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Rohit Sahni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4AA894F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9398892813</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70B86F54" w14:textId="59DDC010"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rohittinbox@gmail.com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2044C48E" w14:textId="106E40CB"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638B54FB" w14:textId="0A66AE98" w:rsidR="001F523F" w:rsidRPr="001F523F" w:rsidRDefault="001F523F" w:rsidP="001F523F">
            <w:pPr>
              <w:rPr>
                <w:rFonts w:ascii="Times New Roman" w:hAnsi="Times New Roman" w:cs="Times New Roman"/>
                <w:sz w:val="24"/>
                <w:szCs w:val="24"/>
              </w:rPr>
            </w:pPr>
          </w:p>
        </w:tc>
      </w:tr>
      <w:tr w:rsidR="001F523F" w:rsidRPr="001F523F" w14:paraId="6AD37F83" w14:textId="73481000"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0F8F724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111724039044</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0D1F97D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R Vikramaditya Wence </w:t>
            </w:r>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1010AD4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8074301351</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3A8E5432" w14:textId="2B1DFFF4"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wencevikram3536@gmail.com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57E84FA8" w14:textId="6E93E392"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2E9AC2A4" w14:textId="09352C11" w:rsidR="001F523F" w:rsidRPr="001F523F" w:rsidRDefault="001F523F" w:rsidP="001F523F">
            <w:pPr>
              <w:rPr>
                <w:rFonts w:ascii="Times New Roman" w:hAnsi="Times New Roman" w:cs="Times New Roman"/>
                <w:sz w:val="24"/>
                <w:szCs w:val="24"/>
              </w:rPr>
            </w:pPr>
          </w:p>
        </w:tc>
      </w:tr>
      <w:tr w:rsidR="001F523F" w:rsidRPr="001F523F" w14:paraId="481F18CB" w14:textId="0229E420"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FB2A00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111724039045</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52B2E67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Hemanth </w:t>
            </w:r>
            <w:proofErr w:type="spellStart"/>
            <w:r w:rsidRPr="001F523F">
              <w:rPr>
                <w:rFonts w:ascii="Times New Roman" w:hAnsi="Times New Roman" w:cs="Times New Roman"/>
                <w:sz w:val="24"/>
                <w:szCs w:val="24"/>
              </w:rPr>
              <w:t>reddy</w:t>
            </w:r>
            <w:proofErr w:type="spellEnd"/>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34414C7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7032349528</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30282554" w14:textId="38F0FAD3"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hemahemanth863@gmail.com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173F1ECE" w14:textId="0140DB42"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1C214B3C" w14:textId="0644C4D0" w:rsidR="001F523F" w:rsidRPr="001F523F" w:rsidRDefault="001F523F" w:rsidP="001F523F">
            <w:pPr>
              <w:rPr>
                <w:rFonts w:ascii="Times New Roman" w:hAnsi="Times New Roman" w:cs="Times New Roman"/>
                <w:sz w:val="24"/>
                <w:szCs w:val="24"/>
              </w:rPr>
            </w:pPr>
          </w:p>
        </w:tc>
      </w:tr>
      <w:tr w:rsidR="001F523F" w:rsidRPr="001F523F" w14:paraId="4E35223A" w14:textId="44500BB3"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62B13B5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111724039046</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443F8B0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 Chaitanya</w:t>
            </w:r>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54C6158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6301123500</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482A3918" w14:textId="0FD33990"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chaitanyasurapaneni06@gmail.com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2F0DD290" w14:textId="0F2CE3C2"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4DDDA6C5" w14:textId="6B8D8400" w:rsidR="001F523F" w:rsidRPr="001F523F" w:rsidRDefault="001F523F" w:rsidP="001F523F">
            <w:pPr>
              <w:rPr>
                <w:rFonts w:ascii="Times New Roman" w:hAnsi="Times New Roman" w:cs="Times New Roman"/>
                <w:sz w:val="24"/>
                <w:szCs w:val="24"/>
              </w:rPr>
            </w:pPr>
          </w:p>
        </w:tc>
      </w:tr>
      <w:tr w:rsidR="001F523F" w:rsidRPr="001F523F" w14:paraId="6CF439F1" w14:textId="4B53BE1D"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6D7533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111724039047</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DA05E37"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Voosavivek</w:t>
            </w:r>
            <w:proofErr w:type="spellEnd"/>
            <w:r w:rsidRPr="001F523F">
              <w:rPr>
                <w:rFonts w:ascii="Times New Roman" w:hAnsi="Times New Roman" w:cs="Times New Roman"/>
                <w:sz w:val="24"/>
                <w:szCs w:val="24"/>
              </w:rPr>
              <w:t xml:space="preserve">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7C4B39C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8977427160</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3CE03F1F" w14:textId="3553F2AD"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voosavivek16@gmail.com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6265B489" w14:textId="16DD24FA"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66B1439D" w14:textId="40539AC8" w:rsidR="001F523F" w:rsidRPr="001F523F" w:rsidRDefault="001F523F" w:rsidP="001F523F">
            <w:pPr>
              <w:rPr>
                <w:rFonts w:ascii="Times New Roman" w:hAnsi="Times New Roman" w:cs="Times New Roman"/>
                <w:sz w:val="24"/>
                <w:szCs w:val="24"/>
              </w:rPr>
            </w:pPr>
          </w:p>
        </w:tc>
      </w:tr>
      <w:tr w:rsidR="001F523F" w:rsidRPr="001F523F" w14:paraId="62B2E381" w14:textId="397BB926"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25EE95D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111724039048</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4CF6B72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Satya Srihari Y</w:t>
            </w:r>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2FDD953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971410184</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639E1F57" w14:textId="70919483"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satyasrihariy@gmail.com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0EF87CE1" w14:textId="01E259DD"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5A7ABBD9" w14:textId="72CBC95A" w:rsidR="001F523F" w:rsidRPr="001F523F" w:rsidRDefault="001F523F" w:rsidP="001F523F">
            <w:pPr>
              <w:rPr>
                <w:rFonts w:ascii="Times New Roman" w:hAnsi="Times New Roman" w:cs="Times New Roman"/>
                <w:sz w:val="24"/>
                <w:szCs w:val="24"/>
              </w:rPr>
            </w:pPr>
          </w:p>
        </w:tc>
      </w:tr>
      <w:tr w:rsidR="001F523F" w:rsidRPr="001F523F" w14:paraId="4CC8244A" w14:textId="318553E4"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2CF676B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111724039049</w:t>
            </w:r>
          </w:p>
        </w:tc>
        <w:tc>
          <w:tcPr>
            <w:tcW w:w="0" w:type="auto"/>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0634159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Nandi Praveen </w:t>
            </w:r>
          </w:p>
        </w:tc>
        <w:tc>
          <w:tcPr>
            <w:tcW w:w="1290" w:type="dxa"/>
            <w:tcBorders>
              <w:top w:val="single" w:sz="6" w:space="0" w:color="CCCCCC"/>
              <w:left w:val="single" w:sz="6" w:space="0" w:color="CCCCCC"/>
              <w:bottom w:val="single" w:sz="6" w:space="0" w:color="CCCCCC"/>
              <w:right w:val="single" w:sz="6" w:space="0" w:color="CCCCCC"/>
            </w:tcBorders>
            <w:shd w:val="clear" w:color="auto" w:fill="FFFFFF"/>
            <w:tcMar>
              <w:top w:w="0" w:type="dxa"/>
              <w:left w:w="45" w:type="dxa"/>
              <w:bottom w:w="0" w:type="dxa"/>
              <w:right w:w="45" w:type="dxa"/>
            </w:tcMar>
            <w:vAlign w:val="bottom"/>
            <w:hideMark/>
          </w:tcPr>
          <w:p w14:paraId="172DA2B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8790400303</w:t>
            </w:r>
          </w:p>
        </w:tc>
        <w:tc>
          <w:tcPr>
            <w:tcW w:w="3766" w:type="dxa"/>
            <w:tcBorders>
              <w:top w:val="single" w:sz="6" w:space="0" w:color="CCCCCC"/>
              <w:left w:val="single" w:sz="6" w:space="0" w:color="CCCCCC"/>
              <w:bottom w:val="single" w:sz="6" w:space="0" w:color="CCCCCC"/>
              <w:right w:val="single" w:sz="6" w:space="0" w:color="CCCCCC"/>
            </w:tcBorders>
            <w:shd w:val="clear" w:color="auto" w:fill="FFFFFF"/>
            <w:vAlign w:val="bottom"/>
          </w:tcPr>
          <w:p w14:paraId="64E116CE" w14:textId="1BFB523D"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nandip854@gmail.com</w:t>
            </w:r>
          </w:p>
        </w:tc>
        <w:tc>
          <w:tcPr>
            <w:tcW w:w="21" w:type="dxa"/>
            <w:tcBorders>
              <w:top w:val="single" w:sz="6" w:space="0" w:color="CCCCCC"/>
              <w:left w:val="single" w:sz="6" w:space="0" w:color="CCCCCC"/>
              <w:bottom w:val="single" w:sz="6" w:space="0" w:color="CCCCCC"/>
              <w:right w:val="single" w:sz="6" w:space="0" w:color="CCCCCC"/>
            </w:tcBorders>
            <w:shd w:val="clear" w:color="auto" w:fill="FFFFFF"/>
          </w:tcPr>
          <w:p w14:paraId="1B05A1CA" w14:textId="44254551"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FFFFFF"/>
          </w:tcPr>
          <w:p w14:paraId="62F0266C" w14:textId="6DDB8EE4" w:rsidR="001F523F" w:rsidRPr="001F523F" w:rsidRDefault="001F523F" w:rsidP="001F523F">
            <w:pPr>
              <w:rPr>
                <w:rFonts w:ascii="Times New Roman" w:hAnsi="Times New Roman" w:cs="Times New Roman"/>
                <w:sz w:val="24"/>
                <w:szCs w:val="24"/>
              </w:rPr>
            </w:pPr>
          </w:p>
        </w:tc>
      </w:tr>
      <w:tr w:rsidR="001F523F" w:rsidRPr="001F523F" w14:paraId="3145F2F6" w14:textId="31FED9D9" w:rsidTr="001F523F">
        <w:trPr>
          <w:trHeight w:val="315"/>
        </w:trPr>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6A94637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111724039050</w:t>
            </w:r>
          </w:p>
        </w:tc>
        <w:tc>
          <w:tcPr>
            <w:tcW w:w="0" w:type="auto"/>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59B887F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A </w:t>
            </w:r>
            <w:proofErr w:type="spellStart"/>
            <w:r w:rsidRPr="001F523F">
              <w:rPr>
                <w:rFonts w:ascii="Times New Roman" w:hAnsi="Times New Roman" w:cs="Times New Roman"/>
                <w:sz w:val="24"/>
                <w:szCs w:val="24"/>
              </w:rPr>
              <w:t>Abivardhana</w:t>
            </w:r>
            <w:proofErr w:type="spellEnd"/>
            <w:r w:rsidRPr="001F523F">
              <w:rPr>
                <w:rFonts w:ascii="Times New Roman" w:hAnsi="Times New Roman" w:cs="Times New Roman"/>
                <w:sz w:val="24"/>
                <w:szCs w:val="24"/>
              </w:rPr>
              <w:t xml:space="preserve"> Reddy </w:t>
            </w:r>
          </w:p>
        </w:tc>
        <w:tc>
          <w:tcPr>
            <w:tcW w:w="1290" w:type="dxa"/>
            <w:tcBorders>
              <w:top w:val="single" w:sz="6" w:space="0" w:color="CCCCCC"/>
              <w:left w:val="single" w:sz="6" w:space="0" w:color="CCCCCC"/>
              <w:bottom w:val="single" w:sz="6" w:space="0" w:color="CCCCCC"/>
              <w:right w:val="single" w:sz="6" w:space="0" w:color="CCCCCC"/>
            </w:tcBorders>
            <w:shd w:val="clear" w:color="auto" w:fill="D8D8D8"/>
            <w:tcMar>
              <w:top w:w="0" w:type="dxa"/>
              <w:left w:w="45" w:type="dxa"/>
              <w:bottom w:w="0" w:type="dxa"/>
              <w:right w:w="45" w:type="dxa"/>
            </w:tcMar>
            <w:vAlign w:val="bottom"/>
            <w:hideMark/>
          </w:tcPr>
          <w:p w14:paraId="1744463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9392712277</w:t>
            </w:r>
          </w:p>
        </w:tc>
        <w:tc>
          <w:tcPr>
            <w:tcW w:w="3766" w:type="dxa"/>
            <w:tcBorders>
              <w:top w:val="single" w:sz="6" w:space="0" w:color="CCCCCC"/>
              <w:left w:val="single" w:sz="6" w:space="0" w:color="CCCCCC"/>
              <w:bottom w:val="single" w:sz="6" w:space="0" w:color="CCCCCC"/>
              <w:right w:val="single" w:sz="6" w:space="0" w:color="CCCCCC"/>
            </w:tcBorders>
            <w:shd w:val="clear" w:color="auto" w:fill="D8D8D8"/>
            <w:vAlign w:val="bottom"/>
          </w:tcPr>
          <w:p w14:paraId="46281BCD" w14:textId="138EB053"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annapureddy.ramireddy65@gmail.com</w:t>
            </w:r>
          </w:p>
        </w:tc>
        <w:tc>
          <w:tcPr>
            <w:tcW w:w="21" w:type="dxa"/>
            <w:tcBorders>
              <w:top w:val="single" w:sz="6" w:space="0" w:color="CCCCCC"/>
              <w:left w:val="single" w:sz="6" w:space="0" w:color="CCCCCC"/>
              <w:bottom w:val="single" w:sz="6" w:space="0" w:color="CCCCCC"/>
              <w:right w:val="single" w:sz="6" w:space="0" w:color="CCCCCC"/>
            </w:tcBorders>
            <w:shd w:val="clear" w:color="auto" w:fill="D8D8D8"/>
          </w:tcPr>
          <w:p w14:paraId="5927477D" w14:textId="2A34C9A2" w:rsidR="001F523F" w:rsidRPr="001F523F" w:rsidRDefault="001F523F" w:rsidP="001F523F">
            <w:pPr>
              <w:rPr>
                <w:rFonts w:ascii="Times New Roman" w:hAnsi="Times New Roman" w:cs="Times New Roman"/>
                <w:sz w:val="24"/>
                <w:szCs w:val="24"/>
              </w:rPr>
            </w:pPr>
          </w:p>
        </w:tc>
        <w:tc>
          <w:tcPr>
            <w:tcW w:w="0" w:type="auto"/>
            <w:tcBorders>
              <w:top w:val="single" w:sz="6" w:space="0" w:color="CCCCCC"/>
              <w:left w:val="single" w:sz="6" w:space="0" w:color="CCCCCC"/>
              <w:bottom w:val="single" w:sz="6" w:space="0" w:color="CCCCCC"/>
              <w:right w:val="single" w:sz="6" w:space="0" w:color="CCCCCC"/>
            </w:tcBorders>
            <w:shd w:val="clear" w:color="auto" w:fill="D8D8D8"/>
          </w:tcPr>
          <w:p w14:paraId="18F820CB" w14:textId="421C77A8" w:rsidR="001F523F" w:rsidRPr="001F523F" w:rsidRDefault="001F523F" w:rsidP="001F523F">
            <w:pPr>
              <w:rPr>
                <w:rFonts w:ascii="Times New Roman" w:hAnsi="Times New Roman" w:cs="Times New Roman"/>
                <w:sz w:val="24"/>
                <w:szCs w:val="24"/>
              </w:rPr>
            </w:pPr>
          </w:p>
        </w:tc>
      </w:tr>
    </w:tbl>
    <w:p w14:paraId="152F13C6" w14:textId="77777777" w:rsidR="001F523F" w:rsidRDefault="001F523F" w:rsidP="009A5AA2">
      <w:pPr>
        <w:rPr>
          <w:rFonts w:ascii="Times New Roman" w:hAnsi="Times New Roman" w:cs="Times New Roman"/>
          <w:sz w:val="24"/>
          <w:szCs w:val="24"/>
          <w:lang w:val="en-US"/>
        </w:rPr>
      </w:pPr>
    </w:p>
    <w:p w14:paraId="55A8BDA8" w14:textId="6CF1362D" w:rsidR="001F523F" w:rsidRDefault="001F523F" w:rsidP="009A5AA2">
      <w:pPr>
        <w:rPr>
          <w:rFonts w:ascii="Times New Roman" w:hAnsi="Times New Roman" w:cs="Times New Roman"/>
          <w:sz w:val="24"/>
          <w:szCs w:val="24"/>
          <w:lang w:val="en-US"/>
        </w:rPr>
      </w:pPr>
      <w:r>
        <w:rPr>
          <w:rFonts w:ascii="Times New Roman" w:hAnsi="Times New Roman" w:cs="Times New Roman"/>
          <w:sz w:val="24"/>
          <w:szCs w:val="24"/>
          <w:lang w:val="en-US"/>
        </w:rPr>
        <w:t>Total strength:51</w:t>
      </w:r>
    </w:p>
    <w:p w14:paraId="5A37C874" w14:textId="4ECB839D" w:rsidR="001F523F" w:rsidRDefault="001F523F" w:rsidP="009A5AA2">
      <w:pPr>
        <w:rPr>
          <w:rFonts w:ascii="Times New Roman" w:hAnsi="Times New Roman" w:cs="Times New Roman"/>
          <w:sz w:val="24"/>
          <w:szCs w:val="24"/>
          <w:lang w:val="en-US"/>
        </w:rPr>
      </w:pPr>
      <w:r>
        <w:rPr>
          <w:rFonts w:ascii="Times New Roman" w:hAnsi="Times New Roman" w:cs="Times New Roman"/>
          <w:sz w:val="24"/>
          <w:szCs w:val="24"/>
          <w:lang w:val="en-US"/>
        </w:rPr>
        <w:t>Boys:30</w:t>
      </w:r>
    </w:p>
    <w:p w14:paraId="36B92F67" w14:textId="40382542" w:rsidR="001F523F" w:rsidRDefault="001F523F" w:rsidP="009A5AA2">
      <w:pPr>
        <w:rPr>
          <w:rFonts w:ascii="Times New Roman" w:hAnsi="Times New Roman" w:cs="Times New Roman"/>
          <w:sz w:val="24"/>
          <w:szCs w:val="24"/>
          <w:lang w:val="en-US"/>
        </w:rPr>
      </w:pPr>
      <w:r>
        <w:rPr>
          <w:rFonts w:ascii="Times New Roman" w:hAnsi="Times New Roman" w:cs="Times New Roman"/>
          <w:sz w:val="24"/>
          <w:szCs w:val="24"/>
          <w:lang w:val="en-US"/>
        </w:rPr>
        <w:t>Girls:21</w:t>
      </w:r>
    </w:p>
    <w:p w14:paraId="42E9ADC4" w14:textId="77777777" w:rsidR="001F523F" w:rsidRDefault="001F523F" w:rsidP="009A5AA2">
      <w:pPr>
        <w:rPr>
          <w:rFonts w:ascii="Times New Roman" w:hAnsi="Times New Roman" w:cs="Times New Roman"/>
          <w:sz w:val="24"/>
          <w:szCs w:val="24"/>
          <w:lang w:val="en-US"/>
        </w:rPr>
      </w:pPr>
    </w:p>
    <w:p w14:paraId="762F80F0" w14:textId="77777777" w:rsidR="001F523F" w:rsidRDefault="001F523F" w:rsidP="009A5AA2">
      <w:pPr>
        <w:rPr>
          <w:rFonts w:ascii="Times New Roman" w:hAnsi="Times New Roman" w:cs="Times New Roman"/>
          <w:sz w:val="24"/>
          <w:szCs w:val="24"/>
          <w:lang w:val="en-US"/>
        </w:rPr>
      </w:pPr>
    </w:p>
    <w:p w14:paraId="62C810BF" w14:textId="4580B869" w:rsidR="001F523F" w:rsidRPr="00795B9D" w:rsidRDefault="001F523F" w:rsidP="009A5AA2">
      <w:pPr>
        <w:rPr>
          <w:rFonts w:ascii="Times New Roman" w:hAnsi="Times New Roman" w:cs="Times New Roman"/>
          <w:b/>
          <w:bCs/>
          <w:sz w:val="24"/>
          <w:szCs w:val="24"/>
          <w:lang w:val="en-US"/>
        </w:rPr>
      </w:pPr>
      <w:r w:rsidRPr="00795B9D">
        <w:rPr>
          <w:rFonts w:ascii="Times New Roman" w:hAnsi="Times New Roman" w:cs="Times New Roman"/>
          <w:b/>
          <w:bCs/>
          <w:sz w:val="24"/>
          <w:szCs w:val="24"/>
          <w:lang w:val="en-US"/>
        </w:rPr>
        <w:lastRenderedPageBreak/>
        <w:t>DCSCS:</w:t>
      </w:r>
    </w:p>
    <w:p w14:paraId="65F8295A" w14:textId="77777777" w:rsidR="001F523F" w:rsidRDefault="001F523F" w:rsidP="009A5AA2">
      <w:pPr>
        <w:rPr>
          <w:rFonts w:ascii="Times New Roman" w:hAnsi="Times New Roman" w:cs="Times New Roman"/>
          <w:sz w:val="24"/>
          <w:szCs w:val="24"/>
          <w:lang w:val="en-US"/>
        </w:rPr>
      </w:pPr>
    </w:p>
    <w:tbl>
      <w:tblPr>
        <w:tblW w:w="9010" w:type="dxa"/>
        <w:tblCellMar>
          <w:left w:w="0" w:type="dxa"/>
          <w:right w:w="0" w:type="dxa"/>
        </w:tblCellMar>
        <w:tblLook w:val="04A0" w:firstRow="1" w:lastRow="0" w:firstColumn="1" w:lastColumn="0" w:noHBand="0" w:noVBand="1"/>
      </w:tblPr>
      <w:tblGrid>
        <w:gridCol w:w="1513"/>
        <w:gridCol w:w="2091"/>
        <w:gridCol w:w="1513"/>
        <w:gridCol w:w="3797"/>
        <w:gridCol w:w="96"/>
      </w:tblGrid>
      <w:tr w:rsidR="001F523F" w:rsidRPr="001F523F" w14:paraId="466719C6"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tcPr>
          <w:p w14:paraId="1082BED7" w14:textId="050F84D7" w:rsidR="001F523F" w:rsidRPr="001F523F" w:rsidRDefault="001F523F" w:rsidP="001F523F">
            <w:pPr>
              <w:rPr>
                <w:rFonts w:ascii="Times New Roman" w:hAnsi="Times New Roman" w:cs="Times New Roman"/>
                <w:sz w:val="24"/>
                <w:szCs w:val="24"/>
              </w:rPr>
            </w:pPr>
            <w:r>
              <w:rPr>
                <w:rFonts w:ascii="Times New Roman" w:hAnsi="Times New Roman" w:cs="Times New Roman"/>
                <w:sz w:val="24"/>
                <w:szCs w:val="24"/>
              </w:rPr>
              <w:t>UID</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tcPr>
          <w:p w14:paraId="02DFFC60" w14:textId="5550CE81" w:rsidR="001F523F" w:rsidRPr="001F523F" w:rsidRDefault="001F523F" w:rsidP="001F523F">
            <w:pPr>
              <w:rPr>
                <w:rFonts w:ascii="Times New Roman" w:hAnsi="Times New Roman" w:cs="Times New Roman"/>
                <w:sz w:val="24"/>
                <w:szCs w:val="24"/>
              </w:rPr>
            </w:pPr>
            <w:r>
              <w:rPr>
                <w:rFonts w:ascii="Times New Roman" w:hAnsi="Times New Roman" w:cs="Times New Roman"/>
                <w:sz w:val="24"/>
                <w:szCs w:val="24"/>
              </w:rPr>
              <w:t>Name</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tcPr>
          <w:p w14:paraId="65E1A02D" w14:textId="6E5A5FB2" w:rsidR="001F523F" w:rsidRPr="001F523F" w:rsidRDefault="001F523F" w:rsidP="001F523F">
            <w:pPr>
              <w:rPr>
                <w:rFonts w:ascii="Times New Roman" w:hAnsi="Times New Roman" w:cs="Times New Roman"/>
                <w:sz w:val="24"/>
                <w:szCs w:val="24"/>
              </w:rPr>
            </w:pPr>
            <w:r>
              <w:rPr>
                <w:rFonts w:ascii="Times New Roman" w:hAnsi="Times New Roman" w:cs="Times New Roman"/>
                <w:sz w:val="24"/>
                <w:szCs w:val="24"/>
              </w:rPr>
              <w:t>Contact No</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tcPr>
          <w:p w14:paraId="1BCACC1F" w14:textId="5096E49C" w:rsidR="001F523F" w:rsidRPr="001F523F" w:rsidRDefault="001F523F" w:rsidP="001F523F">
            <w:pPr>
              <w:rPr>
                <w:rFonts w:ascii="Times New Roman" w:hAnsi="Times New Roman" w:cs="Times New Roman"/>
                <w:sz w:val="24"/>
                <w:szCs w:val="24"/>
              </w:rPr>
            </w:pPr>
            <w:r>
              <w:rPr>
                <w:rFonts w:ascii="Times New Roman" w:hAnsi="Times New Roman" w:cs="Times New Roman"/>
                <w:sz w:val="24"/>
                <w:szCs w:val="24"/>
              </w:rPr>
              <w:t>Email Id</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tcPr>
          <w:p w14:paraId="4E058FB6" w14:textId="77777777" w:rsidR="001F523F" w:rsidRPr="001F523F" w:rsidRDefault="001F523F" w:rsidP="001F523F">
            <w:pPr>
              <w:rPr>
                <w:rFonts w:ascii="Times New Roman" w:hAnsi="Times New Roman" w:cs="Times New Roman"/>
                <w:sz w:val="24"/>
                <w:szCs w:val="24"/>
              </w:rPr>
            </w:pPr>
          </w:p>
        </w:tc>
      </w:tr>
      <w:tr w:rsidR="001F523F" w:rsidRPr="001F523F" w14:paraId="6770EBA6"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212896B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111723039001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2D2AA9B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Sowmya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58BDDD5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7569550527</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06E2641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sowmyaanevoina@gmail.com </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3625E938" w14:textId="77777777" w:rsidR="001F523F" w:rsidRPr="001F523F" w:rsidRDefault="001F523F" w:rsidP="001F523F">
            <w:pPr>
              <w:rPr>
                <w:rFonts w:ascii="Times New Roman" w:hAnsi="Times New Roman" w:cs="Times New Roman"/>
                <w:sz w:val="24"/>
                <w:szCs w:val="24"/>
              </w:rPr>
            </w:pPr>
          </w:p>
        </w:tc>
      </w:tr>
      <w:tr w:rsidR="001F523F" w:rsidRPr="001F523F" w14:paraId="42E52375"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720D252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111723039002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7D565D6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YAMINISRI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754ACA9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7207053545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514A819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nehayamini1828@gmail.com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325A07AC" w14:textId="77777777" w:rsidR="001F523F" w:rsidRPr="001F523F" w:rsidRDefault="001F523F" w:rsidP="001F523F">
            <w:pPr>
              <w:rPr>
                <w:rFonts w:ascii="Times New Roman" w:hAnsi="Times New Roman" w:cs="Times New Roman"/>
                <w:sz w:val="24"/>
                <w:szCs w:val="24"/>
              </w:rPr>
            </w:pPr>
          </w:p>
        </w:tc>
      </w:tr>
      <w:tr w:rsidR="001F523F" w:rsidRPr="001F523F" w14:paraId="1209A2E1"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6B8E0E6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111723039003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43CB698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Bhavya Unni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6D9C06E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6301341642</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15C2BCB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bhavyaunni1212@gmail.com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6ACE93D1" w14:textId="77777777" w:rsidR="001F523F" w:rsidRPr="001F523F" w:rsidRDefault="001F523F" w:rsidP="001F523F">
            <w:pPr>
              <w:rPr>
                <w:rFonts w:ascii="Times New Roman" w:hAnsi="Times New Roman" w:cs="Times New Roman"/>
                <w:sz w:val="24"/>
                <w:szCs w:val="24"/>
              </w:rPr>
            </w:pPr>
          </w:p>
        </w:tc>
      </w:tr>
      <w:tr w:rsidR="001F523F" w:rsidRPr="001F523F" w14:paraId="1884DC94"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16BA3F3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111723039004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02182B01"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Biyyani</w:t>
            </w:r>
            <w:proofErr w:type="spellEnd"/>
            <w:r w:rsidRPr="001F523F">
              <w:rPr>
                <w:rFonts w:ascii="Times New Roman" w:hAnsi="Times New Roman" w:cs="Times New Roman"/>
                <w:sz w:val="24"/>
                <w:szCs w:val="24"/>
              </w:rPr>
              <w:t xml:space="preserve"> Rishikasri</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743668C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9347590485</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65F7D7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applerishika865@gmail.com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785CBB28" w14:textId="77777777" w:rsidR="001F523F" w:rsidRPr="001F523F" w:rsidRDefault="001F523F" w:rsidP="001F523F">
            <w:pPr>
              <w:rPr>
                <w:rFonts w:ascii="Times New Roman" w:hAnsi="Times New Roman" w:cs="Times New Roman"/>
                <w:sz w:val="24"/>
                <w:szCs w:val="24"/>
              </w:rPr>
            </w:pPr>
          </w:p>
        </w:tc>
      </w:tr>
      <w:tr w:rsidR="001F523F" w:rsidRPr="001F523F" w14:paraId="5BDFA21F"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3C0ED4B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111723039005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20040844"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Chekelea</w:t>
            </w:r>
            <w:proofErr w:type="spellEnd"/>
            <w:r w:rsidRPr="001F523F">
              <w:rPr>
                <w:rFonts w:ascii="Times New Roman" w:hAnsi="Times New Roman" w:cs="Times New Roman"/>
                <w:sz w:val="24"/>
                <w:szCs w:val="24"/>
              </w:rPr>
              <w:t xml:space="preserve"> Alice Saloni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55BDD59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9182662678</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6EB9021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alicesalonichekelea@gmail.com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4A91F137" w14:textId="77777777" w:rsidR="001F523F" w:rsidRPr="001F523F" w:rsidRDefault="001F523F" w:rsidP="001F523F">
            <w:pPr>
              <w:rPr>
                <w:rFonts w:ascii="Times New Roman" w:hAnsi="Times New Roman" w:cs="Times New Roman"/>
                <w:sz w:val="24"/>
                <w:szCs w:val="24"/>
              </w:rPr>
            </w:pPr>
          </w:p>
        </w:tc>
      </w:tr>
      <w:tr w:rsidR="001F523F" w:rsidRPr="001F523F" w14:paraId="04C3BB32"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2D5B629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111723039006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25E31BB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D. Jhansi</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14AA3C6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7013408302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1DC12D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dhayyajhansi@gmail.com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52CC5AC9" w14:textId="77777777" w:rsidR="001F523F" w:rsidRPr="001F523F" w:rsidRDefault="001F523F" w:rsidP="001F523F">
            <w:pPr>
              <w:rPr>
                <w:rFonts w:ascii="Times New Roman" w:hAnsi="Times New Roman" w:cs="Times New Roman"/>
                <w:sz w:val="24"/>
                <w:szCs w:val="24"/>
              </w:rPr>
            </w:pPr>
          </w:p>
        </w:tc>
      </w:tr>
      <w:tr w:rsidR="001F523F" w:rsidRPr="001F523F" w14:paraId="01B91968"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63F12F6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111723039007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36B44BC6"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Gidigam</w:t>
            </w:r>
            <w:proofErr w:type="spellEnd"/>
            <w:r w:rsidRPr="001F523F">
              <w:rPr>
                <w:rFonts w:ascii="Times New Roman" w:hAnsi="Times New Roman" w:cs="Times New Roman"/>
                <w:sz w:val="24"/>
                <w:szCs w:val="24"/>
              </w:rPr>
              <w:t xml:space="preserve"> Akshitha</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3DCBBE1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7981275245</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4C48B6B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akshithagidigam@gmail.com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1C97AC48" w14:textId="77777777" w:rsidR="001F523F" w:rsidRPr="001F523F" w:rsidRDefault="001F523F" w:rsidP="001F523F">
            <w:pPr>
              <w:rPr>
                <w:rFonts w:ascii="Times New Roman" w:hAnsi="Times New Roman" w:cs="Times New Roman"/>
                <w:sz w:val="24"/>
                <w:szCs w:val="24"/>
              </w:rPr>
            </w:pPr>
          </w:p>
        </w:tc>
      </w:tr>
      <w:tr w:rsidR="001F523F" w:rsidRPr="001F523F" w14:paraId="39C378CE"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351056B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111723039008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4EDA88B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Kore Mounika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30BB98B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8143963441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7DF76B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mounikakore5106@gmail.com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42D9D4BF" w14:textId="77777777" w:rsidR="001F523F" w:rsidRPr="001F523F" w:rsidRDefault="001F523F" w:rsidP="001F523F">
            <w:pPr>
              <w:rPr>
                <w:rFonts w:ascii="Times New Roman" w:hAnsi="Times New Roman" w:cs="Times New Roman"/>
                <w:sz w:val="24"/>
                <w:szCs w:val="24"/>
              </w:rPr>
            </w:pPr>
          </w:p>
        </w:tc>
      </w:tr>
      <w:tr w:rsidR="001F523F" w:rsidRPr="001F523F" w14:paraId="0F0319CD"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1AFE536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111723039009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29D149D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L. </w:t>
            </w:r>
            <w:proofErr w:type="spellStart"/>
            <w:r w:rsidRPr="001F523F">
              <w:rPr>
                <w:rFonts w:ascii="Times New Roman" w:hAnsi="Times New Roman" w:cs="Times New Roman"/>
                <w:sz w:val="24"/>
                <w:szCs w:val="24"/>
              </w:rPr>
              <w:t>Rajarani</w:t>
            </w:r>
            <w:proofErr w:type="spellEnd"/>
            <w:r w:rsidRPr="001F523F">
              <w:rPr>
                <w:rFonts w:ascii="Times New Roman" w:hAnsi="Times New Roman" w:cs="Times New Roman"/>
                <w:sz w:val="24"/>
                <w:szCs w:val="24"/>
              </w:rPr>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5D0B81C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8309228154</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1D7E3E4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Rajarani.lakshmi17@gmail.com </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0F281039" w14:textId="77777777" w:rsidR="001F523F" w:rsidRPr="001F523F" w:rsidRDefault="001F523F" w:rsidP="001F523F">
            <w:pPr>
              <w:rPr>
                <w:rFonts w:ascii="Times New Roman" w:hAnsi="Times New Roman" w:cs="Times New Roman"/>
                <w:sz w:val="24"/>
                <w:szCs w:val="24"/>
              </w:rPr>
            </w:pPr>
          </w:p>
        </w:tc>
      </w:tr>
      <w:tr w:rsidR="001F523F" w:rsidRPr="001F523F" w14:paraId="5CD51F52"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178E8B5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111723039010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52847AB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MD. Raziya Banu</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3F64D72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111723039010</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1AA006F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reachoutraziya@gmail.com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0837B987" w14:textId="77777777" w:rsidR="001F523F" w:rsidRPr="001F523F" w:rsidRDefault="001F523F" w:rsidP="001F523F">
            <w:pPr>
              <w:rPr>
                <w:rFonts w:ascii="Times New Roman" w:hAnsi="Times New Roman" w:cs="Times New Roman"/>
                <w:sz w:val="24"/>
                <w:szCs w:val="24"/>
              </w:rPr>
            </w:pPr>
          </w:p>
        </w:tc>
      </w:tr>
      <w:tr w:rsidR="001F523F" w:rsidRPr="001F523F" w14:paraId="705AD7C9"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771F7E3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111723039011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0E3A776D"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Neerati</w:t>
            </w:r>
            <w:proofErr w:type="spellEnd"/>
            <w:r w:rsidRPr="001F523F">
              <w:rPr>
                <w:rFonts w:ascii="Times New Roman" w:hAnsi="Times New Roman" w:cs="Times New Roman"/>
                <w:sz w:val="24"/>
                <w:szCs w:val="24"/>
              </w:rPr>
              <w:t xml:space="preserve"> Manasa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740449E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6281145211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394947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neeratimanasareddy@gmail.com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56114A43" w14:textId="77777777" w:rsidR="001F523F" w:rsidRPr="001F523F" w:rsidRDefault="001F523F" w:rsidP="001F523F">
            <w:pPr>
              <w:rPr>
                <w:rFonts w:ascii="Times New Roman" w:hAnsi="Times New Roman" w:cs="Times New Roman"/>
                <w:sz w:val="24"/>
                <w:szCs w:val="24"/>
              </w:rPr>
            </w:pPr>
          </w:p>
        </w:tc>
      </w:tr>
      <w:tr w:rsidR="001F523F" w:rsidRPr="001F523F" w14:paraId="064BDE47"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681525F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111723039012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0E5F516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Sudhiksha Goud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79C18A0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8520830728</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10D8B9D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sudhikshagoud33r@gmail.com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655EF0E1" w14:textId="77777777" w:rsidR="001F523F" w:rsidRPr="001F523F" w:rsidRDefault="001F523F" w:rsidP="001F523F">
            <w:pPr>
              <w:rPr>
                <w:rFonts w:ascii="Times New Roman" w:hAnsi="Times New Roman" w:cs="Times New Roman"/>
                <w:sz w:val="24"/>
                <w:szCs w:val="24"/>
              </w:rPr>
            </w:pPr>
          </w:p>
        </w:tc>
      </w:tr>
      <w:tr w:rsidR="001F523F" w:rsidRPr="001F523F" w14:paraId="7FE32326"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279B0AE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111723039013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01FE3A3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Shaik </w:t>
            </w:r>
            <w:proofErr w:type="spellStart"/>
            <w:r w:rsidRPr="001F523F">
              <w:rPr>
                <w:rFonts w:ascii="Times New Roman" w:hAnsi="Times New Roman" w:cs="Times New Roman"/>
                <w:sz w:val="24"/>
                <w:szCs w:val="24"/>
              </w:rPr>
              <w:t>rubeena</w:t>
            </w:r>
            <w:proofErr w:type="spell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sulthana</w:t>
            </w:r>
            <w:proofErr w:type="spellEnd"/>
            <w:r w:rsidRPr="001F523F">
              <w:rPr>
                <w:rFonts w:ascii="Times New Roman" w:hAnsi="Times New Roman" w:cs="Times New Roman"/>
                <w:sz w:val="24"/>
                <w:szCs w:val="24"/>
              </w:rPr>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110BA12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8897327683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06321AD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rubinasulthana225@gmail.com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4B3D0B31" w14:textId="77777777" w:rsidR="001F523F" w:rsidRPr="001F523F" w:rsidRDefault="001F523F" w:rsidP="001F523F">
            <w:pPr>
              <w:rPr>
                <w:rFonts w:ascii="Times New Roman" w:hAnsi="Times New Roman" w:cs="Times New Roman"/>
                <w:sz w:val="24"/>
                <w:szCs w:val="24"/>
              </w:rPr>
            </w:pPr>
          </w:p>
        </w:tc>
      </w:tr>
      <w:tr w:rsidR="001F523F" w:rsidRPr="001F523F" w14:paraId="14F36F22"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47C86C8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111723039014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6EF85D7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S Lasya Reddy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4926AA0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7330951024</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6B56661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slasyareddy.11@gmail.com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6C97C1D1" w14:textId="77777777" w:rsidR="001F523F" w:rsidRPr="001F523F" w:rsidRDefault="001F523F" w:rsidP="001F523F">
            <w:pPr>
              <w:rPr>
                <w:rFonts w:ascii="Times New Roman" w:hAnsi="Times New Roman" w:cs="Times New Roman"/>
                <w:sz w:val="24"/>
                <w:szCs w:val="24"/>
              </w:rPr>
            </w:pPr>
          </w:p>
        </w:tc>
      </w:tr>
      <w:tr w:rsidR="001F523F" w:rsidRPr="001F523F" w14:paraId="526F03C3"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59FB16B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111723039016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10A40AA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Taj </w:t>
            </w:r>
            <w:proofErr w:type="spellStart"/>
            <w:r w:rsidRPr="001F523F">
              <w:rPr>
                <w:rFonts w:ascii="Times New Roman" w:hAnsi="Times New Roman" w:cs="Times New Roman"/>
                <w:sz w:val="24"/>
                <w:szCs w:val="24"/>
              </w:rPr>
              <w:t>fatima</w:t>
            </w:r>
            <w:proofErr w:type="spellEnd"/>
            <w:r w:rsidRPr="001F523F">
              <w:rPr>
                <w:rFonts w:ascii="Times New Roman" w:hAnsi="Times New Roman" w:cs="Times New Roman"/>
                <w:sz w:val="24"/>
                <w:szCs w:val="24"/>
              </w:rPr>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0039992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8341103799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3CB49FD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10556.tajfatima@gmail.com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7864E9EC" w14:textId="77777777" w:rsidR="001F523F" w:rsidRPr="001F523F" w:rsidRDefault="001F523F" w:rsidP="001F523F">
            <w:pPr>
              <w:rPr>
                <w:rFonts w:ascii="Times New Roman" w:hAnsi="Times New Roman" w:cs="Times New Roman"/>
                <w:sz w:val="24"/>
                <w:szCs w:val="24"/>
              </w:rPr>
            </w:pPr>
          </w:p>
        </w:tc>
      </w:tr>
      <w:tr w:rsidR="001F523F" w:rsidRPr="001F523F" w14:paraId="0C6E1933"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07F0219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111723039017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224557D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Abraham A Wallace</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5948104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9908824342</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3CA6261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abraham.a.wallace03@gmail.com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4D107BE7" w14:textId="77777777" w:rsidR="001F523F" w:rsidRPr="001F523F" w:rsidRDefault="001F523F" w:rsidP="001F523F">
            <w:pPr>
              <w:rPr>
                <w:rFonts w:ascii="Times New Roman" w:hAnsi="Times New Roman" w:cs="Times New Roman"/>
                <w:sz w:val="24"/>
                <w:szCs w:val="24"/>
              </w:rPr>
            </w:pPr>
          </w:p>
        </w:tc>
      </w:tr>
      <w:tr w:rsidR="001F523F" w:rsidRPr="001F523F" w14:paraId="1730953D"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76C9698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111723039018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27E356F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Aditya </w:t>
            </w:r>
            <w:proofErr w:type="spellStart"/>
            <w:r w:rsidRPr="001F523F">
              <w:rPr>
                <w:rFonts w:ascii="Times New Roman" w:hAnsi="Times New Roman" w:cs="Times New Roman"/>
                <w:sz w:val="24"/>
                <w:szCs w:val="24"/>
              </w:rPr>
              <w:t>kishore</w:t>
            </w:r>
            <w:proofErr w:type="spell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singh</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578CD8B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8919749292</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5161BB4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adityakishoresinghrajput@gmail.com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2D5B008B" w14:textId="77777777" w:rsidR="001F523F" w:rsidRPr="001F523F" w:rsidRDefault="001F523F" w:rsidP="001F523F">
            <w:pPr>
              <w:rPr>
                <w:rFonts w:ascii="Times New Roman" w:hAnsi="Times New Roman" w:cs="Times New Roman"/>
                <w:sz w:val="24"/>
                <w:szCs w:val="24"/>
              </w:rPr>
            </w:pPr>
          </w:p>
        </w:tc>
      </w:tr>
      <w:tr w:rsidR="001F523F" w:rsidRPr="001F523F" w14:paraId="7606E4CA"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3DD9F63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111723039019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6DC85B0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Aryan Gupta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3A58DF5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7702394693</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7E7D685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aryanramangupta@gmail.com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2C19D4D6" w14:textId="77777777" w:rsidR="001F523F" w:rsidRPr="001F523F" w:rsidRDefault="001F523F" w:rsidP="001F523F">
            <w:pPr>
              <w:rPr>
                <w:rFonts w:ascii="Times New Roman" w:hAnsi="Times New Roman" w:cs="Times New Roman"/>
                <w:sz w:val="24"/>
                <w:szCs w:val="24"/>
              </w:rPr>
            </w:pPr>
          </w:p>
        </w:tc>
      </w:tr>
      <w:tr w:rsidR="001F523F" w:rsidRPr="001F523F" w14:paraId="433D5F90"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01840B6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111723039020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41B719C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BATTHULA VAMSHI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2863F40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9908761850</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1D96947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vamshibatthula9@gmail.com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34C9F80A" w14:textId="77777777" w:rsidR="001F523F" w:rsidRPr="001F523F" w:rsidRDefault="001F523F" w:rsidP="001F523F">
            <w:pPr>
              <w:rPr>
                <w:rFonts w:ascii="Times New Roman" w:hAnsi="Times New Roman" w:cs="Times New Roman"/>
                <w:sz w:val="24"/>
                <w:szCs w:val="24"/>
              </w:rPr>
            </w:pPr>
          </w:p>
        </w:tc>
      </w:tr>
      <w:tr w:rsidR="001F523F" w:rsidRPr="001F523F" w14:paraId="20830826"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2487FF8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111723039021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10631E0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B.</w:t>
            </w:r>
            <w:proofErr w:type="gramStart"/>
            <w:r w:rsidRPr="001F523F">
              <w:rPr>
                <w:rFonts w:ascii="Times New Roman" w:hAnsi="Times New Roman" w:cs="Times New Roman"/>
                <w:sz w:val="24"/>
                <w:szCs w:val="24"/>
              </w:rPr>
              <w:t>K.RISHIKESH</w:t>
            </w:r>
            <w:proofErr w:type="gramEnd"/>
            <w:r w:rsidRPr="001F523F">
              <w:rPr>
                <w:rFonts w:ascii="Times New Roman" w:hAnsi="Times New Roman" w:cs="Times New Roman"/>
                <w:sz w:val="24"/>
                <w:szCs w:val="24"/>
              </w:rPr>
              <w:t xml:space="preserve"> REDDY</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45831A8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9493403085</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519C904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rishikeshreddy187@gmail.com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7E586762" w14:textId="77777777" w:rsidR="001F523F" w:rsidRPr="001F523F" w:rsidRDefault="001F523F" w:rsidP="001F523F">
            <w:pPr>
              <w:rPr>
                <w:rFonts w:ascii="Times New Roman" w:hAnsi="Times New Roman" w:cs="Times New Roman"/>
                <w:sz w:val="24"/>
                <w:szCs w:val="24"/>
              </w:rPr>
            </w:pPr>
          </w:p>
        </w:tc>
      </w:tr>
      <w:tr w:rsidR="001F523F" w:rsidRPr="001F523F" w14:paraId="3B520F9B"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5DDC62D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111723039022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6AC96F9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Siril Anush</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4CCA82E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7995447333</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100D387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sirilanush13@gmail.com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663C889E" w14:textId="77777777" w:rsidR="001F523F" w:rsidRPr="001F523F" w:rsidRDefault="001F523F" w:rsidP="001F523F">
            <w:pPr>
              <w:rPr>
                <w:rFonts w:ascii="Times New Roman" w:hAnsi="Times New Roman" w:cs="Times New Roman"/>
                <w:sz w:val="24"/>
                <w:szCs w:val="24"/>
              </w:rPr>
            </w:pPr>
          </w:p>
        </w:tc>
      </w:tr>
      <w:tr w:rsidR="001F523F" w:rsidRPr="001F523F" w14:paraId="22EA3814"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562D90F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111723039023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2D1F1D8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Clemence Kerron</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1DBCE76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8496958282</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730599E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Clemencekerron@gmail.com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38EE240F" w14:textId="77777777" w:rsidR="001F523F" w:rsidRPr="001F523F" w:rsidRDefault="001F523F" w:rsidP="001F523F">
            <w:pPr>
              <w:rPr>
                <w:rFonts w:ascii="Times New Roman" w:hAnsi="Times New Roman" w:cs="Times New Roman"/>
                <w:sz w:val="24"/>
                <w:szCs w:val="24"/>
              </w:rPr>
            </w:pPr>
          </w:p>
        </w:tc>
      </w:tr>
      <w:tr w:rsidR="001F523F" w:rsidRPr="001F523F" w14:paraId="149BAAB8"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0E762EE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111723039024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66F34E3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D DURGA PRASAD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1F0D0B3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7780348791</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5275333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durgaprasadak.69@gmail.com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753BDD09" w14:textId="77777777" w:rsidR="001F523F" w:rsidRPr="001F523F" w:rsidRDefault="001F523F" w:rsidP="001F523F">
            <w:pPr>
              <w:rPr>
                <w:rFonts w:ascii="Times New Roman" w:hAnsi="Times New Roman" w:cs="Times New Roman"/>
                <w:sz w:val="24"/>
                <w:szCs w:val="24"/>
              </w:rPr>
            </w:pPr>
          </w:p>
        </w:tc>
      </w:tr>
      <w:tr w:rsidR="001F523F" w:rsidRPr="001F523F" w14:paraId="233609F6"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32F0FF7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lastRenderedPageBreak/>
              <w:t xml:space="preserve">111723039025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6285D2B8"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Gabbula</w:t>
            </w:r>
            <w:proofErr w:type="spellEnd"/>
            <w:r w:rsidRPr="001F523F">
              <w:rPr>
                <w:rFonts w:ascii="Times New Roman" w:hAnsi="Times New Roman" w:cs="Times New Roman"/>
                <w:sz w:val="24"/>
                <w:szCs w:val="24"/>
              </w:rPr>
              <w:t xml:space="preserve"> Sai Teja</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42F1D02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9849545988</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51CB7D4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saitejagabbula@gmail.com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0691D21B" w14:textId="77777777" w:rsidR="001F523F" w:rsidRPr="001F523F" w:rsidRDefault="001F523F" w:rsidP="001F523F">
            <w:pPr>
              <w:rPr>
                <w:rFonts w:ascii="Times New Roman" w:hAnsi="Times New Roman" w:cs="Times New Roman"/>
                <w:sz w:val="24"/>
                <w:szCs w:val="24"/>
              </w:rPr>
            </w:pPr>
          </w:p>
        </w:tc>
      </w:tr>
      <w:tr w:rsidR="00116768" w:rsidRPr="001F523F" w14:paraId="3473DA2B"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tcPr>
          <w:p w14:paraId="6541C90E" w14:textId="350E82D0" w:rsidR="00116768" w:rsidRPr="001F523F" w:rsidRDefault="00116768" w:rsidP="001F523F">
            <w:pPr>
              <w:rPr>
                <w:rFonts w:ascii="Times New Roman" w:hAnsi="Times New Roman" w:cs="Times New Roman"/>
                <w:sz w:val="24"/>
                <w:szCs w:val="24"/>
              </w:rPr>
            </w:pPr>
            <w:r w:rsidRPr="001F523F">
              <w:rPr>
                <w:rFonts w:ascii="Times New Roman" w:hAnsi="Times New Roman" w:cs="Times New Roman"/>
                <w:sz w:val="24"/>
                <w:szCs w:val="24"/>
              </w:rPr>
              <w:t>1117230390</w:t>
            </w:r>
            <w:r>
              <w:rPr>
                <w:rFonts w:ascii="Times New Roman" w:hAnsi="Times New Roman" w:cs="Times New Roman"/>
                <w:sz w:val="24"/>
                <w:szCs w:val="24"/>
              </w:rPr>
              <w:t>26</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tcPr>
          <w:p w14:paraId="27CB0723" w14:textId="6742CBFD" w:rsidR="00116768" w:rsidRPr="001F523F" w:rsidRDefault="00116768" w:rsidP="001F523F">
            <w:pPr>
              <w:rPr>
                <w:rFonts w:ascii="Times New Roman" w:hAnsi="Times New Roman" w:cs="Times New Roman"/>
                <w:sz w:val="24"/>
                <w:szCs w:val="24"/>
              </w:rPr>
            </w:pPr>
            <w:r>
              <w:rPr>
                <w:rFonts w:ascii="Times New Roman" w:hAnsi="Times New Roman" w:cs="Times New Roman"/>
                <w:sz w:val="24"/>
                <w:szCs w:val="24"/>
              </w:rPr>
              <w:t>G Paul Thomas</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tcPr>
          <w:p w14:paraId="32DD9684" w14:textId="38166318" w:rsidR="00116768" w:rsidRPr="001F523F" w:rsidRDefault="00116768" w:rsidP="001F523F">
            <w:pPr>
              <w:rPr>
                <w:rFonts w:ascii="Times New Roman" w:hAnsi="Times New Roman" w:cs="Times New Roman"/>
                <w:sz w:val="24"/>
                <w:szCs w:val="24"/>
              </w:rPr>
            </w:pPr>
            <w:r>
              <w:rPr>
                <w:rFonts w:ascii="Times New Roman" w:hAnsi="Times New Roman" w:cs="Times New Roman"/>
                <w:sz w:val="24"/>
                <w:szCs w:val="24"/>
              </w:rPr>
              <w:t>9000987733</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tcPr>
          <w:p w14:paraId="79E426C2" w14:textId="735245D2" w:rsidR="00116768" w:rsidRPr="001F523F" w:rsidRDefault="00B35218" w:rsidP="001F523F">
            <w:pPr>
              <w:rPr>
                <w:rFonts w:ascii="Times New Roman" w:hAnsi="Times New Roman" w:cs="Times New Roman"/>
                <w:sz w:val="24"/>
                <w:szCs w:val="24"/>
              </w:rPr>
            </w:pPr>
            <w:r>
              <w:rPr>
                <w:rFonts w:ascii="Times New Roman" w:hAnsi="Times New Roman" w:cs="Times New Roman"/>
                <w:sz w:val="24"/>
                <w:szCs w:val="24"/>
              </w:rPr>
              <w:t>paulthomas@gmail.com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tcPr>
          <w:p w14:paraId="40AFD464" w14:textId="77777777" w:rsidR="00116768" w:rsidRPr="001F523F" w:rsidRDefault="00116768" w:rsidP="001F523F">
            <w:pPr>
              <w:rPr>
                <w:rFonts w:ascii="Times New Roman" w:hAnsi="Times New Roman" w:cs="Times New Roman"/>
                <w:sz w:val="24"/>
                <w:szCs w:val="24"/>
              </w:rPr>
            </w:pPr>
          </w:p>
        </w:tc>
      </w:tr>
      <w:tr w:rsidR="001F523F" w:rsidRPr="001F523F" w14:paraId="5CEB61FC"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6B28E60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111723039027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1B0D753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Hamad Saleh Mahfooz</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6E56440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9515943921</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7E7B945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hamadsm21@gmail.com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65F757AD" w14:textId="77777777" w:rsidR="001F523F" w:rsidRPr="001F523F" w:rsidRDefault="001F523F" w:rsidP="001F523F">
            <w:pPr>
              <w:rPr>
                <w:rFonts w:ascii="Times New Roman" w:hAnsi="Times New Roman" w:cs="Times New Roman"/>
                <w:sz w:val="24"/>
                <w:szCs w:val="24"/>
              </w:rPr>
            </w:pPr>
          </w:p>
        </w:tc>
      </w:tr>
      <w:tr w:rsidR="001F523F" w:rsidRPr="001F523F" w14:paraId="6AF1930C"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4D1AEE1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111723039028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1D2CD7A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J </w:t>
            </w:r>
            <w:proofErr w:type="spellStart"/>
            <w:r w:rsidRPr="001F523F">
              <w:rPr>
                <w:rFonts w:ascii="Times New Roman" w:hAnsi="Times New Roman" w:cs="Times New Roman"/>
                <w:sz w:val="24"/>
                <w:szCs w:val="24"/>
              </w:rPr>
              <w:t>sathish</w:t>
            </w:r>
            <w:proofErr w:type="spellEnd"/>
            <w:r w:rsidRPr="001F523F">
              <w:rPr>
                <w:rFonts w:ascii="Times New Roman" w:hAnsi="Times New Roman" w:cs="Times New Roman"/>
                <w:sz w:val="24"/>
                <w:szCs w:val="24"/>
              </w:rPr>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5C58E4D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9959397835</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59503CD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j.sathishvarma7@gmail.com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763BB091" w14:textId="77777777" w:rsidR="001F523F" w:rsidRPr="001F523F" w:rsidRDefault="001F523F" w:rsidP="001F523F">
            <w:pPr>
              <w:rPr>
                <w:rFonts w:ascii="Times New Roman" w:hAnsi="Times New Roman" w:cs="Times New Roman"/>
                <w:sz w:val="24"/>
                <w:szCs w:val="24"/>
              </w:rPr>
            </w:pPr>
          </w:p>
        </w:tc>
      </w:tr>
      <w:tr w:rsidR="00B35218" w:rsidRPr="001F523F" w14:paraId="546D1522"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tcPr>
          <w:p w14:paraId="0BA5BB71" w14:textId="4372A70B" w:rsidR="00B35218" w:rsidRPr="001F523F" w:rsidRDefault="00B35218" w:rsidP="001F523F">
            <w:pPr>
              <w:rPr>
                <w:rFonts w:ascii="Times New Roman" w:hAnsi="Times New Roman" w:cs="Times New Roman"/>
                <w:sz w:val="24"/>
                <w:szCs w:val="24"/>
              </w:rPr>
            </w:pPr>
            <w:r w:rsidRPr="001F523F">
              <w:rPr>
                <w:rFonts w:ascii="Times New Roman" w:hAnsi="Times New Roman" w:cs="Times New Roman"/>
                <w:sz w:val="24"/>
                <w:szCs w:val="24"/>
              </w:rPr>
              <w:t>1117230390</w:t>
            </w:r>
            <w:r>
              <w:rPr>
                <w:rFonts w:ascii="Times New Roman" w:hAnsi="Times New Roman" w:cs="Times New Roman"/>
                <w:sz w:val="24"/>
                <w:szCs w:val="24"/>
              </w:rPr>
              <w:t>30</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tcPr>
          <w:p w14:paraId="7014859C" w14:textId="4A919384" w:rsidR="00B35218" w:rsidRPr="001F523F" w:rsidRDefault="00B35218" w:rsidP="001F523F">
            <w:pPr>
              <w:rPr>
                <w:rFonts w:ascii="Times New Roman" w:hAnsi="Times New Roman" w:cs="Times New Roman"/>
                <w:sz w:val="24"/>
                <w:szCs w:val="24"/>
              </w:rPr>
            </w:pPr>
            <w:r>
              <w:rPr>
                <w:rFonts w:ascii="Times New Roman" w:hAnsi="Times New Roman" w:cs="Times New Roman"/>
                <w:sz w:val="24"/>
                <w:szCs w:val="24"/>
              </w:rPr>
              <w:t>K Varun Raju</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tcPr>
          <w:p w14:paraId="5E56AE47" w14:textId="496F36AE" w:rsidR="00B35218" w:rsidRPr="001F523F" w:rsidRDefault="00B35218" w:rsidP="001F523F">
            <w:pPr>
              <w:rPr>
                <w:rFonts w:ascii="Times New Roman" w:hAnsi="Times New Roman" w:cs="Times New Roman"/>
                <w:sz w:val="24"/>
                <w:szCs w:val="24"/>
              </w:rPr>
            </w:pPr>
            <w:r>
              <w:rPr>
                <w:rFonts w:ascii="Times New Roman" w:hAnsi="Times New Roman" w:cs="Times New Roman"/>
                <w:sz w:val="24"/>
                <w:szCs w:val="24"/>
              </w:rPr>
              <w:t>7093772474</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tcPr>
          <w:p w14:paraId="3E68B654" w14:textId="2B11C4C5" w:rsidR="00B35218" w:rsidRPr="001F523F" w:rsidRDefault="00B35218" w:rsidP="001F523F">
            <w:pPr>
              <w:rPr>
                <w:rFonts w:ascii="Times New Roman" w:hAnsi="Times New Roman" w:cs="Times New Roman"/>
                <w:sz w:val="24"/>
                <w:szCs w:val="24"/>
              </w:rPr>
            </w:pPr>
            <w:r>
              <w:rPr>
                <w:rFonts w:ascii="Times New Roman" w:hAnsi="Times New Roman" w:cs="Times New Roman"/>
                <w:sz w:val="24"/>
                <w:szCs w:val="24"/>
              </w:rPr>
              <w:t>varunraju@gmaul.com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tcPr>
          <w:p w14:paraId="52279ADE" w14:textId="77777777" w:rsidR="00B35218" w:rsidRPr="001F523F" w:rsidRDefault="00B35218" w:rsidP="001F523F">
            <w:pPr>
              <w:rPr>
                <w:rFonts w:ascii="Times New Roman" w:hAnsi="Times New Roman" w:cs="Times New Roman"/>
                <w:sz w:val="24"/>
                <w:szCs w:val="24"/>
              </w:rPr>
            </w:pPr>
          </w:p>
        </w:tc>
      </w:tr>
      <w:tr w:rsidR="001F523F" w:rsidRPr="001F523F" w14:paraId="57CDC6E7"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2147404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111723039031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45795D9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Kurma </w:t>
            </w:r>
            <w:proofErr w:type="spellStart"/>
            <w:r w:rsidRPr="001F523F">
              <w:rPr>
                <w:rFonts w:ascii="Times New Roman" w:hAnsi="Times New Roman" w:cs="Times New Roman"/>
                <w:sz w:val="24"/>
                <w:szCs w:val="24"/>
              </w:rPr>
              <w:t>sampath</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5C07A75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9908643029</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2CAAC33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Sampath11172@gmail.com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2E10DBD2" w14:textId="77777777" w:rsidR="001F523F" w:rsidRPr="001F523F" w:rsidRDefault="001F523F" w:rsidP="001F523F">
            <w:pPr>
              <w:rPr>
                <w:rFonts w:ascii="Times New Roman" w:hAnsi="Times New Roman" w:cs="Times New Roman"/>
                <w:sz w:val="24"/>
                <w:szCs w:val="24"/>
              </w:rPr>
            </w:pPr>
          </w:p>
        </w:tc>
      </w:tr>
      <w:tr w:rsidR="001F523F" w:rsidRPr="001F523F" w14:paraId="01A1FE48"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0C546DE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111723039033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1E09E70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Manoj </w:t>
            </w:r>
            <w:proofErr w:type="spellStart"/>
            <w:r w:rsidRPr="001F523F">
              <w:rPr>
                <w:rFonts w:ascii="Times New Roman" w:hAnsi="Times New Roman" w:cs="Times New Roman"/>
                <w:sz w:val="24"/>
                <w:szCs w:val="24"/>
              </w:rPr>
              <w:t>kumar</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7CF1C24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9182385636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61B6EE7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mandhamanoj2004@gmail.com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41E82360" w14:textId="77777777" w:rsidR="001F523F" w:rsidRPr="001F523F" w:rsidRDefault="001F523F" w:rsidP="001F523F">
            <w:pPr>
              <w:rPr>
                <w:rFonts w:ascii="Times New Roman" w:hAnsi="Times New Roman" w:cs="Times New Roman"/>
                <w:sz w:val="24"/>
                <w:szCs w:val="24"/>
              </w:rPr>
            </w:pPr>
          </w:p>
        </w:tc>
      </w:tr>
      <w:tr w:rsidR="001F523F" w:rsidRPr="001F523F" w14:paraId="0073516F"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6EB19A0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111723039034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2E6F00B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Yaswanth</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737A73C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7780196969</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3BB834D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Yashwanthm22@gmail.com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24D0FC7F" w14:textId="77777777" w:rsidR="001F523F" w:rsidRPr="001F523F" w:rsidRDefault="001F523F" w:rsidP="001F523F">
            <w:pPr>
              <w:rPr>
                <w:rFonts w:ascii="Times New Roman" w:hAnsi="Times New Roman" w:cs="Times New Roman"/>
                <w:sz w:val="24"/>
                <w:szCs w:val="24"/>
              </w:rPr>
            </w:pPr>
          </w:p>
        </w:tc>
      </w:tr>
      <w:tr w:rsidR="001F523F" w:rsidRPr="001F523F" w14:paraId="306E4FA2"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376B1EB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111723039035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2385EA4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Manikanta Reddy </w:t>
            </w:r>
            <w:proofErr w:type="spellStart"/>
            <w:r w:rsidRPr="001F523F">
              <w:rPr>
                <w:rFonts w:ascii="Times New Roman" w:hAnsi="Times New Roman" w:cs="Times New Roman"/>
                <w:sz w:val="24"/>
                <w:szCs w:val="24"/>
              </w:rPr>
              <w:t>Anugula</w:t>
            </w:r>
            <w:proofErr w:type="spellEnd"/>
            <w:r w:rsidRPr="001F523F">
              <w:rPr>
                <w:rFonts w:ascii="Times New Roman" w:hAnsi="Times New Roman" w:cs="Times New Roman"/>
                <w:sz w:val="24"/>
                <w:szCs w:val="24"/>
              </w:rPr>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637AA96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9988588523</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73C17994"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anugulamanikantareddy23@gmail.com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60622690" w14:textId="77777777" w:rsidR="001F523F" w:rsidRPr="001F523F" w:rsidRDefault="001F523F" w:rsidP="001F523F">
            <w:pPr>
              <w:rPr>
                <w:rFonts w:ascii="Times New Roman" w:hAnsi="Times New Roman" w:cs="Times New Roman"/>
                <w:sz w:val="24"/>
                <w:szCs w:val="24"/>
              </w:rPr>
            </w:pPr>
          </w:p>
        </w:tc>
      </w:tr>
      <w:tr w:rsidR="001F523F" w:rsidRPr="001F523F" w14:paraId="4CCCC037"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12F1D43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111723039037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62671E1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M </w:t>
            </w:r>
            <w:proofErr w:type="spellStart"/>
            <w:r w:rsidRPr="001F523F">
              <w:rPr>
                <w:rFonts w:ascii="Times New Roman" w:hAnsi="Times New Roman" w:cs="Times New Roman"/>
                <w:sz w:val="24"/>
                <w:szCs w:val="24"/>
              </w:rPr>
              <w:t>sampath</w:t>
            </w:r>
            <w:proofErr w:type="spellEnd"/>
            <w:r w:rsidRPr="001F523F">
              <w:rPr>
                <w:rFonts w:ascii="Times New Roman" w:hAnsi="Times New Roman" w:cs="Times New Roman"/>
                <w:sz w:val="24"/>
                <w:szCs w:val="24"/>
              </w:rPr>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28F9551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9603323419</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0041D77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sm6112125@gmail.com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78F43CC8" w14:textId="77777777" w:rsidR="001F523F" w:rsidRPr="001F523F" w:rsidRDefault="001F523F" w:rsidP="001F523F">
            <w:pPr>
              <w:rPr>
                <w:rFonts w:ascii="Times New Roman" w:hAnsi="Times New Roman" w:cs="Times New Roman"/>
                <w:sz w:val="24"/>
                <w:szCs w:val="24"/>
              </w:rPr>
            </w:pPr>
          </w:p>
        </w:tc>
      </w:tr>
      <w:tr w:rsidR="00B35218" w:rsidRPr="001F523F" w14:paraId="31F7440C"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tcPr>
          <w:p w14:paraId="23A14FB8" w14:textId="43FC0430" w:rsidR="00B35218" w:rsidRPr="001F523F" w:rsidRDefault="00B35218" w:rsidP="001F523F">
            <w:pPr>
              <w:rPr>
                <w:rFonts w:ascii="Times New Roman" w:hAnsi="Times New Roman" w:cs="Times New Roman"/>
                <w:sz w:val="24"/>
                <w:szCs w:val="24"/>
              </w:rPr>
            </w:pPr>
            <w:r w:rsidRPr="001F523F">
              <w:rPr>
                <w:rFonts w:ascii="Times New Roman" w:hAnsi="Times New Roman" w:cs="Times New Roman"/>
                <w:sz w:val="24"/>
                <w:szCs w:val="24"/>
              </w:rPr>
              <w:t>1117230390</w:t>
            </w:r>
            <w:r>
              <w:rPr>
                <w:rFonts w:ascii="Times New Roman" w:hAnsi="Times New Roman" w:cs="Times New Roman"/>
                <w:sz w:val="24"/>
                <w:szCs w:val="24"/>
              </w:rPr>
              <w:t>38</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tcPr>
          <w:p w14:paraId="7E7C0EF8" w14:textId="69F43A60" w:rsidR="00B35218" w:rsidRPr="001F523F" w:rsidRDefault="00B35218" w:rsidP="001F523F">
            <w:pPr>
              <w:rPr>
                <w:rFonts w:ascii="Times New Roman" w:hAnsi="Times New Roman" w:cs="Times New Roman"/>
                <w:sz w:val="24"/>
                <w:szCs w:val="24"/>
              </w:rPr>
            </w:pPr>
            <w:r>
              <w:rPr>
                <w:rFonts w:ascii="Times New Roman" w:hAnsi="Times New Roman" w:cs="Times New Roman"/>
                <w:sz w:val="24"/>
                <w:szCs w:val="24"/>
              </w:rPr>
              <w:t xml:space="preserve">K Muzzamil </w:t>
            </w:r>
            <w:proofErr w:type="spellStart"/>
            <w:r>
              <w:rPr>
                <w:rFonts w:ascii="Times New Roman" w:hAnsi="Times New Roman" w:cs="Times New Roman"/>
                <w:sz w:val="24"/>
                <w:szCs w:val="24"/>
              </w:rPr>
              <w:t>kopal</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tcPr>
          <w:p w14:paraId="78574B15" w14:textId="64B2FA4B" w:rsidR="00B35218" w:rsidRPr="001F523F" w:rsidRDefault="00B35218" w:rsidP="001F523F">
            <w:pPr>
              <w:rPr>
                <w:rFonts w:ascii="Times New Roman" w:hAnsi="Times New Roman" w:cs="Times New Roman"/>
                <w:sz w:val="24"/>
                <w:szCs w:val="24"/>
              </w:rPr>
            </w:pPr>
            <w:r>
              <w:rPr>
                <w:rFonts w:ascii="Times New Roman" w:hAnsi="Times New Roman" w:cs="Times New Roman"/>
                <w:sz w:val="24"/>
                <w:szCs w:val="24"/>
              </w:rPr>
              <w:t>7207866924</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tcPr>
          <w:p w14:paraId="47E862BC" w14:textId="7AD056F4" w:rsidR="00B35218" w:rsidRPr="001F523F" w:rsidRDefault="00B35218" w:rsidP="001F523F">
            <w:pPr>
              <w:rPr>
                <w:rFonts w:ascii="Times New Roman" w:hAnsi="Times New Roman" w:cs="Times New Roman"/>
                <w:sz w:val="24"/>
                <w:szCs w:val="24"/>
              </w:rPr>
            </w:pPr>
            <w:r>
              <w:rPr>
                <w:rFonts w:ascii="Times New Roman" w:hAnsi="Times New Roman" w:cs="Times New Roman"/>
                <w:sz w:val="24"/>
                <w:szCs w:val="24"/>
              </w:rPr>
              <w:t>muzamil@gmail.com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tcPr>
          <w:p w14:paraId="392094BF" w14:textId="77777777" w:rsidR="00B35218" w:rsidRPr="001F523F" w:rsidRDefault="00B35218" w:rsidP="001F523F">
            <w:pPr>
              <w:rPr>
                <w:rFonts w:ascii="Times New Roman" w:hAnsi="Times New Roman" w:cs="Times New Roman"/>
                <w:sz w:val="24"/>
                <w:szCs w:val="24"/>
              </w:rPr>
            </w:pPr>
          </w:p>
        </w:tc>
      </w:tr>
      <w:tr w:rsidR="001F523F" w:rsidRPr="001F523F" w14:paraId="6822E918"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65F6D41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111723039039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4932AB6D"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NALLA MANIKANTA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37E75C3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7893167417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41C9D89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manikantapatel111@gmail.com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7785EEB1" w14:textId="77777777" w:rsidR="001F523F" w:rsidRPr="001F523F" w:rsidRDefault="001F523F" w:rsidP="001F523F">
            <w:pPr>
              <w:rPr>
                <w:rFonts w:ascii="Times New Roman" w:hAnsi="Times New Roman" w:cs="Times New Roman"/>
                <w:sz w:val="24"/>
                <w:szCs w:val="24"/>
              </w:rPr>
            </w:pPr>
          </w:p>
        </w:tc>
      </w:tr>
      <w:tr w:rsidR="00B35218" w:rsidRPr="001F523F" w14:paraId="1B570883"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tcPr>
          <w:p w14:paraId="6B6C872C" w14:textId="3C7AC86C" w:rsidR="00B35218" w:rsidRPr="001F523F" w:rsidRDefault="00B35218" w:rsidP="001F523F">
            <w:pPr>
              <w:rPr>
                <w:rFonts w:ascii="Times New Roman" w:hAnsi="Times New Roman" w:cs="Times New Roman"/>
                <w:sz w:val="24"/>
                <w:szCs w:val="24"/>
              </w:rPr>
            </w:pPr>
            <w:r w:rsidRPr="001F523F">
              <w:rPr>
                <w:rFonts w:ascii="Times New Roman" w:hAnsi="Times New Roman" w:cs="Times New Roman"/>
                <w:sz w:val="24"/>
                <w:szCs w:val="24"/>
              </w:rPr>
              <w:t>1117230390</w:t>
            </w:r>
            <w:r>
              <w:rPr>
                <w:rFonts w:ascii="Times New Roman" w:hAnsi="Times New Roman" w:cs="Times New Roman"/>
                <w:sz w:val="24"/>
                <w:szCs w:val="24"/>
              </w:rPr>
              <w:t>40</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tcPr>
          <w:p w14:paraId="3D8A8D62" w14:textId="3408EEAB" w:rsidR="00B35218" w:rsidRPr="001F523F" w:rsidRDefault="00B35218" w:rsidP="001F523F">
            <w:pPr>
              <w:rPr>
                <w:rFonts w:ascii="Times New Roman" w:hAnsi="Times New Roman" w:cs="Times New Roman"/>
                <w:sz w:val="24"/>
                <w:szCs w:val="24"/>
              </w:rPr>
            </w:pPr>
            <w:r>
              <w:rPr>
                <w:rFonts w:ascii="Times New Roman" w:hAnsi="Times New Roman" w:cs="Times New Roman"/>
                <w:sz w:val="24"/>
                <w:szCs w:val="24"/>
              </w:rPr>
              <w:t>P Varshith</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tcPr>
          <w:p w14:paraId="075EBFBF" w14:textId="1D2F1F72" w:rsidR="00B35218" w:rsidRPr="001F523F" w:rsidRDefault="00B35218" w:rsidP="001F523F">
            <w:pPr>
              <w:rPr>
                <w:rFonts w:ascii="Times New Roman" w:hAnsi="Times New Roman" w:cs="Times New Roman"/>
                <w:sz w:val="24"/>
                <w:szCs w:val="24"/>
              </w:rPr>
            </w:pPr>
            <w:r>
              <w:rPr>
                <w:rFonts w:ascii="Times New Roman" w:hAnsi="Times New Roman" w:cs="Times New Roman"/>
                <w:sz w:val="24"/>
                <w:szCs w:val="24"/>
              </w:rPr>
              <w:t>8688157167</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tcPr>
          <w:p w14:paraId="58EEBF61" w14:textId="4F347204" w:rsidR="00B35218" w:rsidRPr="001F523F" w:rsidRDefault="00B35218" w:rsidP="001F523F">
            <w:pPr>
              <w:rPr>
                <w:rFonts w:ascii="Times New Roman" w:hAnsi="Times New Roman" w:cs="Times New Roman"/>
                <w:sz w:val="24"/>
                <w:szCs w:val="24"/>
              </w:rPr>
            </w:pPr>
            <w:r>
              <w:rPr>
                <w:rFonts w:ascii="Times New Roman" w:hAnsi="Times New Roman" w:cs="Times New Roman"/>
                <w:sz w:val="24"/>
                <w:szCs w:val="24"/>
              </w:rPr>
              <w:t>pasalavarshith@gmail.com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tcPr>
          <w:p w14:paraId="5A30C088" w14:textId="77777777" w:rsidR="00B35218" w:rsidRPr="001F523F" w:rsidRDefault="00B35218" w:rsidP="001F523F">
            <w:pPr>
              <w:rPr>
                <w:rFonts w:ascii="Times New Roman" w:hAnsi="Times New Roman" w:cs="Times New Roman"/>
                <w:sz w:val="24"/>
                <w:szCs w:val="24"/>
              </w:rPr>
            </w:pPr>
          </w:p>
        </w:tc>
      </w:tr>
      <w:tr w:rsidR="001F523F" w:rsidRPr="001F523F" w14:paraId="396D18EA"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1E55340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111723039041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45B9E97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Philip Paul James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083ECD9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7075594186</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6C62767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phillippauljames@gmail.com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1866C3AA" w14:textId="77777777" w:rsidR="001F523F" w:rsidRPr="001F523F" w:rsidRDefault="001F523F" w:rsidP="001F523F">
            <w:pPr>
              <w:rPr>
                <w:rFonts w:ascii="Times New Roman" w:hAnsi="Times New Roman" w:cs="Times New Roman"/>
                <w:sz w:val="24"/>
                <w:szCs w:val="24"/>
              </w:rPr>
            </w:pPr>
          </w:p>
        </w:tc>
      </w:tr>
      <w:tr w:rsidR="001F523F" w:rsidRPr="001F523F" w14:paraId="10773C9C"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29619FC7"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111723039042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213B55C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P MANIKANTA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7C57A8BB"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9133291469</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49F1198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p7207393@gmail.com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416D12CE" w14:textId="77777777" w:rsidR="001F523F" w:rsidRPr="001F523F" w:rsidRDefault="001F523F" w:rsidP="001F523F">
            <w:pPr>
              <w:rPr>
                <w:rFonts w:ascii="Times New Roman" w:hAnsi="Times New Roman" w:cs="Times New Roman"/>
                <w:sz w:val="24"/>
                <w:szCs w:val="24"/>
              </w:rPr>
            </w:pPr>
          </w:p>
        </w:tc>
      </w:tr>
      <w:tr w:rsidR="001F523F" w:rsidRPr="001F523F" w14:paraId="3BF54EA1"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495CE2F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111723039043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0B7D1E91"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P S SHIVA KUMAR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5A0A508E"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7013412271</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58C1340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shivalamalone56789@gmail.com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06F68FBF" w14:textId="77777777" w:rsidR="001F523F" w:rsidRPr="001F523F" w:rsidRDefault="001F523F" w:rsidP="001F523F">
            <w:pPr>
              <w:rPr>
                <w:rFonts w:ascii="Times New Roman" w:hAnsi="Times New Roman" w:cs="Times New Roman"/>
                <w:sz w:val="24"/>
                <w:szCs w:val="24"/>
              </w:rPr>
            </w:pPr>
          </w:p>
        </w:tc>
      </w:tr>
      <w:tr w:rsidR="001F523F" w:rsidRPr="001F523F" w14:paraId="77D73CE5"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4CD651D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111723039044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550DF59A"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rohith</w:t>
            </w:r>
            <w:proofErr w:type="spell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kumar</w:t>
            </w:r>
            <w:proofErr w:type="spell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singh</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1393E8A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7799888586</w:t>
            </w:r>
          </w:p>
        </w:tc>
        <w:tc>
          <w:tcPr>
            <w:tcW w:w="0" w:type="auto"/>
            <w:tcBorders>
              <w:top w:val="single" w:sz="4" w:space="0" w:color="auto"/>
              <w:left w:val="single" w:sz="4" w:space="0" w:color="auto"/>
              <w:bottom w:val="single" w:sz="4" w:space="0" w:color="auto"/>
              <w:right w:val="single" w:sz="4" w:space="0" w:color="auto"/>
            </w:tcBorders>
            <w:shd w:val="clear" w:color="auto" w:fill="FFFFFF"/>
            <w:vAlign w:val="center"/>
            <w:hideMark/>
          </w:tcPr>
          <w:p w14:paraId="2C50B14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rohithkumarsingh05@gmail.com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2EAE82A8" w14:textId="77777777" w:rsidR="001F523F" w:rsidRPr="001F523F" w:rsidRDefault="001F523F" w:rsidP="001F523F">
            <w:pPr>
              <w:rPr>
                <w:rFonts w:ascii="Times New Roman" w:hAnsi="Times New Roman" w:cs="Times New Roman"/>
                <w:sz w:val="24"/>
                <w:szCs w:val="24"/>
              </w:rPr>
            </w:pPr>
          </w:p>
        </w:tc>
      </w:tr>
      <w:tr w:rsidR="001F523F" w:rsidRPr="001F523F" w14:paraId="37BD9D35"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1748238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111723039045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458832D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R </w:t>
            </w:r>
            <w:proofErr w:type="spellStart"/>
            <w:r w:rsidRPr="001F523F">
              <w:rPr>
                <w:rFonts w:ascii="Times New Roman" w:hAnsi="Times New Roman" w:cs="Times New Roman"/>
                <w:sz w:val="24"/>
                <w:szCs w:val="24"/>
              </w:rPr>
              <w:t>saikishor</w:t>
            </w:r>
            <w:proofErr w:type="spellEnd"/>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1512FD15"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7794917606</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1483D11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kishorsai925@gmail.com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1FF93D9E" w14:textId="77777777" w:rsidR="001F523F" w:rsidRPr="001F523F" w:rsidRDefault="001F523F" w:rsidP="001F523F">
            <w:pPr>
              <w:rPr>
                <w:rFonts w:ascii="Times New Roman" w:hAnsi="Times New Roman" w:cs="Times New Roman"/>
                <w:sz w:val="24"/>
                <w:szCs w:val="24"/>
              </w:rPr>
            </w:pPr>
          </w:p>
        </w:tc>
      </w:tr>
      <w:tr w:rsidR="00B35218" w:rsidRPr="001F523F" w14:paraId="39F64238"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tcPr>
          <w:p w14:paraId="0267E60A" w14:textId="05BD7431" w:rsidR="00B35218" w:rsidRPr="001F523F" w:rsidRDefault="00B35218" w:rsidP="001F523F">
            <w:pPr>
              <w:rPr>
                <w:rFonts w:ascii="Times New Roman" w:hAnsi="Times New Roman" w:cs="Times New Roman"/>
                <w:sz w:val="24"/>
                <w:szCs w:val="24"/>
              </w:rPr>
            </w:pPr>
            <w:r w:rsidRPr="001F523F">
              <w:rPr>
                <w:rFonts w:ascii="Times New Roman" w:hAnsi="Times New Roman" w:cs="Times New Roman"/>
                <w:sz w:val="24"/>
                <w:szCs w:val="24"/>
              </w:rPr>
              <w:t>11172303904</w:t>
            </w:r>
            <w:r>
              <w:rPr>
                <w:rFonts w:ascii="Times New Roman" w:hAnsi="Times New Roman" w:cs="Times New Roman"/>
                <w:sz w:val="24"/>
                <w:szCs w:val="24"/>
              </w:rPr>
              <w:t>6</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tcPr>
          <w:p w14:paraId="66F0AEAD" w14:textId="4F1E5081" w:rsidR="00B35218" w:rsidRPr="001F523F" w:rsidRDefault="00B35218" w:rsidP="001F523F">
            <w:pPr>
              <w:rPr>
                <w:rFonts w:ascii="Times New Roman" w:hAnsi="Times New Roman" w:cs="Times New Roman"/>
                <w:sz w:val="24"/>
                <w:szCs w:val="24"/>
              </w:rPr>
            </w:pPr>
            <w:r>
              <w:rPr>
                <w:rFonts w:ascii="Times New Roman" w:hAnsi="Times New Roman" w:cs="Times New Roman"/>
                <w:sz w:val="24"/>
                <w:szCs w:val="24"/>
              </w:rPr>
              <w:t>S John Vijay</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tcPr>
          <w:p w14:paraId="3A6A00A9" w14:textId="0F6F81AB" w:rsidR="00B35218" w:rsidRPr="001F523F" w:rsidRDefault="00B35218" w:rsidP="001F523F">
            <w:pPr>
              <w:rPr>
                <w:rFonts w:ascii="Times New Roman" w:hAnsi="Times New Roman" w:cs="Times New Roman"/>
                <w:sz w:val="24"/>
                <w:szCs w:val="24"/>
              </w:rPr>
            </w:pPr>
            <w:r>
              <w:rPr>
                <w:rFonts w:ascii="Times New Roman" w:hAnsi="Times New Roman" w:cs="Times New Roman"/>
                <w:sz w:val="24"/>
                <w:szCs w:val="24"/>
              </w:rPr>
              <w:t>9573383076</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tcPr>
          <w:p w14:paraId="0FA82DC3" w14:textId="57AD89B0" w:rsidR="00B35218" w:rsidRPr="001F523F" w:rsidRDefault="00B35218" w:rsidP="001F523F">
            <w:pPr>
              <w:rPr>
                <w:rFonts w:ascii="Times New Roman" w:hAnsi="Times New Roman" w:cs="Times New Roman"/>
                <w:sz w:val="24"/>
                <w:szCs w:val="24"/>
              </w:rPr>
            </w:pPr>
            <w:r>
              <w:rPr>
                <w:rFonts w:ascii="Times New Roman" w:hAnsi="Times New Roman" w:cs="Times New Roman"/>
                <w:sz w:val="24"/>
                <w:szCs w:val="24"/>
              </w:rPr>
              <w:t>johnvijju@gmail.com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tcPr>
          <w:p w14:paraId="41F04790" w14:textId="77777777" w:rsidR="00B35218" w:rsidRPr="001F523F" w:rsidRDefault="00B35218" w:rsidP="001F523F">
            <w:pPr>
              <w:rPr>
                <w:rFonts w:ascii="Times New Roman" w:hAnsi="Times New Roman" w:cs="Times New Roman"/>
                <w:sz w:val="24"/>
                <w:szCs w:val="24"/>
              </w:rPr>
            </w:pPr>
          </w:p>
        </w:tc>
      </w:tr>
      <w:tr w:rsidR="001F523F" w:rsidRPr="001F523F" w14:paraId="7E7771D8"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0044C6AF"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111723039047 </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6986E58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Raju Tirumani Kumar</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7720C14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7995179825</w:t>
            </w:r>
          </w:p>
        </w:tc>
        <w:tc>
          <w:tcPr>
            <w:tcW w:w="0" w:type="auto"/>
            <w:tcBorders>
              <w:top w:val="single" w:sz="4" w:space="0" w:color="auto"/>
              <w:left w:val="single" w:sz="4" w:space="0" w:color="auto"/>
              <w:bottom w:val="single" w:sz="4" w:space="0" w:color="auto"/>
              <w:right w:val="single" w:sz="4" w:space="0" w:color="auto"/>
            </w:tcBorders>
            <w:shd w:val="clear" w:color="auto" w:fill="FFFFFF"/>
            <w:tcMar>
              <w:top w:w="0" w:type="dxa"/>
              <w:left w:w="45" w:type="dxa"/>
              <w:bottom w:w="0" w:type="dxa"/>
              <w:right w:w="45" w:type="dxa"/>
            </w:tcMar>
            <w:vAlign w:val="center"/>
            <w:hideMark/>
          </w:tcPr>
          <w:p w14:paraId="3EA41A2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rtk.388@gmail.com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388C6E7D" w14:textId="77777777" w:rsidR="001F523F" w:rsidRPr="001F523F" w:rsidRDefault="001F523F" w:rsidP="001F523F">
            <w:pPr>
              <w:rPr>
                <w:rFonts w:ascii="Times New Roman" w:hAnsi="Times New Roman" w:cs="Times New Roman"/>
                <w:sz w:val="24"/>
                <w:szCs w:val="24"/>
              </w:rPr>
            </w:pPr>
          </w:p>
        </w:tc>
      </w:tr>
      <w:tr w:rsidR="001F523F" w:rsidRPr="001F523F" w14:paraId="0AC340A8"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475773C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111723039048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0100E945"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Vaddemani</w:t>
            </w:r>
            <w:proofErr w:type="spellEnd"/>
            <w:r w:rsidRPr="001F523F">
              <w:rPr>
                <w:rFonts w:ascii="Times New Roman" w:hAnsi="Times New Roman" w:cs="Times New Roman"/>
                <w:sz w:val="24"/>
                <w:szCs w:val="24"/>
              </w:rPr>
              <w:t xml:space="preserve"> Jason</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1B019EFC"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7702889296</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283CF5C0"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jasonjeric17@gmail.com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45ACA1AD" w14:textId="77777777" w:rsidR="001F523F" w:rsidRPr="001F523F" w:rsidRDefault="001F523F" w:rsidP="001F523F">
            <w:pPr>
              <w:rPr>
                <w:rFonts w:ascii="Times New Roman" w:hAnsi="Times New Roman" w:cs="Times New Roman"/>
                <w:sz w:val="24"/>
                <w:szCs w:val="24"/>
              </w:rPr>
            </w:pPr>
          </w:p>
        </w:tc>
      </w:tr>
      <w:tr w:rsidR="001F523F" w:rsidRPr="001F523F" w14:paraId="1632D8EB"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2D5A76D9"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111723039049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028E3FD2"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Srujan Vempati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26331EB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9032395048</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122E8B56"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srujan8575@gmail.com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1EA40A7B" w14:textId="77777777" w:rsidR="001F523F" w:rsidRPr="001F523F" w:rsidRDefault="001F523F" w:rsidP="001F523F">
            <w:pPr>
              <w:rPr>
                <w:rFonts w:ascii="Times New Roman" w:hAnsi="Times New Roman" w:cs="Times New Roman"/>
                <w:sz w:val="24"/>
                <w:szCs w:val="24"/>
              </w:rPr>
            </w:pPr>
          </w:p>
        </w:tc>
      </w:tr>
      <w:tr w:rsidR="001F523F" w:rsidRPr="001F523F" w14:paraId="442D2C36" w14:textId="77777777" w:rsidTr="001F523F">
        <w:trPr>
          <w:trHeight w:val="315"/>
        </w:trPr>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34190778"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 xml:space="preserve">111723039050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3F406035" w14:textId="77777777" w:rsidR="001F523F" w:rsidRPr="001F523F" w:rsidRDefault="001F523F" w:rsidP="001F523F">
            <w:pPr>
              <w:rPr>
                <w:rFonts w:ascii="Times New Roman" w:hAnsi="Times New Roman" w:cs="Times New Roman"/>
                <w:sz w:val="24"/>
                <w:szCs w:val="24"/>
              </w:rPr>
            </w:pPr>
            <w:proofErr w:type="spellStart"/>
            <w:r w:rsidRPr="001F523F">
              <w:rPr>
                <w:rFonts w:ascii="Times New Roman" w:hAnsi="Times New Roman" w:cs="Times New Roman"/>
                <w:sz w:val="24"/>
                <w:szCs w:val="24"/>
              </w:rPr>
              <w:t>Yadagani</w:t>
            </w:r>
            <w:proofErr w:type="spell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bhanu</w:t>
            </w:r>
            <w:proofErr w:type="spellEnd"/>
            <w:r w:rsidRPr="001F523F">
              <w:rPr>
                <w:rFonts w:ascii="Times New Roman" w:hAnsi="Times New Roman" w:cs="Times New Roman"/>
                <w:sz w:val="24"/>
                <w:szCs w:val="24"/>
              </w:rPr>
              <w:t xml:space="preserve"> </w:t>
            </w:r>
            <w:proofErr w:type="spellStart"/>
            <w:r w:rsidRPr="001F523F">
              <w:rPr>
                <w:rFonts w:ascii="Times New Roman" w:hAnsi="Times New Roman" w:cs="Times New Roman"/>
                <w:sz w:val="24"/>
                <w:szCs w:val="24"/>
              </w:rPr>
              <w:t>preetham</w:t>
            </w:r>
            <w:proofErr w:type="spellEnd"/>
            <w:r w:rsidRPr="001F523F">
              <w:rPr>
                <w:rFonts w:ascii="Times New Roman" w:hAnsi="Times New Roman" w:cs="Times New Roman"/>
                <w:sz w:val="24"/>
                <w:szCs w:val="24"/>
              </w:rPr>
              <w:t xml:space="preserve"> </w:t>
            </w:r>
          </w:p>
        </w:tc>
        <w:tc>
          <w:tcPr>
            <w:tcW w:w="0" w:type="auto"/>
            <w:tcBorders>
              <w:top w:val="single" w:sz="4" w:space="0" w:color="auto"/>
              <w:left w:val="single" w:sz="4" w:space="0" w:color="auto"/>
              <w:bottom w:val="single" w:sz="4" w:space="0" w:color="auto"/>
              <w:right w:val="single" w:sz="4" w:space="0" w:color="auto"/>
            </w:tcBorders>
            <w:shd w:val="clear" w:color="auto" w:fill="F8F9FA"/>
            <w:tcMar>
              <w:top w:w="0" w:type="dxa"/>
              <w:left w:w="45" w:type="dxa"/>
              <w:bottom w:w="0" w:type="dxa"/>
              <w:right w:w="45" w:type="dxa"/>
            </w:tcMar>
            <w:vAlign w:val="center"/>
            <w:hideMark/>
          </w:tcPr>
          <w:p w14:paraId="23B7B463"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6304977490</w:t>
            </w:r>
          </w:p>
        </w:tc>
        <w:tc>
          <w:tcPr>
            <w:tcW w:w="0" w:type="auto"/>
            <w:tcBorders>
              <w:top w:val="single" w:sz="4" w:space="0" w:color="auto"/>
              <w:left w:val="single" w:sz="4" w:space="0" w:color="auto"/>
              <w:bottom w:val="single" w:sz="4" w:space="0" w:color="auto"/>
              <w:right w:val="single" w:sz="4" w:space="0" w:color="auto"/>
            </w:tcBorders>
            <w:shd w:val="clear" w:color="auto" w:fill="F8F9FA"/>
            <w:vAlign w:val="center"/>
            <w:hideMark/>
          </w:tcPr>
          <w:p w14:paraId="598FF95A" w14:textId="77777777" w:rsidR="001F523F" w:rsidRPr="001F523F" w:rsidRDefault="001F523F" w:rsidP="001F523F">
            <w:pPr>
              <w:rPr>
                <w:rFonts w:ascii="Times New Roman" w:hAnsi="Times New Roman" w:cs="Times New Roman"/>
                <w:sz w:val="24"/>
                <w:szCs w:val="24"/>
              </w:rPr>
            </w:pPr>
            <w:r w:rsidRPr="001F523F">
              <w:rPr>
                <w:rFonts w:ascii="Times New Roman" w:hAnsi="Times New Roman" w:cs="Times New Roman"/>
                <w:sz w:val="24"/>
                <w:szCs w:val="24"/>
              </w:rPr>
              <w:t>preethamvanjari1001@gmail.com</w:t>
            </w:r>
          </w:p>
        </w:tc>
        <w:tc>
          <w:tcPr>
            <w:tcW w:w="0" w:type="auto"/>
            <w:tcBorders>
              <w:top w:val="single" w:sz="6" w:space="0" w:color="CCCCCC"/>
              <w:left w:val="single" w:sz="4" w:space="0" w:color="auto"/>
              <w:bottom w:val="single" w:sz="6" w:space="0" w:color="CCCCCC"/>
              <w:right w:val="single" w:sz="6" w:space="0" w:color="CCCCCC"/>
            </w:tcBorders>
            <w:tcMar>
              <w:top w:w="0" w:type="dxa"/>
              <w:left w:w="45" w:type="dxa"/>
              <w:bottom w:w="0" w:type="dxa"/>
              <w:right w:w="45" w:type="dxa"/>
            </w:tcMar>
            <w:vAlign w:val="bottom"/>
            <w:hideMark/>
          </w:tcPr>
          <w:p w14:paraId="035DE52A" w14:textId="77777777" w:rsidR="001F523F" w:rsidRPr="001F523F" w:rsidRDefault="001F523F" w:rsidP="001F523F">
            <w:pPr>
              <w:rPr>
                <w:rFonts w:ascii="Times New Roman" w:hAnsi="Times New Roman" w:cs="Times New Roman"/>
                <w:sz w:val="24"/>
                <w:szCs w:val="24"/>
              </w:rPr>
            </w:pPr>
          </w:p>
        </w:tc>
      </w:tr>
    </w:tbl>
    <w:p w14:paraId="3F4526E0" w14:textId="77777777" w:rsidR="001F523F" w:rsidRPr="001F523F" w:rsidRDefault="001F523F" w:rsidP="009A5AA2">
      <w:pPr>
        <w:rPr>
          <w:rFonts w:ascii="Times New Roman" w:hAnsi="Times New Roman" w:cs="Times New Roman"/>
          <w:sz w:val="24"/>
          <w:szCs w:val="24"/>
          <w:lang w:val="en-US"/>
        </w:rPr>
      </w:pPr>
    </w:p>
    <w:p w14:paraId="49C5B3BC" w14:textId="60917243" w:rsidR="001F523F" w:rsidRDefault="001F523F" w:rsidP="009A5AA2">
      <w:pPr>
        <w:rPr>
          <w:rFonts w:ascii="Times New Roman" w:hAnsi="Times New Roman" w:cs="Times New Roman"/>
          <w:sz w:val="24"/>
          <w:szCs w:val="24"/>
          <w:lang w:val="en-US"/>
        </w:rPr>
      </w:pPr>
      <w:r>
        <w:rPr>
          <w:rFonts w:ascii="Times New Roman" w:hAnsi="Times New Roman" w:cs="Times New Roman"/>
          <w:sz w:val="24"/>
          <w:szCs w:val="24"/>
          <w:lang w:val="en-US"/>
        </w:rPr>
        <w:t>Total Strength:46</w:t>
      </w:r>
    </w:p>
    <w:p w14:paraId="1B8D35E2" w14:textId="43E82FB5" w:rsidR="001F523F" w:rsidRDefault="001F523F" w:rsidP="009A5AA2">
      <w:pPr>
        <w:rPr>
          <w:rFonts w:ascii="Times New Roman" w:hAnsi="Times New Roman" w:cs="Times New Roman"/>
          <w:sz w:val="24"/>
          <w:szCs w:val="24"/>
          <w:lang w:val="en-US"/>
        </w:rPr>
      </w:pPr>
      <w:r>
        <w:rPr>
          <w:rFonts w:ascii="Times New Roman" w:hAnsi="Times New Roman" w:cs="Times New Roman"/>
          <w:sz w:val="24"/>
          <w:szCs w:val="24"/>
          <w:lang w:val="en-US"/>
        </w:rPr>
        <w:t>Girls:15</w:t>
      </w:r>
    </w:p>
    <w:p w14:paraId="6883CBDB" w14:textId="323210D3" w:rsidR="001F523F" w:rsidRDefault="001F523F" w:rsidP="009A5AA2">
      <w:pPr>
        <w:rPr>
          <w:rFonts w:ascii="Times New Roman" w:hAnsi="Times New Roman" w:cs="Times New Roman"/>
          <w:sz w:val="24"/>
          <w:szCs w:val="24"/>
          <w:lang w:val="en-US"/>
        </w:rPr>
      </w:pPr>
      <w:r>
        <w:rPr>
          <w:rFonts w:ascii="Times New Roman" w:hAnsi="Times New Roman" w:cs="Times New Roman"/>
          <w:sz w:val="24"/>
          <w:szCs w:val="24"/>
          <w:lang w:val="en-US"/>
        </w:rPr>
        <w:lastRenderedPageBreak/>
        <w:t>Boys:31</w:t>
      </w:r>
    </w:p>
    <w:p w14:paraId="2F3DB633" w14:textId="77777777" w:rsidR="00795B9D" w:rsidRPr="001F523F" w:rsidRDefault="00795B9D" w:rsidP="009A5AA2">
      <w:pPr>
        <w:rPr>
          <w:rFonts w:ascii="Times New Roman" w:hAnsi="Times New Roman" w:cs="Times New Roman"/>
          <w:sz w:val="24"/>
          <w:szCs w:val="24"/>
          <w:lang w:val="en-US"/>
        </w:rPr>
      </w:pPr>
    </w:p>
    <w:p w14:paraId="1A111C96" w14:textId="11210D8F" w:rsidR="002A3527" w:rsidRPr="00393171" w:rsidRDefault="009B22EA" w:rsidP="00393171">
      <w:pPr>
        <w:rPr>
          <w:b/>
          <w:bCs/>
          <w:sz w:val="28"/>
          <w:szCs w:val="28"/>
          <w:lang w:val="en-US"/>
        </w:rPr>
      </w:pPr>
      <w:r>
        <w:rPr>
          <w:b/>
          <w:bCs/>
          <w:sz w:val="28"/>
          <w:szCs w:val="28"/>
          <w:lang w:val="en-US"/>
        </w:rPr>
        <w:t>2</w:t>
      </w:r>
      <w:r w:rsidR="00CB4667">
        <w:rPr>
          <w:b/>
          <w:bCs/>
          <w:sz w:val="28"/>
          <w:szCs w:val="28"/>
          <w:lang w:val="en-US"/>
        </w:rPr>
        <w:t>1</w:t>
      </w:r>
      <w:r>
        <w:rPr>
          <w:b/>
          <w:bCs/>
          <w:sz w:val="28"/>
          <w:szCs w:val="28"/>
          <w:lang w:val="en-US"/>
        </w:rPr>
        <w:t>.Best practices of the Department</w:t>
      </w:r>
      <w:r w:rsidR="00795B9D">
        <w:rPr>
          <w:b/>
          <w:bCs/>
          <w:sz w:val="28"/>
          <w:szCs w:val="28"/>
          <w:lang w:val="en-US"/>
        </w:rPr>
        <w:t>:</w:t>
      </w:r>
    </w:p>
    <w:p w14:paraId="1D825433" w14:textId="77777777" w:rsidR="002A3527" w:rsidRPr="009C2B74" w:rsidRDefault="002A3527" w:rsidP="002A3527">
      <w:pPr>
        <w:rPr>
          <w:b/>
          <w:bCs/>
          <w:sz w:val="36"/>
          <w:szCs w:val="36"/>
        </w:rPr>
      </w:pPr>
    </w:p>
    <w:p w14:paraId="2BE4FABA" w14:textId="77777777" w:rsidR="002A3527" w:rsidRPr="0011139A" w:rsidRDefault="002A3527" w:rsidP="002A3527">
      <w:pPr>
        <w:rPr>
          <w:b/>
          <w:bCs/>
          <w:sz w:val="32"/>
          <w:szCs w:val="32"/>
        </w:rPr>
      </w:pPr>
      <w:r w:rsidRPr="0011139A">
        <w:rPr>
          <w:b/>
          <w:bCs/>
          <w:sz w:val="32"/>
          <w:szCs w:val="32"/>
        </w:rPr>
        <w:t>1. Event Details</w:t>
      </w:r>
    </w:p>
    <w:p w14:paraId="0A736F04" w14:textId="77777777" w:rsidR="002A3527" w:rsidRPr="0011139A" w:rsidRDefault="002A3527" w:rsidP="002A3527">
      <w:pPr>
        <w:rPr>
          <w:sz w:val="28"/>
          <w:szCs w:val="28"/>
        </w:rPr>
      </w:pPr>
      <w:r w:rsidRPr="0011139A">
        <w:rPr>
          <w:sz w:val="28"/>
          <w:szCs w:val="28"/>
        </w:rPr>
        <w:t xml:space="preserve">- </w:t>
      </w:r>
      <w:r w:rsidRPr="0011139A">
        <w:rPr>
          <w:b/>
          <w:bCs/>
          <w:sz w:val="28"/>
          <w:szCs w:val="28"/>
        </w:rPr>
        <w:t xml:space="preserve">Title of the Event: </w:t>
      </w:r>
      <w:r w:rsidRPr="0011139A">
        <w:rPr>
          <w:sz w:val="28"/>
          <w:szCs w:val="28"/>
        </w:rPr>
        <w:t>Best Practices of Cyber Security</w:t>
      </w:r>
    </w:p>
    <w:p w14:paraId="09769DD6" w14:textId="77777777" w:rsidR="002A3527" w:rsidRPr="0011139A" w:rsidRDefault="002A3527" w:rsidP="002A3527">
      <w:pPr>
        <w:rPr>
          <w:sz w:val="28"/>
          <w:szCs w:val="28"/>
        </w:rPr>
      </w:pPr>
      <w:r w:rsidRPr="0011139A">
        <w:rPr>
          <w:sz w:val="28"/>
          <w:szCs w:val="28"/>
        </w:rPr>
        <w:t xml:space="preserve">- </w:t>
      </w:r>
      <w:r w:rsidRPr="0011139A">
        <w:rPr>
          <w:b/>
          <w:bCs/>
          <w:sz w:val="28"/>
          <w:szCs w:val="28"/>
        </w:rPr>
        <w:t xml:space="preserve">Date: </w:t>
      </w:r>
      <w:r w:rsidRPr="0011139A">
        <w:rPr>
          <w:sz w:val="28"/>
          <w:szCs w:val="28"/>
        </w:rPr>
        <w:t>18th July 2025</w:t>
      </w:r>
    </w:p>
    <w:p w14:paraId="2691C2C1" w14:textId="77777777" w:rsidR="002A3527" w:rsidRPr="0011139A" w:rsidRDefault="002A3527" w:rsidP="002A3527">
      <w:pPr>
        <w:rPr>
          <w:sz w:val="28"/>
          <w:szCs w:val="28"/>
        </w:rPr>
      </w:pPr>
      <w:r w:rsidRPr="0011139A">
        <w:rPr>
          <w:sz w:val="28"/>
          <w:szCs w:val="28"/>
        </w:rPr>
        <w:t xml:space="preserve">- </w:t>
      </w:r>
      <w:r w:rsidRPr="0011139A">
        <w:rPr>
          <w:b/>
          <w:bCs/>
          <w:sz w:val="28"/>
          <w:szCs w:val="28"/>
        </w:rPr>
        <w:t>Venue:</w:t>
      </w:r>
      <w:r w:rsidRPr="0011139A">
        <w:rPr>
          <w:sz w:val="28"/>
          <w:szCs w:val="28"/>
        </w:rPr>
        <w:t xml:space="preserve"> ZPHS, </w:t>
      </w:r>
      <w:proofErr w:type="spellStart"/>
      <w:r w:rsidRPr="0011139A">
        <w:rPr>
          <w:sz w:val="28"/>
          <w:szCs w:val="28"/>
        </w:rPr>
        <w:t>Kompally</w:t>
      </w:r>
      <w:proofErr w:type="spellEnd"/>
    </w:p>
    <w:p w14:paraId="40E93FCD" w14:textId="77777777" w:rsidR="002A3527" w:rsidRPr="0011139A" w:rsidRDefault="002A3527" w:rsidP="002A3527">
      <w:pPr>
        <w:rPr>
          <w:sz w:val="28"/>
          <w:szCs w:val="28"/>
        </w:rPr>
      </w:pPr>
      <w:r w:rsidRPr="0011139A">
        <w:rPr>
          <w:sz w:val="28"/>
          <w:szCs w:val="28"/>
        </w:rPr>
        <w:t xml:space="preserve">- </w:t>
      </w:r>
      <w:r w:rsidRPr="0011139A">
        <w:rPr>
          <w:b/>
          <w:bCs/>
          <w:sz w:val="28"/>
          <w:szCs w:val="28"/>
        </w:rPr>
        <w:t>Organizer/Coordinator</w:t>
      </w:r>
      <w:r w:rsidRPr="0011139A">
        <w:rPr>
          <w:sz w:val="28"/>
          <w:szCs w:val="28"/>
        </w:rPr>
        <w:t xml:space="preserve">: B.Sc. Computer Science &amp; Cyber Security </w:t>
      </w:r>
      <w:proofErr w:type="gramStart"/>
      <w:r>
        <w:rPr>
          <w:sz w:val="28"/>
          <w:szCs w:val="28"/>
        </w:rPr>
        <w:t xml:space="preserve">department </w:t>
      </w:r>
      <w:r w:rsidRPr="0011139A">
        <w:rPr>
          <w:sz w:val="28"/>
          <w:szCs w:val="28"/>
        </w:rPr>
        <w:t>,</w:t>
      </w:r>
      <w:proofErr w:type="gramEnd"/>
      <w:r w:rsidRPr="0011139A">
        <w:rPr>
          <w:sz w:val="28"/>
          <w:szCs w:val="28"/>
        </w:rPr>
        <w:t xml:space="preserve"> Loyola Academy</w:t>
      </w:r>
    </w:p>
    <w:p w14:paraId="4F418592" w14:textId="77777777" w:rsidR="002A3527" w:rsidRPr="0011139A" w:rsidRDefault="002A3527" w:rsidP="002A3527">
      <w:pPr>
        <w:rPr>
          <w:sz w:val="28"/>
          <w:szCs w:val="28"/>
        </w:rPr>
      </w:pPr>
      <w:r>
        <w:rPr>
          <w:b/>
          <w:bCs/>
          <w:sz w:val="28"/>
          <w:szCs w:val="28"/>
        </w:rPr>
        <w:t xml:space="preserve">- </w:t>
      </w:r>
      <w:r w:rsidRPr="0011139A">
        <w:rPr>
          <w:b/>
          <w:bCs/>
          <w:sz w:val="28"/>
          <w:szCs w:val="28"/>
        </w:rPr>
        <w:t>Speaker</w:t>
      </w:r>
      <w:r>
        <w:rPr>
          <w:b/>
          <w:bCs/>
          <w:sz w:val="28"/>
          <w:szCs w:val="28"/>
        </w:rPr>
        <w:t>s:</w:t>
      </w:r>
      <w:r>
        <w:rPr>
          <w:sz w:val="28"/>
          <w:szCs w:val="28"/>
        </w:rPr>
        <w:t xml:space="preserve"> </w:t>
      </w:r>
      <w:r w:rsidRPr="0011139A">
        <w:rPr>
          <w:sz w:val="28"/>
          <w:szCs w:val="28"/>
        </w:rPr>
        <w:t>A. Sowmya,</w:t>
      </w:r>
      <w:r w:rsidRPr="00ED0C07">
        <w:rPr>
          <w:sz w:val="28"/>
          <w:szCs w:val="28"/>
        </w:rPr>
        <w:t xml:space="preserve"> </w:t>
      </w:r>
      <w:r w:rsidRPr="0011139A">
        <w:rPr>
          <w:sz w:val="28"/>
          <w:szCs w:val="28"/>
        </w:rPr>
        <w:t xml:space="preserve">Lasya, Alice </w:t>
      </w:r>
      <w:proofErr w:type="spellStart"/>
      <w:r w:rsidRPr="0011139A">
        <w:rPr>
          <w:sz w:val="28"/>
          <w:szCs w:val="28"/>
        </w:rPr>
        <w:t>saloni</w:t>
      </w:r>
      <w:proofErr w:type="spellEnd"/>
      <w:r w:rsidRPr="0011139A">
        <w:rPr>
          <w:sz w:val="28"/>
          <w:szCs w:val="28"/>
        </w:rPr>
        <w:t xml:space="preserve">, </w:t>
      </w:r>
      <w:r>
        <w:rPr>
          <w:sz w:val="28"/>
          <w:szCs w:val="28"/>
        </w:rPr>
        <w:t xml:space="preserve">L. Rajarani, </w:t>
      </w:r>
      <w:r w:rsidRPr="0011139A">
        <w:rPr>
          <w:sz w:val="28"/>
          <w:szCs w:val="28"/>
        </w:rPr>
        <w:t xml:space="preserve">Rishikesh, Srujan, Paul Thomas, Sai </w:t>
      </w:r>
      <w:proofErr w:type="spellStart"/>
      <w:r w:rsidRPr="0011139A">
        <w:rPr>
          <w:sz w:val="28"/>
          <w:szCs w:val="28"/>
        </w:rPr>
        <w:t>teja</w:t>
      </w:r>
      <w:proofErr w:type="spellEnd"/>
      <w:r w:rsidRPr="0011139A">
        <w:rPr>
          <w:sz w:val="28"/>
          <w:szCs w:val="28"/>
        </w:rPr>
        <w:t>.</w:t>
      </w:r>
    </w:p>
    <w:p w14:paraId="1FAE13AC" w14:textId="77777777" w:rsidR="002A3527" w:rsidRPr="0011139A" w:rsidRDefault="002A3527" w:rsidP="002A3527">
      <w:pPr>
        <w:rPr>
          <w:sz w:val="28"/>
          <w:szCs w:val="28"/>
        </w:rPr>
      </w:pPr>
      <w:r>
        <w:rPr>
          <w:b/>
          <w:bCs/>
          <w:sz w:val="28"/>
          <w:szCs w:val="28"/>
        </w:rPr>
        <w:t xml:space="preserve">- </w:t>
      </w:r>
      <w:r w:rsidRPr="0011139A">
        <w:rPr>
          <w:b/>
          <w:bCs/>
          <w:sz w:val="28"/>
          <w:szCs w:val="28"/>
        </w:rPr>
        <w:t>Target Audience:</w:t>
      </w:r>
      <w:r>
        <w:rPr>
          <w:b/>
          <w:bCs/>
          <w:sz w:val="28"/>
          <w:szCs w:val="28"/>
        </w:rPr>
        <w:t xml:space="preserve"> </w:t>
      </w:r>
      <w:r w:rsidRPr="0011139A">
        <w:rPr>
          <w:sz w:val="28"/>
          <w:szCs w:val="28"/>
        </w:rPr>
        <w:t xml:space="preserve">Kids who are new to technology and vulnerable young users. </w:t>
      </w:r>
    </w:p>
    <w:p w14:paraId="74357AF5" w14:textId="77777777" w:rsidR="002A3527" w:rsidRPr="0011139A" w:rsidRDefault="002A3527" w:rsidP="002A3527">
      <w:pPr>
        <w:rPr>
          <w:sz w:val="28"/>
          <w:szCs w:val="28"/>
        </w:rPr>
      </w:pPr>
    </w:p>
    <w:p w14:paraId="42BB022A" w14:textId="77777777" w:rsidR="002A3527" w:rsidRPr="0011139A" w:rsidRDefault="002A3527" w:rsidP="002A3527">
      <w:pPr>
        <w:rPr>
          <w:b/>
          <w:bCs/>
          <w:sz w:val="32"/>
          <w:szCs w:val="32"/>
        </w:rPr>
      </w:pPr>
      <w:r w:rsidRPr="0011139A">
        <w:rPr>
          <w:b/>
          <w:bCs/>
          <w:sz w:val="32"/>
          <w:szCs w:val="32"/>
        </w:rPr>
        <w:t>2. Objectives of the Event</w:t>
      </w:r>
    </w:p>
    <w:p w14:paraId="1B4ED429" w14:textId="77777777" w:rsidR="002A3527" w:rsidRPr="0011139A" w:rsidRDefault="002A3527" w:rsidP="002A3527">
      <w:pPr>
        <w:rPr>
          <w:sz w:val="28"/>
          <w:szCs w:val="28"/>
        </w:rPr>
      </w:pPr>
      <w:r w:rsidRPr="0011139A">
        <w:rPr>
          <w:sz w:val="28"/>
          <w:szCs w:val="28"/>
        </w:rPr>
        <w:t>- To spread awareness about cyber safety practices</w:t>
      </w:r>
    </w:p>
    <w:p w14:paraId="3A2DE6A3" w14:textId="77777777" w:rsidR="002A3527" w:rsidRPr="0011139A" w:rsidRDefault="002A3527" w:rsidP="002A3527">
      <w:pPr>
        <w:rPr>
          <w:sz w:val="28"/>
          <w:szCs w:val="28"/>
        </w:rPr>
      </w:pPr>
      <w:r w:rsidRPr="0011139A">
        <w:rPr>
          <w:sz w:val="28"/>
          <w:szCs w:val="28"/>
        </w:rPr>
        <w:t>- Educate kids about online safety and digital citizenship</w:t>
      </w:r>
    </w:p>
    <w:p w14:paraId="0DF5C878" w14:textId="77777777" w:rsidR="002A3527" w:rsidRPr="0011139A" w:rsidRDefault="002A3527" w:rsidP="002A3527">
      <w:pPr>
        <w:rPr>
          <w:sz w:val="28"/>
          <w:szCs w:val="28"/>
        </w:rPr>
      </w:pPr>
      <w:r w:rsidRPr="0011139A">
        <w:rPr>
          <w:sz w:val="28"/>
          <w:szCs w:val="28"/>
        </w:rPr>
        <w:t>- Recognize online risks (cyberbullying, phishing, malware)</w:t>
      </w:r>
    </w:p>
    <w:p w14:paraId="2918617C" w14:textId="77777777" w:rsidR="002A3527" w:rsidRPr="0011139A" w:rsidRDefault="002A3527" w:rsidP="002A3527">
      <w:pPr>
        <w:rPr>
          <w:sz w:val="28"/>
          <w:szCs w:val="28"/>
        </w:rPr>
      </w:pPr>
      <w:r w:rsidRPr="0011139A">
        <w:rPr>
          <w:sz w:val="28"/>
          <w:szCs w:val="28"/>
        </w:rPr>
        <w:t>- Develop safe online habits (strong passwords, safe browsing)</w:t>
      </w:r>
    </w:p>
    <w:p w14:paraId="2760AD3D" w14:textId="77777777" w:rsidR="002A3527" w:rsidRPr="0011139A" w:rsidRDefault="002A3527" w:rsidP="002A3527">
      <w:pPr>
        <w:rPr>
          <w:sz w:val="28"/>
          <w:szCs w:val="28"/>
        </w:rPr>
      </w:pPr>
      <w:r w:rsidRPr="0011139A">
        <w:rPr>
          <w:sz w:val="28"/>
          <w:szCs w:val="28"/>
        </w:rPr>
        <w:t xml:space="preserve">- Promote digital literacy and critical thinking </w:t>
      </w:r>
    </w:p>
    <w:p w14:paraId="42E2B2CF" w14:textId="77777777" w:rsidR="002A3527" w:rsidRDefault="002A3527" w:rsidP="002A3527">
      <w:pPr>
        <w:rPr>
          <w:sz w:val="28"/>
          <w:szCs w:val="28"/>
        </w:rPr>
      </w:pPr>
      <w:r w:rsidRPr="0011139A">
        <w:rPr>
          <w:sz w:val="28"/>
          <w:szCs w:val="28"/>
        </w:rPr>
        <w:t>- Empower kids to protect themselves and report incidents</w:t>
      </w:r>
    </w:p>
    <w:p w14:paraId="0DF28B24" w14:textId="77777777" w:rsidR="002A3527" w:rsidRPr="0011139A" w:rsidRDefault="002A3527" w:rsidP="002A3527">
      <w:pPr>
        <w:rPr>
          <w:sz w:val="28"/>
          <w:szCs w:val="28"/>
        </w:rPr>
      </w:pPr>
    </w:p>
    <w:p w14:paraId="2CD092AF" w14:textId="77777777" w:rsidR="002A3527" w:rsidRPr="0011139A" w:rsidRDefault="002A3527" w:rsidP="002A3527">
      <w:pPr>
        <w:rPr>
          <w:b/>
          <w:bCs/>
          <w:sz w:val="32"/>
          <w:szCs w:val="32"/>
        </w:rPr>
      </w:pPr>
      <w:r w:rsidRPr="0011139A">
        <w:rPr>
          <w:b/>
          <w:bCs/>
          <w:sz w:val="32"/>
          <w:szCs w:val="32"/>
        </w:rPr>
        <w:t>3. Participant Details</w:t>
      </w:r>
    </w:p>
    <w:p w14:paraId="58981CAA" w14:textId="77777777" w:rsidR="002A3527" w:rsidRPr="0011139A" w:rsidRDefault="002A3527" w:rsidP="002A3527">
      <w:pPr>
        <w:rPr>
          <w:sz w:val="28"/>
          <w:szCs w:val="28"/>
        </w:rPr>
      </w:pPr>
      <w:r w:rsidRPr="0011139A">
        <w:rPr>
          <w:sz w:val="28"/>
          <w:szCs w:val="28"/>
        </w:rPr>
        <w:t>- Total Participants: 140</w:t>
      </w:r>
    </w:p>
    <w:p w14:paraId="5E907E79" w14:textId="77777777" w:rsidR="002A3527" w:rsidRPr="0011139A" w:rsidRDefault="002A3527" w:rsidP="002A3527">
      <w:pPr>
        <w:rPr>
          <w:sz w:val="28"/>
          <w:szCs w:val="28"/>
        </w:rPr>
      </w:pPr>
      <w:r w:rsidRPr="0011139A">
        <w:rPr>
          <w:sz w:val="28"/>
          <w:szCs w:val="28"/>
        </w:rPr>
        <w:t xml:space="preserve">- Demographics: </w:t>
      </w:r>
      <w:proofErr w:type="gramStart"/>
      <w:r w:rsidRPr="0011139A">
        <w:rPr>
          <w:sz w:val="28"/>
          <w:szCs w:val="28"/>
        </w:rPr>
        <w:t>Students(</w:t>
      </w:r>
      <w:proofErr w:type="gramEnd"/>
      <w:r w:rsidRPr="0011139A">
        <w:rPr>
          <w:sz w:val="28"/>
          <w:szCs w:val="28"/>
        </w:rPr>
        <w:t xml:space="preserve">between 12yrs-16yrs) </w:t>
      </w:r>
    </w:p>
    <w:p w14:paraId="6850C431" w14:textId="77777777" w:rsidR="002A3527" w:rsidRPr="0011139A" w:rsidRDefault="002A3527" w:rsidP="002A3527">
      <w:pPr>
        <w:rPr>
          <w:sz w:val="28"/>
          <w:szCs w:val="28"/>
        </w:rPr>
      </w:pPr>
    </w:p>
    <w:p w14:paraId="7D837CA4" w14:textId="77777777" w:rsidR="002A3527" w:rsidRPr="0011139A" w:rsidRDefault="002A3527" w:rsidP="002A3527">
      <w:pPr>
        <w:rPr>
          <w:b/>
          <w:bCs/>
          <w:sz w:val="32"/>
          <w:szCs w:val="32"/>
        </w:rPr>
      </w:pPr>
      <w:r w:rsidRPr="0011139A">
        <w:rPr>
          <w:b/>
          <w:bCs/>
          <w:sz w:val="32"/>
          <w:szCs w:val="32"/>
        </w:rPr>
        <w:lastRenderedPageBreak/>
        <w:t>4. Content Evaluation</w:t>
      </w:r>
    </w:p>
    <w:p w14:paraId="38518E8C" w14:textId="77777777" w:rsidR="002A3527" w:rsidRPr="0011139A" w:rsidRDefault="002A3527" w:rsidP="002A3527">
      <w:pPr>
        <w:rPr>
          <w:sz w:val="28"/>
          <w:szCs w:val="28"/>
        </w:rPr>
      </w:pPr>
      <w:r w:rsidRPr="0011139A">
        <w:rPr>
          <w:sz w:val="28"/>
          <w:szCs w:val="28"/>
        </w:rPr>
        <w:t xml:space="preserve">- </w:t>
      </w:r>
      <w:r w:rsidRPr="0011139A">
        <w:rPr>
          <w:b/>
          <w:bCs/>
          <w:sz w:val="28"/>
          <w:szCs w:val="28"/>
        </w:rPr>
        <w:t>Relevance of the Topic</w:t>
      </w:r>
      <w:r w:rsidRPr="0011139A">
        <w:rPr>
          <w:sz w:val="28"/>
          <w:szCs w:val="28"/>
        </w:rPr>
        <w:t xml:space="preserve">: Highly Relevant </w:t>
      </w:r>
      <w:proofErr w:type="gramStart"/>
      <w:r w:rsidRPr="0011139A">
        <w:rPr>
          <w:sz w:val="28"/>
          <w:szCs w:val="28"/>
        </w:rPr>
        <w:t>( given</w:t>
      </w:r>
      <w:proofErr w:type="gramEnd"/>
      <w:r w:rsidRPr="0011139A">
        <w:rPr>
          <w:sz w:val="28"/>
          <w:szCs w:val="28"/>
        </w:rPr>
        <w:t xml:space="preserve"> the growing need for cyber safety awareness</w:t>
      </w:r>
      <w:r>
        <w:rPr>
          <w:sz w:val="28"/>
          <w:szCs w:val="28"/>
        </w:rPr>
        <w:t xml:space="preserve">) </w:t>
      </w:r>
    </w:p>
    <w:p w14:paraId="2BD66B26" w14:textId="77777777" w:rsidR="002A3527" w:rsidRPr="0011139A" w:rsidRDefault="002A3527" w:rsidP="002A3527">
      <w:pPr>
        <w:rPr>
          <w:sz w:val="28"/>
          <w:szCs w:val="28"/>
        </w:rPr>
      </w:pPr>
      <w:r w:rsidRPr="0011139A">
        <w:rPr>
          <w:sz w:val="28"/>
          <w:szCs w:val="28"/>
        </w:rPr>
        <w:t xml:space="preserve">- </w:t>
      </w:r>
      <w:r w:rsidRPr="0011139A">
        <w:rPr>
          <w:b/>
          <w:bCs/>
          <w:sz w:val="28"/>
          <w:szCs w:val="28"/>
        </w:rPr>
        <w:t>Depth of Knowledge:</w:t>
      </w:r>
      <w:r w:rsidRPr="0011139A">
        <w:rPr>
          <w:sz w:val="28"/>
          <w:szCs w:val="28"/>
        </w:rPr>
        <w:t xml:space="preserve"> Basic (Topics covered include the fundamentals of cybersecurity for online protection.) </w:t>
      </w:r>
    </w:p>
    <w:p w14:paraId="5BD965EC" w14:textId="77777777" w:rsidR="002A3527" w:rsidRDefault="002A3527" w:rsidP="002A3527">
      <w:pPr>
        <w:rPr>
          <w:sz w:val="28"/>
          <w:szCs w:val="28"/>
        </w:rPr>
      </w:pPr>
      <w:r w:rsidRPr="0011139A">
        <w:rPr>
          <w:sz w:val="28"/>
          <w:szCs w:val="28"/>
        </w:rPr>
        <w:t xml:space="preserve">- </w:t>
      </w:r>
      <w:r w:rsidRPr="0011139A">
        <w:rPr>
          <w:b/>
          <w:bCs/>
          <w:sz w:val="28"/>
          <w:szCs w:val="28"/>
        </w:rPr>
        <w:t>Participant Engagement</w:t>
      </w:r>
      <w:r w:rsidRPr="0011139A">
        <w:rPr>
          <w:sz w:val="28"/>
          <w:szCs w:val="28"/>
        </w:rPr>
        <w:t xml:space="preserve">: Highly engaged (participants showed interest, asked questions, and actively participated in practical activities.) </w:t>
      </w:r>
    </w:p>
    <w:p w14:paraId="3E27F5C3" w14:textId="77777777" w:rsidR="002A3527" w:rsidRPr="0011139A" w:rsidRDefault="002A3527" w:rsidP="002A3527">
      <w:pPr>
        <w:rPr>
          <w:sz w:val="28"/>
          <w:szCs w:val="28"/>
        </w:rPr>
      </w:pPr>
    </w:p>
    <w:p w14:paraId="1E0C0A51" w14:textId="77777777" w:rsidR="002A3527" w:rsidRPr="0011139A" w:rsidRDefault="002A3527" w:rsidP="002A3527">
      <w:pPr>
        <w:rPr>
          <w:b/>
          <w:bCs/>
          <w:sz w:val="32"/>
          <w:szCs w:val="32"/>
        </w:rPr>
      </w:pPr>
      <w:r w:rsidRPr="0011139A">
        <w:rPr>
          <w:b/>
          <w:bCs/>
          <w:sz w:val="32"/>
          <w:szCs w:val="32"/>
        </w:rPr>
        <w:t>5. Learning Outcomes</w:t>
      </w:r>
    </w:p>
    <w:p w14:paraId="4EF47C0C" w14:textId="77777777" w:rsidR="002A3527" w:rsidRPr="0011139A" w:rsidRDefault="002A3527" w:rsidP="002A3527">
      <w:pPr>
        <w:rPr>
          <w:sz w:val="28"/>
          <w:szCs w:val="28"/>
        </w:rPr>
      </w:pPr>
      <w:r w:rsidRPr="0011139A">
        <w:rPr>
          <w:sz w:val="28"/>
          <w:szCs w:val="28"/>
        </w:rPr>
        <w:t xml:space="preserve">- Were the Learning Outcomes </w:t>
      </w:r>
      <w:proofErr w:type="gramStart"/>
      <w:r w:rsidRPr="0011139A">
        <w:rPr>
          <w:sz w:val="28"/>
          <w:szCs w:val="28"/>
        </w:rPr>
        <w:t>Met</w:t>
      </w:r>
      <w:r>
        <w:rPr>
          <w:sz w:val="28"/>
          <w:szCs w:val="28"/>
        </w:rPr>
        <w:t>?:</w:t>
      </w:r>
      <w:proofErr w:type="gramEnd"/>
      <w:r>
        <w:rPr>
          <w:sz w:val="28"/>
          <w:szCs w:val="28"/>
        </w:rPr>
        <w:t xml:space="preserve">  </w:t>
      </w:r>
      <w:r w:rsidRPr="0011139A">
        <w:rPr>
          <w:sz w:val="28"/>
          <w:szCs w:val="28"/>
        </w:rPr>
        <w:t xml:space="preserve"> Yes</w:t>
      </w:r>
    </w:p>
    <w:p w14:paraId="1447C229" w14:textId="77777777" w:rsidR="002A3527" w:rsidRPr="0011139A" w:rsidRDefault="002A3527" w:rsidP="002A3527">
      <w:pPr>
        <w:rPr>
          <w:sz w:val="28"/>
          <w:szCs w:val="28"/>
        </w:rPr>
      </w:pPr>
      <w:r w:rsidRPr="0011139A">
        <w:rPr>
          <w:sz w:val="28"/>
          <w:szCs w:val="28"/>
        </w:rPr>
        <w:t>- Key Takeaways for Participants:</w:t>
      </w:r>
    </w:p>
    <w:p w14:paraId="1FF064A8" w14:textId="77777777" w:rsidR="002A3527" w:rsidRPr="0011139A" w:rsidRDefault="002A3527" w:rsidP="002A3527">
      <w:pPr>
        <w:rPr>
          <w:sz w:val="28"/>
          <w:szCs w:val="28"/>
        </w:rPr>
      </w:pPr>
      <w:r w:rsidRPr="0011139A">
        <w:rPr>
          <w:sz w:val="28"/>
          <w:szCs w:val="28"/>
        </w:rPr>
        <w:t>1. Reflection on the significance of digital security.</w:t>
      </w:r>
    </w:p>
    <w:p w14:paraId="645238A0" w14:textId="77777777" w:rsidR="002A3527" w:rsidRPr="0011139A" w:rsidRDefault="002A3527" w:rsidP="002A3527">
      <w:pPr>
        <w:rPr>
          <w:sz w:val="28"/>
          <w:szCs w:val="28"/>
        </w:rPr>
      </w:pPr>
      <w:r w:rsidRPr="0011139A">
        <w:rPr>
          <w:sz w:val="28"/>
          <w:szCs w:val="28"/>
        </w:rPr>
        <w:t>2. Understanding password management and the implications of social media exposure.</w:t>
      </w:r>
    </w:p>
    <w:p w14:paraId="415349C9" w14:textId="77777777" w:rsidR="002A3527" w:rsidRPr="0011139A" w:rsidRDefault="002A3527" w:rsidP="002A3527">
      <w:pPr>
        <w:rPr>
          <w:sz w:val="28"/>
          <w:szCs w:val="28"/>
        </w:rPr>
      </w:pPr>
      <w:r w:rsidRPr="0011139A">
        <w:rPr>
          <w:sz w:val="28"/>
          <w:szCs w:val="28"/>
        </w:rPr>
        <w:t>3. Insights into the necessity of safeguarding personal information</w:t>
      </w:r>
      <w:r>
        <w:rPr>
          <w:sz w:val="28"/>
          <w:szCs w:val="28"/>
        </w:rPr>
        <w:t xml:space="preserve"> </w:t>
      </w:r>
      <w:r w:rsidRPr="0011139A">
        <w:rPr>
          <w:sz w:val="28"/>
          <w:szCs w:val="28"/>
        </w:rPr>
        <w:t>for cyber security.</w:t>
      </w:r>
    </w:p>
    <w:p w14:paraId="334280EF" w14:textId="77777777" w:rsidR="002A3527" w:rsidRPr="0011139A" w:rsidRDefault="002A3527" w:rsidP="002A3527">
      <w:pPr>
        <w:rPr>
          <w:sz w:val="28"/>
          <w:szCs w:val="28"/>
        </w:rPr>
      </w:pPr>
      <w:r w:rsidRPr="0011139A">
        <w:rPr>
          <w:sz w:val="28"/>
          <w:szCs w:val="28"/>
        </w:rPr>
        <w:t>- Skills/Knowledge Gained: Improved understanding of cyber safety practices and how to apply them</w:t>
      </w:r>
    </w:p>
    <w:p w14:paraId="19590D4B" w14:textId="77777777" w:rsidR="002A3527" w:rsidRDefault="002A3527" w:rsidP="002A3527">
      <w:pPr>
        <w:rPr>
          <w:sz w:val="28"/>
          <w:szCs w:val="28"/>
        </w:rPr>
      </w:pPr>
    </w:p>
    <w:p w14:paraId="085FC021" w14:textId="77777777" w:rsidR="002A3527" w:rsidRPr="0011139A" w:rsidRDefault="002A3527" w:rsidP="002A3527">
      <w:pPr>
        <w:rPr>
          <w:b/>
          <w:bCs/>
          <w:sz w:val="32"/>
          <w:szCs w:val="32"/>
        </w:rPr>
      </w:pPr>
      <w:r w:rsidRPr="0011139A">
        <w:rPr>
          <w:b/>
          <w:bCs/>
          <w:sz w:val="32"/>
          <w:szCs w:val="32"/>
        </w:rPr>
        <w:t>6. Feedback Analysis</w:t>
      </w:r>
    </w:p>
    <w:p w14:paraId="5C5A6936" w14:textId="77777777" w:rsidR="002A3527" w:rsidRPr="0011139A" w:rsidRDefault="002A3527" w:rsidP="002A3527">
      <w:pPr>
        <w:rPr>
          <w:sz w:val="28"/>
          <w:szCs w:val="28"/>
        </w:rPr>
      </w:pPr>
      <w:r w:rsidRPr="0011139A">
        <w:rPr>
          <w:sz w:val="28"/>
          <w:szCs w:val="28"/>
        </w:rPr>
        <w:t xml:space="preserve">- </w:t>
      </w:r>
      <w:r w:rsidRPr="0011139A">
        <w:rPr>
          <w:b/>
          <w:bCs/>
          <w:sz w:val="28"/>
          <w:szCs w:val="28"/>
        </w:rPr>
        <w:t>Method of Feedback Collection:</w:t>
      </w:r>
      <w:r>
        <w:rPr>
          <w:sz w:val="28"/>
          <w:szCs w:val="28"/>
        </w:rPr>
        <w:t xml:space="preserve"> </w:t>
      </w:r>
      <w:r w:rsidRPr="0011139A">
        <w:rPr>
          <w:sz w:val="28"/>
          <w:szCs w:val="28"/>
        </w:rPr>
        <w:t xml:space="preserve">verbal offline feedback. </w:t>
      </w:r>
    </w:p>
    <w:p w14:paraId="13831170" w14:textId="77777777" w:rsidR="002A3527" w:rsidRPr="0011139A" w:rsidRDefault="002A3527" w:rsidP="002A3527">
      <w:pPr>
        <w:rPr>
          <w:b/>
          <w:bCs/>
          <w:sz w:val="28"/>
          <w:szCs w:val="28"/>
        </w:rPr>
      </w:pPr>
      <w:r w:rsidRPr="0011139A">
        <w:rPr>
          <w:sz w:val="28"/>
          <w:szCs w:val="28"/>
        </w:rPr>
        <w:t xml:space="preserve">- </w:t>
      </w:r>
      <w:r w:rsidRPr="0011139A">
        <w:rPr>
          <w:b/>
          <w:bCs/>
          <w:sz w:val="28"/>
          <w:szCs w:val="28"/>
        </w:rPr>
        <w:t>Key Feedback from Participants:</w:t>
      </w:r>
    </w:p>
    <w:p w14:paraId="2640C0D8" w14:textId="77777777" w:rsidR="002A3527" w:rsidRPr="0011139A" w:rsidRDefault="002A3527" w:rsidP="002A3527">
      <w:pPr>
        <w:rPr>
          <w:sz w:val="28"/>
          <w:szCs w:val="28"/>
        </w:rPr>
      </w:pPr>
      <w:r w:rsidRPr="0011139A">
        <w:rPr>
          <w:sz w:val="28"/>
          <w:szCs w:val="28"/>
        </w:rPr>
        <w:t xml:space="preserve">    - </w:t>
      </w:r>
      <w:r w:rsidRPr="0011139A">
        <w:rPr>
          <w:b/>
          <w:bCs/>
          <w:sz w:val="28"/>
          <w:szCs w:val="28"/>
        </w:rPr>
        <w:t>Positives:</w:t>
      </w:r>
      <w:r w:rsidRPr="0011139A">
        <w:rPr>
          <w:sz w:val="28"/>
          <w:szCs w:val="28"/>
        </w:rPr>
        <w:t xml:space="preserve">  Interesting and different from the regular class</w:t>
      </w:r>
    </w:p>
    <w:p w14:paraId="1D32D911" w14:textId="77777777" w:rsidR="002A3527" w:rsidRPr="0011139A" w:rsidRDefault="002A3527" w:rsidP="002A3527">
      <w:pPr>
        <w:rPr>
          <w:sz w:val="28"/>
          <w:szCs w:val="28"/>
        </w:rPr>
      </w:pPr>
      <w:r w:rsidRPr="0011139A">
        <w:rPr>
          <w:sz w:val="28"/>
          <w:szCs w:val="28"/>
        </w:rPr>
        <w:t xml:space="preserve">    - </w:t>
      </w:r>
      <w:r w:rsidRPr="0011139A">
        <w:rPr>
          <w:b/>
          <w:bCs/>
          <w:sz w:val="28"/>
          <w:szCs w:val="28"/>
        </w:rPr>
        <w:t>Areas of Improvement:</w:t>
      </w:r>
      <w:r w:rsidRPr="0011139A">
        <w:rPr>
          <w:sz w:val="28"/>
          <w:szCs w:val="28"/>
        </w:rPr>
        <w:t xml:space="preserve"> Improved strategies for crowd management. </w:t>
      </w:r>
    </w:p>
    <w:p w14:paraId="42BE164D" w14:textId="77777777" w:rsidR="002A3527" w:rsidRPr="0011139A" w:rsidRDefault="002A3527" w:rsidP="002A3527">
      <w:pPr>
        <w:rPr>
          <w:sz w:val="28"/>
          <w:szCs w:val="28"/>
        </w:rPr>
      </w:pPr>
      <w:r w:rsidRPr="0011139A">
        <w:rPr>
          <w:sz w:val="28"/>
          <w:szCs w:val="28"/>
        </w:rPr>
        <w:t xml:space="preserve">- </w:t>
      </w:r>
      <w:r w:rsidRPr="0011139A">
        <w:rPr>
          <w:b/>
          <w:bCs/>
          <w:sz w:val="28"/>
          <w:szCs w:val="28"/>
        </w:rPr>
        <w:t>Rating on a scale of 1-5</w:t>
      </w:r>
      <w:r w:rsidRPr="0011139A">
        <w:rPr>
          <w:sz w:val="28"/>
          <w:szCs w:val="28"/>
        </w:rPr>
        <w:t>:</w:t>
      </w:r>
    </w:p>
    <w:p w14:paraId="116A597F" w14:textId="77777777" w:rsidR="002A3527" w:rsidRPr="0011139A" w:rsidRDefault="002A3527" w:rsidP="002A3527">
      <w:pPr>
        <w:rPr>
          <w:sz w:val="28"/>
          <w:szCs w:val="28"/>
        </w:rPr>
      </w:pPr>
      <w:r w:rsidRPr="0011139A">
        <w:rPr>
          <w:sz w:val="28"/>
          <w:szCs w:val="28"/>
        </w:rPr>
        <w:t xml:space="preserve">    - Content Quality: 4.8/5</w:t>
      </w:r>
    </w:p>
    <w:p w14:paraId="37F82897" w14:textId="77777777" w:rsidR="002A3527" w:rsidRPr="0011139A" w:rsidRDefault="002A3527" w:rsidP="002A3527">
      <w:pPr>
        <w:rPr>
          <w:sz w:val="28"/>
          <w:szCs w:val="28"/>
        </w:rPr>
      </w:pPr>
      <w:r w:rsidRPr="0011139A">
        <w:rPr>
          <w:sz w:val="28"/>
          <w:szCs w:val="28"/>
        </w:rPr>
        <w:t xml:space="preserve">    - Speaker Effectiveness: 4.9/5</w:t>
      </w:r>
    </w:p>
    <w:p w14:paraId="4639FF53" w14:textId="77777777" w:rsidR="002A3527" w:rsidRPr="0011139A" w:rsidRDefault="002A3527" w:rsidP="002A3527">
      <w:pPr>
        <w:rPr>
          <w:sz w:val="28"/>
          <w:szCs w:val="28"/>
        </w:rPr>
      </w:pPr>
      <w:r w:rsidRPr="0011139A">
        <w:rPr>
          <w:sz w:val="28"/>
          <w:szCs w:val="28"/>
        </w:rPr>
        <w:t xml:space="preserve">    - Presentation Style: 4.7/5</w:t>
      </w:r>
    </w:p>
    <w:p w14:paraId="3A04DE28" w14:textId="77777777" w:rsidR="002A3527" w:rsidRPr="0011139A" w:rsidRDefault="002A3527" w:rsidP="002A3527">
      <w:pPr>
        <w:rPr>
          <w:sz w:val="28"/>
          <w:szCs w:val="28"/>
        </w:rPr>
      </w:pPr>
    </w:p>
    <w:p w14:paraId="67CB778D" w14:textId="77777777" w:rsidR="002A3527" w:rsidRPr="00C01B8E" w:rsidRDefault="002A3527" w:rsidP="002A3527">
      <w:pPr>
        <w:rPr>
          <w:b/>
          <w:bCs/>
          <w:sz w:val="32"/>
          <w:szCs w:val="32"/>
        </w:rPr>
      </w:pPr>
      <w:r w:rsidRPr="00C01B8E">
        <w:rPr>
          <w:b/>
          <w:bCs/>
          <w:sz w:val="32"/>
          <w:szCs w:val="32"/>
        </w:rPr>
        <w:t>7. Impact on Curriculum or Future Practices</w:t>
      </w:r>
    </w:p>
    <w:p w14:paraId="03B63FF5" w14:textId="77777777" w:rsidR="002A3527" w:rsidRPr="0011139A" w:rsidRDefault="002A3527" w:rsidP="002A3527">
      <w:pPr>
        <w:rPr>
          <w:sz w:val="28"/>
          <w:szCs w:val="28"/>
        </w:rPr>
      </w:pPr>
      <w:r w:rsidRPr="0011139A">
        <w:rPr>
          <w:sz w:val="28"/>
          <w:szCs w:val="28"/>
        </w:rPr>
        <w:t>- Impact on Student Learning: Increased awareness of cyber safety practices and their importance</w:t>
      </w:r>
    </w:p>
    <w:p w14:paraId="01C0446B" w14:textId="77777777" w:rsidR="002A3527" w:rsidRPr="0011139A" w:rsidRDefault="002A3527" w:rsidP="002A3527">
      <w:pPr>
        <w:rPr>
          <w:sz w:val="28"/>
          <w:szCs w:val="28"/>
        </w:rPr>
      </w:pPr>
    </w:p>
    <w:p w14:paraId="480D6901" w14:textId="77777777" w:rsidR="002A3527" w:rsidRPr="00C01B8E" w:rsidRDefault="002A3527" w:rsidP="002A3527">
      <w:pPr>
        <w:rPr>
          <w:b/>
          <w:bCs/>
          <w:sz w:val="32"/>
          <w:szCs w:val="32"/>
        </w:rPr>
      </w:pPr>
      <w:r w:rsidRPr="00C01B8E">
        <w:rPr>
          <w:b/>
          <w:bCs/>
          <w:sz w:val="32"/>
          <w:szCs w:val="32"/>
        </w:rPr>
        <w:t>8. Recommendations</w:t>
      </w:r>
    </w:p>
    <w:p w14:paraId="458224AE" w14:textId="77777777" w:rsidR="002A3527" w:rsidRPr="0011139A" w:rsidRDefault="002A3527" w:rsidP="002A3527">
      <w:pPr>
        <w:rPr>
          <w:sz w:val="28"/>
          <w:szCs w:val="28"/>
        </w:rPr>
      </w:pPr>
      <w:r w:rsidRPr="0011139A">
        <w:rPr>
          <w:sz w:val="28"/>
          <w:szCs w:val="28"/>
        </w:rPr>
        <w:t xml:space="preserve">- Future Improvements: incorporate more practical content </w:t>
      </w:r>
    </w:p>
    <w:p w14:paraId="2CC60579" w14:textId="77777777" w:rsidR="002A3527" w:rsidRPr="0011139A" w:rsidRDefault="002A3527" w:rsidP="002A3527">
      <w:pPr>
        <w:rPr>
          <w:sz w:val="28"/>
          <w:szCs w:val="28"/>
        </w:rPr>
      </w:pPr>
      <w:r w:rsidRPr="0011139A">
        <w:rPr>
          <w:sz w:val="28"/>
          <w:szCs w:val="28"/>
        </w:rPr>
        <w:t xml:space="preserve">- Recommended Topics for Future Events: Digital footprint and Cybersecurity in artificial intelligence </w:t>
      </w:r>
    </w:p>
    <w:p w14:paraId="43CCB9C4" w14:textId="77777777" w:rsidR="002A3527" w:rsidRPr="0011139A" w:rsidRDefault="002A3527" w:rsidP="002A3527">
      <w:pPr>
        <w:rPr>
          <w:sz w:val="28"/>
          <w:szCs w:val="28"/>
        </w:rPr>
      </w:pPr>
      <w:r w:rsidRPr="0011139A">
        <w:rPr>
          <w:sz w:val="28"/>
          <w:szCs w:val="28"/>
        </w:rPr>
        <w:t>- Potential for Recurrence of the Event: Yes, similar events can be organized in the future to continue spreading cyber safety awareness</w:t>
      </w:r>
    </w:p>
    <w:p w14:paraId="1FFF60A2" w14:textId="77777777" w:rsidR="002A3527" w:rsidRPr="0011139A" w:rsidRDefault="002A3527" w:rsidP="002A3527">
      <w:pPr>
        <w:rPr>
          <w:sz w:val="28"/>
          <w:szCs w:val="28"/>
        </w:rPr>
      </w:pPr>
    </w:p>
    <w:p w14:paraId="232AE4D2" w14:textId="77777777" w:rsidR="002A3527" w:rsidRPr="00C01B8E" w:rsidRDefault="002A3527" w:rsidP="002A3527">
      <w:pPr>
        <w:rPr>
          <w:b/>
          <w:bCs/>
          <w:sz w:val="32"/>
          <w:szCs w:val="32"/>
        </w:rPr>
      </w:pPr>
      <w:r>
        <w:rPr>
          <w:b/>
          <w:bCs/>
          <w:sz w:val="32"/>
          <w:szCs w:val="32"/>
        </w:rPr>
        <w:t>9</w:t>
      </w:r>
      <w:r w:rsidRPr="00C01B8E">
        <w:rPr>
          <w:b/>
          <w:bCs/>
          <w:sz w:val="32"/>
          <w:szCs w:val="32"/>
        </w:rPr>
        <w:t>. Conclusion</w:t>
      </w:r>
    </w:p>
    <w:p w14:paraId="3F990815" w14:textId="77777777" w:rsidR="002A3527" w:rsidRPr="0011139A" w:rsidRDefault="002A3527" w:rsidP="002A3527">
      <w:pPr>
        <w:rPr>
          <w:sz w:val="28"/>
          <w:szCs w:val="28"/>
        </w:rPr>
      </w:pPr>
      <w:r w:rsidRPr="0011139A">
        <w:rPr>
          <w:sz w:val="28"/>
          <w:szCs w:val="28"/>
        </w:rPr>
        <w:t>The "Best Practices of Cyber Security" event was successful in achieving its objectives, providing participants with valuable knowledge and insights into cyber safety practices. The event demonstrated the department's commitment to serving the cyber security needs of society while upholding human values.</w:t>
      </w:r>
    </w:p>
    <w:p w14:paraId="6CD7E584" w14:textId="77777777" w:rsidR="002A3527" w:rsidRDefault="002A3527" w:rsidP="002A3527">
      <w:pPr>
        <w:rPr>
          <w:sz w:val="28"/>
          <w:szCs w:val="28"/>
        </w:rPr>
      </w:pPr>
    </w:p>
    <w:p w14:paraId="1A3DFEA5" w14:textId="77777777" w:rsidR="00795B9D" w:rsidRDefault="00795B9D" w:rsidP="002A3527">
      <w:pPr>
        <w:rPr>
          <w:sz w:val="28"/>
          <w:szCs w:val="28"/>
        </w:rPr>
      </w:pPr>
    </w:p>
    <w:p w14:paraId="68915078" w14:textId="77777777" w:rsidR="00795B9D" w:rsidRDefault="00795B9D" w:rsidP="002A3527">
      <w:pPr>
        <w:rPr>
          <w:sz w:val="28"/>
          <w:szCs w:val="28"/>
        </w:rPr>
      </w:pPr>
    </w:p>
    <w:p w14:paraId="1FBCAF75" w14:textId="77777777" w:rsidR="00795B9D" w:rsidRDefault="00795B9D" w:rsidP="002A3527">
      <w:pPr>
        <w:rPr>
          <w:sz w:val="28"/>
          <w:szCs w:val="28"/>
        </w:rPr>
      </w:pPr>
    </w:p>
    <w:p w14:paraId="3E3F22B7" w14:textId="77777777" w:rsidR="00795B9D" w:rsidRDefault="00795B9D" w:rsidP="002A3527">
      <w:pPr>
        <w:rPr>
          <w:sz w:val="28"/>
          <w:szCs w:val="28"/>
        </w:rPr>
      </w:pPr>
    </w:p>
    <w:p w14:paraId="4AA81408" w14:textId="77777777" w:rsidR="00795B9D" w:rsidRDefault="00795B9D" w:rsidP="002A3527">
      <w:pPr>
        <w:rPr>
          <w:sz w:val="28"/>
          <w:szCs w:val="28"/>
        </w:rPr>
      </w:pPr>
    </w:p>
    <w:p w14:paraId="2811E6AE" w14:textId="77777777" w:rsidR="00795B9D" w:rsidRDefault="00795B9D" w:rsidP="002A3527">
      <w:pPr>
        <w:rPr>
          <w:sz w:val="28"/>
          <w:szCs w:val="28"/>
        </w:rPr>
      </w:pPr>
    </w:p>
    <w:p w14:paraId="00E9F0B3" w14:textId="77777777" w:rsidR="00795B9D" w:rsidRPr="0011139A" w:rsidRDefault="00795B9D" w:rsidP="002A3527">
      <w:pPr>
        <w:rPr>
          <w:sz w:val="28"/>
          <w:szCs w:val="28"/>
        </w:rPr>
      </w:pPr>
    </w:p>
    <w:p w14:paraId="318CFBA1" w14:textId="77777777" w:rsidR="002A3527" w:rsidRDefault="002A3527" w:rsidP="002A3527">
      <w:pPr>
        <w:rPr>
          <w:b/>
          <w:bCs/>
          <w:sz w:val="28"/>
          <w:szCs w:val="28"/>
        </w:rPr>
      </w:pPr>
      <w:r w:rsidRPr="00475E8A">
        <w:rPr>
          <w:b/>
          <w:bCs/>
          <w:sz w:val="28"/>
          <w:szCs w:val="28"/>
        </w:rPr>
        <w:t>Attachments:</w:t>
      </w:r>
    </w:p>
    <w:p w14:paraId="089E20F0" w14:textId="77777777" w:rsidR="002A3527" w:rsidRDefault="002A3527" w:rsidP="002A3527">
      <w:pPr>
        <w:rPr>
          <w:b/>
          <w:bCs/>
          <w:sz w:val="28"/>
          <w:szCs w:val="28"/>
        </w:rPr>
      </w:pPr>
      <w:r>
        <w:rPr>
          <w:b/>
          <w:bCs/>
          <w:noProof/>
          <w:sz w:val="28"/>
          <w:szCs w:val="28"/>
        </w:rPr>
        <w:lastRenderedPageBreak/>
        <w:drawing>
          <wp:inline distT="0" distB="0" distL="0" distR="0" wp14:anchorId="1963B013" wp14:editId="3242D23B">
            <wp:extent cx="3711787" cy="2087880"/>
            <wp:effectExtent l="0" t="0" r="3175" b="7620"/>
            <wp:docPr id="18162419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4193" name="Picture 181624193"/>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3719170" cy="2092033"/>
                    </a:xfrm>
                    <a:prstGeom prst="rect">
                      <a:avLst/>
                    </a:prstGeom>
                  </pic:spPr>
                </pic:pic>
              </a:graphicData>
            </a:graphic>
          </wp:inline>
        </w:drawing>
      </w:r>
      <w:r>
        <w:rPr>
          <w:b/>
          <w:bCs/>
          <w:noProof/>
          <w:sz w:val="28"/>
          <w:szCs w:val="28"/>
        </w:rPr>
        <w:drawing>
          <wp:inline distT="0" distB="0" distL="0" distR="0" wp14:anchorId="1A369EF3" wp14:editId="51BF483B">
            <wp:extent cx="3712464" cy="2084832"/>
            <wp:effectExtent l="0" t="0" r="2540" b="0"/>
            <wp:docPr id="20773777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377735" name="Picture 2077377735"/>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712464" cy="2084832"/>
                    </a:xfrm>
                    <a:prstGeom prst="rect">
                      <a:avLst/>
                    </a:prstGeom>
                  </pic:spPr>
                </pic:pic>
              </a:graphicData>
            </a:graphic>
          </wp:inline>
        </w:drawing>
      </w:r>
    </w:p>
    <w:p w14:paraId="35625BAC" w14:textId="77777777" w:rsidR="002A3527" w:rsidRPr="00475E8A" w:rsidRDefault="002A3527" w:rsidP="002A3527">
      <w:pPr>
        <w:rPr>
          <w:b/>
          <w:bCs/>
          <w:sz w:val="28"/>
          <w:szCs w:val="28"/>
        </w:rPr>
      </w:pPr>
      <w:r>
        <w:rPr>
          <w:b/>
          <w:bCs/>
          <w:noProof/>
          <w:sz w:val="28"/>
          <w:szCs w:val="28"/>
        </w:rPr>
        <w:drawing>
          <wp:inline distT="0" distB="0" distL="0" distR="0" wp14:anchorId="14694027" wp14:editId="636917B4">
            <wp:extent cx="3712464" cy="2084832"/>
            <wp:effectExtent l="0" t="0" r="2540" b="0"/>
            <wp:docPr id="4486123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612311" name="Picture 44861231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3712464" cy="2084832"/>
                    </a:xfrm>
                    <a:prstGeom prst="rect">
                      <a:avLst/>
                    </a:prstGeom>
                  </pic:spPr>
                </pic:pic>
              </a:graphicData>
            </a:graphic>
          </wp:inline>
        </w:drawing>
      </w:r>
    </w:p>
    <w:p w14:paraId="78FAAC72" w14:textId="77777777" w:rsidR="002A3527" w:rsidRDefault="002A3527" w:rsidP="009A5AA2">
      <w:pPr>
        <w:rPr>
          <w:b/>
          <w:bCs/>
          <w:sz w:val="28"/>
          <w:szCs w:val="28"/>
          <w:lang w:val="en-US"/>
        </w:rPr>
      </w:pPr>
    </w:p>
    <w:p w14:paraId="66DF38E5" w14:textId="77777777" w:rsidR="009B22EA" w:rsidRPr="009A5AA2" w:rsidRDefault="009B22EA" w:rsidP="009A5AA2">
      <w:pPr>
        <w:rPr>
          <w:b/>
          <w:bCs/>
          <w:sz w:val="28"/>
          <w:szCs w:val="28"/>
          <w:lang w:val="en-US"/>
        </w:rPr>
      </w:pPr>
    </w:p>
    <w:sectPr w:rsidR="009B22EA" w:rsidRPr="009A5AA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223D851" w14:textId="77777777" w:rsidR="00B7371D" w:rsidRDefault="00B7371D" w:rsidP="00256611">
      <w:pPr>
        <w:spacing w:after="0" w:line="240" w:lineRule="auto"/>
      </w:pPr>
      <w:r>
        <w:separator/>
      </w:r>
    </w:p>
  </w:endnote>
  <w:endnote w:type="continuationSeparator" w:id="0">
    <w:p w14:paraId="215ED107" w14:textId="77777777" w:rsidR="00B7371D" w:rsidRDefault="00B7371D" w:rsidP="002566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ourier">
    <w:panose1 w:val="020704090202050204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ptos Narrow">
    <w:charset w:val="00"/>
    <w:family w:val="swiss"/>
    <w:pitch w:val="variable"/>
    <w:sig w:usb0="20000287" w:usb1="00000003" w:usb2="00000000" w:usb3="00000000" w:csb0="0000019F" w:csb1="00000000"/>
  </w:font>
  <w:font w:name="Roboto">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9C93E9A" w14:textId="77777777" w:rsidR="00B7371D" w:rsidRDefault="00B7371D" w:rsidP="00256611">
      <w:pPr>
        <w:spacing w:after="0" w:line="240" w:lineRule="auto"/>
      </w:pPr>
      <w:r>
        <w:separator/>
      </w:r>
    </w:p>
  </w:footnote>
  <w:footnote w:type="continuationSeparator" w:id="0">
    <w:p w14:paraId="5E816AF6" w14:textId="77777777" w:rsidR="00B7371D" w:rsidRDefault="00B7371D" w:rsidP="0025661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B21EA9C8"/>
    <w:multiLevelType w:val="singleLevel"/>
    <w:tmpl w:val="B21EA9C8"/>
    <w:lvl w:ilvl="0">
      <w:start w:val="1"/>
      <w:numFmt w:val="decimal"/>
      <w:lvlText w:val="%1."/>
      <w:lvlJc w:val="left"/>
      <w:pPr>
        <w:tabs>
          <w:tab w:val="left" w:pos="425"/>
        </w:tabs>
        <w:ind w:left="425" w:hanging="425"/>
      </w:pPr>
      <w:rPr>
        <w:rFonts w:hint="default"/>
      </w:rPr>
    </w:lvl>
  </w:abstractNum>
  <w:abstractNum w:abstractNumId="1"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2"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3"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4"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5"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6"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7" w15:restartNumberingAfterBreak="0">
    <w:nsid w:val="00E21DD1"/>
    <w:multiLevelType w:val="singleLevel"/>
    <w:tmpl w:val="00E21DD1"/>
    <w:lvl w:ilvl="0">
      <w:start w:val="1"/>
      <w:numFmt w:val="decimal"/>
      <w:lvlText w:val="%1."/>
      <w:lvlJc w:val="left"/>
      <w:pPr>
        <w:ind w:left="360" w:hanging="360"/>
      </w:pPr>
      <w:rPr>
        <w:rFonts w:hint="default"/>
      </w:rPr>
    </w:lvl>
  </w:abstractNum>
  <w:abstractNum w:abstractNumId="8" w15:restartNumberingAfterBreak="0">
    <w:nsid w:val="04C11D87"/>
    <w:multiLevelType w:val="hybridMultilevel"/>
    <w:tmpl w:val="FAAADBB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0D354F0B"/>
    <w:multiLevelType w:val="hybridMultilevel"/>
    <w:tmpl w:val="C63EDC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D9D7711"/>
    <w:multiLevelType w:val="hybridMultilevel"/>
    <w:tmpl w:val="86C6FEC2"/>
    <w:lvl w:ilvl="0" w:tplc="D448561A">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1175D2F"/>
    <w:multiLevelType w:val="multilevel"/>
    <w:tmpl w:val="11175D2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127123EC"/>
    <w:multiLevelType w:val="multilevel"/>
    <w:tmpl w:val="A3464E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39F6229"/>
    <w:multiLevelType w:val="hybridMultilevel"/>
    <w:tmpl w:val="549A0AE8"/>
    <w:lvl w:ilvl="0" w:tplc="FA9E2218">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4" w15:restartNumberingAfterBreak="0">
    <w:nsid w:val="17281409"/>
    <w:multiLevelType w:val="multilevel"/>
    <w:tmpl w:val="B4EA13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17CB70B3"/>
    <w:multiLevelType w:val="multilevel"/>
    <w:tmpl w:val="9166A1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B4D15B5"/>
    <w:multiLevelType w:val="multilevel"/>
    <w:tmpl w:val="C8888A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CA939D3"/>
    <w:multiLevelType w:val="hybridMultilevel"/>
    <w:tmpl w:val="07605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3E256A1"/>
    <w:multiLevelType w:val="hybridMultilevel"/>
    <w:tmpl w:val="8B4EDB30"/>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9" w15:restartNumberingAfterBreak="0">
    <w:nsid w:val="240D3F05"/>
    <w:multiLevelType w:val="hybridMultilevel"/>
    <w:tmpl w:val="6D7A83CA"/>
    <w:lvl w:ilvl="0" w:tplc="6FB62C94">
      <w:start w:val="1"/>
      <w:numFmt w:val="decimal"/>
      <w:lvlText w:val="%1."/>
      <w:lvlJc w:val="left"/>
      <w:pPr>
        <w:ind w:left="750" w:hanging="3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5C2487C"/>
    <w:multiLevelType w:val="multilevel"/>
    <w:tmpl w:val="5B380682"/>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64E4891"/>
    <w:multiLevelType w:val="hybridMultilevel"/>
    <w:tmpl w:val="0CE649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78D0FEF"/>
    <w:multiLevelType w:val="multilevel"/>
    <w:tmpl w:val="278D0FEF"/>
    <w:lvl w:ilvl="0">
      <w:start w:val="1"/>
      <w:numFmt w:val="decimal"/>
      <w:lvlText w:val="%1."/>
      <w:lvlJc w:val="left"/>
      <w:pPr>
        <w:ind w:left="820" w:hanging="360"/>
      </w:pPr>
      <w:rPr>
        <w:rFonts w:hint="default"/>
      </w:rPr>
    </w:lvl>
    <w:lvl w:ilvl="1">
      <w:start w:val="1"/>
      <w:numFmt w:val="lowerLetter"/>
      <w:lvlText w:val="%2."/>
      <w:lvlJc w:val="left"/>
      <w:pPr>
        <w:ind w:left="1540" w:hanging="360"/>
      </w:pPr>
    </w:lvl>
    <w:lvl w:ilvl="2">
      <w:start w:val="1"/>
      <w:numFmt w:val="lowerRoman"/>
      <w:lvlText w:val="%3."/>
      <w:lvlJc w:val="right"/>
      <w:pPr>
        <w:ind w:left="2260" w:hanging="180"/>
      </w:pPr>
    </w:lvl>
    <w:lvl w:ilvl="3">
      <w:start w:val="1"/>
      <w:numFmt w:val="decimal"/>
      <w:lvlText w:val="%4."/>
      <w:lvlJc w:val="left"/>
      <w:pPr>
        <w:ind w:left="2980" w:hanging="360"/>
      </w:pPr>
    </w:lvl>
    <w:lvl w:ilvl="4">
      <w:start w:val="1"/>
      <w:numFmt w:val="lowerLetter"/>
      <w:lvlText w:val="%5."/>
      <w:lvlJc w:val="left"/>
      <w:pPr>
        <w:ind w:left="3700" w:hanging="360"/>
      </w:pPr>
    </w:lvl>
    <w:lvl w:ilvl="5">
      <w:start w:val="1"/>
      <w:numFmt w:val="lowerRoman"/>
      <w:lvlText w:val="%6."/>
      <w:lvlJc w:val="right"/>
      <w:pPr>
        <w:ind w:left="4420" w:hanging="180"/>
      </w:pPr>
    </w:lvl>
    <w:lvl w:ilvl="6">
      <w:start w:val="1"/>
      <w:numFmt w:val="decimal"/>
      <w:lvlText w:val="%7."/>
      <w:lvlJc w:val="left"/>
      <w:pPr>
        <w:ind w:left="5140" w:hanging="360"/>
      </w:pPr>
    </w:lvl>
    <w:lvl w:ilvl="7">
      <w:start w:val="1"/>
      <w:numFmt w:val="lowerLetter"/>
      <w:lvlText w:val="%8."/>
      <w:lvlJc w:val="left"/>
      <w:pPr>
        <w:ind w:left="5860" w:hanging="360"/>
      </w:pPr>
    </w:lvl>
    <w:lvl w:ilvl="8">
      <w:start w:val="1"/>
      <w:numFmt w:val="lowerRoman"/>
      <w:lvlText w:val="%9."/>
      <w:lvlJc w:val="right"/>
      <w:pPr>
        <w:ind w:left="6580" w:hanging="180"/>
      </w:pPr>
    </w:lvl>
  </w:abstractNum>
  <w:abstractNum w:abstractNumId="23" w15:restartNumberingAfterBreak="0">
    <w:nsid w:val="2D4623CC"/>
    <w:multiLevelType w:val="multilevel"/>
    <w:tmpl w:val="0E0AD5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0C065AE"/>
    <w:multiLevelType w:val="multilevel"/>
    <w:tmpl w:val="2FECD6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3631CDE"/>
    <w:multiLevelType w:val="multilevel"/>
    <w:tmpl w:val="3F4CC3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3593119D"/>
    <w:multiLevelType w:val="hybridMultilevel"/>
    <w:tmpl w:val="CD48FCE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7631679"/>
    <w:multiLevelType w:val="hybridMultilevel"/>
    <w:tmpl w:val="B358EA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8776A05"/>
    <w:multiLevelType w:val="multilevel"/>
    <w:tmpl w:val="0C1C0E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3A516ED1"/>
    <w:multiLevelType w:val="hybridMultilevel"/>
    <w:tmpl w:val="3BD82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AE63F0B"/>
    <w:multiLevelType w:val="multilevel"/>
    <w:tmpl w:val="A43C3B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3B712581"/>
    <w:multiLevelType w:val="hybridMultilevel"/>
    <w:tmpl w:val="050C1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BBB36E2"/>
    <w:multiLevelType w:val="hybridMultilevel"/>
    <w:tmpl w:val="35EAAE04"/>
    <w:lvl w:ilvl="0" w:tplc="786EA9E8">
      <w:start w:val="4"/>
      <w:numFmt w:val="decimal"/>
      <w:lvlText w:val="%1."/>
      <w:lvlJc w:val="left"/>
      <w:pPr>
        <w:ind w:left="720" w:hanging="360"/>
      </w:pPr>
      <w:rPr>
        <w:rFonts w:hint="default"/>
        <w:b/>
        <w:bCs w:val="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407809F5"/>
    <w:multiLevelType w:val="hybridMultilevel"/>
    <w:tmpl w:val="55E00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31823B2"/>
    <w:multiLevelType w:val="multilevel"/>
    <w:tmpl w:val="1B5027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455336CA"/>
    <w:multiLevelType w:val="hybridMultilevel"/>
    <w:tmpl w:val="767E31B4"/>
    <w:lvl w:ilvl="0" w:tplc="F5DA6718">
      <w:start w:val="13"/>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6" w15:restartNumberingAfterBreak="0">
    <w:nsid w:val="465A33CA"/>
    <w:multiLevelType w:val="multilevel"/>
    <w:tmpl w:val="1DBE4D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6F201C2"/>
    <w:multiLevelType w:val="multilevel"/>
    <w:tmpl w:val="46F201C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49587581"/>
    <w:multiLevelType w:val="multilevel"/>
    <w:tmpl w:val="4B06B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D660755"/>
    <w:multiLevelType w:val="multilevel"/>
    <w:tmpl w:val="F6328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2152590"/>
    <w:multiLevelType w:val="multilevel"/>
    <w:tmpl w:val="5215259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53AB18F3"/>
    <w:multiLevelType w:val="hybridMultilevel"/>
    <w:tmpl w:val="B4688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3BC1568"/>
    <w:multiLevelType w:val="hybridMultilevel"/>
    <w:tmpl w:val="C0760D8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56E42DBD"/>
    <w:multiLevelType w:val="hybridMultilevel"/>
    <w:tmpl w:val="B4E09B7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570F3141"/>
    <w:multiLevelType w:val="multilevel"/>
    <w:tmpl w:val="570F314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57897A7A"/>
    <w:multiLevelType w:val="multilevel"/>
    <w:tmpl w:val="CED66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87B2C1C"/>
    <w:multiLevelType w:val="hybridMultilevel"/>
    <w:tmpl w:val="C866A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8905E41"/>
    <w:multiLevelType w:val="multilevel"/>
    <w:tmpl w:val="6CE06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9C6512E"/>
    <w:multiLevelType w:val="multilevel"/>
    <w:tmpl w:val="129E9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5D87562D"/>
    <w:multiLevelType w:val="hybridMultilevel"/>
    <w:tmpl w:val="6EFADF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5EAC2566"/>
    <w:multiLevelType w:val="multilevel"/>
    <w:tmpl w:val="5EAC256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1" w15:restartNumberingAfterBreak="0">
    <w:nsid w:val="5ED6792E"/>
    <w:multiLevelType w:val="multilevel"/>
    <w:tmpl w:val="52F4D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60F720FE"/>
    <w:multiLevelType w:val="multilevel"/>
    <w:tmpl w:val="C0F288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61124870"/>
    <w:multiLevelType w:val="multilevel"/>
    <w:tmpl w:val="7E88B2B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4" w15:restartNumberingAfterBreak="0">
    <w:nsid w:val="62BF76BD"/>
    <w:multiLevelType w:val="multilevel"/>
    <w:tmpl w:val="2398E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4403BA7"/>
    <w:multiLevelType w:val="hybridMultilevel"/>
    <w:tmpl w:val="6638E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5373481"/>
    <w:multiLevelType w:val="multilevel"/>
    <w:tmpl w:val="D8A4A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7BE2B3A"/>
    <w:multiLevelType w:val="hybridMultilevel"/>
    <w:tmpl w:val="257C819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 w15:restartNumberingAfterBreak="0">
    <w:nsid w:val="69147547"/>
    <w:multiLevelType w:val="hybridMultilevel"/>
    <w:tmpl w:val="F57AD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9897DCC"/>
    <w:multiLevelType w:val="hybridMultilevel"/>
    <w:tmpl w:val="C2BAE21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DF1179B"/>
    <w:multiLevelType w:val="hybridMultilevel"/>
    <w:tmpl w:val="91E81F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 w15:restartNumberingAfterBreak="0">
    <w:nsid w:val="6E421830"/>
    <w:multiLevelType w:val="multilevel"/>
    <w:tmpl w:val="549446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6F5A3274"/>
    <w:multiLevelType w:val="multilevel"/>
    <w:tmpl w:val="ADFAD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F7B1E89"/>
    <w:multiLevelType w:val="multilevel"/>
    <w:tmpl w:val="6B02A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0CD276A"/>
    <w:multiLevelType w:val="hybridMultilevel"/>
    <w:tmpl w:val="961672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7190783E"/>
    <w:multiLevelType w:val="hybridMultilevel"/>
    <w:tmpl w:val="4A923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19A74FC"/>
    <w:multiLevelType w:val="multilevel"/>
    <w:tmpl w:val="6F7C48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72F6094D"/>
    <w:multiLevelType w:val="multilevel"/>
    <w:tmpl w:val="E1A4F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5CB3B0D"/>
    <w:multiLevelType w:val="multilevel"/>
    <w:tmpl w:val="375AE4E4"/>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67C4AB7"/>
    <w:multiLevelType w:val="multilevel"/>
    <w:tmpl w:val="4A2278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780D4E61"/>
    <w:multiLevelType w:val="multilevel"/>
    <w:tmpl w:val="618253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79EF1772"/>
    <w:multiLevelType w:val="multilevel"/>
    <w:tmpl w:val="5C00C12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2" w15:restartNumberingAfterBreak="0">
    <w:nsid w:val="7D7E2878"/>
    <w:multiLevelType w:val="hybridMultilevel"/>
    <w:tmpl w:val="BCCEBDF6"/>
    <w:lvl w:ilvl="0" w:tplc="45D8BA82">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73" w15:restartNumberingAfterBreak="0">
    <w:nsid w:val="7FC86EE0"/>
    <w:multiLevelType w:val="multilevel"/>
    <w:tmpl w:val="B184BA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666908651">
    <w:abstractNumId w:val="59"/>
  </w:num>
  <w:num w:numId="2" w16cid:durableId="1691759975">
    <w:abstractNumId w:val="13"/>
  </w:num>
  <w:num w:numId="3" w16cid:durableId="225579605">
    <w:abstractNumId w:val="7"/>
  </w:num>
  <w:num w:numId="4" w16cid:durableId="440956034">
    <w:abstractNumId w:val="0"/>
  </w:num>
  <w:num w:numId="5" w16cid:durableId="1582983118">
    <w:abstractNumId w:val="71"/>
  </w:num>
  <w:num w:numId="6" w16cid:durableId="1351644756">
    <w:abstractNumId w:val="73"/>
  </w:num>
  <w:num w:numId="7" w16cid:durableId="735667745">
    <w:abstractNumId w:val="63"/>
  </w:num>
  <w:num w:numId="8" w16cid:durableId="2009943579">
    <w:abstractNumId w:val="38"/>
  </w:num>
  <w:num w:numId="9" w16cid:durableId="241766264">
    <w:abstractNumId w:val="51"/>
  </w:num>
  <w:num w:numId="10" w16cid:durableId="439298078">
    <w:abstractNumId w:val="12"/>
  </w:num>
  <w:num w:numId="11" w16cid:durableId="43649909">
    <w:abstractNumId w:val="64"/>
  </w:num>
  <w:num w:numId="12" w16cid:durableId="1042251354">
    <w:abstractNumId w:val="27"/>
  </w:num>
  <w:num w:numId="13" w16cid:durableId="1439176739">
    <w:abstractNumId w:val="21"/>
  </w:num>
  <w:num w:numId="14" w16cid:durableId="160387547">
    <w:abstractNumId w:val="26"/>
  </w:num>
  <w:num w:numId="15" w16cid:durableId="1284263226">
    <w:abstractNumId w:val="9"/>
  </w:num>
  <w:num w:numId="16" w16cid:durableId="1357661834">
    <w:abstractNumId w:val="42"/>
  </w:num>
  <w:num w:numId="17" w16cid:durableId="1414085663">
    <w:abstractNumId w:val="43"/>
  </w:num>
  <w:num w:numId="18" w16cid:durableId="810631983">
    <w:abstractNumId w:val="19"/>
  </w:num>
  <w:num w:numId="19" w16cid:durableId="2048598576">
    <w:abstractNumId w:val="60"/>
  </w:num>
  <w:num w:numId="20" w16cid:durableId="326641985">
    <w:abstractNumId w:val="53"/>
  </w:num>
  <w:num w:numId="21" w16cid:durableId="1980768375">
    <w:abstractNumId w:val="30"/>
  </w:num>
  <w:num w:numId="22" w16cid:durableId="1620452366">
    <w:abstractNumId w:val="6"/>
  </w:num>
  <w:num w:numId="23" w16cid:durableId="1281108780">
    <w:abstractNumId w:val="4"/>
  </w:num>
  <w:num w:numId="24" w16cid:durableId="815874315">
    <w:abstractNumId w:val="3"/>
  </w:num>
  <w:num w:numId="25" w16cid:durableId="326175707">
    <w:abstractNumId w:val="5"/>
  </w:num>
  <w:num w:numId="26" w16cid:durableId="222913538">
    <w:abstractNumId w:val="2"/>
  </w:num>
  <w:num w:numId="27" w16cid:durableId="2015721279">
    <w:abstractNumId w:val="1"/>
  </w:num>
  <w:num w:numId="28" w16cid:durableId="1875190100">
    <w:abstractNumId w:val="11"/>
  </w:num>
  <w:num w:numId="29" w16cid:durableId="1658652870">
    <w:abstractNumId w:val="40"/>
  </w:num>
  <w:num w:numId="30" w16cid:durableId="1394548350">
    <w:abstractNumId w:val="50"/>
  </w:num>
  <w:num w:numId="31" w16cid:durableId="501824328">
    <w:abstractNumId w:val="22"/>
  </w:num>
  <w:num w:numId="32" w16cid:durableId="1530297788">
    <w:abstractNumId w:val="32"/>
  </w:num>
  <w:num w:numId="33" w16cid:durableId="798765006">
    <w:abstractNumId w:val="33"/>
  </w:num>
  <w:num w:numId="34" w16cid:durableId="2014215048">
    <w:abstractNumId w:val="41"/>
  </w:num>
  <w:num w:numId="35" w16cid:durableId="1000886099">
    <w:abstractNumId w:val="58"/>
  </w:num>
  <w:num w:numId="36" w16cid:durableId="720179698">
    <w:abstractNumId w:val="17"/>
  </w:num>
  <w:num w:numId="37" w16cid:durableId="2013682134">
    <w:abstractNumId w:val="31"/>
  </w:num>
  <w:num w:numId="38" w16cid:durableId="383024805">
    <w:abstractNumId w:val="55"/>
  </w:num>
  <w:num w:numId="39" w16cid:durableId="1975061800">
    <w:abstractNumId w:val="46"/>
  </w:num>
  <w:num w:numId="40" w16cid:durableId="540677876">
    <w:abstractNumId w:val="29"/>
  </w:num>
  <w:num w:numId="41" w16cid:durableId="618074916">
    <w:abstractNumId w:val="65"/>
  </w:num>
  <w:num w:numId="42" w16cid:durableId="1980066308">
    <w:abstractNumId w:val="10"/>
  </w:num>
  <w:num w:numId="43" w16cid:durableId="2043703309">
    <w:abstractNumId w:val="57"/>
  </w:num>
  <w:num w:numId="44" w16cid:durableId="1221864619">
    <w:abstractNumId w:val="49"/>
  </w:num>
  <w:num w:numId="45" w16cid:durableId="385688185">
    <w:abstractNumId w:val="18"/>
  </w:num>
  <w:num w:numId="46" w16cid:durableId="1343823757">
    <w:abstractNumId w:val="72"/>
  </w:num>
  <w:num w:numId="47" w16cid:durableId="174003707">
    <w:abstractNumId w:val="35"/>
  </w:num>
  <w:num w:numId="48" w16cid:durableId="1485126811">
    <w:abstractNumId w:val="23"/>
  </w:num>
  <w:num w:numId="49" w16cid:durableId="199245640">
    <w:abstractNumId w:val="45"/>
  </w:num>
  <w:num w:numId="50" w16cid:durableId="638531596">
    <w:abstractNumId w:val="61"/>
  </w:num>
  <w:num w:numId="51" w16cid:durableId="936669780">
    <w:abstractNumId w:val="62"/>
  </w:num>
  <w:num w:numId="52" w16cid:durableId="1241523470">
    <w:abstractNumId w:val="48"/>
  </w:num>
  <w:num w:numId="53" w16cid:durableId="1315573388">
    <w:abstractNumId w:val="36"/>
  </w:num>
  <w:num w:numId="54" w16cid:durableId="77992786">
    <w:abstractNumId w:val="39"/>
  </w:num>
  <w:num w:numId="55" w16cid:durableId="1629241113">
    <w:abstractNumId w:val="56"/>
  </w:num>
  <w:num w:numId="56" w16cid:durableId="278337235">
    <w:abstractNumId w:val="47"/>
  </w:num>
  <w:num w:numId="57" w16cid:durableId="2018648689">
    <w:abstractNumId w:val="54"/>
  </w:num>
  <w:num w:numId="58" w16cid:durableId="954290681">
    <w:abstractNumId w:val="67"/>
  </w:num>
  <w:num w:numId="59" w16cid:durableId="1728646051">
    <w:abstractNumId w:val="68"/>
  </w:num>
  <w:num w:numId="60" w16cid:durableId="757481429">
    <w:abstractNumId w:val="24"/>
  </w:num>
  <w:num w:numId="61" w16cid:durableId="2028023515">
    <w:abstractNumId w:val="34"/>
  </w:num>
  <w:num w:numId="62" w16cid:durableId="2080324629">
    <w:abstractNumId w:val="14"/>
  </w:num>
  <w:num w:numId="63" w16cid:durableId="1228688851">
    <w:abstractNumId w:val="25"/>
  </w:num>
  <w:num w:numId="64" w16cid:durableId="1048190426">
    <w:abstractNumId w:val="15"/>
  </w:num>
  <w:num w:numId="65" w16cid:durableId="741368493">
    <w:abstractNumId w:val="66"/>
  </w:num>
  <w:num w:numId="66" w16cid:durableId="537817986">
    <w:abstractNumId w:val="69"/>
  </w:num>
  <w:num w:numId="67" w16cid:durableId="204879941">
    <w:abstractNumId w:val="52"/>
  </w:num>
  <w:num w:numId="68" w16cid:durableId="785193991">
    <w:abstractNumId w:val="70"/>
  </w:num>
  <w:num w:numId="69" w16cid:durableId="824322590">
    <w:abstractNumId w:val="16"/>
  </w:num>
  <w:num w:numId="70" w16cid:durableId="259870960">
    <w:abstractNumId w:val="28"/>
  </w:num>
  <w:num w:numId="71" w16cid:durableId="893003827">
    <w:abstractNumId w:val="37"/>
  </w:num>
  <w:num w:numId="72" w16cid:durableId="627666012">
    <w:abstractNumId w:val="44"/>
  </w:num>
  <w:num w:numId="73" w16cid:durableId="687830026">
    <w:abstractNumId w:val="8"/>
  </w:num>
  <w:num w:numId="74" w16cid:durableId="2046783192">
    <w:abstractNumId w:val="20"/>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2D56"/>
    <w:rsid w:val="00042DB8"/>
    <w:rsid w:val="00054E86"/>
    <w:rsid w:val="00067658"/>
    <w:rsid w:val="0007205C"/>
    <w:rsid w:val="00082801"/>
    <w:rsid w:val="00082E13"/>
    <w:rsid w:val="00116768"/>
    <w:rsid w:val="001221F2"/>
    <w:rsid w:val="00125779"/>
    <w:rsid w:val="00142120"/>
    <w:rsid w:val="00153486"/>
    <w:rsid w:val="00185A1C"/>
    <w:rsid w:val="001A1005"/>
    <w:rsid w:val="001D435D"/>
    <w:rsid w:val="001F1B48"/>
    <w:rsid w:val="001F47AF"/>
    <w:rsid w:val="001F523F"/>
    <w:rsid w:val="00216143"/>
    <w:rsid w:val="002174CE"/>
    <w:rsid w:val="00226B14"/>
    <w:rsid w:val="00227452"/>
    <w:rsid w:val="00256611"/>
    <w:rsid w:val="002A3527"/>
    <w:rsid w:val="002A677A"/>
    <w:rsid w:val="002C65D0"/>
    <w:rsid w:val="00335CF1"/>
    <w:rsid w:val="0037340E"/>
    <w:rsid w:val="003905E5"/>
    <w:rsid w:val="00393171"/>
    <w:rsid w:val="00397A6E"/>
    <w:rsid w:val="003A538D"/>
    <w:rsid w:val="003C3433"/>
    <w:rsid w:val="00413746"/>
    <w:rsid w:val="004263D1"/>
    <w:rsid w:val="004265C1"/>
    <w:rsid w:val="004936D8"/>
    <w:rsid w:val="00497972"/>
    <w:rsid w:val="004D028D"/>
    <w:rsid w:val="00552D56"/>
    <w:rsid w:val="005745E4"/>
    <w:rsid w:val="005A2FA1"/>
    <w:rsid w:val="006118F8"/>
    <w:rsid w:val="00622606"/>
    <w:rsid w:val="006503B0"/>
    <w:rsid w:val="006A11CA"/>
    <w:rsid w:val="0070021B"/>
    <w:rsid w:val="00714AEF"/>
    <w:rsid w:val="0073473C"/>
    <w:rsid w:val="00740206"/>
    <w:rsid w:val="007619C2"/>
    <w:rsid w:val="00767F3F"/>
    <w:rsid w:val="007926BA"/>
    <w:rsid w:val="00795B9D"/>
    <w:rsid w:val="007C02F4"/>
    <w:rsid w:val="008009CF"/>
    <w:rsid w:val="00894FE2"/>
    <w:rsid w:val="008B5BE0"/>
    <w:rsid w:val="008C2897"/>
    <w:rsid w:val="008D1491"/>
    <w:rsid w:val="008D62E9"/>
    <w:rsid w:val="008F63A5"/>
    <w:rsid w:val="00940658"/>
    <w:rsid w:val="00940E13"/>
    <w:rsid w:val="00947A0D"/>
    <w:rsid w:val="00967877"/>
    <w:rsid w:val="009823A7"/>
    <w:rsid w:val="009A5AA2"/>
    <w:rsid w:val="009B22EA"/>
    <w:rsid w:val="009C0861"/>
    <w:rsid w:val="009D2884"/>
    <w:rsid w:val="009D4373"/>
    <w:rsid w:val="00A04CB2"/>
    <w:rsid w:val="00A471ED"/>
    <w:rsid w:val="00A673B0"/>
    <w:rsid w:val="00A859EB"/>
    <w:rsid w:val="00A911E1"/>
    <w:rsid w:val="00A9698A"/>
    <w:rsid w:val="00AF3E8A"/>
    <w:rsid w:val="00B35218"/>
    <w:rsid w:val="00B66D30"/>
    <w:rsid w:val="00B7371D"/>
    <w:rsid w:val="00BA79B0"/>
    <w:rsid w:val="00CB4667"/>
    <w:rsid w:val="00CB7FAE"/>
    <w:rsid w:val="00CE0713"/>
    <w:rsid w:val="00D12216"/>
    <w:rsid w:val="00D67910"/>
    <w:rsid w:val="00D707B3"/>
    <w:rsid w:val="00D74E4D"/>
    <w:rsid w:val="00D76819"/>
    <w:rsid w:val="00DA02CE"/>
    <w:rsid w:val="00DE60F7"/>
    <w:rsid w:val="00DF5513"/>
    <w:rsid w:val="00E17996"/>
    <w:rsid w:val="00E915DA"/>
    <w:rsid w:val="00E940D8"/>
    <w:rsid w:val="00EB0748"/>
    <w:rsid w:val="00EB555D"/>
    <w:rsid w:val="00EE6EF3"/>
    <w:rsid w:val="00EF2175"/>
    <w:rsid w:val="00F02EB1"/>
    <w:rsid w:val="00F26C1E"/>
    <w:rsid w:val="00F67D22"/>
    <w:rsid w:val="00F8738B"/>
    <w:rsid w:val="00F90DC0"/>
    <w:rsid w:val="00F9103A"/>
    <w:rsid w:val="00FB5FDD"/>
    <w:rsid w:val="00FC0522"/>
    <w:rsid w:val="00FC3740"/>
    <w:rsid w:val="00FF2EE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EBE50F"/>
  <w15:chartTrackingRefBased/>
  <w15:docId w15:val="{C32D14B4-C80D-4C27-82C5-30762AC8DE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1B48"/>
  </w:style>
  <w:style w:type="paragraph" w:styleId="Heading1">
    <w:name w:val="heading 1"/>
    <w:basedOn w:val="Normal"/>
    <w:next w:val="Normal"/>
    <w:link w:val="Heading1Char"/>
    <w:uiPriority w:val="9"/>
    <w:qFormat/>
    <w:rsid w:val="00552D5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552D5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552D5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552D5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552D5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552D5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552D5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552D5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552D5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52D5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552D5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552D5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52D5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52D5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52D5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52D5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52D5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52D56"/>
    <w:rPr>
      <w:rFonts w:eastAsiaTheme="majorEastAsia" w:cstheme="majorBidi"/>
      <w:color w:val="272727" w:themeColor="text1" w:themeTint="D8"/>
    </w:rPr>
  </w:style>
  <w:style w:type="paragraph" w:styleId="Title">
    <w:name w:val="Title"/>
    <w:basedOn w:val="Normal"/>
    <w:next w:val="Normal"/>
    <w:link w:val="TitleChar"/>
    <w:uiPriority w:val="10"/>
    <w:qFormat/>
    <w:rsid w:val="00552D5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52D5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52D5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52D5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52D56"/>
    <w:pPr>
      <w:spacing w:before="160"/>
      <w:jc w:val="center"/>
    </w:pPr>
    <w:rPr>
      <w:i/>
      <w:iCs/>
      <w:color w:val="404040" w:themeColor="text1" w:themeTint="BF"/>
    </w:rPr>
  </w:style>
  <w:style w:type="character" w:customStyle="1" w:styleId="QuoteChar">
    <w:name w:val="Quote Char"/>
    <w:basedOn w:val="DefaultParagraphFont"/>
    <w:link w:val="Quote"/>
    <w:uiPriority w:val="29"/>
    <w:rsid w:val="00552D56"/>
    <w:rPr>
      <w:i/>
      <w:iCs/>
      <w:color w:val="404040" w:themeColor="text1" w:themeTint="BF"/>
    </w:rPr>
  </w:style>
  <w:style w:type="paragraph" w:styleId="ListParagraph">
    <w:name w:val="List Paragraph"/>
    <w:basedOn w:val="Normal"/>
    <w:uiPriority w:val="99"/>
    <w:qFormat/>
    <w:rsid w:val="00552D56"/>
    <w:pPr>
      <w:ind w:left="720"/>
      <w:contextualSpacing/>
    </w:pPr>
  </w:style>
  <w:style w:type="character" w:styleId="IntenseEmphasis">
    <w:name w:val="Intense Emphasis"/>
    <w:basedOn w:val="DefaultParagraphFont"/>
    <w:uiPriority w:val="21"/>
    <w:qFormat/>
    <w:rsid w:val="00552D56"/>
    <w:rPr>
      <w:i/>
      <w:iCs/>
      <w:color w:val="0F4761" w:themeColor="accent1" w:themeShade="BF"/>
    </w:rPr>
  </w:style>
  <w:style w:type="paragraph" w:styleId="IntenseQuote">
    <w:name w:val="Intense Quote"/>
    <w:basedOn w:val="Normal"/>
    <w:next w:val="Normal"/>
    <w:link w:val="IntenseQuoteChar"/>
    <w:uiPriority w:val="30"/>
    <w:qFormat/>
    <w:rsid w:val="00552D5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52D56"/>
    <w:rPr>
      <w:i/>
      <w:iCs/>
      <w:color w:val="0F4761" w:themeColor="accent1" w:themeShade="BF"/>
    </w:rPr>
  </w:style>
  <w:style w:type="character" w:styleId="IntenseReference">
    <w:name w:val="Intense Reference"/>
    <w:basedOn w:val="DefaultParagraphFont"/>
    <w:uiPriority w:val="32"/>
    <w:qFormat/>
    <w:rsid w:val="00552D56"/>
    <w:rPr>
      <w:b/>
      <w:bCs/>
      <w:smallCaps/>
      <w:color w:val="0F4761" w:themeColor="accent1" w:themeShade="BF"/>
      <w:spacing w:val="5"/>
    </w:rPr>
  </w:style>
  <w:style w:type="table" w:styleId="TableGrid">
    <w:name w:val="Table Grid"/>
    <w:basedOn w:val="TableNormal"/>
    <w:uiPriority w:val="59"/>
    <w:qFormat/>
    <w:rsid w:val="00226B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uiPriority w:val="99"/>
    <w:unhideWhenUsed/>
    <w:qFormat/>
    <w:rsid w:val="00226B14"/>
    <w:pPr>
      <w:spacing w:beforeAutospacing="1" w:after="0" w:afterAutospacing="1" w:line="240" w:lineRule="auto"/>
    </w:pPr>
    <w:rPr>
      <w:rFonts w:ascii="Times New Roman" w:eastAsia="SimSun" w:hAnsi="Times New Roman" w:cs="Times New Roman"/>
      <w:kern w:val="0"/>
      <w:sz w:val="24"/>
      <w:szCs w:val="24"/>
      <w:lang w:val="en-US" w:eastAsia="zh-CN"/>
      <w14:ligatures w14:val="none"/>
    </w:rPr>
  </w:style>
  <w:style w:type="character" w:styleId="Strong">
    <w:name w:val="Strong"/>
    <w:basedOn w:val="DefaultParagraphFont"/>
    <w:uiPriority w:val="22"/>
    <w:qFormat/>
    <w:rsid w:val="00DA02CE"/>
    <w:rPr>
      <w:b/>
      <w:bCs/>
    </w:rPr>
  </w:style>
  <w:style w:type="paragraph" w:styleId="NoSpacing">
    <w:name w:val="No Spacing"/>
    <w:uiPriority w:val="1"/>
    <w:qFormat/>
    <w:rsid w:val="00DA02CE"/>
    <w:pPr>
      <w:spacing w:after="0" w:line="240" w:lineRule="auto"/>
    </w:pPr>
    <w:rPr>
      <w:kern w:val="0"/>
      <w:lang w:val="en-US"/>
      <w14:ligatures w14:val="none"/>
    </w:rPr>
  </w:style>
  <w:style w:type="character" w:styleId="Hyperlink">
    <w:name w:val="Hyperlink"/>
    <w:basedOn w:val="DefaultParagraphFont"/>
    <w:uiPriority w:val="99"/>
    <w:unhideWhenUsed/>
    <w:rsid w:val="001F523F"/>
    <w:rPr>
      <w:color w:val="467886" w:themeColor="hyperlink"/>
      <w:u w:val="single"/>
    </w:rPr>
  </w:style>
  <w:style w:type="character" w:styleId="UnresolvedMention">
    <w:name w:val="Unresolved Mention"/>
    <w:basedOn w:val="DefaultParagraphFont"/>
    <w:uiPriority w:val="99"/>
    <w:semiHidden/>
    <w:unhideWhenUsed/>
    <w:rsid w:val="001F523F"/>
    <w:rPr>
      <w:color w:val="605E5C"/>
      <w:shd w:val="clear" w:color="auto" w:fill="E1DFDD"/>
    </w:rPr>
  </w:style>
  <w:style w:type="character" w:styleId="FollowedHyperlink">
    <w:name w:val="FollowedHyperlink"/>
    <w:basedOn w:val="DefaultParagraphFont"/>
    <w:uiPriority w:val="99"/>
    <w:semiHidden/>
    <w:unhideWhenUsed/>
    <w:rsid w:val="00042DB8"/>
    <w:rPr>
      <w:color w:val="800080"/>
      <w:u w:val="single"/>
    </w:rPr>
  </w:style>
  <w:style w:type="paragraph" w:customStyle="1" w:styleId="msonormal0">
    <w:name w:val="msonormal"/>
    <w:basedOn w:val="Normal"/>
    <w:rsid w:val="00042DB8"/>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xl65">
    <w:name w:val="xl65"/>
    <w:basedOn w:val="Normal"/>
    <w:rsid w:val="00042DB8"/>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xl66">
    <w:name w:val="xl66"/>
    <w:basedOn w:val="Normal"/>
    <w:rsid w:val="00042DB8"/>
    <w:pP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xl67">
    <w:name w:val="xl67"/>
    <w:basedOn w:val="Normal"/>
    <w:rsid w:val="00042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lang w:eastAsia="en-IN"/>
      <w14:ligatures w14:val="none"/>
    </w:rPr>
  </w:style>
  <w:style w:type="paragraph" w:customStyle="1" w:styleId="xl68">
    <w:name w:val="xl68"/>
    <w:basedOn w:val="Normal"/>
    <w:rsid w:val="00042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kern w:val="0"/>
      <w:sz w:val="24"/>
      <w:szCs w:val="24"/>
      <w:lang w:eastAsia="en-IN"/>
      <w14:ligatures w14:val="none"/>
    </w:rPr>
  </w:style>
  <w:style w:type="paragraph" w:customStyle="1" w:styleId="xl69">
    <w:name w:val="xl69"/>
    <w:basedOn w:val="Normal"/>
    <w:rsid w:val="00042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xl70">
    <w:name w:val="xl70"/>
    <w:basedOn w:val="Normal"/>
    <w:rsid w:val="00042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xl71">
    <w:name w:val="xl71"/>
    <w:basedOn w:val="Normal"/>
    <w:rsid w:val="00042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xl72">
    <w:name w:val="xl72"/>
    <w:basedOn w:val="Normal"/>
    <w:rsid w:val="00042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xl73">
    <w:name w:val="xl73"/>
    <w:basedOn w:val="Normal"/>
    <w:rsid w:val="00042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kern w:val="0"/>
      <w:sz w:val="32"/>
      <w:szCs w:val="32"/>
      <w:lang w:eastAsia="en-IN"/>
      <w14:ligatures w14:val="none"/>
    </w:rPr>
  </w:style>
  <w:style w:type="paragraph" w:customStyle="1" w:styleId="xl74">
    <w:name w:val="xl74"/>
    <w:basedOn w:val="Normal"/>
    <w:rsid w:val="00042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kern w:val="0"/>
      <w:sz w:val="24"/>
      <w:szCs w:val="24"/>
      <w:lang w:eastAsia="en-IN"/>
      <w14:ligatures w14:val="none"/>
    </w:rPr>
  </w:style>
  <w:style w:type="paragraph" w:customStyle="1" w:styleId="xl75">
    <w:name w:val="xl75"/>
    <w:basedOn w:val="Normal"/>
    <w:rsid w:val="00042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xl76">
    <w:name w:val="xl76"/>
    <w:basedOn w:val="Normal"/>
    <w:rsid w:val="00042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xl77">
    <w:name w:val="xl77"/>
    <w:basedOn w:val="Normal"/>
    <w:rsid w:val="00042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customStyle="1" w:styleId="xl78">
    <w:name w:val="xl78"/>
    <w:basedOn w:val="Normal"/>
    <w:rsid w:val="00042DB8"/>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kern w:val="0"/>
      <w:sz w:val="24"/>
      <w:szCs w:val="24"/>
      <w:lang w:eastAsia="en-IN"/>
      <w14:ligatures w14:val="none"/>
    </w:rPr>
  </w:style>
  <w:style w:type="paragraph" w:styleId="Header">
    <w:name w:val="header"/>
    <w:basedOn w:val="Normal"/>
    <w:link w:val="HeaderChar"/>
    <w:uiPriority w:val="99"/>
    <w:unhideWhenUsed/>
    <w:rsid w:val="001F47AF"/>
    <w:pPr>
      <w:tabs>
        <w:tab w:val="center" w:pos="4680"/>
        <w:tab w:val="right" w:pos="9360"/>
      </w:tabs>
      <w:spacing w:after="0" w:line="240" w:lineRule="auto"/>
    </w:pPr>
    <w:rPr>
      <w:rFonts w:ascii="Times New Roman" w:eastAsiaTheme="minorEastAsia" w:hAnsi="Times New Roman"/>
      <w:kern w:val="0"/>
      <w:sz w:val="24"/>
      <w:lang w:val="en-US"/>
      <w14:ligatures w14:val="none"/>
    </w:rPr>
  </w:style>
  <w:style w:type="character" w:customStyle="1" w:styleId="HeaderChar">
    <w:name w:val="Header Char"/>
    <w:basedOn w:val="DefaultParagraphFont"/>
    <w:link w:val="Header"/>
    <w:uiPriority w:val="99"/>
    <w:rsid w:val="001F47AF"/>
    <w:rPr>
      <w:rFonts w:ascii="Times New Roman" w:eastAsiaTheme="minorEastAsia" w:hAnsi="Times New Roman"/>
      <w:kern w:val="0"/>
      <w:sz w:val="24"/>
      <w:lang w:val="en-US"/>
      <w14:ligatures w14:val="none"/>
    </w:rPr>
  </w:style>
  <w:style w:type="paragraph" w:styleId="Footer">
    <w:name w:val="footer"/>
    <w:basedOn w:val="Normal"/>
    <w:link w:val="FooterChar"/>
    <w:uiPriority w:val="99"/>
    <w:unhideWhenUsed/>
    <w:rsid w:val="001F47AF"/>
    <w:pPr>
      <w:tabs>
        <w:tab w:val="center" w:pos="4680"/>
        <w:tab w:val="right" w:pos="9360"/>
      </w:tabs>
      <w:spacing w:after="0" w:line="240" w:lineRule="auto"/>
    </w:pPr>
    <w:rPr>
      <w:rFonts w:ascii="Times New Roman" w:eastAsiaTheme="minorEastAsia" w:hAnsi="Times New Roman"/>
      <w:kern w:val="0"/>
      <w:sz w:val="24"/>
      <w:lang w:val="en-US"/>
      <w14:ligatures w14:val="none"/>
    </w:rPr>
  </w:style>
  <w:style w:type="character" w:customStyle="1" w:styleId="FooterChar">
    <w:name w:val="Footer Char"/>
    <w:basedOn w:val="DefaultParagraphFont"/>
    <w:link w:val="Footer"/>
    <w:uiPriority w:val="99"/>
    <w:rsid w:val="001F47AF"/>
    <w:rPr>
      <w:rFonts w:ascii="Times New Roman" w:eastAsiaTheme="minorEastAsia" w:hAnsi="Times New Roman"/>
      <w:kern w:val="0"/>
      <w:sz w:val="24"/>
      <w:lang w:val="en-US"/>
      <w14:ligatures w14:val="none"/>
    </w:rPr>
  </w:style>
  <w:style w:type="paragraph" w:styleId="BodyText">
    <w:name w:val="Body Text"/>
    <w:basedOn w:val="Normal"/>
    <w:link w:val="BodyTextChar"/>
    <w:uiPriority w:val="99"/>
    <w:unhideWhenUsed/>
    <w:rsid w:val="001F47AF"/>
    <w:pPr>
      <w:spacing w:after="120" w:line="276" w:lineRule="auto"/>
    </w:pPr>
    <w:rPr>
      <w:rFonts w:ascii="Times New Roman" w:eastAsiaTheme="minorEastAsia" w:hAnsi="Times New Roman"/>
      <w:kern w:val="0"/>
      <w:sz w:val="24"/>
      <w:lang w:val="en-US"/>
      <w14:ligatures w14:val="none"/>
    </w:rPr>
  </w:style>
  <w:style w:type="character" w:customStyle="1" w:styleId="BodyTextChar">
    <w:name w:val="Body Text Char"/>
    <w:basedOn w:val="DefaultParagraphFont"/>
    <w:link w:val="BodyText"/>
    <w:uiPriority w:val="99"/>
    <w:rsid w:val="001F47AF"/>
    <w:rPr>
      <w:rFonts w:ascii="Times New Roman" w:eastAsiaTheme="minorEastAsia" w:hAnsi="Times New Roman"/>
      <w:kern w:val="0"/>
      <w:sz w:val="24"/>
      <w:lang w:val="en-US"/>
      <w14:ligatures w14:val="none"/>
    </w:rPr>
  </w:style>
  <w:style w:type="paragraph" w:styleId="BodyText2">
    <w:name w:val="Body Text 2"/>
    <w:basedOn w:val="Normal"/>
    <w:link w:val="BodyText2Char"/>
    <w:uiPriority w:val="99"/>
    <w:unhideWhenUsed/>
    <w:rsid w:val="001F47AF"/>
    <w:pPr>
      <w:spacing w:after="120" w:line="480" w:lineRule="auto"/>
    </w:pPr>
    <w:rPr>
      <w:rFonts w:ascii="Times New Roman" w:eastAsiaTheme="minorEastAsia" w:hAnsi="Times New Roman"/>
      <w:kern w:val="0"/>
      <w:sz w:val="24"/>
      <w:lang w:val="en-US"/>
      <w14:ligatures w14:val="none"/>
    </w:rPr>
  </w:style>
  <w:style w:type="character" w:customStyle="1" w:styleId="BodyText2Char">
    <w:name w:val="Body Text 2 Char"/>
    <w:basedOn w:val="DefaultParagraphFont"/>
    <w:link w:val="BodyText2"/>
    <w:uiPriority w:val="99"/>
    <w:rsid w:val="001F47AF"/>
    <w:rPr>
      <w:rFonts w:ascii="Times New Roman" w:eastAsiaTheme="minorEastAsia" w:hAnsi="Times New Roman"/>
      <w:kern w:val="0"/>
      <w:sz w:val="24"/>
      <w:lang w:val="en-US"/>
      <w14:ligatures w14:val="none"/>
    </w:rPr>
  </w:style>
  <w:style w:type="paragraph" w:styleId="BodyText3">
    <w:name w:val="Body Text 3"/>
    <w:basedOn w:val="Normal"/>
    <w:link w:val="BodyText3Char"/>
    <w:uiPriority w:val="99"/>
    <w:unhideWhenUsed/>
    <w:rsid w:val="001F47AF"/>
    <w:pPr>
      <w:spacing w:after="120" w:line="276" w:lineRule="auto"/>
    </w:pPr>
    <w:rPr>
      <w:rFonts w:ascii="Times New Roman" w:eastAsiaTheme="minorEastAsia" w:hAnsi="Times New Roman"/>
      <w:kern w:val="0"/>
      <w:sz w:val="16"/>
      <w:szCs w:val="16"/>
      <w:lang w:val="en-US"/>
      <w14:ligatures w14:val="none"/>
    </w:rPr>
  </w:style>
  <w:style w:type="character" w:customStyle="1" w:styleId="BodyText3Char">
    <w:name w:val="Body Text 3 Char"/>
    <w:basedOn w:val="DefaultParagraphFont"/>
    <w:link w:val="BodyText3"/>
    <w:uiPriority w:val="99"/>
    <w:rsid w:val="001F47AF"/>
    <w:rPr>
      <w:rFonts w:ascii="Times New Roman" w:eastAsiaTheme="minorEastAsia" w:hAnsi="Times New Roman"/>
      <w:kern w:val="0"/>
      <w:sz w:val="16"/>
      <w:szCs w:val="16"/>
      <w:lang w:val="en-US"/>
      <w14:ligatures w14:val="none"/>
    </w:rPr>
  </w:style>
  <w:style w:type="paragraph" w:styleId="List">
    <w:name w:val="List"/>
    <w:basedOn w:val="Normal"/>
    <w:uiPriority w:val="99"/>
    <w:unhideWhenUsed/>
    <w:rsid w:val="001F47AF"/>
    <w:pPr>
      <w:spacing w:after="200" w:line="276" w:lineRule="auto"/>
      <w:ind w:left="360" w:hanging="360"/>
      <w:contextualSpacing/>
    </w:pPr>
    <w:rPr>
      <w:rFonts w:ascii="Times New Roman" w:eastAsiaTheme="minorEastAsia" w:hAnsi="Times New Roman"/>
      <w:kern w:val="0"/>
      <w:sz w:val="24"/>
      <w:lang w:val="en-US"/>
      <w14:ligatures w14:val="none"/>
    </w:rPr>
  </w:style>
  <w:style w:type="paragraph" w:styleId="List2">
    <w:name w:val="List 2"/>
    <w:basedOn w:val="Normal"/>
    <w:uiPriority w:val="99"/>
    <w:unhideWhenUsed/>
    <w:rsid w:val="001F47AF"/>
    <w:pPr>
      <w:spacing w:after="200" w:line="276" w:lineRule="auto"/>
      <w:ind w:left="720" w:hanging="360"/>
      <w:contextualSpacing/>
    </w:pPr>
    <w:rPr>
      <w:rFonts w:ascii="Times New Roman" w:eastAsiaTheme="minorEastAsia" w:hAnsi="Times New Roman"/>
      <w:kern w:val="0"/>
      <w:sz w:val="24"/>
      <w:lang w:val="en-US"/>
      <w14:ligatures w14:val="none"/>
    </w:rPr>
  </w:style>
  <w:style w:type="paragraph" w:styleId="List3">
    <w:name w:val="List 3"/>
    <w:basedOn w:val="Normal"/>
    <w:uiPriority w:val="99"/>
    <w:unhideWhenUsed/>
    <w:rsid w:val="001F47AF"/>
    <w:pPr>
      <w:spacing w:after="200" w:line="276" w:lineRule="auto"/>
      <w:ind w:left="1080" w:hanging="360"/>
      <w:contextualSpacing/>
    </w:pPr>
    <w:rPr>
      <w:rFonts w:ascii="Times New Roman" w:eastAsiaTheme="minorEastAsia" w:hAnsi="Times New Roman"/>
      <w:kern w:val="0"/>
      <w:sz w:val="24"/>
      <w:lang w:val="en-US"/>
      <w14:ligatures w14:val="none"/>
    </w:rPr>
  </w:style>
  <w:style w:type="paragraph" w:styleId="ListBullet">
    <w:name w:val="List Bullet"/>
    <w:basedOn w:val="Normal"/>
    <w:uiPriority w:val="99"/>
    <w:unhideWhenUsed/>
    <w:rsid w:val="001F47AF"/>
    <w:pPr>
      <w:numPr>
        <w:numId w:val="22"/>
      </w:numPr>
      <w:tabs>
        <w:tab w:val="clear" w:pos="360"/>
      </w:tabs>
      <w:spacing w:after="200" w:line="276" w:lineRule="auto"/>
      <w:ind w:left="0" w:firstLine="0"/>
      <w:contextualSpacing/>
    </w:pPr>
    <w:rPr>
      <w:rFonts w:ascii="Times New Roman" w:eastAsiaTheme="minorEastAsia" w:hAnsi="Times New Roman"/>
      <w:kern w:val="0"/>
      <w:sz w:val="24"/>
      <w:lang w:val="en-US"/>
      <w14:ligatures w14:val="none"/>
    </w:rPr>
  </w:style>
  <w:style w:type="paragraph" w:styleId="ListBullet2">
    <w:name w:val="List Bullet 2"/>
    <w:basedOn w:val="Normal"/>
    <w:uiPriority w:val="99"/>
    <w:unhideWhenUsed/>
    <w:rsid w:val="001F47AF"/>
    <w:pPr>
      <w:numPr>
        <w:numId w:val="23"/>
      </w:numPr>
      <w:tabs>
        <w:tab w:val="clear" w:pos="720"/>
      </w:tabs>
      <w:spacing w:after="200" w:line="276" w:lineRule="auto"/>
      <w:ind w:left="0" w:firstLine="0"/>
      <w:contextualSpacing/>
    </w:pPr>
    <w:rPr>
      <w:rFonts w:ascii="Times New Roman" w:eastAsiaTheme="minorEastAsia" w:hAnsi="Times New Roman"/>
      <w:kern w:val="0"/>
      <w:sz w:val="24"/>
      <w:lang w:val="en-US"/>
      <w14:ligatures w14:val="none"/>
    </w:rPr>
  </w:style>
  <w:style w:type="paragraph" w:styleId="ListBullet3">
    <w:name w:val="List Bullet 3"/>
    <w:basedOn w:val="Normal"/>
    <w:uiPriority w:val="99"/>
    <w:unhideWhenUsed/>
    <w:rsid w:val="001F47AF"/>
    <w:pPr>
      <w:numPr>
        <w:numId w:val="24"/>
      </w:numPr>
      <w:tabs>
        <w:tab w:val="clear" w:pos="1080"/>
      </w:tabs>
      <w:spacing w:after="200" w:line="276" w:lineRule="auto"/>
      <w:ind w:left="0" w:firstLine="0"/>
      <w:contextualSpacing/>
    </w:pPr>
    <w:rPr>
      <w:rFonts w:ascii="Times New Roman" w:eastAsiaTheme="minorEastAsia" w:hAnsi="Times New Roman"/>
      <w:kern w:val="0"/>
      <w:sz w:val="24"/>
      <w:lang w:val="en-US"/>
      <w14:ligatures w14:val="none"/>
    </w:rPr>
  </w:style>
  <w:style w:type="paragraph" w:styleId="ListNumber">
    <w:name w:val="List Number"/>
    <w:basedOn w:val="Normal"/>
    <w:uiPriority w:val="99"/>
    <w:unhideWhenUsed/>
    <w:rsid w:val="001F47AF"/>
    <w:pPr>
      <w:numPr>
        <w:numId w:val="25"/>
      </w:numPr>
      <w:tabs>
        <w:tab w:val="clear" w:pos="360"/>
      </w:tabs>
      <w:spacing w:after="200" w:line="276" w:lineRule="auto"/>
      <w:ind w:left="0" w:firstLine="0"/>
      <w:contextualSpacing/>
    </w:pPr>
    <w:rPr>
      <w:rFonts w:ascii="Times New Roman" w:eastAsiaTheme="minorEastAsia" w:hAnsi="Times New Roman"/>
      <w:kern w:val="0"/>
      <w:sz w:val="24"/>
      <w:lang w:val="en-US"/>
      <w14:ligatures w14:val="none"/>
    </w:rPr>
  </w:style>
  <w:style w:type="paragraph" w:styleId="ListNumber2">
    <w:name w:val="List Number 2"/>
    <w:basedOn w:val="Normal"/>
    <w:uiPriority w:val="99"/>
    <w:unhideWhenUsed/>
    <w:rsid w:val="001F47AF"/>
    <w:pPr>
      <w:numPr>
        <w:numId w:val="26"/>
      </w:numPr>
      <w:tabs>
        <w:tab w:val="clear" w:pos="720"/>
      </w:tabs>
      <w:spacing w:after="200" w:line="276" w:lineRule="auto"/>
      <w:ind w:left="0" w:firstLine="0"/>
      <w:contextualSpacing/>
    </w:pPr>
    <w:rPr>
      <w:rFonts w:ascii="Times New Roman" w:eastAsiaTheme="minorEastAsia" w:hAnsi="Times New Roman"/>
      <w:kern w:val="0"/>
      <w:sz w:val="24"/>
      <w:lang w:val="en-US"/>
      <w14:ligatures w14:val="none"/>
    </w:rPr>
  </w:style>
  <w:style w:type="paragraph" w:styleId="ListNumber3">
    <w:name w:val="List Number 3"/>
    <w:basedOn w:val="Normal"/>
    <w:uiPriority w:val="99"/>
    <w:unhideWhenUsed/>
    <w:rsid w:val="001F47AF"/>
    <w:pPr>
      <w:numPr>
        <w:numId w:val="27"/>
      </w:numPr>
      <w:tabs>
        <w:tab w:val="clear" w:pos="1080"/>
      </w:tabs>
      <w:spacing w:after="200" w:line="276" w:lineRule="auto"/>
      <w:ind w:left="0" w:firstLine="0"/>
      <w:contextualSpacing/>
    </w:pPr>
    <w:rPr>
      <w:rFonts w:ascii="Times New Roman" w:eastAsiaTheme="minorEastAsia" w:hAnsi="Times New Roman"/>
      <w:kern w:val="0"/>
      <w:sz w:val="24"/>
      <w:lang w:val="en-US"/>
      <w14:ligatures w14:val="none"/>
    </w:rPr>
  </w:style>
  <w:style w:type="paragraph" w:styleId="ListContinue">
    <w:name w:val="List Continue"/>
    <w:basedOn w:val="Normal"/>
    <w:uiPriority w:val="99"/>
    <w:unhideWhenUsed/>
    <w:rsid w:val="001F47AF"/>
    <w:pPr>
      <w:spacing w:after="120" w:line="276" w:lineRule="auto"/>
      <w:ind w:left="360"/>
      <w:contextualSpacing/>
    </w:pPr>
    <w:rPr>
      <w:rFonts w:ascii="Times New Roman" w:eastAsiaTheme="minorEastAsia" w:hAnsi="Times New Roman"/>
      <w:kern w:val="0"/>
      <w:sz w:val="24"/>
      <w:lang w:val="en-US"/>
      <w14:ligatures w14:val="none"/>
    </w:rPr>
  </w:style>
  <w:style w:type="paragraph" w:styleId="ListContinue2">
    <w:name w:val="List Continue 2"/>
    <w:basedOn w:val="Normal"/>
    <w:uiPriority w:val="99"/>
    <w:unhideWhenUsed/>
    <w:rsid w:val="001F47AF"/>
    <w:pPr>
      <w:spacing w:after="120" w:line="276" w:lineRule="auto"/>
      <w:ind w:left="720"/>
      <w:contextualSpacing/>
    </w:pPr>
    <w:rPr>
      <w:rFonts w:ascii="Times New Roman" w:eastAsiaTheme="minorEastAsia" w:hAnsi="Times New Roman"/>
      <w:kern w:val="0"/>
      <w:sz w:val="24"/>
      <w:lang w:val="en-US"/>
      <w14:ligatures w14:val="none"/>
    </w:rPr>
  </w:style>
  <w:style w:type="paragraph" w:styleId="ListContinue3">
    <w:name w:val="List Continue 3"/>
    <w:basedOn w:val="Normal"/>
    <w:uiPriority w:val="99"/>
    <w:unhideWhenUsed/>
    <w:rsid w:val="001F47AF"/>
    <w:pPr>
      <w:spacing w:after="120" w:line="276" w:lineRule="auto"/>
      <w:ind w:left="1080"/>
      <w:contextualSpacing/>
    </w:pPr>
    <w:rPr>
      <w:rFonts w:ascii="Times New Roman" w:eastAsiaTheme="minorEastAsia" w:hAnsi="Times New Roman"/>
      <w:kern w:val="0"/>
      <w:sz w:val="24"/>
      <w:lang w:val="en-US"/>
      <w14:ligatures w14:val="none"/>
    </w:rPr>
  </w:style>
  <w:style w:type="paragraph" w:styleId="MacroText">
    <w:name w:val="macro"/>
    <w:link w:val="MacroTextChar"/>
    <w:uiPriority w:val="99"/>
    <w:unhideWhenUsed/>
    <w:rsid w:val="001F47AF"/>
    <w:pPr>
      <w:tabs>
        <w:tab w:val="left" w:pos="576"/>
        <w:tab w:val="left" w:pos="1152"/>
        <w:tab w:val="left" w:pos="1728"/>
        <w:tab w:val="left" w:pos="2304"/>
        <w:tab w:val="left" w:pos="2880"/>
        <w:tab w:val="left" w:pos="3456"/>
        <w:tab w:val="left" w:pos="4032"/>
      </w:tabs>
      <w:spacing w:after="200" w:line="276" w:lineRule="auto"/>
    </w:pPr>
    <w:rPr>
      <w:rFonts w:ascii="Courier" w:eastAsiaTheme="minorEastAsia" w:hAnsi="Courier"/>
      <w:kern w:val="0"/>
      <w:sz w:val="20"/>
      <w:szCs w:val="20"/>
      <w:lang w:val="en-US"/>
      <w14:ligatures w14:val="none"/>
    </w:rPr>
  </w:style>
  <w:style w:type="character" w:customStyle="1" w:styleId="MacroTextChar">
    <w:name w:val="Macro Text Char"/>
    <w:basedOn w:val="DefaultParagraphFont"/>
    <w:link w:val="MacroText"/>
    <w:uiPriority w:val="99"/>
    <w:rsid w:val="001F47AF"/>
    <w:rPr>
      <w:rFonts w:ascii="Courier" w:eastAsiaTheme="minorEastAsia" w:hAnsi="Courier"/>
      <w:kern w:val="0"/>
      <w:sz w:val="20"/>
      <w:szCs w:val="20"/>
      <w:lang w:val="en-US"/>
      <w14:ligatures w14:val="none"/>
    </w:rPr>
  </w:style>
  <w:style w:type="paragraph" w:styleId="Caption">
    <w:name w:val="caption"/>
    <w:basedOn w:val="Normal"/>
    <w:next w:val="Normal"/>
    <w:uiPriority w:val="35"/>
    <w:semiHidden/>
    <w:unhideWhenUsed/>
    <w:qFormat/>
    <w:rsid w:val="001F47AF"/>
    <w:pPr>
      <w:spacing w:after="200" w:line="240" w:lineRule="auto"/>
    </w:pPr>
    <w:rPr>
      <w:rFonts w:ascii="Times New Roman" w:eastAsiaTheme="minorEastAsia" w:hAnsi="Times New Roman"/>
      <w:b/>
      <w:bCs/>
      <w:color w:val="156082" w:themeColor="accent1"/>
      <w:kern w:val="0"/>
      <w:sz w:val="18"/>
      <w:szCs w:val="18"/>
      <w:lang w:val="en-US"/>
      <w14:ligatures w14:val="none"/>
    </w:rPr>
  </w:style>
  <w:style w:type="character" w:styleId="Emphasis">
    <w:name w:val="Emphasis"/>
    <w:basedOn w:val="DefaultParagraphFont"/>
    <w:uiPriority w:val="20"/>
    <w:qFormat/>
    <w:rsid w:val="001F47AF"/>
    <w:rPr>
      <w:i/>
      <w:iCs/>
    </w:rPr>
  </w:style>
  <w:style w:type="character" w:styleId="SubtleEmphasis">
    <w:name w:val="Subtle Emphasis"/>
    <w:basedOn w:val="DefaultParagraphFont"/>
    <w:uiPriority w:val="19"/>
    <w:qFormat/>
    <w:rsid w:val="001F47AF"/>
    <w:rPr>
      <w:i/>
      <w:iCs/>
      <w:color w:val="808080" w:themeColor="text1" w:themeTint="7F"/>
    </w:rPr>
  </w:style>
  <w:style w:type="character" w:styleId="SubtleReference">
    <w:name w:val="Subtle Reference"/>
    <w:basedOn w:val="DefaultParagraphFont"/>
    <w:uiPriority w:val="31"/>
    <w:qFormat/>
    <w:rsid w:val="001F47AF"/>
    <w:rPr>
      <w:smallCaps/>
      <w:color w:val="E97132" w:themeColor="accent2"/>
      <w:u w:val="single"/>
    </w:rPr>
  </w:style>
  <w:style w:type="character" w:styleId="BookTitle">
    <w:name w:val="Book Title"/>
    <w:basedOn w:val="DefaultParagraphFont"/>
    <w:uiPriority w:val="33"/>
    <w:qFormat/>
    <w:rsid w:val="001F47AF"/>
    <w:rPr>
      <w:b/>
      <w:bCs/>
      <w:smallCaps/>
      <w:spacing w:val="5"/>
    </w:rPr>
  </w:style>
  <w:style w:type="paragraph" w:styleId="TOCHeading">
    <w:name w:val="TOC Heading"/>
    <w:basedOn w:val="Heading1"/>
    <w:next w:val="Normal"/>
    <w:uiPriority w:val="39"/>
    <w:semiHidden/>
    <w:unhideWhenUsed/>
    <w:qFormat/>
    <w:rsid w:val="001F47AF"/>
    <w:pPr>
      <w:spacing w:before="480" w:after="0" w:line="276" w:lineRule="auto"/>
      <w:outlineLvl w:val="9"/>
    </w:pPr>
    <w:rPr>
      <w:b/>
      <w:bCs/>
      <w:kern w:val="0"/>
      <w:sz w:val="28"/>
      <w:szCs w:val="28"/>
      <w:lang w:val="en-US"/>
      <w14:ligatures w14:val="none"/>
    </w:rPr>
  </w:style>
  <w:style w:type="table" w:styleId="LightShading">
    <w:name w:val="Light Shading"/>
    <w:basedOn w:val="TableNormal"/>
    <w:uiPriority w:val="60"/>
    <w:rsid w:val="001F47AF"/>
    <w:pPr>
      <w:spacing w:after="0" w:line="240" w:lineRule="auto"/>
    </w:pPr>
    <w:rPr>
      <w:rFonts w:eastAsiaTheme="minorEastAsia"/>
      <w:color w:val="000000" w:themeColor="text1" w:themeShade="BF"/>
      <w:kern w:val="0"/>
      <w:lang w:val="en-US"/>
      <w14:ligatures w14:val="non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1F47AF"/>
    <w:pPr>
      <w:spacing w:after="0" w:line="240" w:lineRule="auto"/>
    </w:pPr>
    <w:rPr>
      <w:rFonts w:eastAsiaTheme="minorEastAsia"/>
      <w:color w:val="0F4761" w:themeColor="accent1" w:themeShade="BF"/>
      <w:kern w:val="0"/>
      <w:lang w:val="en-US"/>
      <w14:ligatures w14:val="none"/>
    </w:rPr>
    <w:tblPr>
      <w:tblStyleRowBandSize w:val="1"/>
      <w:tblStyleColBandSize w:val="1"/>
      <w:tblBorders>
        <w:top w:val="single" w:sz="8" w:space="0" w:color="156082" w:themeColor="accent1"/>
        <w:bottom w:val="single" w:sz="8" w:space="0" w:color="156082" w:themeColor="accent1"/>
      </w:tblBorders>
    </w:tblPr>
    <w:tblStylePr w:type="fir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lastRow">
      <w:pPr>
        <w:spacing w:before="0" w:after="0" w:line="240" w:lineRule="auto"/>
      </w:pPr>
      <w:rPr>
        <w:b/>
        <w:bCs/>
      </w:rPr>
      <w:tblPr/>
      <w:tcPr>
        <w:tcBorders>
          <w:top w:val="single" w:sz="8" w:space="0" w:color="156082" w:themeColor="accent1"/>
          <w:left w:val="nil"/>
          <w:bottom w:val="single" w:sz="8" w:space="0" w:color="15608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left w:val="nil"/>
          <w:right w:val="nil"/>
          <w:insideH w:val="nil"/>
          <w:insideV w:val="nil"/>
        </w:tcBorders>
        <w:shd w:val="clear" w:color="auto" w:fill="B2DEF2" w:themeFill="accent1" w:themeFillTint="3F"/>
      </w:tcPr>
    </w:tblStylePr>
  </w:style>
  <w:style w:type="table" w:styleId="LightShading-Accent2">
    <w:name w:val="Light Shading Accent 2"/>
    <w:basedOn w:val="TableNormal"/>
    <w:uiPriority w:val="60"/>
    <w:rsid w:val="001F47AF"/>
    <w:pPr>
      <w:spacing w:after="0" w:line="240" w:lineRule="auto"/>
    </w:pPr>
    <w:rPr>
      <w:rFonts w:eastAsiaTheme="minorEastAsia"/>
      <w:color w:val="BF4E14" w:themeColor="accent2" w:themeShade="BF"/>
      <w:kern w:val="0"/>
      <w:lang w:val="en-US"/>
      <w14:ligatures w14:val="none"/>
    </w:rPr>
    <w:tblPr>
      <w:tblStyleRowBandSize w:val="1"/>
      <w:tblStyleColBandSize w:val="1"/>
      <w:tblBorders>
        <w:top w:val="single" w:sz="8" w:space="0" w:color="E97132" w:themeColor="accent2"/>
        <w:bottom w:val="single" w:sz="8" w:space="0" w:color="E97132" w:themeColor="accent2"/>
      </w:tblBorders>
    </w:tblPr>
    <w:tblStylePr w:type="fir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lastRow">
      <w:pPr>
        <w:spacing w:before="0" w:after="0" w:line="240" w:lineRule="auto"/>
      </w:pPr>
      <w:rPr>
        <w:b/>
        <w:bCs/>
      </w:rPr>
      <w:tblPr/>
      <w:tcPr>
        <w:tcBorders>
          <w:top w:val="single" w:sz="8" w:space="0" w:color="E97132" w:themeColor="accent2"/>
          <w:left w:val="nil"/>
          <w:bottom w:val="single" w:sz="8" w:space="0" w:color="E97132"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left w:val="nil"/>
          <w:right w:val="nil"/>
          <w:insideH w:val="nil"/>
          <w:insideV w:val="nil"/>
        </w:tcBorders>
        <w:shd w:val="clear" w:color="auto" w:fill="F9DBCC" w:themeFill="accent2" w:themeFillTint="3F"/>
      </w:tcPr>
    </w:tblStylePr>
  </w:style>
  <w:style w:type="table" w:styleId="LightShading-Accent3">
    <w:name w:val="Light Shading Accent 3"/>
    <w:basedOn w:val="TableNormal"/>
    <w:uiPriority w:val="60"/>
    <w:rsid w:val="001F47AF"/>
    <w:pPr>
      <w:spacing w:after="0" w:line="240" w:lineRule="auto"/>
    </w:pPr>
    <w:rPr>
      <w:rFonts w:eastAsiaTheme="minorEastAsia"/>
      <w:color w:val="124F1A" w:themeColor="accent3" w:themeShade="BF"/>
      <w:kern w:val="0"/>
      <w:lang w:val="en-US"/>
      <w14:ligatures w14:val="none"/>
    </w:rPr>
    <w:tblPr>
      <w:tblStyleRowBandSize w:val="1"/>
      <w:tblStyleColBandSize w:val="1"/>
      <w:tblBorders>
        <w:top w:val="single" w:sz="8" w:space="0" w:color="196B24" w:themeColor="accent3"/>
        <w:bottom w:val="single" w:sz="8" w:space="0" w:color="196B24" w:themeColor="accent3"/>
      </w:tblBorders>
    </w:tblPr>
    <w:tblStylePr w:type="fir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lastRow">
      <w:pPr>
        <w:spacing w:before="0" w:after="0" w:line="240" w:lineRule="auto"/>
      </w:pPr>
      <w:rPr>
        <w:b/>
        <w:bCs/>
      </w:rPr>
      <w:tblPr/>
      <w:tcPr>
        <w:tcBorders>
          <w:top w:val="single" w:sz="8" w:space="0" w:color="196B24" w:themeColor="accent3"/>
          <w:left w:val="nil"/>
          <w:bottom w:val="single" w:sz="8" w:space="0" w:color="196B2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left w:val="nil"/>
          <w:right w:val="nil"/>
          <w:insideH w:val="nil"/>
          <w:insideV w:val="nil"/>
        </w:tcBorders>
        <w:shd w:val="clear" w:color="auto" w:fill="B3EDBA" w:themeFill="accent3" w:themeFillTint="3F"/>
      </w:tcPr>
    </w:tblStylePr>
  </w:style>
  <w:style w:type="table" w:styleId="LightShading-Accent4">
    <w:name w:val="Light Shading Accent 4"/>
    <w:basedOn w:val="TableNormal"/>
    <w:uiPriority w:val="60"/>
    <w:rsid w:val="001F47AF"/>
    <w:pPr>
      <w:spacing w:after="0" w:line="240" w:lineRule="auto"/>
    </w:pPr>
    <w:rPr>
      <w:rFonts w:eastAsiaTheme="minorEastAsia"/>
      <w:color w:val="0B769F" w:themeColor="accent4" w:themeShade="BF"/>
      <w:kern w:val="0"/>
      <w:lang w:val="en-US"/>
      <w14:ligatures w14:val="none"/>
    </w:rPr>
    <w:tblPr>
      <w:tblStyleRowBandSize w:val="1"/>
      <w:tblStyleColBandSize w:val="1"/>
      <w:tblBorders>
        <w:top w:val="single" w:sz="8" w:space="0" w:color="0F9ED5" w:themeColor="accent4"/>
        <w:bottom w:val="single" w:sz="8" w:space="0" w:color="0F9ED5" w:themeColor="accent4"/>
      </w:tblBorders>
    </w:tblPr>
    <w:tblStylePr w:type="fir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lastRow">
      <w:pPr>
        <w:spacing w:before="0" w:after="0" w:line="240" w:lineRule="auto"/>
      </w:pPr>
      <w:rPr>
        <w:b/>
        <w:bCs/>
      </w:rPr>
      <w:tblPr/>
      <w:tcPr>
        <w:tcBorders>
          <w:top w:val="single" w:sz="8" w:space="0" w:color="0F9ED5" w:themeColor="accent4"/>
          <w:left w:val="nil"/>
          <w:bottom w:val="single" w:sz="8" w:space="0" w:color="0F9ED5"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left w:val="nil"/>
          <w:right w:val="nil"/>
          <w:insideH w:val="nil"/>
          <w:insideV w:val="nil"/>
        </w:tcBorders>
        <w:shd w:val="clear" w:color="auto" w:fill="BDE9FA" w:themeFill="accent4" w:themeFillTint="3F"/>
      </w:tcPr>
    </w:tblStylePr>
  </w:style>
  <w:style w:type="table" w:styleId="LightShading-Accent5">
    <w:name w:val="Light Shading Accent 5"/>
    <w:basedOn w:val="TableNormal"/>
    <w:uiPriority w:val="60"/>
    <w:rsid w:val="001F47AF"/>
    <w:pPr>
      <w:spacing w:after="0" w:line="240" w:lineRule="auto"/>
    </w:pPr>
    <w:rPr>
      <w:rFonts w:eastAsiaTheme="minorEastAsia"/>
      <w:color w:val="77206D" w:themeColor="accent5" w:themeShade="BF"/>
      <w:kern w:val="0"/>
      <w:lang w:val="en-US"/>
      <w14:ligatures w14:val="none"/>
    </w:rPr>
    <w:tblPr>
      <w:tblStyleRowBandSize w:val="1"/>
      <w:tblStyleColBandSize w:val="1"/>
      <w:tblBorders>
        <w:top w:val="single" w:sz="8" w:space="0" w:color="A02B93" w:themeColor="accent5"/>
        <w:bottom w:val="single" w:sz="8" w:space="0" w:color="A02B93" w:themeColor="accent5"/>
      </w:tblBorders>
    </w:tblPr>
    <w:tblStylePr w:type="fir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lastRow">
      <w:pPr>
        <w:spacing w:before="0" w:after="0" w:line="240" w:lineRule="auto"/>
      </w:pPr>
      <w:rPr>
        <w:b/>
        <w:bCs/>
      </w:rPr>
      <w:tblPr/>
      <w:tcPr>
        <w:tcBorders>
          <w:top w:val="single" w:sz="8" w:space="0" w:color="A02B93" w:themeColor="accent5"/>
          <w:left w:val="nil"/>
          <w:bottom w:val="single" w:sz="8" w:space="0" w:color="A02B9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left w:val="nil"/>
          <w:right w:val="nil"/>
          <w:insideH w:val="nil"/>
          <w:insideV w:val="nil"/>
        </w:tcBorders>
        <w:shd w:val="clear" w:color="auto" w:fill="EFC3E9" w:themeFill="accent5" w:themeFillTint="3F"/>
      </w:tcPr>
    </w:tblStylePr>
  </w:style>
  <w:style w:type="table" w:styleId="LightShading-Accent6">
    <w:name w:val="Light Shading Accent 6"/>
    <w:basedOn w:val="TableNormal"/>
    <w:uiPriority w:val="60"/>
    <w:rsid w:val="001F47AF"/>
    <w:pPr>
      <w:spacing w:after="0" w:line="240" w:lineRule="auto"/>
    </w:pPr>
    <w:rPr>
      <w:rFonts w:eastAsiaTheme="minorEastAsia"/>
      <w:color w:val="3A7C22" w:themeColor="accent6" w:themeShade="BF"/>
      <w:kern w:val="0"/>
      <w:lang w:val="en-US"/>
      <w14:ligatures w14:val="none"/>
    </w:rPr>
    <w:tblPr>
      <w:tblStyleRowBandSize w:val="1"/>
      <w:tblStyleColBandSize w:val="1"/>
      <w:tblBorders>
        <w:top w:val="single" w:sz="8" w:space="0" w:color="4EA72E" w:themeColor="accent6"/>
        <w:bottom w:val="single" w:sz="8" w:space="0" w:color="4EA72E" w:themeColor="accent6"/>
      </w:tblBorders>
    </w:tblPr>
    <w:tblStylePr w:type="fir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lastRow">
      <w:pPr>
        <w:spacing w:before="0" w:after="0" w:line="240" w:lineRule="auto"/>
      </w:pPr>
      <w:rPr>
        <w:b/>
        <w:bCs/>
      </w:rPr>
      <w:tblPr/>
      <w:tcPr>
        <w:tcBorders>
          <w:top w:val="single" w:sz="8" w:space="0" w:color="4EA72E" w:themeColor="accent6"/>
          <w:left w:val="nil"/>
          <w:bottom w:val="single" w:sz="8" w:space="0" w:color="4EA72E"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left w:val="nil"/>
          <w:right w:val="nil"/>
          <w:insideH w:val="nil"/>
          <w:insideV w:val="nil"/>
        </w:tcBorders>
        <w:shd w:val="clear" w:color="auto" w:fill="D0EFC5" w:themeFill="accent6" w:themeFillTint="3F"/>
      </w:tcPr>
    </w:tblStylePr>
  </w:style>
  <w:style w:type="table" w:styleId="LightList">
    <w:name w:val="Light List"/>
    <w:basedOn w:val="TableNormal"/>
    <w:uiPriority w:val="61"/>
    <w:rsid w:val="001F47AF"/>
    <w:pPr>
      <w:spacing w:after="0" w:line="240" w:lineRule="auto"/>
    </w:pPr>
    <w:rPr>
      <w:rFonts w:eastAsiaTheme="minorEastAsia"/>
      <w:kern w:val="0"/>
      <w:lang w:val="en-US"/>
      <w14:ligatures w14:val="non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1F47AF"/>
    <w:pPr>
      <w:spacing w:after="0" w:line="240" w:lineRule="auto"/>
    </w:pPr>
    <w:rPr>
      <w:rFonts w:eastAsiaTheme="minorEastAsia"/>
      <w:kern w:val="0"/>
      <w:lang w:val="en-US"/>
      <w14:ligatures w14:val="none"/>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pPr>
        <w:spacing w:before="0" w:after="0" w:line="240" w:lineRule="auto"/>
      </w:pPr>
      <w:rPr>
        <w:b/>
        <w:bCs/>
        <w:color w:val="FFFFFF" w:themeColor="background1"/>
      </w:rPr>
      <w:tblPr/>
      <w:tcPr>
        <w:shd w:val="clear" w:color="auto" w:fill="156082" w:themeFill="accent1"/>
      </w:tcPr>
    </w:tblStylePr>
    <w:tblStylePr w:type="lastRow">
      <w:pPr>
        <w:spacing w:before="0" w:after="0" w:line="240" w:lineRule="auto"/>
      </w:pPr>
      <w:rPr>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tcBorders>
      </w:tcPr>
    </w:tblStylePr>
    <w:tblStylePr w:type="firstCol">
      <w:rPr>
        <w:b/>
        <w:bCs/>
      </w:rPr>
    </w:tblStylePr>
    <w:tblStylePr w:type="lastCol">
      <w:rPr>
        <w:b/>
        <w:bCs/>
      </w:r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style>
  <w:style w:type="table" w:styleId="LightList-Accent2">
    <w:name w:val="Light List Accent 2"/>
    <w:basedOn w:val="TableNormal"/>
    <w:uiPriority w:val="61"/>
    <w:rsid w:val="001F47AF"/>
    <w:pPr>
      <w:spacing w:after="0" w:line="240" w:lineRule="auto"/>
    </w:pPr>
    <w:rPr>
      <w:rFonts w:eastAsiaTheme="minorEastAsia"/>
      <w:kern w:val="0"/>
      <w:lang w:val="en-US"/>
      <w14:ligatures w14:val="none"/>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pPr>
        <w:spacing w:before="0" w:after="0" w:line="240" w:lineRule="auto"/>
      </w:pPr>
      <w:rPr>
        <w:b/>
        <w:bCs/>
        <w:color w:val="FFFFFF" w:themeColor="background1"/>
      </w:rPr>
      <w:tblPr/>
      <w:tcPr>
        <w:shd w:val="clear" w:color="auto" w:fill="E97132" w:themeFill="accent2"/>
      </w:tcPr>
    </w:tblStylePr>
    <w:tblStylePr w:type="lastRow">
      <w:pPr>
        <w:spacing w:before="0" w:after="0" w:line="240" w:lineRule="auto"/>
      </w:pPr>
      <w:rPr>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tcBorders>
      </w:tcPr>
    </w:tblStylePr>
    <w:tblStylePr w:type="firstCol">
      <w:rPr>
        <w:b/>
        <w:bCs/>
      </w:rPr>
    </w:tblStylePr>
    <w:tblStylePr w:type="lastCol">
      <w:rPr>
        <w:b/>
        <w:bCs/>
      </w:r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style>
  <w:style w:type="table" w:styleId="LightList-Accent3">
    <w:name w:val="Light List Accent 3"/>
    <w:basedOn w:val="TableNormal"/>
    <w:uiPriority w:val="61"/>
    <w:rsid w:val="001F47AF"/>
    <w:pPr>
      <w:spacing w:after="0" w:line="240" w:lineRule="auto"/>
    </w:pPr>
    <w:rPr>
      <w:rFonts w:eastAsiaTheme="minorEastAsia"/>
      <w:kern w:val="0"/>
      <w:lang w:val="en-US"/>
      <w14:ligatures w14:val="none"/>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pPr>
        <w:spacing w:before="0" w:after="0" w:line="240" w:lineRule="auto"/>
      </w:pPr>
      <w:rPr>
        <w:b/>
        <w:bCs/>
        <w:color w:val="FFFFFF" w:themeColor="background1"/>
      </w:rPr>
      <w:tblPr/>
      <w:tcPr>
        <w:shd w:val="clear" w:color="auto" w:fill="196B24" w:themeFill="accent3"/>
      </w:tcPr>
    </w:tblStylePr>
    <w:tblStylePr w:type="lastRow">
      <w:pPr>
        <w:spacing w:before="0" w:after="0" w:line="240" w:lineRule="auto"/>
      </w:pPr>
      <w:rPr>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tcBorders>
      </w:tcPr>
    </w:tblStylePr>
    <w:tblStylePr w:type="firstCol">
      <w:rPr>
        <w:b/>
        <w:bCs/>
      </w:rPr>
    </w:tblStylePr>
    <w:tblStylePr w:type="lastCol">
      <w:rPr>
        <w:b/>
        <w:bCs/>
      </w:r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style>
  <w:style w:type="table" w:styleId="LightList-Accent4">
    <w:name w:val="Light List Accent 4"/>
    <w:basedOn w:val="TableNormal"/>
    <w:uiPriority w:val="61"/>
    <w:rsid w:val="001F47AF"/>
    <w:pPr>
      <w:spacing w:after="0" w:line="240" w:lineRule="auto"/>
    </w:pPr>
    <w:rPr>
      <w:rFonts w:eastAsiaTheme="minorEastAsia"/>
      <w:kern w:val="0"/>
      <w:lang w:val="en-US"/>
      <w14:ligatures w14:val="none"/>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pPr>
        <w:spacing w:before="0" w:after="0" w:line="240" w:lineRule="auto"/>
      </w:pPr>
      <w:rPr>
        <w:b/>
        <w:bCs/>
        <w:color w:val="FFFFFF" w:themeColor="background1"/>
      </w:rPr>
      <w:tblPr/>
      <w:tcPr>
        <w:shd w:val="clear" w:color="auto" w:fill="0F9ED5" w:themeFill="accent4"/>
      </w:tcPr>
    </w:tblStylePr>
    <w:tblStylePr w:type="lastRow">
      <w:pPr>
        <w:spacing w:before="0" w:after="0" w:line="240" w:lineRule="auto"/>
      </w:pPr>
      <w:rPr>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tcBorders>
      </w:tcPr>
    </w:tblStylePr>
    <w:tblStylePr w:type="firstCol">
      <w:rPr>
        <w:b/>
        <w:bCs/>
      </w:rPr>
    </w:tblStylePr>
    <w:tblStylePr w:type="lastCol">
      <w:rPr>
        <w:b/>
        <w:bCs/>
      </w:r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style>
  <w:style w:type="table" w:styleId="LightList-Accent5">
    <w:name w:val="Light List Accent 5"/>
    <w:basedOn w:val="TableNormal"/>
    <w:uiPriority w:val="61"/>
    <w:rsid w:val="001F47AF"/>
    <w:pPr>
      <w:spacing w:after="0" w:line="240" w:lineRule="auto"/>
    </w:pPr>
    <w:rPr>
      <w:rFonts w:eastAsiaTheme="minorEastAsia"/>
      <w:kern w:val="0"/>
      <w:lang w:val="en-US"/>
      <w14:ligatures w14:val="none"/>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pPr>
        <w:spacing w:before="0" w:after="0" w:line="240" w:lineRule="auto"/>
      </w:pPr>
      <w:rPr>
        <w:b/>
        <w:bCs/>
        <w:color w:val="FFFFFF" w:themeColor="background1"/>
      </w:rPr>
      <w:tblPr/>
      <w:tcPr>
        <w:shd w:val="clear" w:color="auto" w:fill="A02B93" w:themeFill="accent5"/>
      </w:tcPr>
    </w:tblStylePr>
    <w:tblStylePr w:type="lastRow">
      <w:pPr>
        <w:spacing w:before="0" w:after="0" w:line="240" w:lineRule="auto"/>
      </w:pPr>
      <w:rPr>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tcBorders>
      </w:tcPr>
    </w:tblStylePr>
    <w:tblStylePr w:type="firstCol">
      <w:rPr>
        <w:b/>
        <w:bCs/>
      </w:rPr>
    </w:tblStylePr>
    <w:tblStylePr w:type="lastCol">
      <w:rPr>
        <w:b/>
        <w:bCs/>
      </w:r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style>
  <w:style w:type="table" w:styleId="LightList-Accent6">
    <w:name w:val="Light List Accent 6"/>
    <w:basedOn w:val="TableNormal"/>
    <w:uiPriority w:val="61"/>
    <w:rsid w:val="001F47AF"/>
    <w:pPr>
      <w:spacing w:after="0" w:line="240" w:lineRule="auto"/>
    </w:pPr>
    <w:rPr>
      <w:rFonts w:eastAsiaTheme="minorEastAsia"/>
      <w:kern w:val="0"/>
      <w:lang w:val="en-US"/>
      <w14:ligatures w14:val="none"/>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pPr>
        <w:spacing w:before="0" w:after="0" w:line="240" w:lineRule="auto"/>
      </w:pPr>
      <w:rPr>
        <w:b/>
        <w:bCs/>
        <w:color w:val="FFFFFF" w:themeColor="background1"/>
      </w:rPr>
      <w:tblPr/>
      <w:tcPr>
        <w:shd w:val="clear" w:color="auto" w:fill="4EA72E" w:themeFill="accent6"/>
      </w:tcPr>
    </w:tblStylePr>
    <w:tblStylePr w:type="lastRow">
      <w:pPr>
        <w:spacing w:before="0" w:after="0" w:line="240" w:lineRule="auto"/>
      </w:pPr>
      <w:rPr>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tcBorders>
      </w:tcPr>
    </w:tblStylePr>
    <w:tblStylePr w:type="firstCol">
      <w:rPr>
        <w:b/>
        <w:bCs/>
      </w:rPr>
    </w:tblStylePr>
    <w:tblStylePr w:type="lastCol">
      <w:rPr>
        <w:b/>
        <w:bCs/>
      </w:r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style>
  <w:style w:type="table" w:styleId="LightGrid">
    <w:name w:val="Light Grid"/>
    <w:basedOn w:val="TableNormal"/>
    <w:uiPriority w:val="62"/>
    <w:rsid w:val="001F47AF"/>
    <w:pPr>
      <w:spacing w:after="0" w:line="240" w:lineRule="auto"/>
    </w:pPr>
    <w:rPr>
      <w:rFonts w:eastAsiaTheme="minorEastAsia"/>
      <w:kern w:val="0"/>
      <w:lang w:val="en-US"/>
      <w14:ligatures w14:val="non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1F47AF"/>
    <w:pPr>
      <w:spacing w:after="0" w:line="240" w:lineRule="auto"/>
    </w:pPr>
    <w:rPr>
      <w:rFonts w:eastAsiaTheme="minorEastAsia"/>
      <w:kern w:val="0"/>
      <w:lang w:val="en-US"/>
      <w14:ligatures w14:val="none"/>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18" w:space="0" w:color="156082" w:themeColor="accent1"/>
          <w:right w:val="single" w:sz="8" w:space="0" w:color="156082" w:themeColor="accent1"/>
          <w:insideH w:val="nil"/>
          <w:insideV w:val="single" w:sz="8" w:space="0" w:color="15608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56082" w:themeColor="accent1"/>
          <w:left w:val="single" w:sz="8" w:space="0" w:color="156082" w:themeColor="accent1"/>
          <w:bottom w:val="single" w:sz="8" w:space="0" w:color="156082" w:themeColor="accent1"/>
          <w:right w:val="single" w:sz="8" w:space="0" w:color="156082" w:themeColor="accent1"/>
          <w:insideH w:val="nil"/>
          <w:insideV w:val="single" w:sz="8" w:space="0" w:color="15608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tcPr>
    </w:tblStylePr>
    <w:tblStylePr w:type="band1Vert">
      <w:tblPr/>
      <w:tcPr>
        <w:tcBorders>
          <w:top w:val="single" w:sz="8" w:space="0" w:color="156082" w:themeColor="accent1"/>
          <w:left w:val="single" w:sz="8" w:space="0" w:color="156082" w:themeColor="accent1"/>
          <w:bottom w:val="single" w:sz="8" w:space="0" w:color="156082" w:themeColor="accent1"/>
          <w:right w:val="single" w:sz="8" w:space="0" w:color="156082" w:themeColor="accent1"/>
        </w:tcBorders>
        <w:shd w:val="clear" w:color="auto" w:fill="B2DEF2" w:themeFill="accent1" w:themeFillTint="3F"/>
      </w:tcPr>
    </w:tblStylePr>
    <w:tblStylePr w:type="band1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shd w:val="clear" w:color="auto" w:fill="B2DEF2" w:themeFill="accent1" w:themeFillTint="3F"/>
      </w:tcPr>
    </w:tblStylePr>
    <w:tblStylePr w:type="band2Horz">
      <w:tblPr/>
      <w:tcPr>
        <w:tcBorders>
          <w:top w:val="single" w:sz="8" w:space="0" w:color="156082" w:themeColor="accent1"/>
          <w:left w:val="single" w:sz="8" w:space="0" w:color="156082" w:themeColor="accent1"/>
          <w:bottom w:val="single" w:sz="8" w:space="0" w:color="156082" w:themeColor="accent1"/>
          <w:right w:val="single" w:sz="8" w:space="0" w:color="156082" w:themeColor="accent1"/>
          <w:insideV w:val="single" w:sz="8" w:space="0" w:color="156082" w:themeColor="accent1"/>
        </w:tcBorders>
      </w:tcPr>
    </w:tblStylePr>
  </w:style>
  <w:style w:type="table" w:styleId="LightGrid-Accent2">
    <w:name w:val="Light Grid Accent 2"/>
    <w:basedOn w:val="TableNormal"/>
    <w:uiPriority w:val="62"/>
    <w:rsid w:val="001F47AF"/>
    <w:pPr>
      <w:spacing w:after="0" w:line="240" w:lineRule="auto"/>
    </w:pPr>
    <w:rPr>
      <w:rFonts w:eastAsiaTheme="minorEastAsia"/>
      <w:kern w:val="0"/>
      <w:lang w:val="en-US"/>
      <w14:ligatures w14:val="none"/>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18" w:space="0" w:color="E97132" w:themeColor="accent2"/>
          <w:right w:val="single" w:sz="8" w:space="0" w:color="E97132" w:themeColor="accent2"/>
          <w:insideH w:val="nil"/>
          <w:insideV w:val="single" w:sz="8" w:space="0" w:color="E97132"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97132" w:themeColor="accent2"/>
          <w:left w:val="single" w:sz="8" w:space="0" w:color="E97132" w:themeColor="accent2"/>
          <w:bottom w:val="single" w:sz="8" w:space="0" w:color="E97132" w:themeColor="accent2"/>
          <w:right w:val="single" w:sz="8" w:space="0" w:color="E97132" w:themeColor="accent2"/>
          <w:insideH w:val="nil"/>
          <w:insideV w:val="single" w:sz="8" w:space="0" w:color="E97132"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tcPr>
    </w:tblStylePr>
    <w:tblStylePr w:type="band1Vert">
      <w:tblPr/>
      <w:tcPr>
        <w:tcBorders>
          <w:top w:val="single" w:sz="8" w:space="0" w:color="E97132" w:themeColor="accent2"/>
          <w:left w:val="single" w:sz="8" w:space="0" w:color="E97132" w:themeColor="accent2"/>
          <w:bottom w:val="single" w:sz="8" w:space="0" w:color="E97132" w:themeColor="accent2"/>
          <w:right w:val="single" w:sz="8" w:space="0" w:color="E97132" w:themeColor="accent2"/>
        </w:tcBorders>
        <w:shd w:val="clear" w:color="auto" w:fill="F9DBCC" w:themeFill="accent2" w:themeFillTint="3F"/>
      </w:tcPr>
    </w:tblStylePr>
    <w:tblStylePr w:type="band1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shd w:val="clear" w:color="auto" w:fill="F9DBCC" w:themeFill="accent2" w:themeFillTint="3F"/>
      </w:tcPr>
    </w:tblStylePr>
    <w:tblStylePr w:type="band2Horz">
      <w:tblPr/>
      <w:tcPr>
        <w:tcBorders>
          <w:top w:val="single" w:sz="8" w:space="0" w:color="E97132" w:themeColor="accent2"/>
          <w:left w:val="single" w:sz="8" w:space="0" w:color="E97132" w:themeColor="accent2"/>
          <w:bottom w:val="single" w:sz="8" w:space="0" w:color="E97132" w:themeColor="accent2"/>
          <w:right w:val="single" w:sz="8" w:space="0" w:color="E97132" w:themeColor="accent2"/>
          <w:insideV w:val="single" w:sz="8" w:space="0" w:color="E97132" w:themeColor="accent2"/>
        </w:tcBorders>
      </w:tcPr>
    </w:tblStylePr>
  </w:style>
  <w:style w:type="table" w:styleId="LightGrid-Accent3">
    <w:name w:val="Light Grid Accent 3"/>
    <w:basedOn w:val="TableNormal"/>
    <w:uiPriority w:val="62"/>
    <w:rsid w:val="001F47AF"/>
    <w:pPr>
      <w:spacing w:after="0" w:line="240" w:lineRule="auto"/>
    </w:pPr>
    <w:rPr>
      <w:rFonts w:eastAsiaTheme="minorEastAsia"/>
      <w:kern w:val="0"/>
      <w:lang w:val="en-US"/>
      <w14:ligatures w14:val="none"/>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18" w:space="0" w:color="196B24" w:themeColor="accent3"/>
          <w:right w:val="single" w:sz="8" w:space="0" w:color="196B24" w:themeColor="accent3"/>
          <w:insideH w:val="nil"/>
          <w:insideV w:val="single" w:sz="8" w:space="0" w:color="196B24"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96B24" w:themeColor="accent3"/>
          <w:left w:val="single" w:sz="8" w:space="0" w:color="196B24" w:themeColor="accent3"/>
          <w:bottom w:val="single" w:sz="8" w:space="0" w:color="196B24" w:themeColor="accent3"/>
          <w:right w:val="single" w:sz="8" w:space="0" w:color="196B24" w:themeColor="accent3"/>
          <w:insideH w:val="nil"/>
          <w:insideV w:val="single" w:sz="8" w:space="0" w:color="196B24"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tcPr>
    </w:tblStylePr>
    <w:tblStylePr w:type="band1Vert">
      <w:tblPr/>
      <w:tcPr>
        <w:tcBorders>
          <w:top w:val="single" w:sz="8" w:space="0" w:color="196B24" w:themeColor="accent3"/>
          <w:left w:val="single" w:sz="8" w:space="0" w:color="196B24" w:themeColor="accent3"/>
          <w:bottom w:val="single" w:sz="8" w:space="0" w:color="196B24" w:themeColor="accent3"/>
          <w:right w:val="single" w:sz="8" w:space="0" w:color="196B24" w:themeColor="accent3"/>
        </w:tcBorders>
        <w:shd w:val="clear" w:color="auto" w:fill="B3EDBA" w:themeFill="accent3" w:themeFillTint="3F"/>
      </w:tcPr>
    </w:tblStylePr>
    <w:tblStylePr w:type="band1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shd w:val="clear" w:color="auto" w:fill="B3EDBA" w:themeFill="accent3" w:themeFillTint="3F"/>
      </w:tcPr>
    </w:tblStylePr>
    <w:tblStylePr w:type="band2Horz">
      <w:tblPr/>
      <w:tcPr>
        <w:tcBorders>
          <w:top w:val="single" w:sz="8" w:space="0" w:color="196B24" w:themeColor="accent3"/>
          <w:left w:val="single" w:sz="8" w:space="0" w:color="196B24" w:themeColor="accent3"/>
          <w:bottom w:val="single" w:sz="8" w:space="0" w:color="196B24" w:themeColor="accent3"/>
          <w:right w:val="single" w:sz="8" w:space="0" w:color="196B24" w:themeColor="accent3"/>
          <w:insideV w:val="single" w:sz="8" w:space="0" w:color="196B24" w:themeColor="accent3"/>
        </w:tcBorders>
      </w:tcPr>
    </w:tblStylePr>
  </w:style>
  <w:style w:type="table" w:styleId="LightGrid-Accent4">
    <w:name w:val="Light Grid Accent 4"/>
    <w:basedOn w:val="TableNormal"/>
    <w:uiPriority w:val="62"/>
    <w:rsid w:val="001F47AF"/>
    <w:pPr>
      <w:spacing w:after="0" w:line="240" w:lineRule="auto"/>
    </w:pPr>
    <w:rPr>
      <w:rFonts w:eastAsiaTheme="minorEastAsia"/>
      <w:kern w:val="0"/>
      <w:lang w:val="en-US"/>
      <w14:ligatures w14:val="none"/>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18" w:space="0" w:color="0F9ED5" w:themeColor="accent4"/>
          <w:right w:val="single" w:sz="8" w:space="0" w:color="0F9ED5" w:themeColor="accent4"/>
          <w:insideH w:val="nil"/>
          <w:insideV w:val="single" w:sz="8" w:space="0" w:color="0F9ED5"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F9ED5" w:themeColor="accent4"/>
          <w:left w:val="single" w:sz="8" w:space="0" w:color="0F9ED5" w:themeColor="accent4"/>
          <w:bottom w:val="single" w:sz="8" w:space="0" w:color="0F9ED5" w:themeColor="accent4"/>
          <w:right w:val="single" w:sz="8" w:space="0" w:color="0F9ED5" w:themeColor="accent4"/>
          <w:insideH w:val="nil"/>
          <w:insideV w:val="single" w:sz="8" w:space="0" w:color="0F9ED5"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tcPr>
    </w:tblStylePr>
    <w:tblStylePr w:type="band1Vert">
      <w:tblPr/>
      <w:tcPr>
        <w:tcBorders>
          <w:top w:val="single" w:sz="8" w:space="0" w:color="0F9ED5" w:themeColor="accent4"/>
          <w:left w:val="single" w:sz="8" w:space="0" w:color="0F9ED5" w:themeColor="accent4"/>
          <w:bottom w:val="single" w:sz="8" w:space="0" w:color="0F9ED5" w:themeColor="accent4"/>
          <w:right w:val="single" w:sz="8" w:space="0" w:color="0F9ED5" w:themeColor="accent4"/>
        </w:tcBorders>
        <w:shd w:val="clear" w:color="auto" w:fill="BDE9FA" w:themeFill="accent4" w:themeFillTint="3F"/>
      </w:tcPr>
    </w:tblStylePr>
    <w:tblStylePr w:type="band1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shd w:val="clear" w:color="auto" w:fill="BDE9FA" w:themeFill="accent4" w:themeFillTint="3F"/>
      </w:tcPr>
    </w:tblStylePr>
    <w:tblStylePr w:type="band2Horz">
      <w:tblPr/>
      <w:tcPr>
        <w:tcBorders>
          <w:top w:val="single" w:sz="8" w:space="0" w:color="0F9ED5" w:themeColor="accent4"/>
          <w:left w:val="single" w:sz="8" w:space="0" w:color="0F9ED5" w:themeColor="accent4"/>
          <w:bottom w:val="single" w:sz="8" w:space="0" w:color="0F9ED5" w:themeColor="accent4"/>
          <w:right w:val="single" w:sz="8" w:space="0" w:color="0F9ED5" w:themeColor="accent4"/>
          <w:insideV w:val="single" w:sz="8" w:space="0" w:color="0F9ED5" w:themeColor="accent4"/>
        </w:tcBorders>
      </w:tcPr>
    </w:tblStylePr>
  </w:style>
  <w:style w:type="table" w:styleId="LightGrid-Accent5">
    <w:name w:val="Light Grid Accent 5"/>
    <w:basedOn w:val="TableNormal"/>
    <w:uiPriority w:val="62"/>
    <w:rsid w:val="001F47AF"/>
    <w:pPr>
      <w:spacing w:after="0" w:line="240" w:lineRule="auto"/>
    </w:pPr>
    <w:rPr>
      <w:rFonts w:eastAsiaTheme="minorEastAsia"/>
      <w:kern w:val="0"/>
      <w:lang w:val="en-US"/>
      <w14:ligatures w14:val="none"/>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18" w:space="0" w:color="A02B93" w:themeColor="accent5"/>
          <w:right w:val="single" w:sz="8" w:space="0" w:color="A02B93" w:themeColor="accent5"/>
          <w:insideH w:val="nil"/>
          <w:insideV w:val="single" w:sz="8" w:space="0" w:color="A02B9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02B93" w:themeColor="accent5"/>
          <w:left w:val="single" w:sz="8" w:space="0" w:color="A02B93" w:themeColor="accent5"/>
          <w:bottom w:val="single" w:sz="8" w:space="0" w:color="A02B93" w:themeColor="accent5"/>
          <w:right w:val="single" w:sz="8" w:space="0" w:color="A02B93" w:themeColor="accent5"/>
          <w:insideH w:val="nil"/>
          <w:insideV w:val="single" w:sz="8" w:space="0" w:color="A02B9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tcPr>
    </w:tblStylePr>
    <w:tblStylePr w:type="band1Vert">
      <w:tblPr/>
      <w:tcPr>
        <w:tcBorders>
          <w:top w:val="single" w:sz="8" w:space="0" w:color="A02B93" w:themeColor="accent5"/>
          <w:left w:val="single" w:sz="8" w:space="0" w:color="A02B93" w:themeColor="accent5"/>
          <w:bottom w:val="single" w:sz="8" w:space="0" w:color="A02B93" w:themeColor="accent5"/>
          <w:right w:val="single" w:sz="8" w:space="0" w:color="A02B93" w:themeColor="accent5"/>
        </w:tcBorders>
        <w:shd w:val="clear" w:color="auto" w:fill="EFC3E9" w:themeFill="accent5" w:themeFillTint="3F"/>
      </w:tcPr>
    </w:tblStylePr>
    <w:tblStylePr w:type="band1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shd w:val="clear" w:color="auto" w:fill="EFC3E9" w:themeFill="accent5" w:themeFillTint="3F"/>
      </w:tcPr>
    </w:tblStylePr>
    <w:tblStylePr w:type="band2Horz">
      <w:tblPr/>
      <w:tcPr>
        <w:tcBorders>
          <w:top w:val="single" w:sz="8" w:space="0" w:color="A02B93" w:themeColor="accent5"/>
          <w:left w:val="single" w:sz="8" w:space="0" w:color="A02B93" w:themeColor="accent5"/>
          <w:bottom w:val="single" w:sz="8" w:space="0" w:color="A02B93" w:themeColor="accent5"/>
          <w:right w:val="single" w:sz="8" w:space="0" w:color="A02B93" w:themeColor="accent5"/>
          <w:insideV w:val="single" w:sz="8" w:space="0" w:color="A02B93" w:themeColor="accent5"/>
        </w:tcBorders>
      </w:tcPr>
    </w:tblStylePr>
  </w:style>
  <w:style w:type="table" w:styleId="LightGrid-Accent6">
    <w:name w:val="Light Grid Accent 6"/>
    <w:basedOn w:val="TableNormal"/>
    <w:uiPriority w:val="62"/>
    <w:rsid w:val="001F47AF"/>
    <w:pPr>
      <w:spacing w:after="0" w:line="240" w:lineRule="auto"/>
    </w:pPr>
    <w:rPr>
      <w:rFonts w:eastAsiaTheme="minorEastAsia"/>
      <w:kern w:val="0"/>
      <w:lang w:val="en-US"/>
      <w14:ligatures w14:val="none"/>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18" w:space="0" w:color="4EA72E" w:themeColor="accent6"/>
          <w:right w:val="single" w:sz="8" w:space="0" w:color="4EA72E" w:themeColor="accent6"/>
          <w:insideH w:val="nil"/>
          <w:insideV w:val="single" w:sz="8" w:space="0" w:color="4EA72E"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EA72E" w:themeColor="accent6"/>
          <w:left w:val="single" w:sz="8" w:space="0" w:color="4EA72E" w:themeColor="accent6"/>
          <w:bottom w:val="single" w:sz="8" w:space="0" w:color="4EA72E" w:themeColor="accent6"/>
          <w:right w:val="single" w:sz="8" w:space="0" w:color="4EA72E" w:themeColor="accent6"/>
          <w:insideH w:val="nil"/>
          <w:insideV w:val="single" w:sz="8" w:space="0" w:color="4EA72E"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tcPr>
    </w:tblStylePr>
    <w:tblStylePr w:type="band1Vert">
      <w:tblPr/>
      <w:tcPr>
        <w:tcBorders>
          <w:top w:val="single" w:sz="8" w:space="0" w:color="4EA72E" w:themeColor="accent6"/>
          <w:left w:val="single" w:sz="8" w:space="0" w:color="4EA72E" w:themeColor="accent6"/>
          <w:bottom w:val="single" w:sz="8" w:space="0" w:color="4EA72E" w:themeColor="accent6"/>
          <w:right w:val="single" w:sz="8" w:space="0" w:color="4EA72E" w:themeColor="accent6"/>
        </w:tcBorders>
        <w:shd w:val="clear" w:color="auto" w:fill="D0EFC5" w:themeFill="accent6" w:themeFillTint="3F"/>
      </w:tcPr>
    </w:tblStylePr>
    <w:tblStylePr w:type="band1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shd w:val="clear" w:color="auto" w:fill="D0EFC5" w:themeFill="accent6" w:themeFillTint="3F"/>
      </w:tcPr>
    </w:tblStylePr>
    <w:tblStylePr w:type="band2Horz">
      <w:tblPr/>
      <w:tcPr>
        <w:tcBorders>
          <w:top w:val="single" w:sz="8" w:space="0" w:color="4EA72E" w:themeColor="accent6"/>
          <w:left w:val="single" w:sz="8" w:space="0" w:color="4EA72E" w:themeColor="accent6"/>
          <w:bottom w:val="single" w:sz="8" w:space="0" w:color="4EA72E" w:themeColor="accent6"/>
          <w:right w:val="single" w:sz="8" w:space="0" w:color="4EA72E" w:themeColor="accent6"/>
          <w:insideV w:val="single" w:sz="8" w:space="0" w:color="4EA72E" w:themeColor="accent6"/>
        </w:tcBorders>
      </w:tcPr>
    </w:tblStylePr>
  </w:style>
  <w:style w:type="table" w:styleId="MediumShading1">
    <w:name w:val="Medium Shading 1"/>
    <w:basedOn w:val="TableNormal"/>
    <w:uiPriority w:val="63"/>
    <w:rsid w:val="001F47AF"/>
    <w:pPr>
      <w:spacing w:after="0" w:line="240" w:lineRule="auto"/>
    </w:pPr>
    <w:rPr>
      <w:rFonts w:eastAsiaTheme="minorEastAsia"/>
      <w:kern w:val="0"/>
      <w:lang w:val="en-US"/>
      <w14:ligatures w14:val="none"/>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1F47AF"/>
    <w:pPr>
      <w:spacing w:after="0" w:line="240" w:lineRule="auto"/>
    </w:pPr>
    <w:rPr>
      <w:rFonts w:eastAsiaTheme="minorEastAsia"/>
      <w:kern w:val="0"/>
      <w:lang w:val="en-US"/>
      <w14:ligatures w14:val="none"/>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tblBorders>
    </w:tblPr>
    <w:tblStylePr w:type="firstRow">
      <w:pPr>
        <w:spacing w:before="0" w:after="0" w:line="240" w:lineRule="auto"/>
      </w:pPr>
      <w:rPr>
        <w:b/>
        <w:bCs/>
        <w:color w:val="FFFFFF" w:themeColor="background1"/>
      </w:rPr>
      <w:tblPr/>
      <w:tcPr>
        <w:tc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shd w:val="clear" w:color="auto" w:fill="156082" w:themeFill="accent1"/>
      </w:tcPr>
    </w:tblStylePr>
    <w:tblStylePr w:type="lastRow">
      <w:pPr>
        <w:spacing w:before="0" w:after="0" w:line="240" w:lineRule="auto"/>
      </w:pPr>
      <w:rPr>
        <w:b/>
        <w:bCs/>
      </w:rPr>
      <w:tblPr/>
      <w:tcPr>
        <w:tcBorders>
          <w:top w:val="double" w:sz="6"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2DEF2" w:themeFill="accent1" w:themeFillTint="3F"/>
      </w:tcPr>
    </w:tblStylePr>
    <w:tblStylePr w:type="band1Horz">
      <w:tblPr/>
      <w:tcPr>
        <w:tcBorders>
          <w:insideH w:val="nil"/>
          <w:insideV w:val="nil"/>
        </w:tcBorders>
        <w:shd w:val="clear" w:color="auto" w:fill="B2DEF2"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1F47AF"/>
    <w:pPr>
      <w:spacing w:after="0" w:line="240" w:lineRule="auto"/>
    </w:pPr>
    <w:rPr>
      <w:rFonts w:eastAsiaTheme="minorEastAsia"/>
      <w:kern w:val="0"/>
      <w:lang w:val="en-US"/>
      <w14:ligatures w14:val="none"/>
    </w:r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tblBorders>
    </w:tblPr>
    <w:tblStylePr w:type="firstRow">
      <w:pPr>
        <w:spacing w:before="0" w:after="0" w:line="240" w:lineRule="auto"/>
      </w:pPr>
      <w:rPr>
        <w:b/>
        <w:bCs/>
        <w:color w:val="FFFFFF" w:themeColor="background1"/>
      </w:rPr>
      <w:tblPr/>
      <w:tcPr>
        <w:tc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shd w:val="clear" w:color="auto" w:fill="E97132" w:themeFill="accent2"/>
      </w:tcPr>
    </w:tblStylePr>
    <w:tblStylePr w:type="lastRow">
      <w:pPr>
        <w:spacing w:before="0" w:after="0" w:line="240" w:lineRule="auto"/>
      </w:pPr>
      <w:rPr>
        <w:b/>
        <w:bCs/>
      </w:rPr>
      <w:tblPr/>
      <w:tcPr>
        <w:tcBorders>
          <w:top w:val="double" w:sz="6"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nil"/>
          <w:insideV w:val="nil"/>
        </w:tcBorders>
      </w:tcPr>
    </w:tblStylePr>
    <w:tblStylePr w:type="firstCol">
      <w:rPr>
        <w:b/>
        <w:bCs/>
      </w:rPr>
    </w:tblStylePr>
    <w:tblStylePr w:type="lastCol">
      <w:rPr>
        <w:b/>
        <w:bCs/>
      </w:rPr>
    </w:tblStylePr>
    <w:tblStylePr w:type="band1Vert">
      <w:tblPr/>
      <w:tcPr>
        <w:shd w:val="clear" w:color="auto" w:fill="F9DBCC" w:themeFill="accent2" w:themeFillTint="3F"/>
      </w:tcPr>
    </w:tblStylePr>
    <w:tblStylePr w:type="band1Horz">
      <w:tblPr/>
      <w:tcPr>
        <w:tcBorders>
          <w:insideH w:val="nil"/>
          <w:insideV w:val="nil"/>
        </w:tcBorders>
        <w:shd w:val="clear" w:color="auto" w:fill="F9DBCC"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1F47AF"/>
    <w:pPr>
      <w:spacing w:after="0" w:line="240" w:lineRule="auto"/>
    </w:pPr>
    <w:rPr>
      <w:rFonts w:eastAsiaTheme="minorEastAsia"/>
      <w:kern w:val="0"/>
      <w:lang w:val="en-US"/>
      <w14:ligatures w14:val="none"/>
    </w:r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tblBorders>
    </w:tblPr>
    <w:tblStylePr w:type="firstRow">
      <w:pPr>
        <w:spacing w:before="0" w:after="0" w:line="240" w:lineRule="auto"/>
      </w:pPr>
      <w:rPr>
        <w:b/>
        <w:bCs/>
        <w:color w:val="FFFFFF" w:themeColor="background1"/>
      </w:rPr>
      <w:tblPr/>
      <w:tcPr>
        <w:tc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shd w:val="clear" w:color="auto" w:fill="196B24" w:themeFill="accent3"/>
      </w:tcPr>
    </w:tblStylePr>
    <w:tblStylePr w:type="lastRow">
      <w:pPr>
        <w:spacing w:before="0" w:after="0" w:line="240" w:lineRule="auto"/>
      </w:pPr>
      <w:rPr>
        <w:b/>
        <w:bCs/>
      </w:rPr>
      <w:tblPr/>
      <w:tcPr>
        <w:tcBorders>
          <w:top w:val="double" w:sz="6"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nil"/>
          <w:insideV w:val="nil"/>
        </w:tcBorders>
      </w:tcPr>
    </w:tblStylePr>
    <w:tblStylePr w:type="firstCol">
      <w:rPr>
        <w:b/>
        <w:bCs/>
      </w:rPr>
    </w:tblStylePr>
    <w:tblStylePr w:type="lastCol">
      <w:rPr>
        <w:b/>
        <w:bCs/>
      </w:rPr>
    </w:tblStylePr>
    <w:tblStylePr w:type="band1Vert">
      <w:tblPr/>
      <w:tcPr>
        <w:shd w:val="clear" w:color="auto" w:fill="B3EDBA" w:themeFill="accent3" w:themeFillTint="3F"/>
      </w:tcPr>
    </w:tblStylePr>
    <w:tblStylePr w:type="band1Horz">
      <w:tblPr/>
      <w:tcPr>
        <w:tcBorders>
          <w:insideH w:val="nil"/>
          <w:insideV w:val="nil"/>
        </w:tcBorders>
        <w:shd w:val="clear" w:color="auto" w:fill="B3EDB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1F47AF"/>
    <w:pPr>
      <w:spacing w:after="0" w:line="240" w:lineRule="auto"/>
    </w:pPr>
    <w:rPr>
      <w:rFonts w:eastAsiaTheme="minorEastAsia"/>
      <w:kern w:val="0"/>
      <w:lang w:val="en-US"/>
      <w14:ligatures w14:val="none"/>
    </w:r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tblBorders>
    </w:tblPr>
    <w:tblStylePr w:type="firstRow">
      <w:pPr>
        <w:spacing w:before="0" w:after="0" w:line="240" w:lineRule="auto"/>
      </w:pPr>
      <w:rPr>
        <w:b/>
        <w:bCs/>
        <w:color w:val="FFFFFF" w:themeColor="background1"/>
      </w:rPr>
      <w:tblPr/>
      <w:tcPr>
        <w:tc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shd w:val="clear" w:color="auto" w:fill="0F9ED5" w:themeFill="accent4"/>
      </w:tcPr>
    </w:tblStylePr>
    <w:tblStylePr w:type="lastRow">
      <w:pPr>
        <w:spacing w:before="0" w:after="0" w:line="240" w:lineRule="auto"/>
      </w:pPr>
      <w:rPr>
        <w:b/>
        <w:bCs/>
      </w:rPr>
      <w:tblPr/>
      <w:tcPr>
        <w:tcBorders>
          <w:top w:val="double" w:sz="6"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nil"/>
          <w:insideV w:val="nil"/>
        </w:tcBorders>
      </w:tcPr>
    </w:tblStylePr>
    <w:tblStylePr w:type="firstCol">
      <w:rPr>
        <w:b/>
        <w:bCs/>
      </w:rPr>
    </w:tblStylePr>
    <w:tblStylePr w:type="lastCol">
      <w:rPr>
        <w:b/>
        <w:bCs/>
      </w:rPr>
    </w:tblStylePr>
    <w:tblStylePr w:type="band1Vert">
      <w:tblPr/>
      <w:tcPr>
        <w:shd w:val="clear" w:color="auto" w:fill="BDE9FA" w:themeFill="accent4" w:themeFillTint="3F"/>
      </w:tcPr>
    </w:tblStylePr>
    <w:tblStylePr w:type="band1Horz">
      <w:tblPr/>
      <w:tcPr>
        <w:tcBorders>
          <w:insideH w:val="nil"/>
          <w:insideV w:val="nil"/>
        </w:tcBorders>
        <w:shd w:val="clear" w:color="auto" w:fill="BDE9FA"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1F47AF"/>
    <w:pPr>
      <w:spacing w:after="0" w:line="240" w:lineRule="auto"/>
    </w:pPr>
    <w:rPr>
      <w:rFonts w:eastAsiaTheme="minorEastAsia"/>
      <w:kern w:val="0"/>
      <w:lang w:val="en-US"/>
      <w14:ligatures w14:val="none"/>
    </w:r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tblBorders>
    </w:tblPr>
    <w:tblStylePr w:type="firstRow">
      <w:pPr>
        <w:spacing w:before="0" w:after="0" w:line="240" w:lineRule="auto"/>
      </w:pPr>
      <w:rPr>
        <w:b/>
        <w:bCs/>
        <w:color w:val="FFFFFF" w:themeColor="background1"/>
      </w:rPr>
      <w:tblPr/>
      <w:tcPr>
        <w:tc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shd w:val="clear" w:color="auto" w:fill="A02B93" w:themeFill="accent5"/>
      </w:tcPr>
    </w:tblStylePr>
    <w:tblStylePr w:type="lastRow">
      <w:pPr>
        <w:spacing w:before="0" w:after="0" w:line="240" w:lineRule="auto"/>
      </w:pPr>
      <w:rPr>
        <w:b/>
        <w:bCs/>
      </w:rPr>
      <w:tblPr/>
      <w:tcPr>
        <w:tcBorders>
          <w:top w:val="double" w:sz="6"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nil"/>
          <w:insideV w:val="nil"/>
        </w:tcBorders>
      </w:tcPr>
    </w:tblStylePr>
    <w:tblStylePr w:type="firstCol">
      <w:rPr>
        <w:b/>
        <w:bCs/>
      </w:rPr>
    </w:tblStylePr>
    <w:tblStylePr w:type="lastCol">
      <w:rPr>
        <w:b/>
        <w:bCs/>
      </w:rPr>
    </w:tblStylePr>
    <w:tblStylePr w:type="band1Vert">
      <w:tblPr/>
      <w:tcPr>
        <w:shd w:val="clear" w:color="auto" w:fill="EFC3E9" w:themeFill="accent5" w:themeFillTint="3F"/>
      </w:tcPr>
    </w:tblStylePr>
    <w:tblStylePr w:type="band1Horz">
      <w:tblPr/>
      <w:tcPr>
        <w:tcBorders>
          <w:insideH w:val="nil"/>
          <w:insideV w:val="nil"/>
        </w:tcBorders>
        <w:shd w:val="clear" w:color="auto" w:fill="EFC3E9"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1F47AF"/>
    <w:pPr>
      <w:spacing w:after="0" w:line="240" w:lineRule="auto"/>
    </w:pPr>
    <w:rPr>
      <w:rFonts w:eastAsiaTheme="minorEastAsia"/>
      <w:kern w:val="0"/>
      <w:lang w:val="en-US"/>
      <w14:ligatures w14:val="none"/>
    </w:r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tblBorders>
    </w:tblPr>
    <w:tblStylePr w:type="firstRow">
      <w:pPr>
        <w:spacing w:before="0" w:after="0" w:line="240" w:lineRule="auto"/>
      </w:pPr>
      <w:rPr>
        <w:b/>
        <w:bCs/>
        <w:color w:val="FFFFFF" w:themeColor="background1"/>
      </w:rPr>
      <w:tblPr/>
      <w:tcPr>
        <w:tc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shd w:val="clear" w:color="auto" w:fill="4EA72E" w:themeFill="accent6"/>
      </w:tcPr>
    </w:tblStylePr>
    <w:tblStylePr w:type="lastRow">
      <w:pPr>
        <w:spacing w:before="0" w:after="0" w:line="240" w:lineRule="auto"/>
      </w:pPr>
      <w:rPr>
        <w:b/>
        <w:bCs/>
      </w:rPr>
      <w:tblPr/>
      <w:tcPr>
        <w:tcBorders>
          <w:top w:val="double" w:sz="6"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nil"/>
          <w:insideV w:val="nil"/>
        </w:tcBorders>
      </w:tcPr>
    </w:tblStylePr>
    <w:tblStylePr w:type="firstCol">
      <w:rPr>
        <w:b/>
        <w:bCs/>
      </w:rPr>
    </w:tblStylePr>
    <w:tblStylePr w:type="lastCol">
      <w:rPr>
        <w:b/>
        <w:bCs/>
      </w:rPr>
    </w:tblStylePr>
    <w:tblStylePr w:type="band1Vert">
      <w:tblPr/>
      <w:tcPr>
        <w:shd w:val="clear" w:color="auto" w:fill="D0EFC5" w:themeFill="accent6" w:themeFillTint="3F"/>
      </w:tcPr>
    </w:tblStylePr>
    <w:tblStylePr w:type="band1Horz">
      <w:tblPr/>
      <w:tcPr>
        <w:tcBorders>
          <w:insideH w:val="nil"/>
          <w:insideV w:val="nil"/>
        </w:tcBorders>
        <w:shd w:val="clear" w:color="auto" w:fill="D0EFC5"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1F47AF"/>
    <w:pPr>
      <w:spacing w:after="0" w:line="240" w:lineRule="auto"/>
    </w:pPr>
    <w:rPr>
      <w:rFonts w:eastAsiaTheme="minorEastAsia"/>
      <w:kern w:val="0"/>
      <w:lang w:val="en-US"/>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1F47AF"/>
    <w:pPr>
      <w:spacing w:after="0" w:line="240" w:lineRule="auto"/>
    </w:pPr>
    <w:rPr>
      <w:rFonts w:eastAsiaTheme="minorEastAsia"/>
      <w:kern w:val="0"/>
      <w:lang w:val="en-US"/>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56082"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56082" w:themeFill="accent1"/>
      </w:tcPr>
    </w:tblStylePr>
    <w:tblStylePr w:type="lastCol">
      <w:rPr>
        <w:b/>
        <w:bCs/>
        <w:color w:val="FFFFFF" w:themeColor="background1"/>
      </w:rPr>
      <w:tblPr/>
      <w:tcPr>
        <w:tcBorders>
          <w:left w:val="nil"/>
          <w:right w:val="nil"/>
          <w:insideH w:val="nil"/>
          <w:insideV w:val="nil"/>
        </w:tcBorders>
        <w:shd w:val="clear" w:color="auto" w:fill="156082"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1F47AF"/>
    <w:pPr>
      <w:spacing w:after="0" w:line="240" w:lineRule="auto"/>
    </w:pPr>
    <w:rPr>
      <w:rFonts w:eastAsiaTheme="minorEastAsia"/>
      <w:kern w:val="0"/>
      <w:lang w:val="en-US"/>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97132"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97132" w:themeFill="accent2"/>
      </w:tcPr>
    </w:tblStylePr>
    <w:tblStylePr w:type="lastCol">
      <w:rPr>
        <w:b/>
        <w:bCs/>
        <w:color w:val="FFFFFF" w:themeColor="background1"/>
      </w:rPr>
      <w:tblPr/>
      <w:tcPr>
        <w:tcBorders>
          <w:left w:val="nil"/>
          <w:right w:val="nil"/>
          <w:insideH w:val="nil"/>
          <w:insideV w:val="nil"/>
        </w:tcBorders>
        <w:shd w:val="clear" w:color="auto" w:fill="E97132"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1F47AF"/>
    <w:pPr>
      <w:spacing w:after="0" w:line="240" w:lineRule="auto"/>
    </w:pPr>
    <w:rPr>
      <w:rFonts w:eastAsiaTheme="minorEastAsia"/>
      <w:kern w:val="0"/>
      <w:lang w:val="en-US"/>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96B24"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96B24" w:themeFill="accent3"/>
      </w:tcPr>
    </w:tblStylePr>
    <w:tblStylePr w:type="lastCol">
      <w:rPr>
        <w:b/>
        <w:bCs/>
        <w:color w:val="FFFFFF" w:themeColor="background1"/>
      </w:rPr>
      <w:tblPr/>
      <w:tcPr>
        <w:tcBorders>
          <w:left w:val="nil"/>
          <w:right w:val="nil"/>
          <w:insideH w:val="nil"/>
          <w:insideV w:val="nil"/>
        </w:tcBorders>
        <w:shd w:val="clear" w:color="auto" w:fill="196B24"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1F47AF"/>
    <w:pPr>
      <w:spacing w:after="0" w:line="240" w:lineRule="auto"/>
    </w:pPr>
    <w:rPr>
      <w:rFonts w:eastAsiaTheme="minorEastAsia"/>
      <w:kern w:val="0"/>
      <w:lang w:val="en-US"/>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F9ED5"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F9ED5" w:themeFill="accent4"/>
      </w:tcPr>
    </w:tblStylePr>
    <w:tblStylePr w:type="lastCol">
      <w:rPr>
        <w:b/>
        <w:bCs/>
        <w:color w:val="FFFFFF" w:themeColor="background1"/>
      </w:rPr>
      <w:tblPr/>
      <w:tcPr>
        <w:tcBorders>
          <w:left w:val="nil"/>
          <w:right w:val="nil"/>
          <w:insideH w:val="nil"/>
          <w:insideV w:val="nil"/>
        </w:tcBorders>
        <w:shd w:val="clear" w:color="auto" w:fill="0F9ED5"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1F47AF"/>
    <w:pPr>
      <w:spacing w:after="0" w:line="240" w:lineRule="auto"/>
    </w:pPr>
    <w:rPr>
      <w:rFonts w:eastAsiaTheme="minorEastAsia"/>
      <w:kern w:val="0"/>
      <w:lang w:val="en-US"/>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02B9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02B93" w:themeFill="accent5"/>
      </w:tcPr>
    </w:tblStylePr>
    <w:tblStylePr w:type="lastCol">
      <w:rPr>
        <w:b/>
        <w:bCs/>
        <w:color w:val="FFFFFF" w:themeColor="background1"/>
      </w:rPr>
      <w:tblPr/>
      <w:tcPr>
        <w:tcBorders>
          <w:left w:val="nil"/>
          <w:right w:val="nil"/>
          <w:insideH w:val="nil"/>
          <w:insideV w:val="nil"/>
        </w:tcBorders>
        <w:shd w:val="clear" w:color="auto" w:fill="A02B9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1F47AF"/>
    <w:pPr>
      <w:spacing w:after="0" w:line="240" w:lineRule="auto"/>
    </w:pPr>
    <w:rPr>
      <w:rFonts w:eastAsiaTheme="minorEastAsia"/>
      <w:kern w:val="0"/>
      <w:lang w:val="en-US"/>
      <w14:ligatures w14:val="none"/>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EA72E"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EA72E" w:themeFill="accent6"/>
      </w:tcPr>
    </w:tblStylePr>
    <w:tblStylePr w:type="lastCol">
      <w:rPr>
        <w:b/>
        <w:bCs/>
        <w:color w:val="FFFFFF" w:themeColor="background1"/>
      </w:rPr>
      <w:tblPr/>
      <w:tcPr>
        <w:tcBorders>
          <w:left w:val="nil"/>
          <w:right w:val="nil"/>
          <w:insideH w:val="nil"/>
          <w:insideV w:val="nil"/>
        </w:tcBorders>
        <w:shd w:val="clear" w:color="auto" w:fill="4EA72E"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1F47AF"/>
    <w:pPr>
      <w:spacing w:after="0" w:line="240" w:lineRule="auto"/>
    </w:pPr>
    <w:rPr>
      <w:rFonts w:eastAsiaTheme="minorEastAsia"/>
      <w:color w:val="000000" w:themeColor="text1"/>
      <w:kern w:val="0"/>
      <w:lang w:val="en-US"/>
      <w14:ligatures w14:val="none"/>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E2841"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1F47AF"/>
    <w:pPr>
      <w:spacing w:after="0" w:line="240" w:lineRule="auto"/>
    </w:pPr>
    <w:rPr>
      <w:rFonts w:eastAsiaTheme="minorEastAsia"/>
      <w:color w:val="000000" w:themeColor="text1"/>
      <w:kern w:val="0"/>
      <w:lang w:val="en-US"/>
      <w14:ligatures w14:val="none"/>
    </w:rPr>
    <w:tblPr>
      <w:tblStyleRowBandSize w:val="1"/>
      <w:tblStyleColBandSize w:val="1"/>
      <w:tblBorders>
        <w:top w:val="single" w:sz="8" w:space="0" w:color="156082" w:themeColor="accent1"/>
        <w:bottom w:val="single" w:sz="8" w:space="0" w:color="156082" w:themeColor="accent1"/>
      </w:tblBorders>
    </w:tblPr>
    <w:tblStylePr w:type="firstRow">
      <w:rPr>
        <w:rFonts w:asciiTheme="majorHAnsi" w:eastAsiaTheme="majorEastAsia" w:hAnsiTheme="majorHAnsi" w:cstheme="majorBidi"/>
      </w:rPr>
      <w:tblPr/>
      <w:tcPr>
        <w:tcBorders>
          <w:top w:val="nil"/>
          <w:bottom w:val="single" w:sz="8" w:space="0" w:color="156082" w:themeColor="accent1"/>
        </w:tcBorders>
      </w:tcPr>
    </w:tblStylePr>
    <w:tblStylePr w:type="lastRow">
      <w:rPr>
        <w:b/>
        <w:bCs/>
        <w:color w:val="0E2841" w:themeColor="text2"/>
      </w:rPr>
      <w:tblPr/>
      <w:tcPr>
        <w:tcBorders>
          <w:top w:val="single" w:sz="8" w:space="0" w:color="156082" w:themeColor="accent1"/>
          <w:bottom w:val="single" w:sz="8" w:space="0" w:color="156082" w:themeColor="accent1"/>
        </w:tcBorders>
      </w:tcPr>
    </w:tblStylePr>
    <w:tblStylePr w:type="firstCol">
      <w:rPr>
        <w:b/>
        <w:bCs/>
      </w:rPr>
    </w:tblStylePr>
    <w:tblStylePr w:type="lastCol">
      <w:rPr>
        <w:b/>
        <w:bCs/>
      </w:rPr>
      <w:tblPr/>
      <w:tcPr>
        <w:tcBorders>
          <w:top w:val="single" w:sz="8" w:space="0" w:color="156082" w:themeColor="accent1"/>
          <w:bottom w:val="single" w:sz="8" w:space="0" w:color="156082" w:themeColor="accent1"/>
        </w:tcBorders>
      </w:tcPr>
    </w:tblStylePr>
    <w:tblStylePr w:type="band1Vert">
      <w:tblPr/>
      <w:tcPr>
        <w:shd w:val="clear" w:color="auto" w:fill="B2DEF2" w:themeFill="accent1" w:themeFillTint="3F"/>
      </w:tcPr>
    </w:tblStylePr>
    <w:tblStylePr w:type="band1Horz">
      <w:tblPr/>
      <w:tcPr>
        <w:shd w:val="clear" w:color="auto" w:fill="B2DEF2" w:themeFill="accent1" w:themeFillTint="3F"/>
      </w:tcPr>
    </w:tblStylePr>
  </w:style>
  <w:style w:type="table" w:styleId="MediumList1-Accent2">
    <w:name w:val="Medium List 1 Accent 2"/>
    <w:basedOn w:val="TableNormal"/>
    <w:uiPriority w:val="65"/>
    <w:rsid w:val="001F47AF"/>
    <w:pPr>
      <w:spacing w:after="0" w:line="240" w:lineRule="auto"/>
    </w:pPr>
    <w:rPr>
      <w:rFonts w:eastAsiaTheme="minorEastAsia"/>
      <w:color w:val="000000" w:themeColor="text1"/>
      <w:kern w:val="0"/>
      <w:lang w:val="en-US"/>
      <w14:ligatures w14:val="none"/>
    </w:rPr>
    <w:tblPr>
      <w:tblStyleRowBandSize w:val="1"/>
      <w:tblStyleColBandSize w:val="1"/>
      <w:tblBorders>
        <w:top w:val="single" w:sz="8" w:space="0" w:color="E97132" w:themeColor="accent2"/>
        <w:bottom w:val="single" w:sz="8" w:space="0" w:color="E97132" w:themeColor="accent2"/>
      </w:tblBorders>
    </w:tblPr>
    <w:tblStylePr w:type="firstRow">
      <w:rPr>
        <w:rFonts w:asciiTheme="majorHAnsi" w:eastAsiaTheme="majorEastAsia" w:hAnsiTheme="majorHAnsi" w:cstheme="majorBidi"/>
      </w:rPr>
      <w:tblPr/>
      <w:tcPr>
        <w:tcBorders>
          <w:top w:val="nil"/>
          <w:bottom w:val="single" w:sz="8" w:space="0" w:color="E97132" w:themeColor="accent2"/>
        </w:tcBorders>
      </w:tcPr>
    </w:tblStylePr>
    <w:tblStylePr w:type="lastRow">
      <w:rPr>
        <w:b/>
        <w:bCs/>
        <w:color w:val="0E2841" w:themeColor="text2"/>
      </w:rPr>
      <w:tblPr/>
      <w:tcPr>
        <w:tcBorders>
          <w:top w:val="single" w:sz="8" w:space="0" w:color="E97132" w:themeColor="accent2"/>
          <w:bottom w:val="single" w:sz="8" w:space="0" w:color="E97132" w:themeColor="accent2"/>
        </w:tcBorders>
      </w:tcPr>
    </w:tblStylePr>
    <w:tblStylePr w:type="firstCol">
      <w:rPr>
        <w:b/>
        <w:bCs/>
      </w:rPr>
    </w:tblStylePr>
    <w:tblStylePr w:type="lastCol">
      <w:rPr>
        <w:b/>
        <w:bCs/>
      </w:rPr>
      <w:tblPr/>
      <w:tcPr>
        <w:tcBorders>
          <w:top w:val="single" w:sz="8" w:space="0" w:color="E97132" w:themeColor="accent2"/>
          <w:bottom w:val="single" w:sz="8" w:space="0" w:color="E97132" w:themeColor="accent2"/>
        </w:tcBorders>
      </w:tcPr>
    </w:tblStylePr>
    <w:tblStylePr w:type="band1Vert">
      <w:tblPr/>
      <w:tcPr>
        <w:shd w:val="clear" w:color="auto" w:fill="F9DBCC" w:themeFill="accent2" w:themeFillTint="3F"/>
      </w:tcPr>
    </w:tblStylePr>
    <w:tblStylePr w:type="band1Horz">
      <w:tblPr/>
      <w:tcPr>
        <w:shd w:val="clear" w:color="auto" w:fill="F9DBCC" w:themeFill="accent2" w:themeFillTint="3F"/>
      </w:tcPr>
    </w:tblStylePr>
  </w:style>
  <w:style w:type="table" w:styleId="MediumList1-Accent3">
    <w:name w:val="Medium List 1 Accent 3"/>
    <w:basedOn w:val="TableNormal"/>
    <w:uiPriority w:val="65"/>
    <w:rsid w:val="001F47AF"/>
    <w:pPr>
      <w:spacing w:after="0" w:line="240" w:lineRule="auto"/>
    </w:pPr>
    <w:rPr>
      <w:rFonts w:eastAsiaTheme="minorEastAsia"/>
      <w:color w:val="000000" w:themeColor="text1"/>
      <w:kern w:val="0"/>
      <w:lang w:val="en-US"/>
      <w14:ligatures w14:val="none"/>
    </w:rPr>
    <w:tblPr>
      <w:tblStyleRowBandSize w:val="1"/>
      <w:tblStyleColBandSize w:val="1"/>
      <w:tblBorders>
        <w:top w:val="single" w:sz="8" w:space="0" w:color="196B24" w:themeColor="accent3"/>
        <w:bottom w:val="single" w:sz="8" w:space="0" w:color="196B24" w:themeColor="accent3"/>
      </w:tblBorders>
    </w:tblPr>
    <w:tblStylePr w:type="firstRow">
      <w:rPr>
        <w:rFonts w:asciiTheme="majorHAnsi" w:eastAsiaTheme="majorEastAsia" w:hAnsiTheme="majorHAnsi" w:cstheme="majorBidi"/>
      </w:rPr>
      <w:tblPr/>
      <w:tcPr>
        <w:tcBorders>
          <w:top w:val="nil"/>
          <w:bottom w:val="single" w:sz="8" w:space="0" w:color="196B24" w:themeColor="accent3"/>
        </w:tcBorders>
      </w:tcPr>
    </w:tblStylePr>
    <w:tblStylePr w:type="lastRow">
      <w:rPr>
        <w:b/>
        <w:bCs/>
        <w:color w:val="0E2841" w:themeColor="text2"/>
      </w:rPr>
      <w:tblPr/>
      <w:tcPr>
        <w:tcBorders>
          <w:top w:val="single" w:sz="8" w:space="0" w:color="196B24" w:themeColor="accent3"/>
          <w:bottom w:val="single" w:sz="8" w:space="0" w:color="196B24" w:themeColor="accent3"/>
        </w:tcBorders>
      </w:tcPr>
    </w:tblStylePr>
    <w:tblStylePr w:type="firstCol">
      <w:rPr>
        <w:b/>
        <w:bCs/>
      </w:rPr>
    </w:tblStylePr>
    <w:tblStylePr w:type="lastCol">
      <w:rPr>
        <w:b/>
        <w:bCs/>
      </w:rPr>
      <w:tblPr/>
      <w:tcPr>
        <w:tcBorders>
          <w:top w:val="single" w:sz="8" w:space="0" w:color="196B24" w:themeColor="accent3"/>
          <w:bottom w:val="single" w:sz="8" w:space="0" w:color="196B24" w:themeColor="accent3"/>
        </w:tcBorders>
      </w:tcPr>
    </w:tblStylePr>
    <w:tblStylePr w:type="band1Vert">
      <w:tblPr/>
      <w:tcPr>
        <w:shd w:val="clear" w:color="auto" w:fill="B3EDBA" w:themeFill="accent3" w:themeFillTint="3F"/>
      </w:tcPr>
    </w:tblStylePr>
    <w:tblStylePr w:type="band1Horz">
      <w:tblPr/>
      <w:tcPr>
        <w:shd w:val="clear" w:color="auto" w:fill="B3EDBA" w:themeFill="accent3" w:themeFillTint="3F"/>
      </w:tcPr>
    </w:tblStylePr>
  </w:style>
  <w:style w:type="table" w:styleId="MediumList1-Accent4">
    <w:name w:val="Medium List 1 Accent 4"/>
    <w:basedOn w:val="TableNormal"/>
    <w:uiPriority w:val="65"/>
    <w:rsid w:val="001F47AF"/>
    <w:pPr>
      <w:spacing w:after="0" w:line="240" w:lineRule="auto"/>
    </w:pPr>
    <w:rPr>
      <w:rFonts w:eastAsiaTheme="minorEastAsia"/>
      <w:color w:val="000000" w:themeColor="text1"/>
      <w:kern w:val="0"/>
      <w:lang w:val="en-US"/>
      <w14:ligatures w14:val="none"/>
    </w:rPr>
    <w:tblPr>
      <w:tblStyleRowBandSize w:val="1"/>
      <w:tblStyleColBandSize w:val="1"/>
      <w:tblBorders>
        <w:top w:val="single" w:sz="8" w:space="0" w:color="0F9ED5" w:themeColor="accent4"/>
        <w:bottom w:val="single" w:sz="8" w:space="0" w:color="0F9ED5" w:themeColor="accent4"/>
      </w:tblBorders>
    </w:tblPr>
    <w:tblStylePr w:type="firstRow">
      <w:rPr>
        <w:rFonts w:asciiTheme="majorHAnsi" w:eastAsiaTheme="majorEastAsia" w:hAnsiTheme="majorHAnsi" w:cstheme="majorBidi"/>
      </w:rPr>
      <w:tblPr/>
      <w:tcPr>
        <w:tcBorders>
          <w:top w:val="nil"/>
          <w:bottom w:val="single" w:sz="8" w:space="0" w:color="0F9ED5" w:themeColor="accent4"/>
        </w:tcBorders>
      </w:tcPr>
    </w:tblStylePr>
    <w:tblStylePr w:type="lastRow">
      <w:rPr>
        <w:b/>
        <w:bCs/>
        <w:color w:val="0E2841" w:themeColor="text2"/>
      </w:rPr>
      <w:tblPr/>
      <w:tcPr>
        <w:tcBorders>
          <w:top w:val="single" w:sz="8" w:space="0" w:color="0F9ED5" w:themeColor="accent4"/>
          <w:bottom w:val="single" w:sz="8" w:space="0" w:color="0F9ED5" w:themeColor="accent4"/>
        </w:tcBorders>
      </w:tcPr>
    </w:tblStylePr>
    <w:tblStylePr w:type="firstCol">
      <w:rPr>
        <w:b/>
        <w:bCs/>
      </w:rPr>
    </w:tblStylePr>
    <w:tblStylePr w:type="lastCol">
      <w:rPr>
        <w:b/>
        <w:bCs/>
      </w:rPr>
      <w:tblPr/>
      <w:tcPr>
        <w:tcBorders>
          <w:top w:val="single" w:sz="8" w:space="0" w:color="0F9ED5" w:themeColor="accent4"/>
          <w:bottom w:val="single" w:sz="8" w:space="0" w:color="0F9ED5" w:themeColor="accent4"/>
        </w:tcBorders>
      </w:tcPr>
    </w:tblStylePr>
    <w:tblStylePr w:type="band1Vert">
      <w:tblPr/>
      <w:tcPr>
        <w:shd w:val="clear" w:color="auto" w:fill="BDE9FA" w:themeFill="accent4" w:themeFillTint="3F"/>
      </w:tcPr>
    </w:tblStylePr>
    <w:tblStylePr w:type="band1Horz">
      <w:tblPr/>
      <w:tcPr>
        <w:shd w:val="clear" w:color="auto" w:fill="BDE9FA" w:themeFill="accent4" w:themeFillTint="3F"/>
      </w:tcPr>
    </w:tblStylePr>
  </w:style>
  <w:style w:type="table" w:styleId="MediumList1-Accent5">
    <w:name w:val="Medium List 1 Accent 5"/>
    <w:basedOn w:val="TableNormal"/>
    <w:uiPriority w:val="65"/>
    <w:rsid w:val="001F47AF"/>
    <w:pPr>
      <w:spacing w:after="0" w:line="240" w:lineRule="auto"/>
    </w:pPr>
    <w:rPr>
      <w:rFonts w:eastAsiaTheme="minorEastAsia"/>
      <w:color w:val="000000" w:themeColor="text1"/>
      <w:kern w:val="0"/>
      <w:lang w:val="en-US"/>
      <w14:ligatures w14:val="none"/>
    </w:rPr>
    <w:tblPr>
      <w:tblStyleRowBandSize w:val="1"/>
      <w:tblStyleColBandSize w:val="1"/>
      <w:tblBorders>
        <w:top w:val="single" w:sz="8" w:space="0" w:color="A02B93" w:themeColor="accent5"/>
        <w:bottom w:val="single" w:sz="8" w:space="0" w:color="A02B93" w:themeColor="accent5"/>
      </w:tblBorders>
    </w:tblPr>
    <w:tblStylePr w:type="firstRow">
      <w:rPr>
        <w:rFonts w:asciiTheme="majorHAnsi" w:eastAsiaTheme="majorEastAsia" w:hAnsiTheme="majorHAnsi" w:cstheme="majorBidi"/>
      </w:rPr>
      <w:tblPr/>
      <w:tcPr>
        <w:tcBorders>
          <w:top w:val="nil"/>
          <w:bottom w:val="single" w:sz="8" w:space="0" w:color="A02B93" w:themeColor="accent5"/>
        </w:tcBorders>
      </w:tcPr>
    </w:tblStylePr>
    <w:tblStylePr w:type="lastRow">
      <w:rPr>
        <w:b/>
        <w:bCs/>
        <w:color w:val="0E2841" w:themeColor="text2"/>
      </w:rPr>
      <w:tblPr/>
      <w:tcPr>
        <w:tcBorders>
          <w:top w:val="single" w:sz="8" w:space="0" w:color="A02B93" w:themeColor="accent5"/>
          <w:bottom w:val="single" w:sz="8" w:space="0" w:color="A02B93" w:themeColor="accent5"/>
        </w:tcBorders>
      </w:tcPr>
    </w:tblStylePr>
    <w:tblStylePr w:type="firstCol">
      <w:rPr>
        <w:b/>
        <w:bCs/>
      </w:rPr>
    </w:tblStylePr>
    <w:tblStylePr w:type="lastCol">
      <w:rPr>
        <w:b/>
        <w:bCs/>
      </w:rPr>
      <w:tblPr/>
      <w:tcPr>
        <w:tcBorders>
          <w:top w:val="single" w:sz="8" w:space="0" w:color="A02B93" w:themeColor="accent5"/>
          <w:bottom w:val="single" w:sz="8" w:space="0" w:color="A02B93" w:themeColor="accent5"/>
        </w:tcBorders>
      </w:tcPr>
    </w:tblStylePr>
    <w:tblStylePr w:type="band1Vert">
      <w:tblPr/>
      <w:tcPr>
        <w:shd w:val="clear" w:color="auto" w:fill="EFC3E9" w:themeFill="accent5" w:themeFillTint="3F"/>
      </w:tcPr>
    </w:tblStylePr>
    <w:tblStylePr w:type="band1Horz">
      <w:tblPr/>
      <w:tcPr>
        <w:shd w:val="clear" w:color="auto" w:fill="EFC3E9" w:themeFill="accent5" w:themeFillTint="3F"/>
      </w:tcPr>
    </w:tblStylePr>
  </w:style>
  <w:style w:type="table" w:styleId="MediumList1-Accent6">
    <w:name w:val="Medium List 1 Accent 6"/>
    <w:basedOn w:val="TableNormal"/>
    <w:uiPriority w:val="65"/>
    <w:rsid w:val="001F47AF"/>
    <w:pPr>
      <w:spacing w:after="0" w:line="240" w:lineRule="auto"/>
    </w:pPr>
    <w:rPr>
      <w:rFonts w:eastAsiaTheme="minorEastAsia"/>
      <w:color w:val="000000" w:themeColor="text1"/>
      <w:kern w:val="0"/>
      <w:lang w:val="en-US"/>
      <w14:ligatures w14:val="none"/>
    </w:rPr>
    <w:tblPr>
      <w:tblStyleRowBandSize w:val="1"/>
      <w:tblStyleColBandSize w:val="1"/>
      <w:tblBorders>
        <w:top w:val="single" w:sz="8" w:space="0" w:color="4EA72E" w:themeColor="accent6"/>
        <w:bottom w:val="single" w:sz="8" w:space="0" w:color="4EA72E" w:themeColor="accent6"/>
      </w:tblBorders>
    </w:tblPr>
    <w:tblStylePr w:type="firstRow">
      <w:rPr>
        <w:rFonts w:asciiTheme="majorHAnsi" w:eastAsiaTheme="majorEastAsia" w:hAnsiTheme="majorHAnsi" w:cstheme="majorBidi"/>
      </w:rPr>
      <w:tblPr/>
      <w:tcPr>
        <w:tcBorders>
          <w:top w:val="nil"/>
          <w:bottom w:val="single" w:sz="8" w:space="0" w:color="4EA72E" w:themeColor="accent6"/>
        </w:tcBorders>
      </w:tcPr>
    </w:tblStylePr>
    <w:tblStylePr w:type="lastRow">
      <w:rPr>
        <w:b/>
        <w:bCs/>
        <w:color w:val="0E2841" w:themeColor="text2"/>
      </w:rPr>
      <w:tblPr/>
      <w:tcPr>
        <w:tcBorders>
          <w:top w:val="single" w:sz="8" w:space="0" w:color="4EA72E" w:themeColor="accent6"/>
          <w:bottom w:val="single" w:sz="8" w:space="0" w:color="4EA72E" w:themeColor="accent6"/>
        </w:tcBorders>
      </w:tcPr>
    </w:tblStylePr>
    <w:tblStylePr w:type="firstCol">
      <w:rPr>
        <w:b/>
        <w:bCs/>
      </w:rPr>
    </w:tblStylePr>
    <w:tblStylePr w:type="lastCol">
      <w:rPr>
        <w:b/>
        <w:bCs/>
      </w:rPr>
      <w:tblPr/>
      <w:tcPr>
        <w:tcBorders>
          <w:top w:val="single" w:sz="8" w:space="0" w:color="4EA72E" w:themeColor="accent6"/>
          <w:bottom w:val="single" w:sz="8" w:space="0" w:color="4EA72E" w:themeColor="accent6"/>
        </w:tcBorders>
      </w:tcPr>
    </w:tblStylePr>
    <w:tblStylePr w:type="band1Vert">
      <w:tblPr/>
      <w:tcPr>
        <w:shd w:val="clear" w:color="auto" w:fill="D0EFC5" w:themeFill="accent6" w:themeFillTint="3F"/>
      </w:tcPr>
    </w:tblStylePr>
    <w:tblStylePr w:type="band1Horz">
      <w:tblPr/>
      <w:tcPr>
        <w:shd w:val="clear" w:color="auto" w:fill="D0EFC5" w:themeFill="accent6" w:themeFillTint="3F"/>
      </w:tcPr>
    </w:tblStylePr>
  </w:style>
  <w:style w:type="table" w:styleId="MediumList2">
    <w:name w:val="Medium List 2"/>
    <w:basedOn w:val="TableNormal"/>
    <w:uiPriority w:val="66"/>
    <w:rsid w:val="001F47AF"/>
    <w:pPr>
      <w:spacing w:after="0" w:line="240" w:lineRule="auto"/>
    </w:pPr>
    <w:rPr>
      <w:rFonts w:asciiTheme="majorHAnsi" w:eastAsiaTheme="majorEastAsia" w:hAnsiTheme="majorHAnsi" w:cstheme="majorBidi"/>
      <w:color w:val="000000" w:themeColor="text1"/>
      <w:kern w:val="0"/>
      <w:lang w:val="en-US"/>
      <w14:ligatures w14:val="non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1F47AF"/>
    <w:pPr>
      <w:spacing w:after="0" w:line="240" w:lineRule="auto"/>
    </w:pPr>
    <w:rPr>
      <w:rFonts w:asciiTheme="majorHAnsi" w:eastAsiaTheme="majorEastAsia" w:hAnsiTheme="majorHAnsi" w:cstheme="majorBidi"/>
      <w:color w:val="000000" w:themeColor="text1"/>
      <w:kern w:val="0"/>
      <w:lang w:val="en-US"/>
      <w14:ligatures w14:val="none"/>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tblBorders>
    </w:tblPr>
    <w:tblStylePr w:type="firstRow">
      <w:rPr>
        <w:sz w:val="24"/>
        <w:szCs w:val="24"/>
      </w:rPr>
      <w:tblPr/>
      <w:tcPr>
        <w:tcBorders>
          <w:top w:val="nil"/>
          <w:left w:val="nil"/>
          <w:bottom w:val="single" w:sz="24" w:space="0" w:color="156082" w:themeColor="accent1"/>
          <w:right w:val="nil"/>
          <w:insideH w:val="nil"/>
          <w:insideV w:val="nil"/>
        </w:tcBorders>
        <w:shd w:val="clear" w:color="auto" w:fill="FFFFFF" w:themeFill="background1"/>
      </w:tcPr>
    </w:tblStylePr>
    <w:tblStylePr w:type="lastRow">
      <w:tblPr/>
      <w:tcPr>
        <w:tcBorders>
          <w:top w:val="single" w:sz="8" w:space="0" w:color="15608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56082" w:themeColor="accent1"/>
          <w:insideH w:val="nil"/>
          <w:insideV w:val="nil"/>
        </w:tcBorders>
        <w:shd w:val="clear" w:color="auto" w:fill="FFFFFF" w:themeFill="background1"/>
      </w:tcPr>
    </w:tblStylePr>
    <w:tblStylePr w:type="lastCol">
      <w:tblPr/>
      <w:tcPr>
        <w:tcBorders>
          <w:top w:val="nil"/>
          <w:left w:val="single" w:sz="8" w:space="0" w:color="15608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top w:val="nil"/>
          <w:bottom w:val="nil"/>
          <w:insideH w:val="nil"/>
          <w:insideV w:val="nil"/>
        </w:tcBorders>
        <w:shd w:val="clear" w:color="auto" w:fill="B2DE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1F47AF"/>
    <w:pPr>
      <w:spacing w:after="0" w:line="240" w:lineRule="auto"/>
    </w:pPr>
    <w:rPr>
      <w:rFonts w:asciiTheme="majorHAnsi" w:eastAsiaTheme="majorEastAsia" w:hAnsiTheme="majorHAnsi" w:cstheme="majorBidi"/>
      <w:color w:val="000000" w:themeColor="text1"/>
      <w:kern w:val="0"/>
      <w:lang w:val="en-US"/>
      <w14:ligatures w14:val="none"/>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tblBorders>
    </w:tblPr>
    <w:tblStylePr w:type="firstRow">
      <w:rPr>
        <w:sz w:val="24"/>
        <w:szCs w:val="24"/>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tblPr/>
      <w:tcPr>
        <w:tcBorders>
          <w:top w:val="single" w:sz="8" w:space="0" w:color="E97132"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97132" w:themeColor="accent2"/>
          <w:insideH w:val="nil"/>
          <w:insideV w:val="nil"/>
        </w:tcBorders>
        <w:shd w:val="clear" w:color="auto" w:fill="FFFFFF" w:themeFill="background1"/>
      </w:tcPr>
    </w:tblStylePr>
    <w:tblStylePr w:type="lastCol">
      <w:tblPr/>
      <w:tcPr>
        <w:tcBorders>
          <w:top w:val="nil"/>
          <w:left w:val="single" w:sz="8" w:space="0" w:color="E97132"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BCC" w:themeFill="accent2" w:themeFillTint="3F"/>
      </w:tcPr>
    </w:tblStylePr>
    <w:tblStylePr w:type="band1Horz">
      <w:tblPr/>
      <w:tcPr>
        <w:tcBorders>
          <w:top w:val="nil"/>
          <w:bottom w:val="nil"/>
          <w:insideH w:val="nil"/>
          <w:insideV w:val="nil"/>
        </w:tcBorders>
        <w:shd w:val="clear" w:color="auto" w:fill="F9DBCC"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1F47AF"/>
    <w:pPr>
      <w:spacing w:after="0" w:line="240" w:lineRule="auto"/>
    </w:pPr>
    <w:rPr>
      <w:rFonts w:asciiTheme="majorHAnsi" w:eastAsiaTheme="majorEastAsia" w:hAnsiTheme="majorHAnsi" w:cstheme="majorBidi"/>
      <w:color w:val="000000" w:themeColor="text1"/>
      <w:kern w:val="0"/>
      <w:lang w:val="en-US"/>
      <w14:ligatures w14:val="none"/>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tblBorders>
    </w:tblPr>
    <w:tblStylePr w:type="firstRow">
      <w:rPr>
        <w:sz w:val="24"/>
        <w:szCs w:val="24"/>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tblPr/>
      <w:tcPr>
        <w:tcBorders>
          <w:top w:val="single" w:sz="8" w:space="0" w:color="196B24"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96B24" w:themeColor="accent3"/>
          <w:insideH w:val="nil"/>
          <w:insideV w:val="nil"/>
        </w:tcBorders>
        <w:shd w:val="clear" w:color="auto" w:fill="FFFFFF" w:themeFill="background1"/>
      </w:tcPr>
    </w:tblStylePr>
    <w:tblStylePr w:type="lastCol">
      <w:tblPr/>
      <w:tcPr>
        <w:tcBorders>
          <w:top w:val="nil"/>
          <w:left w:val="single" w:sz="8" w:space="0" w:color="196B24"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3EDBA" w:themeFill="accent3" w:themeFillTint="3F"/>
      </w:tcPr>
    </w:tblStylePr>
    <w:tblStylePr w:type="band1Horz">
      <w:tblPr/>
      <w:tcPr>
        <w:tcBorders>
          <w:top w:val="nil"/>
          <w:bottom w:val="nil"/>
          <w:insideH w:val="nil"/>
          <w:insideV w:val="nil"/>
        </w:tcBorders>
        <w:shd w:val="clear" w:color="auto" w:fill="B3EDB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1F47AF"/>
    <w:pPr>
      <w:spacing w:after="0" w:line="240" w:lineRule="auto"/>
    </w:pPr>
    <w:rPr>
      <w:rFonts w:asciiTheme="majorHAnsi" w:eastAsiaTheme="majorEastAsia" w:hAnsiTheme="majorHAnsi" w:cstheme="majorBidi"/>
      <w:color w:val="000000" w:themeColor="text1"/>
      <w:kern w:val="0"/>
      <w:lang w:val="en-US"/>
      <w14:ligatures w14:val="none"/>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tblBorders>
    </w:tblPr>
    <w:tblStylePr w:type="firstRow">
      <w:rPr>
        <w:sz w:val="24"/>
        <w:szCs w:val="24"/>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tblPr/>
      <w:tcPr>
        <w:tcBorders>
          <w:top w:val="single" w:sz="8" w:space="0" w:color="0F9ED5"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F9ED5" w:themeColor="accent4"/>
          <w:insideH w:val="nil"/>
          <w:insideV w:val="nil"/>
        </w:tcBorders>
        <w:shd w:val="clear" w:color="auto" w:fill="FFFFFF" w:themeFill="background1"/>
      </w:tcPr>
    </w:tblStylePr>
    <w:tblStylePr w:type="lastCol">
      <w:tblPr/>
      <w:tcPr>
        <w:tcBorders>
          <w:top w:val="nil"/>
          <w:left w:val="single" w:sz="8" w:space="0" w:color="0F9ED5"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DE9FA" w:themeFill="accent4" w:themeFillTint="3F"/>
      </w:tcPr>
    </w:tblStylePr>
    <w:tblStylePr w:type="band1Horz">
      <w:tblPr/>
      <w:tcPr>
        <w:tcBorders>
          <w:top w:val="nil"/>
          <w:bottom w:val="nil"/>
          <w:insideH w:val="nil"/>
          <w:insideV w:val="nil"/>
        </w:tcBorders>
        <w:shd w:val="clear" w:color="auto" w:fill="BDE9F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1F47AF"/>
    <w:pPr>
      <w:spacing w:after="0" w:line="240" w:lineRule="auto"/>
    </w:pPr>
    <w:rPr>
      <w:rFonts w:asciiTheme="majorHAnsi" w:eastAsiaTheme="majorEastAsia" w:hAnsiTheme="majorHAnsi" w:cstheme="majorBidi"/>
      <w:color w:val="000000" w:themeColor="text1"/>
      <w:kern w:val="0"/>
      <w:lang w:val="en-US"/>
      <w14:ligatures w14:val="none"/>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tblBorders>
    </w:tblPr>
    <w:tblStylePr w:type="firstRow">
      <w:rPr>
        <w:sz w:val="24"/>
        <w:szCs w:val="24"/>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tblPr/>
      <w:tcPr>
        <w:tcBorders>
          <w:top w:val="single" w:sz="8" w:space="0" w:color="A02B93"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02B93" w:themeColor="accent5"/>
          <w:insideH w:val="nil"/>
          <w:insideV w:val="nil"/>
        </w:tcBorders>
        <w:shd w:val="clear" w:color="auto" w:fill="FFFFFF" w:themeFill="background1"/>
      </w:tcPr>
    </w:tblStylePr>
    <w:tblStylePr w:type="lastCol">
      <w:tblPr/>
      <w:tcPr>
        <w:tcBorders>
          <w:top w:val="nil"/>
          <w:left w:val="single" w:sz="8" w:space="0" w:color="A02B9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C3E9" w:themeFill="accent5" w:themeFillTint="3F"/>
      </w:tcPr>
    </w:tblStylePr>
    <w:tblStylePr w:type="band1Horz">
      <w:tblPr/>
      <w:tcPr>
        <w:tcBorders>
          <w:top w:val="nil"/>
          <w:bottom w:val="nil"/>
          <w:insideH w:val="nil"/>
          <w:insideV w:val="nil"/>
        </w:tcBorders>
        <w:shd w:val="clear" w:color="auto" w:fill="EFC3E9"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1F47AF"/>
    <w:pPr>
      <w:spacing w:after="0" w:line="240" w:lineRule="auto"/>
    </w:pPr>
    <w:rPr>
      <w:rFonts w:asciiTheme="majorHAnsi" w:eastAsiaTheme="majorEastAsia" w:hAnsiTheme="majorHAnsi" w:cstheme="majorBidi"/>
      <w:color w:val="000000" w:themeColor="text1"/>
      <w:kern w:val="0"/>
      <w:lang w:val="en-US"/>
      <w14:ligatures w14:val="none"/>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tblBorders>
    </w:tblPr>
    <w:tblStylePr w:type="firstRow">
      <w:rPr>
        <w:sz w:val="24"/>
        <w:szCs w:val="24"/>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tblPr/>
      <w:tcPr>
        <w:tcBorders>
          <w:top w:val="single" w:sz="8" w:space="0" w:color="4EA72E"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EA72E" w:themeColor="accent6"/>
          <w:insideH w:val="nil"/>
          <w:insideV w:val="nil"/>
        </w:tcBorders>
        <w:shd w:val="clear" w:color="auto" w:fill="FFFFFF" w:themeFill="background1"/>
      </w:tcPr>
    </w:tblStylePr>
    <w:tblStylePr w:type="lastCol">
      <w:tblPr/>
      <w:tcPr>
        <w:tcBorders>
          <w:top w:val="nil"/>
          <w:left w:val="single" w:sz="8" w:space="0" w:color="4EA72E"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EFC5" w:themeFill="accent6" w:themeFillTint="3F"/>
      </w:tcPr>
    </w:tblStylePr>
    <w:tblStylePr w:type="band1Horz">
      <w:tblPr/>
      <w:tcPr>
        <w:tcBorders>
          <w:top w:val="nil"/>
          <w:bottom w:val="nil"/>
          <w:insideH w:val="nil"/>
          <w:insideV w:val="nil"/>
        </w:tcBorders>
        <w:shd w:val="clear" w:color="auto" w:fill="D0EFC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1F47AF"/>
    <w:pPr>
      <w:spacing w:after="0" w:line="240" w:lineRule="auto"/>
    </w:pPr>
    <w:rPr>
      <w:rFonts w:eastAsiaTheme="minorEastAsia"/>
      <w:kern w:val="0"/>
      <w:lang w:val="en-US"/>
      <w14:ligatures w14:val="none"/>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1F47AF"/>
    <w:pPr>
      <w:spacing w:after="0" w:line="240" w:lineRule="auto"/>
    </w:pPr>
    <w:rPr>
      <w:rFonts w:eastAsiaTheme="minorEastAsia"/>
      <w:kern w:val="0"/>
      <w:lang w:val="en-US"/>
      <w14:ligatures w14:val="none"/>
    </w:rPr>
    <w:tblPr>
      <w:tblStyleRowBandSize w:val="1"/>
      <w:tblStyleColBandSize w:val="1"/>
      <w:tblBorders>
        <w:top w:val="single" w:sz="8" w:space="0" w:color="2198CF" w:themeColor="accent1" w:themeTint="BF"/>
        <w:left w:val="single" w:sz="8" w:space="0" w:color="2198CF" w:themeColor="accent1" w:themeTint="BF"/>
        <w:bottom w:val="single" w:sz="8" w:space="0" w:color="2198CF" w:themeColor="accent1" w:themeTint="BF"/>
        <w:right w:val="single" w:sz="8" w:space="0" w:color="2198CF" w:themeColor="accent1" w:themeTint="BF"/>
        <w:insideH w:val="single" w:sz="8" w:space="0" w:color="2198CF" w:themeColor="accent1" w:themeTint="BF"/>
        <w:insideV w:val="single" w:sz="8" w:space="0" w:color="2198CF" w:themeColor="accent1" w:themeTint="BF"/>
      </w:tblBorders>
    </w:tblPr>
    <w:tcPr>
      <w:shd w:val="clear" w:color="auto" w:fill="B2DEF2" w:themeFill="accent1" w:themeFillTint="3F"/>
    </w:tcPr>
    <w:tblStylePr w:type="firstRow">
      <w:rPr>
        <w:b/>
        <w:bCs/>
      </w:rPr>
    </w:tblStylePr>
    <w:tblStylePr w:type="lastRow">
      <w:rPr>
        <w:b/>
        <w:bCs/>
      </w:rPr>
      <w:tblPr/>
      <w:tcPr>
        <w:tcBorders>
          <w:top w:val="single" w:sz="18" w:space="0" w:color="2198CF" w:themeColor="accent1" w:themeTint="BF"/>
        </w:tcBorders>
      </w:tcPr>
    </w:tblStylePr>
    <w:tblStylePr w:type="firstCol">
      <w:rPr>
        <w:b/>
        <w:bCs/>
      </w:rPr>
    </w:tblStylePr>
    <w:tblStylePr w:type="lastCol">
      <w:rPr>
        <w:b/>
        <w:bCs/>
      </w:r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MediumGrid1-Accent2">
    <w:name w:val="Medium Grid 1 Accent 2"/>
    <w:basedOn w:val="TableNormal"/>
    <w:uiPriority w:val="67"/>
    <w:rsid w:val="001F47AF"/>
    <w:pPr>
      <w:spacing w:after="0" w:line="240" w:lineRule="auto"/>
    </w:pPr>
    <w:rPr>
      <w:rFonts w:eastAsiaTheme="minorEastAsia"/>
      <w:kern w:val="0"/>
      <w:lang w:val="en-US"/>
      <w14:ligatures w14:val="none"/>
    </w:rPr>
    <w:tblPr>
      <w:tblStyleRowBandSize w:val="1"/>
      <w:tblStyleColBandSize w:val="1"/>
      <w:tblBorders>
        <w:top w:val="single" w:sz="8" w:space="0" w:color="EE9465" w:themeColor="accent2" w:themeTint="BF"/>
        <w:left w:val="single" w:sz="8" w:space="0" w:color="EE9465" w:themeColor="accent2" w:themeTint="BF"/>
        <w:bottom w:val="single" w:sz="8" w:space="0" w:color="EE9465" w:themeColor="accent2" w:themeTint="BF"/>
        <w:right w:val="single" w:sz="8" w:space="0" w:color="EE9465" w:themeColor="accent2" w:themeTint="BF"/>
        <w:insideH w:val="single" w:sz="8" w:space="0" w:color="EE9465" w:themeColor="accent2" w:themeTint="BF"/>
        <w:insideV w:val="single" w:sz="8" w:space="0" w:color="EE9465" w:themeColor="accent2" w:themeTint="BF"/>
      </w:tblBorders>
    </w:tblPr>
    <w:tcPr>
      <w:shd w:val="clear" w:color="auto" w:fill="F9DBCC" w:themeFill="accent2" w:themeFillTint="3F"/>
    </w:tcPr>
    <w:tblStylePr w:type="firstRow">
      <w:rPr>
        <w:b/>
        <w:bCs/>
      </w:rPr>
    </w:tblStylePr>
    <w:tblStylePr w:type="lastRow">
      <w:rPr>
        <w:b/>
        <w:bCs/>
      </w:rPr>
      <w:tblPr/>
      <w:tcPr>
        <w:tcBorders>
          <w:top w:val="single" w:sz="18" w:space="0" w:color="EE9465" w:themeColor="accent2" w:themeTint="BF"/>
        </w:tcBorders>
      </w:tcPr>
    </w:tblStylePr>
    <w:tblStylePr w:type="firstCol">
      <w:rPr>
        <w:b/>
        <w:bCs/>
      </w:rPr>
    </w:tblStylePr>
    <w:tblStylePr w:type="lastCol">
      <w:rPr>
        <w:b/>
        <w:bCs/>
      </w:r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MediumGrid1-Accent3">
    <w:name w:val="Medium Grid 1 Accent 3"/>
    <w:basedOn w:val="TableNormal"/>
    <w:uiPriority w:val="67"/>
    <w:rsid w:val="001F47AF"/>
    <w:pPr>
      <w:spacing w:after="0" w:line="240" w:lineRule="auto"/>
    </w:pPr>
    <w:rPr>
      <w:rFonts w:eastAsiaTheme="minorEastAsia"/>
      <w:kern w:val="0"/>
      <w:lang w:val="en-US"/>
      <w14:ligatures w14:val="none"/>
    </w:rPr>
    <w:tblPr>
      <w:tblStyleRowBandSize w:val="1"/>
      <w:tblStyleColBandSize w:val="1"/>
      <w:tblBorders>
        <w:top w:val="single" w:sz="8" w:space="0" w:color="2BB73D" w:themeColor="accent3" w:themeTint="BF"/>
        <w:left w:val="single" w:sz="8" w:space="0" w:color="2BB73D" w:themeColor="accent3" w:themeTint="BF"/>
        <w:bottom w:val="single" w:sz="8" w:space="0" w:color="2BB73D" w:themeColor="accent3" w:themeTint="BF"/>
        <w:right w:val="single" w:sz="8" w:space="0" w:color="2BB73D" w:themeColor="accent3" w:themeTint="BF"/>
        <w:insideH w:val="single" w:sz="8" w:space="0" w:color="2BB73D" w:themeColor="accent3" w:themeTint="BF"/>
        <w:insideV w:val="single" w:sz="8" w:space="0" w:color="2BB73D" w:themeColor="accent3" w:themeTint="BF"/>
      </w:tblBorders>
    </w:tblPr>
    <w:tcPr>
      <w:shd w:val="clear" w:color="auto" w:fill="B3EDBA" w:themeFill="accent3" w:themeFillTint="3F"/>
    </w:tcPr>
    <w:tblStylePr w:type="firstRow">
      <w:rPr>
        <w:b/>
        <w:bCs/>
      </w:rPr>
    </w:tblStylePr>
    <w:tblStylePr w:type="lastRow">
      <w:rPr>
        <w:b/>
        <w:bCs/>
      </w:rPr>
      <w:tblPr/>
      <w:tcPr>
        <w:tcBorders>
          <w:top w:val="single" w:sz="18" w:space="0" w:color="2BB73D" w:themeColor="accent3" w:themeTint="BF"/>
        </w:tcBorders>
      </w:tcPr>
    </w:tblStylePr>
    <w:tblStylePr w:type="firstCol">
      <w:rPr>
        <w:b/>
        <w:bCs/>
      </w:rPr>
    </w:tblStylePr>
    <w:tblStylePr w:type="lastCol">
      <w:rPr>
        <w:b/>
        <w:bCs/>
      </w:r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MediumGrid1-Accent4">
    <w:name w:val="Medium Grid 1 Accent 4"/>
    <w:basedOn w:val="TableNormal"/>
    <w:uiPriority w:val="67"/>
    <w:rsid w:val="001F47AF"/>
    <w:pPr>
      <w:spacing w:after="0" w:line="240" w:lineRule="auto"/>
    </w:pPr>
    <w:rPr>
      <w:rFonts w:eastAsiaTheme="minorEastAsia"/>
      <w:kern w:val="0"/>
      <w:lang w:val="en-US"/>
      <w14:ligatures w14:val="none"/>
    </w:rPr>
    <w:tblPr>
      <w:tblStyleRowBandSize w:val="1"/>
      <w:tblStyleColBandSize w:val="1"/>
      <w:tblBorders>
        <w:top w:val="single" w:sz="8" w:space="0" w:color="39BEF1" w:themeColor="accent4" w:themeTint="BF"/>
        <w:left w:val="single" w:sz="8" w:space="0" w:color="39BEF1" w:themeColor="accent4" w:themeTint="BF"/>
        <w:bottom w:val="single" w:sz="8" w:space="0" w:color="39BEF1" w:themeColor="accent4" w:themeTint="BF"/>
        <w:right w:val="single" w:sz="8" w:space="0" w:color="39BEF1" w:themeColor="accent4" w:themeTint="BF"/>
        <w:insideH w:val="single" w:sz="8" w:space="0" w:color="39BEF1" w:themeColor="accent4" w:themeTint="BF"/>
        <w:insideV w:val="single" w:sz="8" w:space="0" w:color="39BEF1" w:themeColor="accent4" w:themeTint="BF"/>
      </w:tblBorders>
    </w:tblPr>
    <w:tcPr>
      <w:shd w:val="clear" w:color="auto" w:fill="BDE9FA" w:themeFill="accent4" w:themeFillTint="3F"/>
    </w:tcPr>
    <w:tblStylePr w:type="firstRow">
      <w:rPr>
        <w:b/>
        <w:bCs/>
      </w:rPr>
    </w:tblStylePr>
    <w:tblStylePr w:type="lastRow">
      <w:rPr>
        <w:b/>
        <w:bCs/>
      </w:rPr>
      <w:tblPr/>
      <w:tcPr>
        <w:tcBorders>
          <w:top w:val="single" w:sz="18" w:space="0" w:color="39BEF1" w:themeColor="accent4" w:themeTint="BF"/>
        </w:tcBorders>
      </w:tcPr>
    </w:tblStylePr>
    <w:tblStylePr w:type="firstCol">
      <w:rPr>
        <w:b/>
        <w:bCs/>
      </w:rPr>
    </w:tblStylePr>
    <w:tblStylePr w:type="lastCol">
      <w:rPr>
        <w:b/>
        <w:bCs/>
      </w:r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MediumGrid1-Accent5">
    <w:name w:val="Medium Grid 1 Accent 5"/>
    <w:basedOn w:val="TableNormal"/>
    <w:uiPriority w:val="67"/>
    <w:rsid w:val="001F47AF"/>
    <w:pPr>
      <w:spacing w:after="0" w:line="240" w:lineRule="auto"/>
    </w:pPr>
    <w:rPr>
      <w:rFonts w:eastAsiaTheme="minorEastAsia"/>
      <w:kern w:val="0"/>
      <w:lang w:val="en-US"/>
      <w14:ligatures w14:val="none"/>
    </w:rPr>
    <w:tblPr>
      <w:tblStyleRowBandSize w:val="1"/>
      <w:tblStyleColBandSize w:val="1"/>
      <w:tblBorders>
        <w:top w:val="single" w:sz="8" w:space="0" w:color="CE49BF" w:themeColor="accent5" w:themeTint="BF"/>
        <w:left w:val="single" w:sz="8" w:space="0" w:color="CE49BF" w:themeColor="accent5" w:themeTint="BF"/>
        <w:bottom w:val="single" w:sz="8" w:space="0" w:color="CE49BF" w:themeColor="accent5" w:themeTint="BF"/>
        <w:right w:val="single" w:sz="8" w:space="0" w:color="CE49BF" w:themeColor="accent5" w:themeTint="BF"/>
        <w:insideH w:val="single" w:sz="8" w:space="0" w:color="CE49BF" w:themeColor="accent5" w:themeTint="BF"/>
        <w:insideV w:val="single" w:sz="8" w:space="0" w:color="CE49BF" w:themeColor="accent5" w:themeTint="BF"/>
      </w:tblBorders>
    </w:tblPr>
    <w:tcPr>
      <w:shd w:val="clear" w:color="auto" w:fill="EFC3E9" w:themeFill="accent5" w:themeFillTint="3F"/>
    </w:tcPr>
    <w:tblStylePr w:type="firstRow">
      <w:rPr>
        <w:b/>
        <w:bCs/>
      </w:rPr>
    </w:tblStylePr>
    <w:tblStylePr w:type="lastRow">
      <w:rPr>
        <w:b/>
        <w:bCs/>
      </w:rPr>
      <w:tblPr/>
      <w:tcPr>
        <w:tcBorders>
          <w:top w:val="single" w:sz="18" w:space="0" w:color="CE49BF" w:themeColor="accent5" w:themeTint="BF"/>
        </w:tcBorders>
      </w:tcPr>
    </w:tblStylePr>
    <w:tblStylePr w:type="firstCol">
      <w:rPr>
        <w:b/>
        <w:bCs/>
      </w:rPr>
    </w:tblStylePr>
    <w:tblStylePr w:type="lastCol">
      <w:rPr>
        <w:b/>
        <w:bCs/>
      </w:r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MediumGrid1-Accent6">
    <w:name w:val="Medium Grid 1 Accent 6"/>
    <w:basedOn w:val="TableNormal"/>
    <w:uiPriority w:val="67"/>
    <w:rsid w:val="001F47AF"/>
    <w:pPr>
      <w:spacing w:after="0" w:line="240" w:lineRule="auto"/>
    </w:pPr>
    <w:rPr>
      <w:rFonts w:eastAsiaTheme="minorEastAsia"/>
      <w:kern w:val="0"/>
      <w:lang w:val="en-US"/>
      <w14:ligatures w14:val="none"/>
    </w:rPr>
    <w:tblPr>
      <w:tblStyleRowBandSize w:val="1"/>
      <w:tblStyleColBandSize w:val="1"/>
      <w:tblBorders>
        <w:top w:val="single" w:sz="8" w:space="0" w:color="71CF50" w:themeColor="accent6" w:themeTint="BF"/>
        <w:left w:val="single" w:sz="8" w:space="0" w:color="71CF50" w:themeColor="accent6" w:themeTint="BF"/>
        <w:bottom w:val="single" w:sz="8" w:space="0" w:color="71CF50" w:themeColor="accent6" w:themeTint="BF"/>
        <w:right w:val="single" w:sz="8" w:space="0" w:color="71CF50" w:themeColor="accent6" w:themeTint="BF"/>
        <w:insideH w:val="single" w:sz="8" w:space="0" w:color="71CF50" w:themeColor="accent6" w:themeTint="BF"/>
        <w:insideV w:val="single" w:sz="8" w:space="0" w:color="71CF50" w:themeColor="accent6" w:themeTint="BF"/>
      </w:tblBorders>
    </w:tblPr>
    <w:tcPr>
      <w:shd w:val="clear" w:color="auto" w:fill="D0EFC5" w:themeFill="accent6" w:themeFillTint="3F"/>
    </w:tcPr>
    <w:tblStylePr w:type="firstRow">
      <w:rPr>
        <w:b/>
        <w:bCs/>
      </w:rPr>
    </w:tblStylePr>
    <w:tblStylePr w:type="lastRow">
      <w:rPr>
        <w:b/>
        <w:bCs/>
      </w:rPr>
      <w:tblPr/>
      <w:tcPr>
        <w:tcBorders>
          <w:top w:val="single" w:sz="18" w:space="0" w:color="71CF50" w:themeColor="accent6" w:themeTint="BF"/>
        </w:tcBorders>
      </w:tcPr>
    </w:tblStylePr>
    <w:tblStylePr w:type="firstCol">
      <w:rPr>
        <w:b/>
        <w:bCs/>
      </w:rPr>
    </w:tblStylePr>
    <w:tblStylePr w:type="lastCol">
      <w:rPr>
        <w:b/>
        <w:bCs/>
      </w:r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 w:type="table" w:styleId="MediumGrid2">
    <w:name w:val="Medium Grid 2"/>
    <w:basedOn w:val="TableNormal"/>
    <w:uiPriority w:val="68"/>
    <w:rsid w:val="001F47AF"/>
    <w:pPr>
      <w:spacing w:after="0" w:line="240" w:lineRule="auto"/>
    </w:pPr>
    <w:rPr>
      <w:rFonts w:asciiTheme="majorHAnsi" w:eastAsiaTheme="majorEastAsia" w:hAnsiTheme="majorHAnsi" w:cstheme="majorBidi"/>
      <w:color w:val="000000" w:themeColor="text1"/>
      <w:kern w:val="0"/>
      <w:lang w:val="en-US"/>
      <w14:ligatures w14:val="none"/>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1F47AF"/>
    <w:pPr>
      <w:spacing w:after="0" w:line="240" w:lineRule="auto"/>
    </w:pPr>
    <w:rPr>
      <w:rFonts w:asciiTheme="majorHAnsi" w:eastAsiaTheme="majorEastAsia" w:hAnsiTheme="majorHAnsi" w:cstheme="majorBidi"/>
      <w:color w:val="000000" w:themeColor="text1"/>
      <w:kern w:val="0"/>
      <w:lang w:val="en-US"/>
      <w14:ligatures w14:val="none"/>
    </w:rPr>
    <w:tblPr>
      <w:tblStyleRowBandSize w:val="1"/>
      <w:tblStyleColBandSize w:val="1"/>
      <w:tblBorders>
        <w:top w:val="single" w:sz="8" w:space="0" w:color="156082" w:themeColor="accent1"/>
        <w:left w:val="single" w:sz="8" w:space="0" w:color="156082" w:themeColor="accent1"/>
        <w:bottom w:val="single" w:sz="8" w:space="0" w:color="156082" w:themeColor="accent1"/>
        <w:right w:val="single" w:sz="8" w:space="0" w:color="156082" w:themeColor="accent1"/>
        <w:insideH w:val="single" w:sz="8" w:space="0" w:color="156082" w:themeColor="accent1"/>
        <w:insideV w:val="single" w:sz="8" w:space="0" w:color="156082" w:themeColor="accent1"/>
      </w:tblBorders>
    </w:tblPr>
    <w:tcPr>
      <w:shd w:val="clear" w:color="auto" w:fill="B2DEF2" w:themeFill="accent1" w:themeFillTint="3F"/>
    </w:tcPr>
    <w:tblStylePr w:type="firstRow">
      <w:rPr>
        <w:b/>
        <w:bCs/>
        <w:color w:val="000000" w:themeColor="text1"/>
      </w:rPr>
      <w:tblPr/>
      <w:tcPr>
        <w:shd w:val="clear" w:color="auto" w:fill="E0F2FA"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E4F5" w:themeFill="accent1" w:themeFillTint="33"/>
      </w:tcPr>
    </w:tblStylePr>
    <w:tblStylePr w:type="band1Vert">
      <w:tblPr/>
      <w:tcPr>
        <w:shd w:val="clear" w:color="auto" w:fill="64BDE6" w:themeFill="accent1" w:themeFillTint="7F"/>
      </w:tcPr>
    </w:tblStylePr>
    <w:tblStylePr w:type="band1Horz">
      <w:tblPr/>
      <w:tcPr>
        <w:tcBorders>
          <w:insideH w:val="single" w:sz="6" w:space="0" w:color="156082" w:themeColor="accent1"/>
          <w:insideV w:val="single" w:sz="6" w:space="0" w:color="156082" w:themeColor="accent1"/>
        </w:tcBorders>
        <w:shd w:val="clear" w:color="auto" w:fill="64BDE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1F47AF"/>
    <w:pPr>
      <w:spacing w:after="0" w:line="240" w:lineRule="auto"/>
    </w:pPr>
    <w:rPr>
      <w:rFonts w:asciiTheme="majorHAnsi" w:eastAsiaTheme="majorEastAsia" w:hAnsiTheme="majorHAnsi" w:cstheme="majorBidi"/>
      <w:color w:val="000000" w:themeColor="text1"/>
      <w:kern w:val="0"/>
      <w:lang w:val="en-US"/>
      <w14:ligatures w14:val="none"/>
    </w:rPr>
    <w:tblPr>
      <w:tblStyleRowBandSize w:val="1"/>
      <w:tblStyleColBandSize w:val="1"/>
      <w:tblBorders>
        <w:top w:val="single" w:sz="8" w:space="0" w:color="E97132" w:themeColor="accent2"/>
        <w:left w:val="single" w:sz="8" w:space="0" w:color="E97132" w:themeColor="accent2"/>
        <w:bottom w:val="single" w:sz="8" w:space="0" w:color="E97132" w:themeColor="accent2"/>
        <w:right w:val="single" w:sz="8" w:space="0" w:color="E97132" w:themeColor="accent2"/>
        <w:insideH w:val="single" w:sz="8" w:space="0" w:color="E97132" w:themeColor="accent2"/>
        <w:insideV w:val="single" w:sz="8" w:space="0" w:color="E97132" w:themeColor="accent2"/>
      </w:tblBorders>
    </w:tblPr>
    <w:tcPr>
      <w:shd w:val="clear" w:color="auto" w:fill="F9DBCC" w:themeFill="accent2" w:themeFillTint="3F"/>
    </w:tcPr>
    <w:tblStylePr w:type="firstRow">
      <w:rPr>
        <w:b/>
        <w:bCs/>
        <w:color w:val="000000" w:themeColor="text1"/>
      </w:rPr>
      <w:tblPr/>
      <w:tcPr>
        <w:shd w:val="clear" w:color="auto" w:fill="FCF0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E2D5" w:themeFill="accent2" w:themeFillTint="33"/>
      </w:tcPr>
    </w:tblStylePr>
    <w:tblStylePr w:type="band1Vert">
      <w:tblPr/>
      <w:tcPr>
        <w:shd w:val="clear" w:color="auto" w:fill="F4B798" w:themeFill="accent2" w:themeFillTint="7F"/>
      </w:tcPr>
    </w:tblStylePr>
    <w:tblStylePr w:type="band1Horz">
      <w:tblPr/>
      <w:tcPr>
        <w:tcBorders>
          <w:insideH w:val="single" w:sz="6" w:space="0" w:color="E97132" w:themeColor="accent2"/>
          <w:insideV w:val="single" w:sz="6" w:space="0" w:color="E97132" w:themeColor="accent2"/>
        </w:tcBorders>
        <w:shd w:val="clear" w:color="auto" w:fill="F4B798"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1F47AF"/>
    <w:pPr>
      <w:spacing w:after="0" w:line="240" w:lineRule="auto"/>
    </w:pPr>
    <w:rPr>
      <w:rFonts w:asciiTheme="majorHAnsi" w:eastAsiaTheme="majorEastAsia" w:hAnsiTheme="majorHAnsi" w:cstheme="majorBidi"/>
      <w:color w:val="000000" w:themeColor="text1"/>
      <w:kern w:val="0"/>
      <w:lang w:val="en-US"/>
      <w14:ligatures w14:val="none"/>
    </w:rPr>
    <w:tblPr>
      <w:tblStyleRowBandSize w:val="1"/>
      <w:tblStyleColBandSize w:val="1"/>
      <w:tblBorders>
        <w:top w:val="single" w:sz="8" w:space="0" w:color="196B24" w:themeColor="accent3"/>
        <w:left w:val="single" w:sz="8" w:space="0" w:color="196B24" w:themeColor="accent3"/>
        <w:bottom w:val="single" w:sz="8" w:space="0" w:color="196B24" w:themeColor="accent3"/>
        <w:right w:val="single" w:sz="8" w:space="0" w:color="196B24" w:themeColor="accent3"/>
        <w:insideH w:val="single" w:sz="8" w:space="0" w:color="196B24" w:themeColor="accent3"/>
        <w:insideV w:val="single" w:sz="8" w:space="0" w:color="196B24" w:themeColor="accent3"/>
      </w:tblBorders>
    </w:tblPr>
    <w:tcPr>
      <w:shd w:val="clear" w:color="auto" w:fill="B3EDBA" w:themeFill="accent3" w:themeFillTint="3F"/>
    </w:tcPr>
    <w:tblStylePr w:type="firstRow">
      <w:rPr>
        <w:b/>
        <w:bCs/>
        <w:color w:val="000000" w:themeColor="text1"/>
      </w:rPr>
      <w:tblPr/>
      <w:tcPr>
        <w:shd w:val="clear" w:color="auto" w:fill="E0F8E3"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1F0C7" w:themeFill="accent3" w:themeFillTint="33"/>
      </w:tcPr>
    </w:tblStylePr>
    <w:tblStylePr w:type="band1Vert">
      <w:tblPr/>
      <w:tcPr>
        <w:shd w:val="clear" w:color="auto" w:fill="66DB75" w:themeFill="accent3" w:themeFillTint="7F"/>
      </w:tcPr>
    </w:tblStylePr>
    <w:tblStylePr w:type="band1Horz">
      <w:tblPr/>
      <w:tcPr>
        <w:tcBorders>
          <w:insideH w:val="single" w:sz="6" w:space="0" w:color="196B24" w:themeColor="accent3"/>
          <w:insideV w:val="single" w:sz="6" w:space="0" w:color="196B24" w:themeColor="accent3"/>
        </w:tcBorders>
        <w:shd w:val="clear" w:color="auto" w:fill="66DB75"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1F47AF"/>
    <w:pPr>
      <w:spacing w:after="0" w:line="240" w:lineRule="auto"/>
    </w:pPr>
    <w:rPr>
      <w:rFonts w:asciiTheme="majorHAnsi" w:eastAsiaTheme="majorEastAsia" w:hAnsiTheme="majorHAnsi" w:cstheme="majorBidi"/>
      <w:color w:val="000000" w:themeColor="text1"/>
      <w:kern w:val="0"/>
      <w:lang w:val="en-US"/>
      <w14:ligatures w14:val="none"/>
    </w:rPr>
    <w:tblPr>
      <w:tblStyleRowBandSize w:val="1"/>
      <w:tblStyleColBandSize w:val="1"/>
      <w:tblBorders>
        <w:top w:val="single" w:sz="8" w:space="0" w:color="0F9ED5" w:themeColor="accent4"/>
        <w:left w:val="single" w:sz="8" w:space="0" w:color="0F9ED5" w:themeColor="accent4"/>
        <w:bottom w:val="single" w:sz="8" w:space="0" w:color="0F9ED5" w:themeColor="accent4"/>
        <w:right w:val="single" w:sz="8" w:space="0" w:color="0F9ED5" w:themeColor="accent4"/>
        <w:insideH w:val="single" w:sz="8" w:space="0" w:color="0F9ED5" w:themeColor="accent4"/>
        <w:insideV w:val="single" w:sz="8" w:space="0" w:color="0F9ED5" w:themeColor="accent4"/>
      </w:tblBorders>
    </w:tblPr>
    <w:tcPr>
      <w:shd w:val="clear" w:color="auto" w:fill="BDE9FA" w:themeFill="accent4" w:themeFillTint="3F"/>
    </w:tcPr>
    <w:tblStylePr w:type="firstRow">
      <w:rPr>
        <w:b/>
        <w:bCs/>
        <w:color w:val="000000" w:themeColor="text1"/>
      </w:rPr>
      <w:tblPr/>
      <w:tcPr>
        <w:shd w:val="clear" w:color="auto" w:fill="E5F6FD"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AEDFB" w:themeFill="accent4" w:themeFillTint="33"/>
      </w:tcPr>
    </w:tblStylePr>
    <w:tblStylePr w:type="band1Vert">
      <w:tblPr/>
      <w:tcPr>
        <w:shd w:val="clear" w:color="auto" w:fill="7BD3F5" w:themeFill="accent4" w:themeFillTint="7F"/>
      </w:tcPr>
    </w:tblStylePr>
    <w:tblStylePr w:type="band1Horz">
      <w:tblPr/>
      <w:tcPr>
        <w:tcBorders>
          <w:insideH w:val="single" w:sz="6" w:space="0" w:color="0F9ED5" w:themeColor="accent4"/>
          <w:insideV w:val="single" w:sz="6" w:space="0" w:color="0F9ED5" w:themeColor="accent4"/>
        </w:tcBorders>
        <w:shd w:val="clear" w:color="auto" w:fill="7BD3F5"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1F47AF"/>
    <w:pPr>
      <w:spacing w:after="0" w:line="240" w:lineRule="auto"/>
    </w:pPr>
    <w:rPr>
      <w:rFonts w:asciiTheme="majorHAnsi" w:eastAsiaTheme="majorEastAsia" w:hAnsiTheme="majorHAnsi" w:cstheme="majorBidi"/>
      <w:color w:val="000000" w:themeColor="text1"/>
      <w:kern w:val="0"/>
      <w:lang w:val="en-US"/>
      <w14:ligatures w14:val="none"/>
    </w:rPr>
    <w:tblPr>
      <w:tblStyleRowBandSize w:val="1"/>
      <w:tblStyleColBandSize w:val="1"/>
      <w:tblBorders>
        <w:top w:val="single" w:sz="8" w:space="0" w:color="A02B93" w:themeColor="accent5"/>
        <w:left w:val="single" w:sz="8" w:space="0" w:color="A02B93" w:themeColor="accent5"/>
        <w:bottom w:val="single" w:sz="8" w:space="0" w:color="A02B93" w:themeColor="accent5"/>
        <w:right w:val="single" w:sz="8" w:space="0" w:color="A02B93" w:themeColor="accent5"/>
        <w:insideH w:val="single" w:sz="8" w:space="0" w:color="A02B93" w:themeColor="accent5"/>
        <w:insideV w:val="single" w:sz="8" w:space="0" w:color="A02B93" w:themeColor="accent5"/>
      </w:tblBorders>
    </w:tblPr>
    <w:tcPr>
      <w:shd w:val="clear" w:color="auto" w:fill="EFC3E9" w:themeFill="accent5" w:themeFillTint="3F"/>
    </w:tcPr>
    <w:tblStylePr w:type="firstRow">
      <w:rPr>
        <w:b/>
        <w:bCs/>
        <w:color w:val="000000" w:themeColor="text1"/>
      </w:rPr>
      <w:tblPr/>
      <w:tcPr>
        <w:shd w:val="clear" w:color="auto" w:fill="F8E7F6"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CEED" w:themeFill="accent5" w:themeFillTint="33"/>
      </w:tcPr>
    </w:tblStylePr>
    <w:tblStylePr w:type="band1Vert">
      <w:tblPr/>
      <w:tcPr>
        <w:shd w:val="clear" w:color="auto" w:fill="DE86D4" w:themeFill="accent5" w:themeFillTint="7F"/>
      </w:tcPr>
    </w:tblStylePr>
    <w:tblStylePr w:type="band1Horz">
      <w:tblPr/>
      <w:tcPr>
        <w:tcBorders>
          <w:insideH w:val="single" w:sz="6" w:space="0" w:color="A02B93" w:themeColor="accent5"/>
          <w:insideV w:val="single" w:sz="6" w:space="0" w:color="A02B93" w:themeColor="accent5"/>
        </w:tcBorders>
        <w:shd w:val="clear" w:color="auto" w:fill="DE86D4"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1F47AF"/>
    <w:pPr>
      <w:spacing w:after="0" w:line="240" w:lineRule="auto"/>
    </w:pPr>
    <w:rPr>
      <w:rFonts w:asciiTheme="majorHAnsi" w:eastAsiaTheme="majorEastAsia" w:hAnsiTheme="majorHAnsi" w:cstheme="majorBidi"/>
      <w:color w:val="000000" w:themeColor="text1"/>
      <w:kern w:val="0"/>
      <w:lang w:val="en-US"/>
      <w14:ligatures w14:val="none"/>
    </w:rPr>
    <w:tblPr>
      <w:tblStyleRowBandSize w:val="1"/>
      <w:tblStyleColBandSize w:val="1"/>
      <w:tblBorders>
        <w:top w:val="single" w:sz="8" w:space="0" w:color="4EA72E" w:themeColor="accent6"/>
        <w:left w:val="single" w:sz="8" w:space="0" w:color="4EA72E" w:themeColor="accent6"/>
        <w:bottom w:val="single" w:sz="8" w:space="0" w:color="4EA72E" w:themeColor="accent6"/>
        <w:right w:val="single" w:sz="8" w:space="0" w:color="4EA72E" w:themeColor="accent6"/>
        <w:insideH w:val="single" w:sz="8" w:space="0" w:color="4EA72E" w:themeColor="accent6"/>
        <w:insideV w:val="single" w:sz="8" w:space="0" w:color="4EA72E" w:themeColor="accent6"/>
      </w:tblBorders>
    </w:tblPr>
    <w:tcPr>
      <w:shd w:val="clear" w:color="auto" w:fill="D0EFC5" w:themeFill="accent6" w:themeFillTint="3F"/>
    </w:tcPr>
    <w:tblStylePr w:type="firstRow">
      <w:rPr>
        <w:b/>
        <w:bCs/>
        <w:color w:val="000000" w:themeColor="text1"/>
      </w:rPr>
      <w:tblPr/>
      <w:tcPr>
        <w:shd w:val="clear" w:color="auto" w:fill="ECF8E8"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F2D0" w:themeFill="accent6" w:themeFillTint="33"/>
      </w:tcPr>
    </w:tblStylePr>
    <w:tblStylePr w:type="band1Vert">
      <w:tblPr/>
      <w:tcPr>
        <w:shd w:val="clear" w:color="auto" w:fill="A0DF8A" w:themeFill="accent6" w:themeFillTint="7F"/>
      </w:tcPr>
    </w:tblStylePr>
    <w:tblStylePr w:type="band1Horz">
      <w:tblPr/>
      <w:tcPr>
        <w:tcBorders>
          <w:insideH w:val="single" w:sz="6" w:space="0" w:color="4EA72E" w:themeColor="accent6"/>
          <w:insideV w:val="single" w:sz="6" w:space="0" w:color="4EA72E" w:themeColor="accent6"/>
        </w:tcBorders>
        <w:shd w:val="clear" w:color="auto" w:fill="A0DF8A"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1F47AF"/>
    <w:pPr>
      <w:spacing w:after="0" w:line="240" w:lineRule="auto"/>
    </w:pPr>
    <w:rPr>
      <w:rFonts w:eastAsiaTheme="minorEastAsia"/>
      <w:kern w:val="0"/>
      <w:lang w:val="en-US"/>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1F47AF"/>
    <w:pPr>
      <w:spacing w:after="0" w:line="240" w:lineRule="auto"/>
    </w:pPr>
    <w:rPr>
      <w:rFonts w:eastAsiaTheme="minorEastAsia"/>
      <w:kern w:val="0"/>
      <w:lang w:val="en-US"/>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2DEF2"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56082"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56082"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56082"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4BDE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4BDE6" w:themeFill="accent1" w:themeFillTint="7F"/>
      </w:tcPr>
    </w:tblStylePr>
  </w:style>
  <w:style w:type="table" w:styleId="MediumGrid3-Accent2">
    <w:name w:val="Medium Grid 3 Accent 2"/>
    <w:basedOn w:val="TableNormal"/>
    <w:uiPriority w:val="69"/>
    <w:rsid w:val="001F47AF"/>
    <w:pPr>
      <w:spacing w:after="0" w:line="240" w:lineRule="auto"/>
    </w:pPr>
    <w:rPr>
      <w:rFonts w:eastAsiaTheme="minorEastAsia"/>
      <w:kern w:val="0"/>
      <w:lang w:val="en-US"/>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DBCC"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97132"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97132"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97132"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4B7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4B798" w:themeFill="accent2" w:themeFillTint="7F"/>
      </w:tcPr>
    </w:tblStylePr>
  </w:style>
  <w:style w:type="table" w:styleId="MediumGrid3-Accent3">
    <w:name w:val="Medium Grid 3 Accent 3"/>
    <w:basedOn w:val="TableNormal"/>
    <w:uiPriority w:val="69"/>
    <w:rsid w:val="001F47AF"/>
    <w:pPr>
      <w:spacing w:after="0" w:line="240" w:lineRule="auto"/>
    </w:pPr>
    <w:rPr>
      <w:rFonts w:eastAsiaTheme="minorEastAsia"/>
      <w:kern w:val="0"/>
      <w:lang w:val="en-US"/>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3EDB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96B24"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96B24"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96B24"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66DB75"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66DB75" w:themeFill="accent3" w:themeFillTint="7F"/>
      </w:tcPr>
    </w:tblStylePr>
  </w:style>
  <w:style w:type="table" w:styleId="MediumGrid3-Accent4">
    <w:name w:val="Medium Grid 3 Accent 4"/>
    <w:basedOn w:val="TableNormal"/>
    <w:uiPriority w:val="69"/>
    <w:rsid w:val="001F47AF"/>
    <w:pPr>
      <w:spacing w:after="0" w:line="240" w:lineRule="auto"/>
    </w:pPr>
    <w:rPr>
      <w:rFonts w:eastAsiaTheme="minorEastAsia"/>
      <w:kern w:val="0"/>
      <w:lang w:val="en-US"/>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DE9FA"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F9ED5"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F9ED5"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F9ED5"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BD3F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BD3F5" w:themeFill="accent4" w:themeFillTint="7F"/>
      </w:tcPr>
    </w:tblStylePr>
  </w:style>
  <w:style w:type="table" w:styleId="MediumGrid3-Accent5">
    <w:name w:val="Medium Grid 3 Accent 5"/>
    <w:basedOn w:val="TableNormal"/>
    <w:uiPriority w:val="69"/>
    <w:rsid w:val="001F47AF"/>
    <w:pPr>
      <w:spacing w:after="0" w:line="240" w:lineRule="auto"/>
    </w:pPr>
    <w:rPr>
      <w:rFonts w:eastAsiaTheme="minorEastAsia"/>
      <w:kern w:val="0"/>
      <w:lang w:val="en-US"/>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C3E9"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02B9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02B9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02B9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E86D4"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E86D4" w:themeFill="accent5" w:themeFillTint="7F"/>
      </w:tcPr>
    </w:tblStylePr>
  </w:style>
  <w:style w:type="table" w:styleId="MediumGrid3-Accent6">
    <w:name w:val="Medium Grid 3 Accent 6"/>
    <w:basedOn w:val="TableNormal"/>
    <w:uiPriority w:val="69"/>
    <w:rsid w:val="001F47AF"/>
    <w:pPr>
      <w:spacing w:after="0" w:line="240" w:lineRule="auto"/>
    </w:pPr>
    <w:rPr>
      <w:rFonts w:eastAsiaTheme="minorEastAsia"/>
      <w:kern w:val="0"/>
      <w:lang w:val="en-US"/>
      <w14:ligatures w14:val="non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EFC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EA72E"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EA72E"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EA72E"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0DF8A"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0DF8A" w:themeFill="accent6" w:themeFillTint="7F"/>
      </w:tcPr>
    </w:tblStylePr>
  </w:style>
  <w:style w:type="table" w:styleId="DarkList">
    <w:name w:val="Dark List"/>
    <w:basedOn w:val="TableNormal"/>
    <w:uiPriority w:val="70"/>
    <w:rsid w:val="001F47AF"/>
    <w:pPr>
      <w:spacing w:after="0" w:line="240" w:lineRule="auto"/>
    </w:pPr>
    <w:rPr>
      <w:rFonts w:eastAsiaTheme="minorEastAsia"/>
      <w:color w:val="FFFFFF" w:themeColor="background1"/>
      <w:kern w:val="0"/>
      <w:lang w:val="en-US"/>
      <w14:ligatures w14:val="none"/>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1F47AF"/>
    <w:pPr>
      <w:spacing w:after="0" w:line="240" w:lineRule="auto"/>
    </w:pPr>
    <w:rPr>
      <w:rFonts w:eastAsiaTheme="minorEastAsia"/>
      <w:color w:val="FFFFFF" w:themeColor="background1"/>
      <w:kern w:val="0"/>
      <w:lang w:val="en-US"/>
      <w14:ligatures w14:val="none"/>
    </w:rPr>
    <w:tblPr>
      <w:tblStyleRowBandSize w:val="1"/>
      <w:tblStyleColBandSize w:val="1"/>
    </w:tblPr>
    <w:tcPr>
      <w:shd w:val="clear" w:color="auto" w:fill="156082"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A2F4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F476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F4761" w:themeFill="accent1" w:themeFillShade="BF"/>
      </w:tcPr>
    </w:tblStylePr>
    <w:tblStylePr w:type="band1Vert">
      <w:tblPr/>
      <w:tcPr>
        <w:tcBorders>
          <w:top w:val="nil"/>
          <w:left w:val="nil"/>
          <w:bottom w:val="nil"/>
          <w:right w:val="nil"/>
          <w:insideH w:val="nil"/>
          <w:insideV w:val="nil"/>
        </w:tcBorders>
        <w:shd w:val="clear" w:color="auto" w:fill="0F4761" w:themeFill="accent1" w:themeFillShade="BF"/>
      </w:tcPr>
    </w:tblStylePr>
    <w:tblStylePr w:type="band1Horz">
      <w:tblPr/>
      <w:tcPr>
        <w:tcBorders>
          <w:top w:val="nil"/>
          <w:left w:val="nil"/>
          <w:bottom w:val="nil"/>
          <w:right w:val="nil"/>
          <w:insideH w:val="nil"/>
          <w:insideV w:val="nil"/>
        </w:tcBorders>
        <w:shd w:val="clear" w:color="auto" w:fill="0F4761" w:themeFill="accent1" w:themeFillShade="BF"/>
      </w:tcPr>
    </w:tblStylePr>
  </w:style>
  <w:style w:type="table" w:styleId="DarkList-Accent2">
    <w:name w:val="Dark List Accent 2"/>
    <w:basedOn w:val="TableNormal"/>
    <w:uiPriority w:val="70"/>
    <w:rsid w:val="001F47AF"/>
    <w:pPr>
      <w:spacing w:after="0" w:line="240" w:lineRule="auto"/>
    </w:pPr>
    <w:rPr>
      <w:rFonts w:eastAsiaTheme="minorEastAsia"/>
      <w:color w:val="FFFFFF" w:themeColor="background1"/>
      <w:kern w:val="0"/>
      <w:lang w:val="en-US"/>
      <w14:ligatures w14:val="none"/>
    </w:rPr>
    <w:tblPr>
      <w:tblStyleRowBandSize w:val="1"/>
      <w:tblStyleColBandSize w:val="1"/>
    </w:tblPr>
    <w:tcPr>
      <w:shd w:val="clear" w:color="auto" w:fill="E97132"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340D"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BF4E1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BF4E14" w:themeFill="accent2" w:themeFillShade="BF"/>
      </w:tcPr>
    </w:tblStylePr>
    <w:tblStylePr w:type="band1Vert">
      <w:tblPr/>
      <w:tcPr>
        <w:tcBorders>
          <w:top w:val="nil"/>
          <w:left w:val="nil"/>
          <w:bottom w:val="nil"/>
          <w:right w:val="nil"/>
          <w:insideH w:val="nil"/>
          <w:insideV w:val="nil"/>
        </w:tcBorders>
        <w:shd w:val="clear" w:color="auto" w:fill="BF4E14" w:themeFill="accent2" w:themeFillShade="BF"/>
      </w:tcPr>
    </w:tblStylePr>
    <w:tblStylePr w:type="band1Horz">
      <w:tblPr/>
      <w:tcPr>
        <w:tcBorders>
          <w:top w:val="nil"/>
          <w:left w:val="nil"/>
          <w:bottom w:val="nil"/>
          <w:right w:val="nil"/>
          <w:insideH w:val="nil"/>
          <w:insideV w:val="nil"/>
        </w:tcBorders>
        <w:shd w:val="clear" w:color="auto" w:fill="BF4E14" w:themeFill="accent2" w:themeFillShade="BF"/>
      </w:tcPr>
    </w:tblStylePr>
  </w:style>
  <w:style w:type="table" w:styleId="DarkList-Accent3">
    <w:name w:val="Dark List Accent 3"/>
    <w:basedOn w:val="TableNormal"/>
    <w:uiPriority w:val="70"/>
    <w:rsid w:val="001F47AF"/>
    <w:pPr>
      <w:spacing w:after="0" w:line="240" w:lineRule="auto"/>
    </w:pPr>
    <w:rPr>
      <w:rFonts w:eastAsiaTheme="minorEastAsia"/>
      <w:color w:val="FFFFFF" w:themeColor="background1"/>
      <w:kern w:val="0"/>
      <w:lang w:val="en-US"/>
      <w14:ligatures w14:val="none"/>
    </w:rPr>
    <w:tblPr>
      <w:tblStyleRowBandSize w:val="1"/>
      <w:tblStyleColBandSize w:val="1"/>
    </w:tblPr>
    <w:tcPr>
      <w:shd w:val="clear" w:color="auto" w:fill="196B24"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C3511"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124F1A"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124F1A" w:themeFill="accent3" w:themeFillShade="BF"/>
      </w:tcPr>
    </w:tblStylePr>
    <w:tblStylePr w:type="band1Vert">
      <w:tblPr/>
      <w:tcPr>
        <w:tcBorders>
          <w:top w:val="nil"/>
          <w:left w:val="nil"/>
          <w:bottom w:val="nil"/>
          <w:right w:val="nil"/>
          <w:insideH w:val="nil"/>
          <w:insideV w:val="nil"/>
        </w:tcBorders>
        <w:shd w:val="clear" w:color="auto" w:fill="124F1A" w:themeFill="accent3" w:themeFillShade="BF"/>
      </w:tcPr>
    </w:tblStylePr>
    <w:tblStylePr w:type="band1Horz">
      <w:tblPr/>
      <w:tcPr>
        <w:tcBorders>
          <w:top w:val="nil"/>
          <w:left w:val="nil"/>
          <w:bottom w:val="nil"/>
          <w:right w:val="nil"/>
          <w:insideH w:val="nil"/>
          <w:insideV w:val="nil"/>
        </w:tcBorders>
        <w:shd w:val="clear" w:color="auto" w:fill="124F1A" w:themeFill="accent3" w:themeFillShade="BF"/>
      </w:tcPr>
    </w:tblStylePr>
  </w:style>
  <w:style w:type="table" w:styleId="DarkList-Accent4">
    <w:name w:val="Dark List Accent 4"/>
    <w:basedOn w:val="TableNormal"/>
    <w:uiPriority w:val="70"/>
    <w:rsid w:val="001F47AF"/>
    <w:pPr>
      <w:spacing w:after="0" w:line="240" w:lineRule="auto"/>
    </w:pPr>
    <w:rPr>
      <w:rFonts w:eastAsiaTheme="minorEastAsia"/>
      <w:color w:val="FFFFFF" w:themeColor="background1"/>
      <w:kern w:val="0"/>
      <w:lang w:val="en-US"/>
      <w14:ligatures w14:val="none"/>
    </w:rPr>
    <w:tblPr>
      <w:tblStyleRowBandSize w:val="1"/>
      <w:tblStyleColBandSize w:val="1"/>
    </w:tblPr>
    <w:tcPr>
      <w:shd w:val="clear" w:color="auto" w:fill="0F9ED5"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74E69"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B769F"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B769F" w:themeFill="accent4" w:themeFillShade="BF"/>
      </w:tcPr>
    </w:tblStylePr>
    <w:tblStylePr w:type="band1Vert">
      <w:tblPr/>
      <w:tcPr>
        <w:tcBorders>
          <w:top w:val="nil"/>
          <w:left w:val="nil"/>
          <w:bottom w:val="nil"/>
          <w:right w:val="nil"/>
          <w:insideH w:val="nil"/>
          <w:insideV w:val="nil"/>
        </w:tcBorders>
        <w:shd w:val="clear" w:color="auto" w:fill="0B769F" w:themeFill="accent4" w:themeFillShade="BF"/>
      </w:tcPr>
    </w:tblStylePr>
    <w:tblStylePr w:type="band1Horz">
      <w:tblPr/>
      <w:tcPr>
        <w:tcBorders>
          <w:top w:val="nil"/>
          <w:left w:val="nil"/>
          <w:bottom w:val="nil"/>
          <w:right w:val="nil"/>
          <w:insideH w:val="nil"/>
          <w:insideV w:val="nil"/>
        </w:tcBorders>
        <w:shd w:val="clear" w:color="auto" w:fill="0B769F" w:themeFill="accent4" w:themeFillShade="BF"/>
      </w:tcPr>
    </w:tblStylePr>
  </w:style>
  <w:style w:type="table" w:styleId="DarkList-Accent5">
    <w:name w:val="Dark List Accent 5"/>
    <w:basedOn w:val="TableNormal"/>
    <w:uiPriority w:val="70"/>
    <w:rsid w:val="001F47AF"/>
    <w:pPr>
      <w:spacing w:after="0" w:line="240" w:lineRule="auto"/>
    </w:pPr>
    <w:rPr>
      <w:rFonts w:eastAsiaTheme="minorEastAsia"/>
      <w:color w:val="FFFFFF" w:themeColor="background1"/>
      <w:kern w:val="0"/>
      <w:lang w:val="en-US"/>
      <w14:ligatures w14:val="none"/>
    </w:rPr>
    <w:tblPr>
      <w:tblStyleRowBandSize w:val="1"/>
      <w:tblStyleColBandSize w:val="1"/>
    </w:tblPr>
    <w:tcPr>
      <w:shd w:val="clear" w:color="auto" w:fill="A02B9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F154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77206D"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77206D" w:themeFill="accent5" w:themeFillShade="BF"/>
      </w:tcPr>
    </w:tblStylePr>
    <w:tblStylePr w:type="band1Vert">
      <w:tblPr/>
      <w:tcPr>
        <w:tcBorders>
          <w:top w:val="nil"/>
          <w:left w:val="nil"/>
          <w:bottom w:val="nil"/>
          <w:right w:val="nil"/>
          <w:insideH w:val="nil"/>
          <w:insideV w:val="nil"/>
        </w:tcBorders>
        <w:shd w:val="clear" w:color="auto" w:fill="77206D" w:themeFill="accent5" w:themeFillShade="BF"/>
      </w:tcPr>
    </w:tblStylePr>
    <w:tblStylePr w:type="band1Horz">
      <w:tblPr/>
      <w:tcPr>
        <w:tcBorders>
          <w:top w:val="nil"/>
          <w:left w:val="nil"/>
          <w:bottom w:val="nil"/>
          <w:right w:val="nil"/>
          <w:insideH w:val="nil"/>
          <w:insideV w:val="nil"/>
        </w:tcBorders>
        <w:shd w:val="clear" w:color="auto" w:fill="77206D" w:themeFill="accent5" w:themeFillShade="BF"/>
      </w:tcPr>
    </w:tblStylePr>
  </w:style>
  <w:style w:type="table" w:styleId="DarkList-Accent6">
    <w:name w:val="Dark List Accent 6"/>
    <w:basedOn w:val="TableNormal"/>
    <w:uiPriority w:val="70"/>
    <w:rsid w:val="001F47AF"/>
    <w:pPr>
      <w:spacing w:after="0" w:line="240" w:lineRule="auto"/>
    </w:pPr>
    <w:rPr>
      <w:rFonts w:eastAsiaTheme="minorEastAsia"/>
      <w:color w:val="FFFFFF" w:themeColor="background1"/>
      <w:kern w:val="0"/>
      <w:lang w:val="en-US"/>
      <w14:ligatures w14:val="none"/>
    </w:rPr>
    <w:tblPr>
      <w:tblStyleRowBandSize w:val="1"/>
      <w:tblStyleColBandSize w:val="1"/>
    </w:tblPr>
    <w:tcPr>
      <w:shd w:val="clear" w:color="auto" w:fill="4EA72E"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65317"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3A7C22"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3A7C22" w:themeFill="accent6" w:themeFillShade="BF"/>
      </w:tcPr>
    </w:tblStylePr>
    <w:tblStylePr w:type="band1Vert">
      <w:tblPr/>
      <w:tcPr>
        <w:tcBorders>
          <w:top w:val="nil"/>
          <w:left w:val="nil"/>
          <w:bottom w:val="nil"/>
          <w:right w:val="nil"/>
          <w:insideH w:val="nil"/>
          <w:insideV w:val="nil"/>
        </w:tcBorders>
        <w:shd w:val="clear" w:color="auto" w:fill="3A7C22" w:themeFill="accent6" w:themeFillShade="BF"/>
      </w:tcPr>
    </w:tblStylePr>
    <w:tblStylePr w:type="band1Horz">
      <w:tblPr/>
      <w:tcPr>
        <w:tcBorders>
          <w:top w:val="nil"/>
          <w:left w:val="nil"/>
          <w:bottom w:val="nil"/>
          <w:right w:val="nil"/>
          <w:insideH w:val="nil"/>
          <w:insideV w:val="nil"/>
        </w:tcBorders>
        <w:shd w:val="clear" w:color="auto" w:fill="3A7C22" w:themeFill="accent6" w:themeFillShade="BF"/>
      </w:tcPr>
    </w:tblStylePr>
  </w:style>
  <w:style w:type="table" w:styleId="ColorfulShading">
    <w:name w:val="Colorful Shading"/>
    <w:basedOn w:val="TableNormal"/>
    <w:uiPriority w:val="71"/>
    <w:rsid w:val="001F47AF"/>
    <w:pPr>
      <w:spacing w:after="0" w:line="240" w:lineRule="auto"/>
    </w:pPr>
    <w:rPr>
      <w:rFonts w:eastAsiaTheme="minorEastAsia"/>
      <w:color w:val="000000" w:themeColor="text1"/>
      <w:kern w:val="0"/>
      <w:lang w:val="en-US"/>
      <w14:ligatures w14:val="none"/>
    </w:rPr>
    <w:tblPr>
      <w:tblStyleRowBandSize w:val="1"/>
      <w:tblStyleColBandSize w:val="1"/>
      <w:tblBorders>
        <w:top w:val="single" w:sz="24" w:space="0" w:color="E97132"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1F47AF"/>
    <w:pPr>
      <w:spacing w:after="0" w:line="240" w:lineRule="auto"/>
    </w:pPr>
    <w:rPr>
      <w:rFonts w:eastAsiaTheme="minorEastAsia"/>
      <w:color w:val="000000" w:themeColor="text1"/>
      <w:kern w:val="0"/>
      <w:lang w:val="en-US"/>
      <w14:ligatures w14:val="none"/>
    </w:rPr>
    <w:tblPr>
      <w:tblStyleRowBandSize w:val="1"/>
      <w:tblStyleColBandSize w:val="1"/>
      <w:tblBorders>
        <w:top w:val="single" w:sz="24" w:space="0" w:color="E97132" w:themeColor="accent2"/>
        <w:left w:val="single" w:sz="4" w:space="0" w:color="156082" w:themeColor="accent1"/>
        <w:bottom w:val="single" w:sz="4" w:space="0" w:color="156082" w:themeColor="accent1"/>
        <w:right w:val="single" w:sz="4" w:space="0" w:color="156082" w:themeColor="accent1"/>
        <w:insideH w:val="single" w:sz="4" w:space="0" w:color="FFFFFF" w:themeColor="background1"/>
        <w:insideV w:val="single" w:sz="4" w:space="0" w:color="FFFFFF" w:themeColor="background1"/>
      </w:tblBorders>
    </w:tblPr>
    <w:tcPr>
      <w:shd w:val="clear" w:color="auto" w:fill="E0F2FA" w:themeFill="accent1"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C394D" w:themeFill="accent1" w:themeFillShade="99"/>
      </w:tcPr>
    </w:tblStylePr>
    <w:tblStylePr w:type="firstCol">
      <w:rPr>
        <w:color w:val="FFFFFF" w:themeColor="background1"/>
      </w:rPr>
      <w:tblPr/>
      <w:tcPr>
        <w:tcBorders>
          <w:top w:val="nil"/>
          <w:left w:val="nil"/>
          <w:bottom w:val="nil"/>
          <w:right w:val="nil"/>
          <w:insideH w:val="single" w:sz="4" w:space="0" w:color="0C394D" w:themeColor="accent1" w:themeShade="99"/>
          <w:insideV w:val="nil"/>
        </w:tcBorders>
        <w:shd w:val="clear" w:color="auto" w:fill="0C394D"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C394D" w:themeFill="accent1" w:themeFillShade="99"/>
      </w:tcPr>
    </w:tblStylePr>
    <w:tblStylePr w:type="band1Vert">
      <w:tblPr/>
      <w:tcPr>
        <w:shd w:val="clear" w:color="auto" w:fill="83CAEB" w:themeFill="accent1" w:themeFillTint="66"/>
      </w:tcPr>
    </w:tblStylePr>
    <w:tblStylePr w:type="band1Horz">
      <w:tblPr/>
      <w:tcPr>
        <w:shd w:val="clear" w:color="auto" w:fill="64BDE6"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1F47AF"/>
    <w:pPr>
      <w:spacing w:after="0" w:line="240" w:lineRule="auto"/>
    </w:pPr>
    <w:rPr>
      <w:rFonts w:eastAsiaTheme="minorEastAsia"/>
      <w:color w:val="000000" w:themeColor="text1"/>
      <w:kern w:val="0"/>
      <w:lang w:val="en-US"/>
      <w14:ligatures w14:val="none"/>
    </w:rPr>
    <w:tblPr>
      <w:tblStyleRowBandSize w:val="1"/>
      <w:tblStyleColBandSize w:val="1"/>
      <w:tblBorders>
        <w:top w:val="single" w:sz="24" w:space="0" w:color="E97132" w:themeColor="accent2"/>
        <w:left w:val="single" w:sz="4" w:space="0" w:color="E97132" w:themeColor="accent2"/>
        <w:bottom w:val="single" w:sz="4" w:space="0" w:color="E97132" w:themeColor="accent2"/>
        <w:right w:val="single" w:sz="4" w:space="0" w:color="E97132" w:themeColor="accent2"/>
        <w:insideH w:val="single" w:sz="4" w:space="0" w:color="FFFFFF" w:themeColor="background1"/>
        <w:insideV w:val="single" w:sz="4" w:space="0" w:color="FFFFFF" w:themeColor="background1"/>
      </w:tblBorders>
    </w:tblPr>
    <w:tcPr>
      <w:shd w:val="clear" w:color="auto" w:fill="FCF0EA" w:themeFill="accent2" w:themeFillTint="19"/>
    </w:tcPr>
    <w:tblStylePr w:type="firstRow">
      <w:rPr>
        <w:b/>
        <w:bCs/>
      </w:rPr>
      <w:tblPr/>
      <w:tcPr>
        <w:tcBorders>
          <w:top w:val="nil"/>
          <w:left w:val="nil"/>
          <w:bottom w:val="single" w:sz="24" w:space="0" w:color="E97132"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3F10" w:themeFill="accent2" w:themeFillShade="99"/>
      </w:tcPr>
    </w:tblStylePr>
    <w:tblStylePr w:type="firstCol">
      <w:rPr>
        <w:color w:val="FFFFFF" w:themeColor="background1"/>
      </w:rPr>
      <w:tblPr/>
      <w:tcPr>
        <w:tcBorders>
          <w:top w:val="nil"/>
          <w:left w:val="nil"/>
          <w:bottom w:val="nil"/>
          <w:right w:val="nil"/>
          <w:insideH w:val="single" w:sz="4" w:space="0" w:color="993F10" w:themeColor="accent2" w:themeShade="99"/>
          <w:insideV w:val="nil"/>
        </w:tcBorders>
        <w:shd w:val="clear" w:color="auto" w:fill="993F1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93F10" w:themeFill="accent2" w:themeFillShade="99"/>
      </w:tcPr>
    </w:tblStylePr>
    <w:tblStylePr w:type="band1Vert">
      <w:tblPr/>
      <w:tcPr>
        <w:shd w:val="clear" w:color="auto" w:fill="F6C5AC" w:themeFill="accent2" w:themeFillTint="66"/>
      </w:tcPr>
    </w:tblStylePr>
    <w:tblStylePr w:type="band1Horz">
      <w:tblPr/>
      <w:tcPr>
        <w:shd w:val="clear" w:color="auto" w:fill="F4B798"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1F47AF"/>
    <w:pPr>
      <w:spacing w:after="0" w:line="240" w:lineRule="auto"/>
    </w:pPr>
    <w:rPr>
      <w:rFonts w:eastAsiaTheme="minorEastAsia"/>
      <w:color w:val="000000" w:themeColor="text1"/>
      <w:kern w:val="0"/>
      <w:lang w:val="en-US"/>
      <w14:ligatures w14:val="none"/>
    </w:rPr>
    <w:tblPr>
      <w:tblStyleRowBandSize w:val="1"/>
      <w:tblStyleColBandSize w:val="1"/>
      <w:tblBorders>
        <w:top w:val="single" w:sz="24" w:space="0" w:color="0F9ED5" w:themeColor="accent4"/>
        <w:left w:val="single" w:sz="4" w:space="0" w:color="196B24" w:themeColor="accent3"/>
        <w:bottom w:val="single" w:sz="4" w:space="0" w:color="196B24" w:themeColor="accent3"/>
        <w:right w:val="single" w:sz="4" w:space="0" w:color="196B24" w:themeColor="accent3"/>
        <w:insideH w:val="single" w:sz="4" w:space="0" w:color="FFFFFF" w:themeColor="background1"/>
        <w:insideV w:val="single" w:sz="4" w:space="0" w:color="FFFFFF" w:themeColor="background1"/>
      </w:tblBorders>
    </w:tblPr>
    <w:tcPr>
      <w:shd w:val="clear" w:color="auto" w:fill="E0F8E3" w:themeFill="accent3" w:themeFillTint="19"/>
    </w:tcPr>
    <w:tblStylePr w:type="firstRow">
      <w:rPr>
        <w:b/>
        <w:bCs/>
      </w:rPr>
      <w:tblPr/>
      <w:tcPr>
        <w:tcBorders>
          <w:top w:val="nil"/>
          <w:left w:val="nil"/>
          <w:bottom w:val="single" w:sz="24" w:space="0" w:color="0F9ED5"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F4015" w:themeFill="accent3" w:themeFillShade="99"/>
      </w:tcPr>
    </w:tblStylePr>
    <w:tblStylePr w:type="firstCol">
      <w:rPr>
        <w:color w:val="FFFFFF" w:themeColor="background1"/>
      </w:rPr>
      <w:tblPr/>
      <w:tcPr>
        <w:tcBorders>
          <w:top w:val="nil"/>
          <w:left w:val="nil"/>
          <w:bottom w:val="nil"/>
          <w:right w:val="nil"/>
          <w:insideH w:val="single" w:sz="4" w:space="0" w:color="0F4015" w:themeColor="accent3" w:themeShade="99"/>
          <w:insideV w:val="nil"/>
        </w:tcBorders>
        <w:shd w:val="clear" w:color="auto" w:fill="0F401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F4015" w:themeFill="accent3" w:themeFillShade="99"/>
      </w:tcPr>
    </w:tblStylePr>
    <w:tblStylePr w:type="band1Vert">
      <w:tblPr/>
      <w:tcPr>
        <w:shd w:val="clear" w:color="auto" w:fill="84E290" w:themeFill="accent3" w:themeFillTint="66"/>
      </w:tcPr>
    </w:tblStylePr>
    <w:tblStylePr w:type="band1Horz">
      <w:tblPr/>
      <w:tcPr>
        <w:shd w:val="clear" w:color="auto" w:fill="66DB75" w:themeFill="accent3" w:themeFillTint="7F"/>
      </w:tcPr>
    </w:tblStylePr>
  </w:style>
  <w:style w:type="table" w:styleId="ColorfulShading-Accent4">
    <w:name w:val="Colorful Shading Accent 4"/>
    <w:basedOn w:val="TableNormal"/>
    <w:uiPriority w:val="71"/>
    <w:rsid w:val="001F47AF"/>
    <w:pPr>
      <w:spacing w:after="0" w:line="240" w:lineRule="auto"/>
    </w:pPr>
    <w:rPr>
      <w:rFonts w:eastAsiaTheme="minorEastAsia"/>
      <w:color w:val="000000" w:themeColor="text1"/>
      <w:kern w:val="0"/>
      <w:lang w:val="en-US"/>
      <w14:ligatures w14:val="none"/>
    </w:rPr>
    <w:tblPr>
      <w:tblStyleRowBandSize w:val="1"/>
      <w:tblStyleColBandSize w:val="1"/>
      <w:tblBorders>
        <w:top w:val="single" w:sz="24" w:space="0" w:color="196B24" w:themeColor="accent3"/>
        <w:left w:val="single" w:sz="4" w:space="0" w:color="0F9ED5" w:themeColor="accent4"/>
        <w:bottom w:val="single" w:sz="4" w:space="0" w:color="0F9ED5" w:themeColor="accent4"/>
        <w:right w:val="single" w:sz="4" w:space="0" w:color="0F9ED5" w:themeColor="accent4"/>
        <w:insideH w:val="single" w:sz="4" w:space="0" w:color="FFFFFF" w:themeColor="background1"/>
        <w:insideV w:val="single" w:sz="4" w:space="0" w:color="FFFFFF" w:themeColor="background1"/>
      </w:tblBorders>
    </w:tblPr>
    <w:tcPr>
      <w:shd w:val="clear" w:color="auto" w:fill="E5F6FD" w:themeFill="accent4" w:themeFillTint="19"/>
    </w:tcPr>
    <w:tblStylePr w:type="firstRow">
      <w:rPr>
        <w:b/>
        <w:bCs/>
      </w:rPr>
      <w:tblPr/>
      <w:tcPr>
        <w:tcBorders>
          <w:top w:val="nil"/>
          <w:left w:val="nil"/>
          <w:bottom w:val="single" w:sz="24" w:space="0" w:color="196B24"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95E7F" w:themeFill="accent4" w:themeFillShade="99"/>
      </w:tcPr>
    </w:tblStylePr>
    <w:tblStylePr w:type="firstCol">
      <w:rPr>
        <w:color w:val="FFFFFF" w:themeColor="background1"/>
      </w:rPr>
      <w:tblPr/>
      <w:tcPr>
        <w:tcBorders>
          <w:top w:val="nil"/>
          <w:left w:val="nil"/>
          <w:bottom w:val="nil"/>
          <w:right w:val="nil"/>
          <w:insideH w:val="single" w:sz="4" w:space="0" w:color="095E7F" w:themeColor="accent4" w:themeShade="99"/>
          <w:insideV w:val="nil"/>
        </w:tcBorders>
        <w:shd w:val="clear" w:color="auto" w:fill="095E7F"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95E7F" w:themeFill="accent4" w:themeFillShade="99"/>
      </w:tcPr>
    </w:tblStylePr>
    <w:tblStylePr w:type="band1Vert">
      <w:tblPr/>
      <w:tcPr>
        <w:shd w:val="clear" w:color="auto" w:fill="95DCF7" w:themeFill="accent4" w:themeFillTint="66"/>
      </w:tcPr>
    </w:tblStylePr>
    <w:tblStylePr w:type="band1Horz">
      <w:tblPr/>
      <w:tcPr>
        <w:shd w:val="clear" w:color="auto" w:fill="7BD3F5"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1F47AF"/>
    <w:pPr>
      <w:spacing w:after="0" w:line="240" w:lineRule="auto"/>
    </w:pPr>
    <w:rPr>
      <w:rFonts w:eastAsiaTheme="minorEastAsia"/>
      <w:color w:val="000000" w:themeColor="text1"/>
      <w:kern w:val="0"/>
      <w:lang w:val="en-US"/>
      <w14:ligatures w14:val="none"/>
    </w:rPr>
    <w:tblPr>
      <w:tblStyleRowBandSize w:val="1"/>
      <w:tblStyleColBandSize w:val="1"/>
      <w:tblBorders>
        <w:top w:val="single" w:sz="24" w:space="0" w:color="4EA72E" w:themeColor="accent6"/>
        <w:left w:val="single" w:sz="4" w:space="0" w:color="A02B93" w:themeColor="accent5"/>
        <w:bottom w:val="single" w:sz="4" w:space="0" w:color="A02B93" w:themeColor="accent5"/>
        <w:right w:val="single" w:sz="4" w:space="0" w:color="A02B93" w:themeColor="accent5"/>
        <w:insideH w:val="single" w:sz="4" w:space="0" w:color="FFFFFF" w:themeColor="background1"/>
        <w:insideV w:val="single" w:sz="4" w:space="0" w:color="FFFFFF" w:themeColor="background1"/>
      </w:tblBorders>
    </w:tblPr>
    <w:tcPr>
      <w:shd w:val="clear" w:color="auto" w:fill="F8E7F6" w:themeFill="accent5" w:themeFillTint="19"/>
    </w:tcPr>
    <w:tblStylePr w:type="firstRow">
      <w:rPr>
        <w:b/>
        <w:bCs/>
      </w:rPr>
      <w:tblPr/>
      <w:tcPr>
        <w:tcBorders>
          <w:top w:val="nil"/>
          <w:left w:val="nil"/>
          <w:bottom w:val="single" w:sz="24" w:space="0" w:color="4EA72E"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F1957" w:themeFill="accent5" w:themeFillShade="99"/>
      </w:tcPr>
    </w:tblStylePr>
    <w:tblStylePr w:type="firstCol">
      <w:rPr>
        <w:color w:val="FFFFFF" w:themeColor="background1"/>
      </w:rPr>
      <w:tblPr/>
      <w:tcPr>
        <w:tcBorders>
          <w:top w:val="nil"/>
          <w:left w:val="nil"/>
          <w:bottom w:val="nil"/>
          <w:right w:val="nil"/>
          <w:insideH w:val="single" w:sz="4" w:space="0" w:color="5F1957" w:themeColor="accent5" w:themeShade="99"/>
          <w:insideV w:val="nil"/>
        </w:tcBorders>
        <w:shd w:val="clear" w:color="auto" w:fill="5F195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F1957" w:themeFill="accent5" w:themeFillShade="99"/>
      </w:tcPr>
    </w:tblStylePr>
    <w:tblStylePr w:type="band1Vert">
      <w:tblPr/>
      <w:tcPr>
        <w:shd w:val="clear" w:color="auto" w:fill="E59EDC" w:themeFill="accent5" w:themeFillTint="66"/>
      </w:tcPr>
    </w:tblStylePr>
    <w:tblStylePr w:type="band1Horz">
      <w:tblPr/>
      <w:tcPr>
        <w:shd w:val="clear" w:color="auto" w:fill="DE86D4"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1F47AF"/>
    <w:pPr>
      <w:spacing w:after="0" w:line="240" w:lineRule="auto"/>
    </w:pPr>
    <w:rPr>
      <w:rFonts w:eastAsiaTheme="minorEastAsia"/>
      <w:color w:val="000000" w:themeColor="text1"/>
      <w:kern w:val="0"/>
      <w:lang w:val="en-US"/>
      <w14:ligatures w14:val="none"/>
    </w:rPr>
    <w:tblPr>
      <w:tblStyleRowBandSize w:val="1"/>
      <w:tblStyleColBandSize w:val="1"/>
      <w:tblBorders>
        <w:top w:val="single" w:sz="24" w:space="0" w:color="A02B93" w:themeColor="accent5"/>
        <w:left w:val="single" w:sz="4" w:space="0" w:color="4EA72E" w:themeColor="accent6"/>
        <w:bottom w:val="single" w:sz="4" w:space="0" w:color="4EA72E" w:themeColor="accent6"/>
        <w:right w:val="single" w:sz="4" w:space="0" w:color="4EA72E" w:themeColor="accent6"/>
        <w:insideH w:val="single" w:sz="4" w:space="0" w:color="FFFFFF" w:themeColor="background1"/>
        <w:insideV w:val="single" w:sz="4" w:space="0" w:color="FFFFFF" w:themeColor="background1"/>
      </w:tblBorders>
    </w:tblPr>
    <w:tcPr>
      <w:shd w:val="clear" w:color="auto" w:fill="ECF8E8" w:themeFill="accent6" w:themeFillTint="19"/>
    </w:tcPr>
    <w:tblStylePr w:type="firstRow">
      <w:rPr>
        <w:b/>
        <w:bCs/>
      </w:rPr>
      <w:tblPr/>
      <w:tcPr>
        <w:tcBorders>
          <w:top w:val="nil"/>
          <w:left w:val="nil"/>
          <w:bottom w:val="single" w:sz="24" w:space="0" w:color="A02B9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E641B" w:themeFill="accent6" w:themeFillShade="99"/>
      </w:tcPr>
    </w:tblStylePr>
    <w:tblStylePr w:type="firstCol">
      <w:rPr>
        <w:color w:val="FFFFFF" w:themeColor="background1"/>
      </w:rPr>
      <w:tblPr/>
      <w:tcPr>
        <w:tcBorders>
          <w:top w:val="nil"/>
          <w:left w:val="nil"/>
          <w:bottom w:val="nil"/>
          <w:right w:val="nil"/>
          <w:insideH w:val="single" w:sz="4" w:space="0" w:color="2E641B" w:themeColor="accent6" w:themeShade="99"/>
          <w:insideV w:val="nil"/>
        </w:tcBorders>
        <w:shd w:val="clear" w:color="auto" w:fill="2E641B"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2E641B" w:themeFill="accent6" w:themeFillShade="99"/>
      </w:tcPr>
    </w:tblStylePr>
    <w:tblStylePr w:type="band1Vert">
      <w:tblPr/>
      <w:tcPr>
        <w:shd w:val="clear" w:color="auto" w:fill="B3E5A1" w:themeFill="accent6" w:themeFillTint="66"/>
      </w:tcPr>
    </w:tblStylePr>
    <w:tblStylePr w:type="band1Horz">
      <w:tblPr/>
      <w:tcPr>
        <w:shd w:val="clear" w:color="auto" w:fill="A0DF8A"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1F47AF"/>
    <w:pPr>
      <w:spacing w:after="0" w:line="240" w:lineRule="auto"/>
    </w:pPr>
    <w:rPr>
      <w:rFonts w:eastAsiaTheme="minorEastAsia"/>
      <w:color w:val="000000" w:themeColor="text1"/>
      <w:kern w:val="0"/>
      <w:lang w:val="en-US"/>
      <w14:ligatures w14:val="none"/>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1F47AF"/>
    <w:pPr>
      <w:spacing w:after="0" w:line="240" w:lineRule="auto"/>
    </w:pPr>
    <w:rPr>
      <w:rFonts w:eastAsiaTheme="minorEastAsia"/>
      <w:color w:val="000000" w:themeColor="text1"/>
      <w:kern w:val="0"/>
      <w:lang w:val="en-US"/>
      <w14:ligatures w14:val="none"/>
    </w:rPr>
    <w:tblPr>
      <w:tblStyleRowBandSize w:val="1"/>
      <w:tblStyleColBandSize w:val="1"/>
    </w:tblPr>
    <w:tcPr>
      <w:shd w:val="clear" w:color="auto" w:fill="E0F2FA" w:themeFill="accent1"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DEF2" w:themeFill="accent1" w:themeFillTint="3F"/>
      </w:tcPr>
    </w:tblStylePr>
    <w:tblStylePr w:type="band1Horz">
      <w:tblPr/>
      <w:tcPr>
        <w:shd w:val="clear" w:color="auto" w:fill="C1E4F5" w:themeFill="accent1" w:themeFillTint="33"/>
      </w:tcPr>
    </w:tblStylePr>
  </w:style>
  <w:style w:type="table" w:styleId="ColorfulList-Accent2">
    <w:name w:val="Colorful List Accent 2"/>
    <w:basedOn w:val="TableNormal"/>
    <w:uiPriority w:val="72"/>
    <w:rsid w:val="001F47AF"/>
    <w:pPr>
      <w:spacing w:after="0" w:line="240" w:lineRule="auto"/>
    </w:pPr>
    <w:rPr>
      <w:rFonts w:eastAsiaTheme="minorEastAsia"/>
      <w:color w:val="000000" w:themeColor="text1"/>
      <w:kern w:val="0"/>
      <w:lang w:val="en-US"/>
      <w14:ligatures w14:val="none"/>
    </w:rPr>
    <w:tblPr>
      <w:tblStyleRowBandSize w:val="1"/>
      <w:tblStyleColBandSize w:val="1"/>
    </w:tblPr>
    <w:tcPr>
      <w:shd w:val="clear" w:color="auto" w:fill="FCF0EA" w:themeFill="accent2" w:themeFillTint="19"/>
    </w:tcPr>
    <w:tblStylePr w:type="firstRow">
      <w:rPr>
        <w:b/>
        <w:bCs/>
        <w:color w:val="FFFFFF" w:themeColor="background1"/>
      </w:rPr>
      <w:tblPr/>
      <w:tcPr>
        <w:tcBorders>
          <w:bottom w:val="single" w:sz="12" w:space="0" w:color="FFFFFF" w:themeColor="background1"/>
        </w:tcBorders>
        <w:shd w:val="clear" w:color="auto" w:fill="CC5416" w:themeFill="accent2" w:themeFillShade="CC"/>
      </w:tcPr>
    </w:tblStylePr>
    <w:tblStylePr w:type="lastRow">
      <w:rPr>
        <w:b/>
        <w:bCs/>
        <w:color w:val="CC5416"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DBCC" w:themeFill="accent2" w:themeFillTint="3F"/>
      </w:tcPr>
    </w:tblStylePr>
    <w:tblStylePr w:type="band1Horz">
      <w:tblPr/>
      <w:tcPr>
        <w:shd w:val="clear" w:color="auto" w:fill="FAE2D5" w:themeFill="accent2" w:themeFillTint="33"/>
      </w:tcPr>
    </w:tblStylePr>
  </w:style>
  <w:style w:type="table" w:styleId="ColorfulList-Accent3">
    <w:name w:val="Colorful List Accent 3"/>
    <w:basedOn w:val="TableNormal"/>
    <w:uiPriority w:val="72"/>
    <w:rsid w:val="001F47AF"/>
    <w:pPr>
      <w:spacing w:after="0" w:line="240" w:lineRule="auto"/>
    </w:pPr>
    <w:rPr>
      <w:rFonts w:eastAsiaTheme="minorEastAsia"/>
      <w:color w:val="000000" w:themeColor="text1"/>
      <w:kern w:val="0"/>
      <w:lang w:val="en-US"/>
      <w14:ligatures w14:val="none"/>
    </w:rPr>
    <w:tblPr>
      <w:tblStyleRowBandSize w:val="1"/>
      <w:tblStyleColBandSize w:val="1"/>
    </w:tblPr>
    <w:tcPr>
      <w:shd w:val="clear" w:color="auto" w:fill="E0F8E3" w:themeFill="accent3" w:themeFillTint="19"/>
    </w:tcPr>
    <w:tblStylePr w:type="firstRow">
      <w:rPr>
        <w:b/>
        <w:bCs/>
        <w:color w:val="FFFFFF" w:themeColor="background1"/>
      </w:rPr>
      <w:tblPr/>
      <w:tcPr>
        <w:tcBorders>
          <w:bottom w:val="single" w:sz="12" w:space="0" w:color="FFFFFF" w:themeColor="background1"/>
        </w:tcBorders>
        <w:shd w:val="clear" w:color="auto" w:fill="0C7EAA" w:themeFill="accent4" w:themeFillShade="CC"/>
      </w:tcPr>
    </w:tblStylePr>
    <w:tblStylePr w:type="lastRow">
      <w:rPr>
        <w:b/>
        <w:bCs/>
        <w:color w:val="0C7EA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3EDBA" w:themeFill="accent3" w:themeFillTint="3F"/>
      </w:tcPr>
    </w:tblStylePr>
    <w:tblStylePr w:type="band1Horz">
      <w:tblPr/>
      <w:tcPr>
        <w:shd w:val="clear" w:color="auto" w:fill="C1F0C7" w:themeFill="accent3" w:themeFillTint="33"/>
      </w:tcPr>
    </w:tblStylePr>
  </w:style>
  <w:style w:type="table" w:styleId="ColorfulList-Accent4">
    <w:name w:val="Colorful List Accent 4"/>
    <w:basedOn w:val="TableNormal"/>
    <w:uiPriority w:val="72"/>
    <w:rsid w:val="001F47AF"/>
    <w:pPr>
      <w:spacing w:after="0" w:line="240" w:lineRule="auto"/>
    </w:pPr>
    <w:rPr>
      <w:rFonts w:eastAsiaTheme="minorEastAsia"/>
      <w:color w:val="000000" w:themeColor="text1"/>
      <w:kern w:val="0"/>
      <w:lang w:val="en-US"/>
      <w14:ligatures w14:val="none"/>
    </w:rPr>
    <w:tblPr>
      <w:tblStyleRowBandSize w:val="1"/>
      <w:tblStyleColBandSize w:val="1"/>
    </w:tblPr>
    <w:tcPr>
      <w:shd w:val="clear" w:color="auto" w:fill="E5F6FD" w:themeFill="accent4" w:themeFillTint="19"/>
    </w:tcPr>
    <w:tblStylePr w:type="firstRow">
      <w:rPr>
        <w:b/>
        <w:bCs/>
        <w:color w:val="FFFFFF" w:themeColor="background1"/>
      </w:rPr>
      <w:tblPr/>
      <w:tcPr>
        <w:tcBorders>
          <w:bottom w:val="single" w:sz="12" w:space="0" w:color="FFFFFF" w:themeColor="background1"/>
        </w:tcBorders>
        <w:shd w:val="clear" w:color="auto" w:fill="14551C" w:themeFill="accent3" w:themeFillShade="CC"/>
      </w:tcPr>
    </w:tblStylePr>
    <w:tblStylePr w:type="lastRow">
      <w:rPr>
        <w:b/>
        <w:bCs/>
        <w:color w:val="14551C"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DE9FA" w:themeFill="accent4" w:themeFillTint="3F"/>
      </w:tcPr>
    </w:tblStylePr>
    <w:tblStylePr w:type="band1Horz">
      <w:tblPr/>
      <w:tcPr>
        <w:shd w:val="clear" w:color="auto" w:fill="CAEDFB" w:themeFill="accent4" w:themeFillTint="33"/>
      </w:tcPr>
    </w:tblStylePr>
  </w:style>
  <w:style w:type="table" w:styleId="ColorfulList-Accent5">
    <w:name w:val="Colorful List Accent 5"/>
    <w:basedOn w:val="TableNormal"/>
    <w:uiPriority w:val="72"/>
    <w:rsid w:val="001F47AF"/>
    <w:pPr>
      <w:spacing w:after="0" w:line="240" w:lineRule="auto"/>
    </w:pPr>
    <w:rPr>
      <w:rFonts w:eastAsiaTheme="minorEastAsia"/>
      <w:color w:val="000000" w:themeColor="text1"/>
      <w:kern w:val="0"/>
      <w:lang w:val="en-US"/>
      <w14:ligatures w14:val="none"/>
    </w:rPr>
    <w:tblPr>
      <w:tblStyleRowBandSize w:val="1"/>
      <w:tblStyleColBandSize w:val="1"/>
    </w:tblPr>
    <w:tcPr>
      <w:shd w:val="clear" w:color="auto" w:fill="F8E7F6" w:themeFill="accent5" w:themeFillTint="19"/>
    </w:tcPr>
    <w:tblStylePr w:type="firstRow">
      <w:rPr>
        <w:b/>
        <w:bCs/>
        <w:color w:val="FFFFFF" w:themeColor="background1"/>
      </w:rPr>
      <w:tblPr/>
      <w:tcPr>
        <w:tcBorders>
          <w:bottom w:val="single" w:sz="12" w:space="0" w:color="FFFFFF" w:themeColor="background1"/>
        </w:tcBorders>
        <w:shd w:val="clear" w:color="auto" w:fill="3E8524" w:themeFill="accent6" w:themeFillShade="CC"/>
      </w:tcPr>
    </w:tblStylePr>
    <w:tblStylePr w:type="lastRow">
      <w:rPr>
        <w:b/>
        <w:bCs/>
        <w:color w:val="3E852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C3E9" w:themeFill="accent5" w:themeFillTint="3F"/>
      </w:tcPr>
    </w:tblStylePr>
    <w:tblStylePr w:type="band1Horz">
      <w:tblPr/>
      <w:tcPr>
        <w:shd w:val="clear" w:color="auto" w:fill="F2CEED" w:themeFill="accent5" w:themeFillTint="33"/>
      </w:tcPr>
    </w:tblStylePr>
  </w:style>
  <w:style w:type="table" w:styleId="ColorfulList-Accent6">
    <w:name w:val="Colorful List Accent 6"/>
    <w:basedOn w:val="TableNormal"/>
    <w:uiPriority w:val="72"/>
    <w:rsid w:val="001F47AF"/>
    <w:pPr>
      <w:spacing w:after="0" w:line="240" w:lineRule="auto"/>
    </w:pPr>
    <w:rPr>
      <w:rFonts w:eastAsiaTheme="minorEastAsia"/>
      <w:color w:val="000000" w:themeColor="text1"/>
      <w:kern w:val="0"/>
      <w:lang w:val="en-US"/>
      <w14:ligatures w14:val="none"/>
    </w:rPr>
    <w:tblPr>
      <w:tblStyleRowBandSize w:val="1"/>
      <w:tblStyleColBandSize w:val="1"/>
    </w:tblPr>
    <w:tcPr>
      <w:shd w:val="clear" w:color="auto" w:fill="ECF8E8" w:themeFill="accent6" w:themeFillTint="19"/>
    </w:tcPr>
    <w:tblStylePr w:type="firstRow">
      <w:rPr>
        <w:b/>
        <w:bCs/>
        <w:color w:val="FFFFFF" w:themeColor="background1"/>
      </w:rPr>
      <w:tblPr/>
      <w:tcPr>
        <w:tcBorders>
          <w:bottom w:val="single" w:sz="12" w:space="0" w:color="FFFFFF" w:themeColor="background1"/>
        </w:tcBorders>
        <w:shd w:val="clear" w:color="auto" w:fill="7F2275" w:themeFill="accent5" w:themeFillShade="CC"/>
      </w:tcPr>
    </w:tblStylePr>
    <w:tblStylePr w:type="lastRow">
      <w:rPr>
        <w:b/>
        <w:bCs/>
        <w:color w:val="7F227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EFC5" w:themeFill="accent6" w:themeFillTint="3F"/>
      </w:tcPr>
    </w:tblStylePr>
    <w:tblStylePr w:type="band1Horz">
      <w:tblPr/>
      <w:tcPr>
        <w:shd w:val="clear" w:color="auto" w:fill="D9F2D0" w:themeFill="accent6" w:themeFillTint="33"/>
      </w:tcPr>
    </w:tblStylePr>
  </w:style>
  <w:style w:type="table" w:styleId="ColorfulGrid">
    <w:name w:val="Colorful Grid"/>
    <w:basedOn w:val="TableNormal"/>
    <w:uiPriority w:val="73"/>
    <w:rsid w:val="001F47AF"/>
    <w:pPr>
      <w:spacing w:after="0" w:line="240" w:lineRule="auto"/>
    </w:pPr>
    <w:rPr>
      <w:rFonts w:eastAsiaTheme="minorEastAsia"/>
      <w:color w:val="000000" w:themeColor="text1"/>
      <w:kern w:val="0"/>
      <w:lang w:val="en-US"/>
      <w14:ligatures w14:val="none"/>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1F47AF"/>
    <w:pPr>
      <w:spacing w:after="0" w:line="240" w:lineRule="auto"/>
    </w:pPr>
    <w:rPr>
      <w:rFonts w:eastAsiaTheme="minorEastAsia"/>
      <w:color w:val="000000" w:themeColor="text1"/>
      <w:kern w:val="0"/>
      <w:lang w:val="en-US"/>
      <w14:ligatures w14:val="none"/>
    </w:rPr>
    <w:tblPr>
      <w:tblStyleRowBandSize w:val="1"/>
      <w:tblStyleColBandSize w:val="1"/>
      <w:tblBorders>
        <w:insideH w:val="single" w:sz="4" w:space="0" w:color="FFFFFF" w:themeColor="background1"/>
      </w:tblBorders>
    </w:tblPr>
    <w:tcPr>
      <w:shd w:val="clear" w:color="auto" w:fill="C1E4F5" w:themeFill="accent1" w:themeFillTint="33"/>
    </w:tcPr>
    <w:tblStylePr w:type="firstRow">
      <w:rPr>
        <w:b/>
        <w:bCs/>
      </w:rPr>
      <w:tblPr/>
      <w:tcPr>
        <w:shd w:val="clear" w:color="auto" w:fill="83CAEB" w:themeFill="accent1" w:themeFillTint="66"/>
      </w:tcPr>
    </w:tblStylePr>
    <w:tblStylePr w:type="lastRow">
      <w:rPr>
        <w:b/>
        <w:bCs/>
        <w:color w:val="000000" w:themeColor="text1"/>
      </w:rPr>
      <w:tblPr/>
      <w:tcPr>
        <w:shd w:val="clear" w:color="auto" w:fill="83CAEB" w:themeFill="accent1" w:themeFillTint="66"/>
      </w:tcPr>
    </w:tblStylePr>
    <w:tblStylePr w:type="firstCol">
      <w:rPr>
        <w:color w:val="FFFFFF" w:themeColor="background1"/>
      </w:rPr>
      <w:tblPr/>
      <w:tcPr>
        <w:shd w:val="clear" w:color="auto" w:fill="0F4761" w:themeFill="accent1" w:themeFillShade="BF"/>
      </w:tcPr>
    </w:tblStylePr>
    <w:tblStylePr w:type="lastCol">
      <w:rPr>
        <w:color w:val="FFFFFF" w:themeColor="background1"/>
      </w:rPr>
      <w:tblPr/>
      <w:tcPr>
        <w:shd w:val="clear" w:color="auto" w:fill="0F4761" w:themeFill="accent1" w:themeFillShade="BF"/>
      </w:tcPr>
    </w:tblStylePr>
    <w:tblStylePr w:type="band1Vert">
      <w:tblPr/>
      <w:tcPr>
        <w:shd w:val="clear" w:color="auto" w:fill="64BDE6" w:themeFill="accent1" w:themeFillTint="7F"/>
      </w:tcPr>
    </w:tblStylePr>
    <w:tblStylePr w:type="band1Horz">
      <w:tblPr/>
      <w:tcPr>
        <w:shd w:val="clear" w:color="auto" w:fill="64BDE6" w:themeFill="accent1" w:themeFillTint="7F"/>
      </w:tcPr>
    </w:tblStylePr>
  </w:style>
  <w:style w:type="table" w:styleId="ColorfulGrid-Accent2">
    <w:name w:val="Colorful Grid Accent 2"/>
    <w:basedOn w:val="TableNormal"/>
    <w:uiPriority w:val="73"/>
    <w:rsid w:val="001F47AF"/>
    <w:pPr>
      <w:spacing w:after="0" w:line="240" w:lineRule="auto"/>
    </w:pPr>
    <w:rPr>
      <w:rFonts w:eastAsiaTheme="minorEastAsia"/>
      <w:color w:val="000000" w:themeColor="text1"/>
      <w:kern w:val="0"/>
      <w:lang w:val="en-US"/>
      <w14:ligatures w14:val="none"/>
    </w:rPr>
    <w:tblPr>
      <w:tblStyleRowBandSize w:val="1"/>
      <w:tblStyleColBandSize w:val="1"/>
      <w:tblBorders>
        <w:insideH w:val="single" w:sz="4" w:space="0" w:color="FFFFFF" w:themeColor="background1"/>
      </w:tblBorders>
    </w:tblPr>
    <w:tcPr>
      <w:shd w:val="clear" w:color="auto" w:fill="FAE2D5" w:themeFill="accent2" w:themeFillTint="33"/>
    </w:tcPr>
    <w:tblStylePr w:type="firstRow">
      <w:rPr>
        <w:b/>
        <w:bCs/>
      </w:rPr>
      <w:tblPr/>
      <w:tcPr>
        <w:shd w:val="clear" w:color="auto" w:fill="F6C5AC" w:themeFill="accent2" w:themeFillTint="66"/>
      </w:tcPr>
    </w:tblStylePr>
    <w:tblStylePr w:type="lastRow">
      <w:rPr>
        <w:b/>
        <w:bCs/>
        <w:color w:val="000000" w:themeColor="text1"/>
      </w:rPr>
      <w:tblPr/>
      <w:tcPr>
        <w:shd w:val="clear" w:color="auto" w:fill="F6C5AC" w:themeFill="accent2" w:themeFillTint="66"/>
      </w:tcPr>
    </w:tblStylePr>
    <w:tblStylePr w:type="firstCol">
      <w:rPr>
        <w:color w:val="FFFFFF" w:themeColor="background1"/>
      </w:rPr>
      <w:tblPr/>
      <w:tcPr>
        <w:shd w:val="clear" w:color="auto" w:fill="BF4E14" w:themeFill="accent2" w:themeFillShade="BF"/>
      </w:tcPr>
    </w:tblStylePr>
    <w:tblStylePr w:type="lastCol">
      <w:rPr>
        <w:color w:val="FFFFFF" w:themeColor="background1"/>
      </w:rPr>
      <w:tblPr/>
      <w:tcPr>
        <w:shd w:val="clear" w:color="auto" w:fill="BF4E14" w:themeFill="accent2" w:themeFillShade="BF"/>
      </w:tcPr>
    </w:tblStylePr>
    <w:tblStylePr w:type="band1Vert">
      <w:tblPr/>
      <w:tcPr>
        <w:shd w:val="clear" w:color="auto" w:fill="F4B798" w:themeFill="accent2" w:themeFillTint="7F"/>
      </w:tcPr>
    </w:tblStylePr>
    <w:tblStylePr w:type="band1Horz">
      <w:tblPr/>
      <w:tcPr>
        <w:shd w:val="clear" w:color="auto" w:fill="F4B798" w:themeFill="accent2" w:themeFillTint="7F"/>
      </w:tcPr>
    </w:tblStylePr>
  </w:style>
  <w:style w:type="table" w:styleId="ColorfulGrid-Accent3">
    <w:name w:val="Colorful Grid Accent 3"/>
    <w:basedOn w:val="TableNormal"/>
    <w:uiPriority w:val="73"/>
    <w:rsid w:val="001F47AF"/>
    <w:pPr>
      <w:spacing w:after="0" w:line="240" w:lineRule="auto"/>
    </w:pPr>
    <w:rPr>
      <w:rFonts w:eastAsiaTheme="minorEastAsia"/>
      <w:color w:val="000000" w:themeColor="text1"/>
      <w:kern w:val="0"/>
      <w:lang w:val="en-US"/>
      <w14:ligatures w14:val="none"/>
    </w:rPr>
    <w:tblPr>
      <w:tblStyleRowBandSize w:val="1"/>
      <w:tblStyleColBandSize w:val="1"/>
      <w:tblBorders>
        <w:insideH w:val="single" w:sz="4" w:space="0" w:color="FFFFFF" w:themeColor="background1"/>
      </w:tblBorders>
    </w:tblPr>
    <w:tcPr>
      <w:shd w:val="clear" w:color="auto" w:fill="C1F0C7" w:themeFill="accent3" w:themeFillTint="33"/>
    </w:tcPr>
    <w:tblStylePr w:type="firstRow">
      <w:rPr>
        <w:b/>
        <w:bCs/>
      </w:rPr>
      <w:tblPr/>
      <w:tcPr>
        <w:shd w:val="clear" w:color="auto" w:fill="84E290" w:themeFill="accent3" w:themeFillTint="66"/>
      </w:tcPr>
    </w:tblStylePr>
    <w:tblStylePr w:type="lastRow">
      <w:rPr>
        <w:b/>
        <w:bCs/>
        <w:color w:val="000000" w:themeColor="text1"/>
      </w:rPr>
      <w:tblPr/>
      <w:tcPr>
        <w:shd w:val="clear" w:color="auto" w:fill="84E290" w:themeFill="accent3" w:themeFillTint="66"/>
      </w:tcPr>
    </w:tblStylePr>
    <w:tblStylePr w:type="firstCol">
      <w:rPr>
        <w:color w:val="FFFFFF" w:themeColor="background1"/>
      </w:rPr>
      <w:tblPr/>
      <w:tcPr>
        <w:shd w:val="clear" w:color="auto" w:fill="124F1A" w:themeFill="accent3" w:themeFillShade="BF"/>
      </w:tcPr>
    </w:tblStylePr>
    <w:tblStylePr w:type="lastCol">
      <w:rPr>
        <w:color w:val="FFFFFF" w:themeColor="background1"/>
      </w:rPr>
      <w:tblPr/>
      <w:tcPr>
        <w:shd w:val="clear" w:color="auto" w:fill="124F1A" w:themeFill="accent3" w:themeFillShade="BF"/>
      </w:tcPr>
    </w:tblStylePr>
    <w:tblStylePr w:type="band1Vert">
      <w:tblPr/>
      <w:tcPr>
        <w:shd w:val="clear" w:color="auto" w:fill="66DB75" w:themeFill="accent3" w:themeFillTint="7F"/>
      </w:tcPr>
    </w:tblStylePr>
    <w:tblStylePr w:type="band1Horz">
      <w:tblPr/>
      <w:tcPr>
        <w:shd w:val="clear" w:color="auto" w:fill="66DB75" w:themeFill="accent3" w:themeFillTint="7F"/>
      </w:tcPr>
    </w:tblStylePr>
  </w:style>
  <w:style w:type="table" w:styleId="ColorfulGrid-Accent4">
    <w:name w:val="Colorful Grid Accent 4"/>
    <w:basedOn w:val="TableNormal"/>
    <w:uiPriority w:val="73"/>
    <w:rsid w:val="001F47AF"/>
    <w:pPr>
      <w:spacing w:after="0" w:line="240" w:lineRule="auto"/>
    </w:pPr>
    <w:rPr>
      <w:rFonts w:eastAsiaTheme="minorEastAsia"/>
      <w:color w:val="000000" w:themeColor="text1"/>
      <w:kern w:val="0"/>
      <w:lang w:val="en-US"/>
      <w14:ligatures w14:val="none"/>
    </w:rPr>
    <w:tblPr>
      <w:tblStyleRowBandSize w:val="1"/>
      <w:tblStyleColBandSize w:val="1"/>
      <w:tblBorders>
        <w:insideH w:val="single" w:sz="4" w:space="0" w:color="FFFFFF" w:themeColor="background1"/>
      </w:tblBorders>
    </w:tblPr>
    <w:tcPr>
      <w:shd w:val="clear" w:color="auto" w:fill="CAEDFB" w:themeFill="accent4" w:themeFillTint="33"/>
    </w:tcPr>
    <w:tblStylePr w:type="firstRow">
      <w:rPr>
        <w:b/>
        <w:bCs/>
      </w:rPr>
      <w:tblPr/>
      <w:tcPr>
        <w:shd w:val="clear" w:color="auto" w:fill="95DCF7" w:themeFill="accent4" w:themeFillTint="66"/>
      </w:tcPr>
    </w:tblStylePr>
    <w:tblStylePr w:type="lastRow">
      <w:rPr>
        <w:b/>
        <w:bCs/>
        <w:color w:val="000000" w:themeColor="text1"/>
      </w:rPr>
      <w:tblPr/>
      <w:tcPr>
        <w:shd w:val="clear" w:color="auto" w:fill="95DCF7" w:themeFill="accent4" w:themeFillTint="66"/>
      </w:tcPr>
    </w:tblStylePr>
    <w:tblStylePr w:type="firstCol">
      <w:rPr>
        <w:color w:val="FFFFFF" w:themeColor="background1"/>
      </w:rPr>
      <w:tblPr/>
      <w:tcPr>
        <w:shd w:val="clear" w:color="auto" w:fill="0B769F" w:themeFill="accent4" w:themeFillShade="BF"/>
      </w:tcPr>
    </w:tblStylePr>
    <w:tblStylePr w:type="lastCol">
      <w:rPr>
        <w:color w:val="FFFFFF" w:themeColor="background1"/>
      </w:rPr>
      <w:tblPr/>
      <w:tcPr>
        <w:shd w:val="clear" w:color="auto" w:fill="0B769F" w:themeFill="accent4" w:themeFillShade="BF"/>
      </w:tcPr>
    </w:tblStylePr>
    <w:tblStylePr w:type="band1Vert">
      <w:tblPr/>
      <w:tcPr>
        <w:shd w:val="clear" w:color="auto" w:fill="7BD3F5" w:themeFill="accent4" w:themeFillTint="7F"/>
      </w:tcPr>
    </w:tblStylePr>
    <w:tblStylePr w:type="band1Horz">
      <w:tblPr/>
      <w:tcPr>
        <w:shd w:val="clear" w:color="auto" w:fill="7BD3F5" w:themeFill="accent4" w:themeFillTint="7F"/>
      </w:tcPr>
    </w:tblStylePr>
  </w:style>
  <w:style w:type="table" w:styleId="ColorfulGrid-Accent5">
    <w:name w:val="Colorful Grid Accent 5"/>
    <w:basedOn w:val="TableNormal"/>
    <w:uiPriority w:val="73"/>
    <w:rsid w:val="001F47AF"/>
    <w:pPr>
      <w:spacing w:after="0" w:line="240" w:lineRule="auto"/>
    </w:pPr>
    <w:rPr>
      <w:rFonts w:eastAsiaTheme="minorEastAsia"/>
      <w:color w:val="000000" w:themeColor="text1"/>
      <w:kern w:val="0"/>
      <w:lang w:val="en-US"/>
      <w14:ligatures w14:val="none"/>
    </w:rPr>
    <w:tblPr>
      <w:tblStyleRowBandSize w:val="1"/>
      <w:tblStyleColBandSize w:val="1"/>
      <w:tblBorders>
        <w:insideH w:val="single" w:sz="4" w:space="0" w:color="FFFFFF" w:themeColor="background1"/>
      </w:tblBorders>
    </w:tblPr>
    <w:tcPr>
      <w:shd w:val="clear" w:color="auto" w:fill="F2CEED" w:themeFill="accent5" w:themeFillTint="33"/>
    </w:tcPr>
    <w:tblStylePr w:type="firstRow">
      <w:rPr>
        <w:b/>
        <w:bCs/>
      </w:rPr>
      <w:tblPr/>
      <w:tcPr>
        <w:shd w:val="clear" w:color="auto" w:fill="E59EDC" w:themeFill="accent5" w:themeFillTint="66"/>
      </w:tcPr>
    </w:tblStylePr>
    <w:tblStylePr w:type="lastRow">
      <w:rPr>
        <w:b/>
        <w:bCs/>
        <w:color w:val="000000" w:themeColor="text1"/>
      </w:rPr>
      <w:tblPr/>
      <w:tcPr>
        <w:shd w:val="clear" w:color="auto" w:fill="E59EDC" w:themeFill="accent5" w:themeFillTint="66"/>
      </w:tcPr>
    </w:tblStylePr>
    <w:tblStylePr w:type="firstCol">
      <w:rPr>
        <w:color w:val="FFFFFF" w:themeColor="background1"/>
      </w:rPr>
      <w:tblPr/>
      <w:tcPr>
        <w:shd w:val="clear" w:color="auto" w:fill="77206D" w:themeFill="accent5" w:themeFillShade="BF"/>
      </w:tcPr>
    </w:tblStylePr>
    <w:tblStylePr w:type="lastCol">
      <w:rPr>
        <w:color w:val="FFFFFF" w:themeColor="background1"/>
      </w:rPr>
      <w:tblPr/>
      <w:tcPr>
        <w:shd w:val="clear" w:color="auto" w:fill="77206D" w:themeFill="accent5" w:themeFillShade="BF"/>
      </w:tcPr>
    </w:tblStylePr>
    <w:tblStylePr w:type="band1Vert">
      <w:tblPr/>
      <w:tcPr>
        <w:shd w:val="clear" w:color="auto" w:fill="DE86D4" w:themeFill="accent5" w:themeFillTint="7F"/>
      </w:tcPr>
    </w:tblStylePr>
    <w:tblStylePr w:type="band1Horz">
      <w:tblPr/>
      <w:tcPr>
        <w:shd w:val="clear" w:color="auto" w:fill="DE86D4" w:themeFill="accent5" w:themeFillTint="7F"/>
      </w:tcPr>
    </w:tblStylePr>
  </w:style>
  <w:style w:type="table" w:styleId="ColorfulGrid-Accent6">
    <w:name w:val="Colorful Grid Accent 6"/>
    <w:basedOn w:val="TableNormal"/>
    <w:uiPriority w:val="73"/>
    <w:rsid w:val="001F47AF"/>
    <w:pPr>
      <w:spacing w:after="0" w:line="240" w:lineRule="auto"/>
    </w:pPr>
    <w:rPr>
      <w:rFonts w:eastAsiaTheme="minorEastAsia"/>
      <w:color w:val="000000" w:themeColor="text1"/>
      <w:kern w:val="0"/>
      <w:lang w:val="en-US"/>
      <w14:ligatures w14:val="none"/>
    </w:rPr>
    <w:tblPr>
      <w:tblStyleRowBandSize w:val="1"/>
      <w:tblStyleColBandSize w:val="1"/>
      <w:tblBorders>
        <w:insideH w:val="single" w:sz="4" w:space="0" w:color="FFFFFF" w:themeColor="background1"/>
      </w:tblBorders>
    </w:tblPr>
    <w:tcPr>
      <w:shd w:val="clear" w:color="auto" w:fill="D9F2D0" w:themeFill="accent6" w:themeFillTint="33"/>
    </w:tcPr>
    <w:tblStylePr w:type="firstRow">
      <w:rPr>
        <w:b/>
        <w:bCs/>
      </w:rPr>
      <w:tblPr/>
      <w:tcPr>
        <w:shd w:val="clear" w:color="auto" w:fill="B3E5A1" w:themeFill="accent6" w:themeFillTint="66"/>
      </w:tcPr>
    </w:tblStylePr>
    <w:tblStylePr w:type="lastRow">
      <w:rPr>
        <w:b/>
        <w:bCs/>
        <w:color w:val="000000" w:themeColor="text1"/>
      </w:rPr>
      <w:tblPr/>
      <w:tcPr>
        <w:shd w:val="clear" w:color="auto" w:fill="B3E5A1" w:themeFill="accent6" w:themeFillTint="66"/>
      </w:tcPr>
    </w:tblStylePr>
    <w:tblStylePr w:type="firstCol">
      <w:rPr>
        <w:color w:val="FFFFFF" w:themeColor="background1"/>
      </w:rPr>
      <w:tblPr/>
      <w:tcPr>
        <w:shd w:val="clear" w:color="auto" w:fill="3A7C22" w:themeFill="accent6" w:themeFillShade="BF"/>
      </w:tcPr>
    </w:tblStylePr>
    <w:tblStylePr w:type="lastCol">
      <w:rPr>
        <w:color w:val="FFFFFF" w:themeColor="background1"/>
      </w:rPr>
      <w:tblPr/>
      <w:tcPr>
        <w:shd w:val="clear" w:color="auto" w:fill="3A7C22" w:themeFill="accent6" w:themeFillShade="BF"/>
      </w:tcPr>
    </w:tblStylePr>
    <w:tblStylePr w:type="band1Vert">
      <w:tblPr/>
      <w:tcPr>
        <w:shd w:val="clear" w:color="auto" w:fill="A0DF8A" w:themeFill="accent6" w:themeFillTint="7F"/>
      </w:tcPr>
    </w:tblStylePr>
    <w:tblStylePr w:type="band1Horz">
      <w:tblPr/>
      <w:tcPr>
        <w:shd w:val="clear" w:color="auto" w:fill="A0DF8A" w:themeFill="accent6" w:themeFillTint="7F"/>
      </w:tcPr>
    </w:tblStylePr>
  </w:style>
  <w:style w:type="paragraph" w:customStyle="1" w:styleId="Normal1">
    <w:name w:val="Normal1"/>
    <w:rsid w:val="002A3527"/>
    <w:pPr>
      <w:spacing w:after="200" w:line="276" w:lineRule="auto"/>
    </w:pPr>
    <w:rPr>
      <w:rFonts w:ascii="Calibri" w:eastAsia="Calibri" w:hAnsi="Calibri" w:cs="Calibri"/>
      <w:kern w:val="0"/>
      <w:lang w:val="en-US"/>
      <w14:ligatures w14:val="none"/>
    </w:rPr>
  </w:style>
  <w:style w:type="character" w:customStyle="1" w:styleId="whitespace-normal">
    <w:name w:val="whitespace-normal"/>
    <w:basedOn w:val="DefaultParagraphFont"/>
    <w:qFormat/>
    <w:rsid w:val="002A35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27.jpg"/><Relationship Id="rId107" Type="http://schemas.openxmlformats.org/officeDocument/2006/relationships/image" Target="media/image100.pn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jpeg"/><Relationship Id="rId113" Type="http://schemas.openxmlformats.org/officeDocument/2006/relationships/image" Target="media/image106.jpeg"/><Relationship Id="rId118" Type="http://schemas.openxmlformats.org/officeDocument/2006/relationships/image" Target="media/image111.jpeg"/><Relationship Id="rId134" Type="http://schemas.openxmlformats.org/officeDocument/2006/relationships/hyperlink" Target="mailto:chinnalinguniraj@gmail.com" TargetMode="External"/><Relationship Id="rId139" Type="http://schemas.openxmlformats.org/officeDocument/2006/relationships/image" Target="media/image128.jp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jpe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png"/><Relationship Id="rId81" Type="http://schemas.openxmlformats.org/officeDocument/2006/relationships/image" Target="media/image74.jpeg"/><Relationship Id="rId86" Type="http://schemas.openxmlformats.org/officeDocument/2006/relationships/image" Target="media/image79.png"/><Relationship Id="rId130" Type="http://schemas.openxmlformats.org/officeDocument/2006/relationships/hyperlink" Target="http://b.sc" TargetMode="External"/><Relationship Id="rId135" Type="http://schemas.openxmlformats.org/officeDocument/2006/relationships/hyperlink" Target="mailto:anilgoudgottimukula@gmail.com"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3.jpeg"/><Relationship Id="rId136" Type="http://schemas.openxmlformats.org/officeDocument/2006/relationships/hyperlink" Target="mailto:Mcaaronx@gmail.com" TargetMode="External"/><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png"/><Relationship Id="rId137" Type="http://schemas.openxmlformats.org/officeDocument/2006/relationships/image" Target="media/image126.jp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jpeg"/><Relationship Id="rId132" Type="http://schemas.openxmlformats.org/officeDocument/2006/relationships/image" Target="media/image124.jpe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jpeg"/><Relationship Id="rId106" Type="http://schemas.openxmlformats.org/officeDocument/2006/relationships/image" Target="media/image99.pn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pn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5.jpeg"/><Relationship Id="rId16"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943746-B43D-4873-9CBD-A12164E1A4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128</Pages>
  <Words>13170</Words>
  <Characters>86665</Characters>
  <Application>Microsoft Office Word</Application>
  <DocSecurity>0</DocSecurity>
  <Lines>7878</Lines>
  <Paragraphs>8319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91516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LAKSHMI  S</dc:creator>
  <cp:keywords/>
  <dc:description/>
  <cp:lastModifiedBy>LAKSHMI  S</cp:lastModifiedBy>
  <cp:revision>6</cp:revision>
  <dcterms:created xsi:type="dcterms:W3CDTF">2026-03-28T08:49:00Z</dcterms:created>
  <dcterms:modified xsi:type="dcterms:W3CDTF">2026-03-28T09:08:00Z</dcterms:modified>
</cp:coreProperties>
</file>